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Thawj Qhov Ib</w:t>
      </w:r>
    </w:p>
    <w:p>
      <w:pPr>
        <w:pStyle w:val="ArticleSubtitle"/>
        <w:jc w:val="left"/>
      </w:pPr>
      <w:r>
        <w:rPr>
          <w:rFonts w:ascii="Arial" w:hAnsi="Arial" w:eastAsia="Arial" w:cs="Arial"/>
        </w:rPr>
        <w:t>Tshooj Kaum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Tau ib ntus no lawm, peb tau tsom peb qhov kev mloog rau keeb kwm zais cia ntawm Daniel 11:40, thiab nyob rau ob peb lub limtiam tsis ntev no, tus Tswv tau coj peb txoj kev xav los rau nqe 27:</w:t>
      </w:r>
    </w:p>
    <w:p>
      <w:pPr>
        <w:pStyle w:val="ArticleScripture"/>
        <w:jc w:val="left"/>
      </w:pPr>
      <w:r>
        <w:rPr>
          <w:rFonts w:ascii="Times New Roman" w:hAnsi="Times New Roman" w:eastAsia="Times New Roman" w:cs="Times New Roman"/>
        </w:rPr>
        <w:t>Ob tug vajntxwv no ob lub siab yuav tsom rau kev ua phem, thiab nkawd yuav hais lus dag ntawm tib lub rooj; tiam sis qhov ntawd yuav tsis vam meej, rau qhov qhov kawg tseem yuav txog thaum lub sijhawm uas twb teem tseg lawm. Daniel 11:27.</w:t>
      </w:r>
    </w:p>
    <w:p>
      <w:pPr>
        <w:pStyle w:val="ArticleBody"/>
        <w:jc w:val="left"/>
      </w:pPr>
      <w:r>
        <w:rPr>
          <w:rFonts w:ascii="Times New Roman" w:hAnsi="Times New Roman" w:eastAsia="Times New Roman" w:cs="Times New Roman"/>
        </w:rPr>
        <w:t>Thaum chiv thawj, kuv tseem tsis paub meej txog tej ntsiab lus ntawd—thaum twg, nyob qhov twg, thiab leej twg tau zaum ntawm lub rooj ntawd, hais lus dag rau ib leeg—tiamsis tam sim no tej lus nug no twb raug muab los tshuaj xyuas lawm. Nyob rau ob peb hnub Xanpas dhau los no, kuv tau ua qee yam yuam kev thaum kuv tab tom tshawb xyuas tej kab lus no. Los ntawm yam uas kuv ntseeg tias yog Vajtswv txoj kev coj uas npaj tseg lawm, tej kev koom tes uas sawv cev nyob hauv nqe 13–15, uas Xesalees Filipis ua cim piv txwv rau, tau pib nthuav tawm los. Txawm hais tias ib txhia ntsiab tseem yuav tsum tau kho kom meej ntxiv, kuv ntseeg tias tus Tswv twb tsa Nws txhais tes tawm ntawm cov nqe no lawm kom qhia lawv lub ntsiab rau pom.</w:t>
      </w:r>
    </w:p>
    <w:p>
      <w:pPr>
        <w:pStyle w:val="ArticleBody"/>
        <w:jc w:val="left"/>
      </w:pPr>
      <w:r>
        <w:rPr>
          <w:rFonts w:ascii="Times New Roman" w:hAnsi="Times New Roman" w:eastAsia="Times New Roman" w:cs="Times New Roman"/>
        </w:rPr>
        <w:t>Qhov kev nkag siab no tau meej tseeb tam sim ntawd tom qab lub rooj sib tham Zoom ntawm hnub Xanpataus tas los. Ib lim tiam ua ntej ntawd, kuv tau raug kov siab los ntawm txoj kev sib txuas ua ke uas ntxaws heev ntawm tej keeb kwm hauv nqe 10–15. Kuv tau sau thiab xa ib tsab xov mus rau ob peb tug neeg piav qhia kuv tej kev xav thiab thov kom tau muab lawv qhia rau yav tsaus ntuj hnub Friday. Kuv tab tom sim teeb kom muaj kev txiav txim rau tej ntsiab lus nyob hauv cov nqe ntawd, ruaj siab tias muaj ib yam uas tseem ceeb heev kawg nkaus nyob ntawd. Muaj tiag, tiam sis nws tsis yog yam uas thaum chiv thawj kuv tau tawm tswv yim. Txawm yog nyob hauv ib lim tiam ib nrab dhau los no kuv tau dawm thiab yuam kev thaum kuv tawm tsam kom nkag siab zaj lus no, kuv yeej pom txog ib txoj kev saib xyuas los saum ntuj uas kuv twb paub lawm zoo. Tus Tswv tab tom qhib tawm ib qho tseeb tshwj xeeb uas muaj sia tseem ceeb heev. Thaum tus yam ntxwv tib neeg raug nthuav tawm kom pom tag nrho thiab muab tso tseg lawm, qhov tseeb ntawd—uas raug qhib tawm los ntawm Tsov Ntxhuav ntawm xeem Yudas—pom tias tob dua li qhov kuv tau to taub.</w:t>
      </w:r>
    </w:p>
    <w:p>
      <w:pPr>
        <w:pStyle w:val="ArticleHeading"/>
        <w:jc w:val="left"/>
      </w:pPr>
      <w:r>
        <w:rPr>
          <w:rFonts w:ascii="Arial" w:hAnsi="Arial" w:eastAsia="Arial" w:cs="Arial"/>
        </w:rPr>
        <w:t>Nqe Tsib txog Nqe Cuaj</w:t>
      </w:r>
    </w:p>
    <w:p>
      <w:pPr>
        <w:pStyle w:val="ArticleBody"/>
        <w:jc w:val="left"/>
      </w:pPr>
      <w:r>
        <w:rPr>
          <w:rFonts w:ascii="Times New Roman" w:hAnsi="Times New Roman" w:eastAsia="Times New Roman" w:cs="Times New Roman"/>
        </w:rPr>
        <w:t>Putin, raws li tus vajntxwv qab teb, yog ib daim duab zoo ib yam li Ptolemy, tus uas yuav yeej hauv tsov rog Ukraine, ua kom nqe 11 tiav raws li tau hais tseg. Hauv keeb kwm, Ptolemy IV Philopator txoj kev yeej hauv Tsov Rog ntawm Raphia tau ua kom nqe no tiav, ua ib daim duab xub ntiag qhia txog Putin txoj kev vam meej uas twb nyob ze lawm. Nqe 5–9 nthuav tawm ib zaj keeb kwm uas ua duab ntxoov ntxoo ua ntej txog kev kav 1,260 xyoo (538–1798) ntawm txoj kev ua vajntxwv ntawm papacy nrog qhov meej thiab ntxaws heev. Cov ntsiab lus no twb raug tshuaj xyuas rov qab ntau zaus dhau los lawm, yog li ntawd ntawm no kuv tsuas yuav taw qhia ib txoj cim ciam yaj saub uas tau ua tiav hauv nqe 5–9 thiab rov ncha hauv lub sijhawm txij xyoo 538 mus txog 1798.</w:t>
      </w:r>
    </w:p>
    <w:p>
      <w:pPr>
        <w:pStyle w:val="ArticleBody"/>
        <w:jc w:val="left"/>
      </w:pPr>
      <w:r>
        <w:rPr>
          <w:rFonts w:ascii="Times New Roman" w:hAnsi="Times New Roman" w:eastAsia="Times New Roman" w:cs="Times New Roman"/>
        </w:rPr>
        <w:t>Lub caij nyoog no tau pib los ntawm ib daim ntawv cog lus sib haum xeeb ntawm lub nceeg vaj Ptolemaic sab qab teb thiab lub nceeg vaj Seleucid sab qaum teb, uas tau raug muab khi ruaj thaum tus vajntxwv sab qab teb muab nws tus ntxhais yuav rau tus vajntxwv sab qaum teb. Kev sib koom no tau pib ib lub sijhawm xya xyoo uas xaus thaum tus vajntxwv sab qab teb tuaj txeeb sab qaum teb, ntes tus vajntxwv sab qaum teb coj mus rau tim lyiv teb chaws, thiab tom qab ntawd tus vajntxwv uas raug ntes ntawd tau tuag tom qab poob ntawm ib tug nees.</w:t>
      </w:r>
    </w:p>
    <w:p>
      <w:pPr>
        <w:pStyle w:val="ArticleHeading"/>
        <w:jc w:val="left"/>
      </w:pPr>
      <w:r>
        <w:rPr>
          <w:rFonts w:ascii="Arial" w:hAnsi="Arial" w:eastAsia="Arial" w:cs="Arial"/>
        </w:rPr>
        <w:t>Ib Daim Ntawv Cog Lus Uas Tau Rhuav Tseg</w:t>
      </w:r>
    </w:p>
    <w:p>
      <w:pPr>
        <w:pStyle w:val="ArticleBody"/>
        <w:jc w:val="left"/>
      </w:pPr>
      <w:r>
        <w:rPr>
          <w:rFonts w:ascii="Times New Roman" w:hAnsi="Times New Roman" w:eastAsia="Times New Roman" w:cs="Times New Roman"/>
        </w:rPr>
        <w:t>Qhov kev txeeb teb chaws ntawd yug los ntawm ib daim ntawv cog lus uas raug rhuav lawm. Tom qab lub sijhawm xya xyoo pib lawm, tus vaj ntxwv sab qaum teb tau muab nws thawj tus poj vaj tso tseg kom yuav tus ntxhais huab tais sab qab teb thiab thiaj li yuav ruaj tau daim ntawv cog lus ntawd. Tom qab ntawd, nws tau muab tus poj vaj sab qab teb pov tseg thiab tsa nws tus poj vaj qub rov los. Qhov no ua rau thawj tus poj vaj txib tua tus poj vaj sab qab teb thiab nws cov neeg raws, ua rau tsev neeg ntawm tus poj vaj sab qab teb hauv Iyiv chim npau taws heev.</w:t>
      </w:r>
    </w:p>
    <w:p>
      <w:pPr>
        <w:pStyle w:val="ArticleBody"/>
        <w:jc w:val="left"/>
      </w:pPr>
      <w:r>
        <w:rPr>
          <w:rFonts w:ascii="Times New Roman" w:hAnsi="Times New Roman" w:eastAsia="Times New Roman" w:cs="Times New Roman"/>
        </w:rPr>
        <w:t>Los ntawm kev paub txiav txim yav tom ntej, xya xyoo yuav raug pom tau tias yog ob ntu ntawm peb xyoos ib nrab, raws li tau muab piv txwv los ntawm peb xyoos ib nrab ua ntej thiab tom qab tus ntoo khaub lig uas ua ke sawv cev rau lub limtiam uas Khetos tau lees ruaj nplij lus cog tseg. Peb xyoos ib nrab kuj raug lees paub nyob rau hauv txoj kev foom phem xya zaug uas raug coj los ua rau lub nceeg vaj qaum teb ntawm Ixayees txij xyoo 723 BC mus txog 1798. Qhov xya zaug ntawd raug faib ua ob ntu ntawm ib txhiab ob puas rau caum, nrog 538 ua lub ntsiab nruab nrab. Cov piv txwv no ntawm xya raug faib ua ob ntu ntawm peb xyoos ib nrab tsis yog yam tshwm tuaj raws li tsis muaj laj thawj, nws yog yam uas muaj lub hom phiaj.</w:t>
      </w:r>
    </w:p>
    <w:p>
      <w:pPr>
        <w:pStyle w:val="ArticleBody"/>
        <w:jc w:val="left"/>
      </w:pPr>
      <w:r>
        <w:rPr>
          <w:rFonts w:ascii="Times New Roman" w:hAnsi="Times New Roman" w:eastAsia="Times New Roman" w:cs="Times New Roman"/>
        </w:rPr>
        <w:t>Hauv qhov kev faib nruab nrab ntawm lub lim tiam, Khetos tau lees paub txoj kev cog lus; tus ntoo khaub lig sawv cev rau qhov chaw nruab nrab, thiab los ntawm qhov no nws qhia kom paub tias Khetos tau nthuav tawm txoj xov raws li tus kheej rau peb xyoos ib nrab, tom qab ntawd Nws cov thwj tim tau nthuav tawm txoj xov ntawd rau tib lub sijhawm. Hauv xya lub sijhawm tawm tsam lub nceeg vaj qaum teb, xyoo 538 faib keeb kwm ua ob ntu: ib ntu thaum kev pe mlom tau tsuj hwm lub chaw dawb huv thiab pab tub rog, ces tom qab ntawd kev thawjcoj papacy tau tsuj hwm lub chaw dawb huv thiab pab tub rog rau tib lub sijhawm ntawd. Hauv kev cim yaj saub, “xya” raug sawv cev los ntawm peb xyoos ib nrab, uas rov raug sawv cev los ntawm plaub caug ob hlis, peb hnub ib nrab lossis peb xyoos ib nrab, ib txhiab ob puas rau caum, nees nkaum tsib nees nkaum, thiab ib lub sijhawm, ob lub sijhawm, thiab ib nrab sijhawm. Hauv cov ntsiab lus no, tag nrho cov lej no siv hloov chaw tau ib yam nkaus.</w:t>
      </w:r>
    </w:p>
    <w:p>
      <w:pPr>
        <w:pStyle w:val="ArticleBody"/>
        <w:jc w:val="left"/>
      </w:pPr>
      <w:r>
        <w:rPr>
          <w:rFonts w:ascii="Times New Roman" w:hAnsi="Times New Roman" w:eastAsia="Times New Roman" w:cs="Times New Roman"/>
        </w:rPr>
        <w:t>Daim ntawv cog lus uas sawv cev rau ntawm lub Nceeg Vaj Ptolemaic, uas raug kav los ntawm cov xeeb leej xeeb ntxwv ntawm Ptolemy I (ib tug thawj tub rog ntawm Alexander tus Loj), uas tswj tebchaws Iyi tebchaws, thiab lub Faj Tim Tebchaws Seleucid, uas raug kav los ntawm cov xeeb leej xeeb ntxwv ntawm Seleucus I (dua ib tug ntawm Alexander cov thawj tub rog), uas tswj ib feem loj ntawm Middle East, suav nrog Syria, tau xaus Tsov Rog Syrian zaum ob nyob rau xyoo 253 BC. Tsov rog ntawd tau pib xya xyoo ua ntej, nyob rau xyoo 260 BC. Xya xyoo tom qab daim ntawv cog lus raug lees paub, nws raug rhuav tseg nyob rau xyoo 246 BC. Kaum plaub xyoos, faib ua ob ntu xya-xyoo. Ib nrab thawj yog kev ua tsov rog, thiab ib nrab thib ob yog kev thaj yeeb. Kaum plaub xyoos ntawd pib nrog Tsov Rog Syrian zaum ob thiab xaus nrog Tsov Rog Syrian zaum peb. Hom kev sib luag no hauv keeb kwm raug nthuav dav ntxiv thaum koj pom tias keeb kwm ntawd raug sawv cev nyob hauv nqe tsib txog nqe cuaj ntawm tshooj kaum ib. Daim ntawv cog lus thiab nws txoj kev raug rhuav tseg yog qhov uas cov nqe ntawd thiab keeb kwm uas ua tiav cov nqe ntawd tsom ntsoov rau.</w:t>
      </w:r>
    </w:p>
    <w:p>
      <w:pPr>
        <w:pStyle w:val="ArticleBody"/>
        <w:jc w:val="left"/>
      </w:pPr>
      <w:r>
        <w:rPr>
          <w:rFonts w:ascii="Times New Roman" w:hAnsi="Times New Roman" w:eastAsia="Times New Roman" w:cs="Times New Roman"/>
        </w:rPr>
        <w:t>Qhov no phim raws nraim nrog txoj kev kav tswj hwm ntawm papacy txij xyoo 538 mus txog 1798. Nyob ze rau thaum kawg ntawm lub caij nyoog ntawd, Napoleon Bonaparte tau nkag mus rau hauv ib daim ntawv cog lus nrog Vatican. Raws li Vatican tau ua txhaum Daim Ntawv Cog Lus Tolentino xyoo 1797, Napoleon tau xa General Berthier tuaj hauv xyoo 1798 kom ntes tus pope mus ua neeg raug kaw. Tus pope ntawd tuag hauv Fabkis xyoo 1799. Lub sijhawm 1,260 xyoo no tau piav kom ntxaws nyob hauv nqe 31–39.</w:t>
      </w:r>
    </w:p>
    <w:p>
      <w:pPr>
        <w:pStyle w:val="ArticleBody"/>
        <w:jc w:val="left"/>
      </w:pPr>
      <w:r>
        <w:rPr>
          <w:rFonts w:ascii="Times New Roman" w:hAnsi="Times New Roman" w:eastAsia="Times New Roman" w:cs="Times New Roman"/>
        </w:rPr>
        <w:t>Keeb kwm ntawm nqe 5–9 sib xws nrog nqe 31–39, muab ob tug timkhawv nyob hauv Daniel 11. Ob txoj kab no sib koom tib cov cim qhia yav tom ntej, nthuav tawm txog txoj kev sib raug zoo ntawm vajntxwv sab qab teb thiab vajntxwv sab qaum teb. Txhua lub sijhawm raug sawv cev los ntawm peb xyoos thiab ib nrab, xaus nrog vajntxwv sab qab teb muaj yeej, ntes tau vajntxwv sab qaum teb, thiab coj nws mus rau thaj av sab qab teb, uas yog qhov chaw uas ob tug vajntxwv sab qaum teb tuag. Hauv ob kis no, raws li nqe vajlugkub hais, vajntxwv sab qab teb rov qab los nrog tej khoom txeeb:</w:t>
      </w:r>
    </w:p>
    <w:p>
      <w:pPr>
        <w:pStyle w:val="ArticleScripture"/>
        <w:jc w:val="left"/>
      </w:pPr>
      <w:r>
        <w:rPr>
          <w:rFonts w:ascii="Times New Roman" w:hAnsi="Times New Roman" w:eastAsia="Times New Roman" w:cs="Times New Roman"/>
        </w:rPr>
        <w:t>Nws kuj yuav coj lawv tej vajtswv mus ua neeg raug txhom rau tim Iyiv, nrog rau lawv tej thawjcoj, thiab nrog lawv tej twj muaj nqis uas yog nyiaj thiab kub; thiab nws yuav nyob ntev dua vajntxwv sab qaum teb. Daniel 11:8.</w:t>
      </w:r>
    </w:p>
    <w:p>
      <w:pPr>
        <w:pStyle w:val="ArticleBody"/>
        <w:jc w:val="left"/>
      </w:pPr>
      <w:r>
        <w:rPr>
          <w:rFonts w:ascii="Times New Roman" w:hAnsi="Times New Roman" w:eastAsia="Times New Roman" w:cs="Times New Roman"/>
        </w:rPr>
        <w:t>Rau Ptolemy, qhov no yog tej nyiaj txiag muaj nqis uas tus vajntxwv sab qaum teb tau nyiag txeeb los ua ntej lawm; rau Napoleon, nws yog Vatican tej nyiaj txiag nplua nuj uas raug nyiag txeeb thiab coj mus rau Fabkis. Ob kab lus tim khawv no qhia tias tus vajntxwv sab qaum teb txoj kev tuag raug cim sawv cev los ntawm kev poob ntawm tus nees. Hauv Tshwmsim 17, tus pojniam caij saum tus tsiaj qus sawv cev rau lub Koom Txoos Kas Tos Liv:</w:t>
      </w:r>
    </w:p>
    <w:p>
      <w:pPr>
        <w:pStyle w:val="ArticleScripture"/>
        <w:jc w:val="left"/>
      </w:pPr>
      <w:r>
        <w:rPr>
          <w:rFonts w:ascii="Times New Roman" w:hAnsi="Times New Roman" w:eastAsia="Times New Roman" w:cs="Times New Roman"/>
        </w:rPr>
        <w:t>Yog li ntawd nws thiaj coj kuv mus rau hauv tus ntsuj plig mus rau tom roob moj sab qhua: thiab kuv pom ib tug poj niam zaum saum ib tug tsiaj qus uas muaj xim liab doog, puv npo tej npe thuam Vajtswv, muaj xya lub taub hau thiab kaum tug kub. Qhia Tshwm 17:3.</w:t>
      </w:r>
    </w:p>
    <w:p>
      <w:pPr>
        <w:pStyle w:val="ArticleBody"/>
        <w:jc w:val="left"/>
      </w:pPr>
      <w:r>
        <w:rPr>
          <w:rFonts w:ascii="Times New Roman" w:hAnsi="Times New Roman" w:eastAsia="Times New Roman" w:cs="Times New Roman"/>
        </w:rPr>
        <w:t>Tus tsiaj qus uas nws caij ntawd yog Lub Koom Haum Tebchaws Meskas (United Nations). Tshwm Sim 17 piav txog nws txoj kev rov qab los tuav hwjchim dua tom qab lub qhov txhab tuag taus ntawm xyoo 1798. Raws li lub nceeg vaj thib yim, nws rov pib kav dua, uas raug sawv cev los ntawm nws caij tus tsiaj qus:</w:t>
      </w:r>
    </w:p>
    <w:p>
      <w:pPr>
        <w:pStyle w:val="ArticleScripture"/>
        <w:jc w:val="left"/>
      </w:pPr>
      <w:r>
        <w:rPr>
          <w:rFonts w:ascii="Times New Roman" w:hAnsi="Times New Roman" w:eastAsia="Times New Roman" w:cs="Times New Roman"/>
        </w:rPr>
        <w:t>Thiab tus pojniam uas koj tau pom ntawd yog lub nroog loj ntawd, uas kav saum cov vajntxwv hauv ntiajteb. Tshwmsim 17:18.</w:t>
      </w:r>
    </w:p>
    <w:p>
      <w:pPr>
        <w:pStyle w:val="ArticleBody"/>
        <w:jc w:val="left"/>
      </w:pPr>
      <w:r>
        <w:rPr>
          <w:rFonts w:ascii="Times New Roman" w:hAnsi="Times New Roman" w:eastAsia="Times New Roman" w:cs="Times New Roman"/>
        </w:rPr>
        <w:t>Qhov kev raug mob uas ua rau tuag xyoo 1798 twb raug ua cim qhia ua ntej lawm hauv nqe 5–9 thaum tus vaj ntxwv sab qaum teb poob saum nees thiab tuag. Ob kab lus no hauv Daniyee 11 khiav sib phim nrog nqe 41–45. Txoj cai Hnub Caiv hauv Tebchaws Meskas, uas raug cim tseg hauv nqe 41, pib qhov papacy txoj kev caij kawg rau saum tsiaj qus—ib lub caij nyoog uas raug nthuav tawm hauv ob kab lus no. Thaum Ellen White hais tias “ntau yam keeb kwm” uas tau ua tiav hauv Daniyee 11 “yuav rov muaj dua,” nqe 5–9 thiab 31–39 thiaj sib haum nrog nqe 41–45.</w:t>
      </w:r>
    </w:p>
    <w:p>
      <w:pPr>
        <w:pStyle w:val="ArticleHeading"/>
        <w:jc w:val="left"/>
      </w:pPr>
      <w:r>
        <w:rPr>
          <w:rFonts w:ascii="Arial" w:hAnsi="Arial" w:eastAsia="Arial" w:cs="Arial"/>
        </w:rPr>
        <w:t>Tsuas yog Nqe Plaub Caug xwb</w:t>
      </w:r>
    </w:p>
    <w:p>
      <w:pPr>
        <w:pStyle w:val="ArticleBody"/>
        <w:jc w:val="left"/>
      </w:pPr>
      <w:r>
        <w:rPr>
          <w:rFonts w:ascii="Times New Roman" w:hAnsi="Times New Roman" w:eastAsia="Times New Roman" w:cs="Times New Roman"/>
        </w:rPr>
        <w:t>Txij nqe 31 mus txog 45, tsuas yog nqe 40 xwb thiaj nyob sab nraud ntawm lub sijhawm yaj saub peb hnub thiab ib nrab. Nws sawv cev rau ib zaj keeb kwm tshwj xeeb nyob hauv ib feem peb kawg ntawm Daniyees 45 nqe. Hauv nqe 16, keeb kwm ntawm Loos Kav Tebchaws pej kumas nthuav tawm los ntawm plaub tug vajntxwv kav—Pompey, Julius Caesar, Augustus Caesar, thiab Tiberius Caesar. Kev yeej ntawm Augustus hauv Tsov Rog Actium xyoo 31 BC tau pib Loos Kav Tebchaws txoj kev kav 360 xyoo, ua kom tiav “lub sijhawm” hauv nqe 24:</w:t>
      </w:r>
    </w:p>
    <w:p>
      <w:pPr>
        <w:pStyle w:val="ArticleScripture"/>
        <w:jc w:val="left"/>
      </w:pPr>
      <w:r>
        <w:rPr>
          <w:rFonts w:ascii="Times New Roman" w:hAnsi="Times New Roman" w:eastAsia="Times New Roman" w:cs="Times New Roman"/>
        </w:rPr>
        <w:t>Nws yuav nkag los yam muaj kev thaj yeeb txawm rau tej thaj chaw uas nplua nuj tshaj plaws hauv lub xeev; thiab nws yuav ua tej uas nws cov yawg koob tsis tau ua, thiab nws cov poj koob yawm txwv kuj tsis tau ua; nws yuav faib rau lawv tej khoom txeeb, thiab tej nyiag, thiab tej nyiaj txiag nplua nuj: muaj tseeb, nws yuav npaj nws tej tswv yim tawm tsam tej chaw ruaj khov, tsuas yog ib ntus xwb. Daniel 11:24.</w:t>
      </w:r>
    </w:p>
    <w:p>
      <w:pPr>
        <w:pStyle w:val="ArticleBody"/>
        <w:jc w:val="left"/>
      </w:pPr>
      <w:r>
        <w:rPr>
          <w:rFonts w:ascii="Times New Roman" w:hAnsi="Times New Roman" w:eastAsia="Times New Roman" w:cs="Times New Roman"/>
        </w:rPr>
        <w:t>Tom qab Actium, Loos tau ua kom Ejib los ua ib lub xeev nyob rau xyoo 30 BC. Peb puas rau caum xyoo tom qab ntawd, nyob rau xyoo 330, Constantine tau hloov lub peev ntawm lub tebchaws kav los ntawm Loos mus rau Constantinople. Lub “sijhawm” no phim raws li kev yaj saub nrog 1,260 xyoo ntawm kev kav ntawm lub hwj chim papal thiab 7 xyoo hauv nqe 5–9.</w:t>
      </w:r>
    </w:p>
    <w:p>
      <w:pPr>
        <w:pStyle w:val="ArticleBody"/>
        <w:jc w:val="left"/>
      </w:pPr>
      <w:r>
        <w:rPr>
          <w:rFonts w:ascii="Times New Roman" w:hAnsi="Times New Roman" w:eastAsia="Times New Roman" w:cs="Times New Roman"/>
        </w:rPr>
        <w:t>Txij ntawm nqe 16 mus, Loos teb chaws kav teb chaws txawv ntseeg kav mus txog nqe 30, xam nrog cov Maccabees txoj kev cog lus koom tes nrog Loos thiab caj ces ntawm Khetos. Txawm li ntawd los, nqe 16–30 sib haum nrog nqe 31–39 thiab 41–45. Yog li ntawd, hauv 30 nqe kawg ntawm Daniyees 11, ib txoj kab lus faj lem uas sib xws tas li tshwm los—tsuas yog nyob rau nqe 40 xwb, qhov uas “lub sij hawm kawg” raug cim tseg rau xyoo 1798 thiab 1989.</w:t>
      </w:r>
    </w:p>
    <w:p>
      <w:pPr>
        <w:pStyle w:val="ArticleBody"/>
        <w:jc w:val="left"/>
      </w:pPr>
      <w:r>
        <w:rPr>
          <w:rFonts w:ascii="Times New Roman" w:hAnsi="Times New Roman" w:eastAsia="Times New Roman" w:cs="Times New Roman"/>
        </w:rPr>
        <w:t>Muaj qee qhov kev zam me me nyob hauv nqe 2 thiab 3—qhov uas tus kawg ntawm yim tus thawj tswj hwm hloov mus tswj kaum tus vajntxwv ntawm United Nations—ob nqe thawj ntawd phim nrog nqe 40, sawv cev rau txoj cai Hnub Caiv thiab txoj kev hloov ntawm lub nceeg vaj thib rau mus rau lub nceeg vaj thib xya thiab thib yim. Nqe 3 thiab 4 phim nrog nqe 45 thiab Daniel 12:1, qhia txog kev sawv thiab kev poob ntawm lub nceeg vaj Greek, uas mus raws nraim nrog txoj kev tsim tsa thiab txoj kev kawg ntawm papacy nyob hauv nqe 41 txog Daniel 12:1. Ob leeg, tus pojniam thiab tus tsiaj qus uas nws caij, xaus yam tsis muaj kev pab, ua ib lub moj khaum rau qhov pib thiab qhov kawg ntawm Daniel 11 sab nraud keeb kwm ntawm nqe 40. Alexander the Great ua cim rau United Nations, ua nkauj ua nraug nrog tus niam ntiav ntawm Tyre (tus vajntxwv qaum teb txij nqe 41 mus ntxiv), uas nkawd ob leeg yog tus tsiaj qus thiab tus zaj.</w:t>
      </w:r>
    </w:p>
    <w:p>
      <w:pPr>
        <w:pStyle w:val="ArticleHeading"/>
        <w:jc w:val="left"/>
      </w:pPr>
      <w:r>
        <w:rPr>
          <w:rFonts w:ascii="Arial" w:hAnsi="Arial" w:eastAsia="Arial" w:cs="Arial"/>
        </w:rPr>
        <w:t>Nqe Cuaj thiab Kaum</w:t>
      </w:r>
    </w:p>
    <w:p>
      <w:pPr>
        <w:pStyle w:val="ArticleBody"/>
        <w:jc w:val="left"/>
      </w:pPr>
      <w:r>
        <w:rPr>
          <w:rFonts w:ascii="Times New Roman" w:hAnsi="Times New Roman" w:eastAsia="Times New Roman" w:cs="Times New Roman"/>
        </w:rPr>
        <w:t>Nqe 5–9 xaus rau lub sijhawm kawg xyoo 1798, hos nqe 10 cim xyoo 1989. Yog li ntawd, ncua sij hawm nruab nrab ntawm nqe 9 thiab 10—txij xyoo 1798 mus txog 1989—sawv cev rau feem uas raug muab qhib tshwm ntawm nqe 40, pib nws zaj keeb kwm uas tau muab zais cia. Kom meej: yuav luag txhua nqe hauv Daniyees 11 qhia txog txoj kev kav ntawm lub papacy txij xyoo 538 mus txog 1798. Nqe 40 npog lub sijhawm txij 1798 mus txog txoj cai Hnub Caiv hauv Tebchaws Meskas. Nqe 6–9 ua qauv qhia txog tiam papal, hos nqe 10 qhia ua ntej txog kev poob ntawm USSR xyoo 1989. Yog li ntawd, nqe 11–15 ncav txij xyoo 1989 mus txog txoj cai Hnub Caiv, raws li tau sawv cev nyob hauv nqe 16, 31, thiab 41.</w:t>
      </w:r>
    </w:p>
    <w:p>
      <w:pPr>
        <w:pStyle w:val="ArticleBody"/>
        <w:jc w:val="left"/>
      </w:pPr>
      <w:r>
        <w:rPr>
          <w:rFonts w:ascii="Times New Roman" w:hAnsi="Times New Roman" w:eastAsia="Times New Roman" w:cs="Times New Roman"/>
        </w:rPr>
        <w:t>Nqe 40 raug faib ua ob feem. Feem thawj, txij xyoo 1798 mus txog 1989, pib thiab xaus nrog ib “lub sijhawm kawg.” Feem ob pib xyoo 1989, qhov uas feem thawj xaus lawm. Nqe 1 thiab 2 qhia txog ib theem ntawm cov thawj tswj hwm pib xyoo 1989, uas sib haum nrog feem ob ntawm nqe 40. Nqe 11 cim qhov pib ntawm tsov rog Ukraine xyoo 2014, hos nqe 12 hais txog tej txiaj ntsig uas vajntxwv sab qab teb uas yeej coj los rau saum nws tus kheej. Nqe 13 twb yuav los txog rau kev ua tiav lawm, tiamsis ntawm no peb pom tias nqe 11 nyob hauv feem ob ntawm nqe 40—tom qab xyoo 1989, los tseem ua ntej txoj cai Hnub Caiv (nqe 41).</w:t>
      </w:r>
    </w:p>
    <w:p>
      <w:pPr>
        <w:pStyle w:val="ArticleBody"/>
        <w:jc w:val="left"/>
      </w:pPr>
      <w:r>
        <w:rPr>
          <w:rFonts w:ascii="Times New Roman" w:hAnsi="Times New Roman" w:eastAsia="Times New Roman" w:cs="Times New Roman"/>
        </w:rPr>
        <w:t>Nqe 13–15 taw tes rau Tsov Rog Panium xyoo 200 BC, yog lub xyoo uas Loos teev dab qhuas pib siv nws lub hwj chim los cuam tshuam rau tej xwm txheej ntawm tib neeg, uas txuas nrog rau tsov rog ntawd. Vim qhov no tshwm sim ntev ua ntej Pompey nkag mus rau hauv Yeluxalees hauv nqe 16, nws muab pov thawj keeb kwm los txheeb xyuas nqe 41 tias yog txoj cai Hnub Caiv hauv Tebchaws Meskas.</w:t>
      </w:r>
    </w:p>
    <w:p>
      <w:pPr>
        <w:pStyle w:val="ArticleBody"/>
        <w:jc w:val="left"/>
      </w:pPr>
      <w:r>
        <w:rPr>
          <w:rFonts w:ascii="Times New Roman" w:hAnsi="Times New Roman" w:eastAsia="Times New Roman" w:cs="Times New Roman"/>
        </w:rPr>
        <w:t>Txhua txoj kab lus yaj saub thiab nws qhov kev ua tiav hauv keeb kwm nyob rau hauv Daniel 11 yog nyob buj zus hauv keeb kwm ntawm nqe 40 (1798 mus txog txoj cai Hnub Caiv) lossis txij nqe 41 mus txog Daniel 12:1. Ntawm 45 nqe ntawd, nqe 1, 2, 7–15, thiab 40—ua ke tag nrho kaum ob nqe—muaj feem siv rau lub sijhawm ntawm nqe 40 thaum muab txheej kab saum txheej kab. Nqe 40 raug faib ua ob ntu ntawm xyoo 1989. Nqe 1, 2, thiab 10–15 sib haum nrog nws ib nrab thib ob. Nqe 1 thiab 2 taug raws txoj kab ntawm cov thawj tswj hwm hauv keeb kwm ntawm tus tsiaj nyaum hauv ntiajteb, hos nqe 10–15 piav txog peb qhov kev tsov rog sawv cev uas raug npaj thiab tswj los ntawm vaj ntxwv sab qaum teb (lub hwj chim papacy) txij xyoo 1989 mus txog txoj cai Hnub Caiv. Peb qhov kev tsov rog sawv cev ntawd pib nrog Tebchaws Meskas, uas raug txheeb qhia hauv nqe 40 tias yog “tsheb rog, nkoj, thiab cov neeg caij nees.”</w:t>
      </w:r>
    </w:p>
    <w:p>
      <w:pPr>
        <w:pStyle w:val="ArticleBody"/>
        <w:jc w:val="left"/>
      </w:pPr>
      <w:r>
        <w:rPr>
          <w:rFonts w:ascii="Times New Roman" w:hAnsi="Times New Roman" w:eastAsia="Times New Roman" w:cs="Times New Roman"/>
        </w:rPr>
        <w:t>Peb yuav txuas ntxiv nyob rau hauv tshooj txuas mus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Thawj Qhov Ib</dc:title>
  <dc:subject>Tshooj Kaum Ib</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