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Tus Naj Npawb Ob</w:t>
      </w:r>
    </w:p>
    <w:p>
      <w:pPr>
        <w:pStyle w:val="ArticleSubtitle"/>
        <w:jc w:val="left"/>
      </w:pPr>
      <w:r>
        <w:rPr>
          <w:rFonts w:ascii="Arial" w:hAnsi="Arial" w:eastAsia="Arial" w:cs="Arial"/>
        </w:rPr>
        <w:t>Kev Sawv thiab Kev Poob ntawm Tus Vajntxwv Sab Qab Teb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2025-02-27</w:t>
      </w:r>
    </w:p>
    <w:p>
      <w:pPr>
        <w:pStyle w:val="ArticleBody"/>
        <w:jc w:val="left"/>
      </w:pPr>
      <w:r>
        <w:rPr>
          <w:rFonts w:ascii="Times New Roman" w:hAnsi="Times New Roman" w:eastAsia="Times New Roman" w:cs="Times New Roman"/>
        </w:rPr>
        <w:t>Peb xaus zaj lus kawg los ntawm kev sau tias, “Nqe 10–15 sawv cev rau peb txoj kev ua tsov rog sawv cev uas raug ua tiav los ntawm tus vajntxwv sab qaum teb, uas yog lub hwjchim papal, txij xyoo 1989 mus txog rau txoj cai hnub Sunday.” Peb txoj kev ua tsov rog sawv cev no pib nrog kev txheeb xyuas Tebchaws Meskas hauv nqe 40 ua “tsheb nees ua rog, nkoj, thiab cov caij nees.”</w:t>
      </w:r>
    </w:p>
    <w:p>
      <w:pPr>
        <w:pStyle w:val="ArticleBody"/>
        <w:jc w:val="left"/>
      </w:pPr>
      <w:r>
        <w:rPr>
          <w:rFonts w:ascii="Times New Roman" w:hAnsi="Times New Roman" w:eastAsia="Times New Roman" w:cs="Times New Roman"/>
        </w:rPr>
        <w:t>Tsov rog sawv cev tom ntej, uas sawv cev los ntawm nqe 11 thiab nws qhov kev ua tiav hauv keeb kwm ntawm Tsov Rog Raphia xyoo 217 BC, yog nyob nruab nrab ntawm Ptolemy IV Philopator, tus vajntxwv qab teb ntawm tim Ejiptus, thiab Antiochus tus Loj, uas kuj hu ua Antiochus Magnus, ntawm lub tebchaws Seleucid. Antiochus tau ua tiav nqe 10 thaum nws tau pauj tim Ejiptus vim nws lub nceeg vaj qaum teb raug swb thiab poob nws tej cuab tam, rov qab txeeb tau tag nrho thaj chaw uas lub nceeg vaj qab teb tau txeeb yav tas los ntawm nws lub nceeg vaj. Nws tau ua li ntawd tiamsis nres ntawm ciam teb tim Ejiptus, yog li ua tiav nqe 10 thiab ua tus qauv cev faj lem rau xyoo 1989.</w:t>
      </w:r>
    </w:p>
    <w:p>
      <w:pPr>
        <w:pStyle w:val="ArticleScripture"/>
        <w:jc w:val="left"/>
      </w:pPr>
      <w:r>
        <w:rPr>
          <w:rFonts w:ascii="Times New Roman" w:hAnsi="Times New Roman" w:eastAsia="Times New Roman" w:cs="Times New Roman"/>
        </w:rPr>
        <w:t>Tiamsis nws cov tub yuav raug tsa kom sawv, thiab yuav sau ib pab tub rog loj heev los ua ke; thiab ib tug yuav los tiag, thiab yuav hla tuaj nyab lug, thiab hla dhau mus; ces nws yuav rov qab los, thiab raug tsa kom sawv dua, txawm mus txog rau nws lub chaw ruaj khov. Daniel 11:10.</w:t>
      </w:r>
    </w:p>
    <w:p>
      <w:pPr>
        <w:pStyle w:val="ArticleBody"/>
        <w:jc w:val="left"/>
      </w:pPr>
      <w:r>
        <w:rPr>
          <w:rFonts w:ascii="Times New Roman" w:hAnsi="Times New Roman" w:eastAsia="Times New Roman" w:cs="Times New Roman"/>
        </w:rPr>
        <w:t>Tsov rog sawv cev zaum ob yog Tsov Rog ntawm Raphia. Raphia txhais tias thaj av ciam teb. Thaj chaw sib ntaus ntawd cim txog qhov chaw uas Antiochus tau tso tseg nws qhov kev txeeb chaw ua ntej uas muaj nyob hauv nqe 10. Peb tsov rog sawv cev no raug tswj hwm los ntawm qhov tseeb, hauv lub ntsiab tias tsov rog sawv cev thawj zaug sib haum nrog tsov rog sawv cev kawg. Tag nrho peb tsov rog—nqe 10, nqe 11, thiab tom qab ntawd tsov rog thib peb ntawm nqe 13–15—raug tawm tsam los ntawm tib tug neeg keeb kwm nkaus xwb hauv lawv qhov kev ua tiav thawj zaug. Antiochus Magnus nyob hauv txhua yam ntawm peb qhov kev sib ntaus ntawd, raws li lus faj lem khi lawv ua ke rau hauv ib txoj kab. Antiochus yeej qhov kev sib ntaus thawj zaug thiab qhov kawg, tiam sis tsis yog qhov nruab nrab, uas huab tais sab qab teb yog tus muaj yeej.</w:t>
      </w:r>
    </w:p>
    <w:p>
      <w:pPr>
        <w:pStyle w:val="ArticleBody"/>
        <w:jc w:val="left"/>
      </w:pPr>
      <w:r>
        <w:rPr>
          <w:rFonts w:ascii="Times New Roman" w:hAnsi="Times New Roman" w:eastAsia="Times New Roman" w:cs="Times New Roman"/>
        </w:rPr>
        <w:t>Ib yam li Raphia txhais tias thaj av ciam teb, Ukraine kuj txhais li ntawd thiab. Tsov rog sawv cev zaum ob, uas thawj zaug tau muaj tiav los ntawm Tsov Rog Raphia, tam sim no tab tom muaj tiav nyob rau hauv tsov rog Ukraine. Vladimir Putin yog tus vajntxwv qab teb, tus xeeb leej xeeb ntxwv yav tom ntej raws li lus faj lem ntawm thawj tus vajntxwv qab teb niaj hnub no, Vladimir Lenin. Putin tau rov hais ntau zaus tias Russia txoj kev teb rau Ukraine yog raws li ib daim ntawv cog lus uas muaj kev sib cav, uas hais tias thaum Yelemes rov sib koom ua ib lub tebchaws, NATO yuav tsis nthuav dav ntxiv mus rau thaj av qub ntawm USSR. Putin lub siab txhawb yog zoo ib yam li Ptolemy li hauv nqe 5–9 thiab Napoleon li hauv xyoo 1797. Peb tug vajntxwv qab teb no puav leej muab lawv tej kev ua tawm tsam tus vajntxwv qaum teb los ua ncaj ncees raws li ib daim ntawv cog lus uas raug rhuav lawm.</w:t>
      </w:r>
    </w:p>
    <w:p>
      <w:pPr>
        <w:pStyle w:val="ArticleBody"/>
        <w:jc w:val="left"/>
      </w:pPr>
      <w:r>
        <w:rPr>
          <w:rFonts w:ascii="Times New Roman" w:hAnsi="Times New Roman" w:eastAsia="Times New Roman" w:cs="Times New Roman"/>
        </w:rPr>
        <w:t>Raws li Yaxayas 23, tus niam ntiav ntawm Thailaub, uas sawv cev rau lub hwj chim papal, yuav raug hnov qab mus tau xya caum xyoo, zoo li lub caij nyoog ntawm ib tug vajntxwv—ib lub sijhawm uas tau raug qhia rov thiab rov dua tias yog lub sijhawm thaum lub nceeg vaj thib rau ntawm Vajlugkub txoj lus faj lem, yog tus tsiaj nyaum hauv av ntawm Tshwmsim 13 (Tebchaws Meskas), kav.</w:t>
      </w:r>
    </w:p>
    <w:p>
      <w:pPr>
        <w:pStyle w:val="ArticleScripture"/>
        <w:jc w:val="left"/>
      </w:pPr>
      <w:r>
        <w:rPr>
          <w:rFonts w:ascii="Times New Roman" w:hAnsi="Times New Roman" w:eastAsia="Times New Roman" w:cs="Times New Roman"/>
        </w:rPr>
        <w:t>Thiab yuav muaj tseeb nyob rau hnub ntawd, tias lub nroog Tyre yuav raug hnov qab xya caum xyoo, raws li hnub nyoog ntawm ib tug vajntxwv; tom qab xaus xya caum xyoo lawm, Tyre yuav hu nkauj ib yam li ib tug pojniam luag pojniam. Cia li nqa ib rab nkauj ncas, mus ncig thoob lub nroog, koj tus pojniam luag pojniam uas raug hnov qab lawm; ua kom suab paj nruag qab zib, hu ntau zaj nkauj, kom koj thiaj raug nco txog. Thiab yuav muaj tseeb tias tom qab xaus xya caum xyoo lawm, tus Tswv yuav tuaj xyuas Tyre, thiab nws yuav rov qab mus cuag nws cov nqi zog, thiab yuav ua nkauj ua nraug nrog txhua lub tebchaws hauv lub ntiajteb saum npoo av. Yaxayas 23:15–17.</w:t>
      </w:r>
    </w:p>
    <w:p>
      <w:pPr>
        <w:pStyle w:val="ArticleBody"/>
        <w:jc w:val="left"/>
      </w:pPr>
      <w:r>
        <w:rPr>
          <w:rFonts w:ascii="Times New Roman" w:hAnsi="Times New Roman" w:eastAsia="Times New Roman" w:cs="Times New Roman"/>
        </w:rPr>
        <w:t>Lub xya caum xyoo uas yog lub cim ncua txij xyoo 1798 mus txog rau txoj cai hnub Sunday, uas yog keeb kwm uas nqe 40 sawv cev rau. Tsis yog txog thaum xaus rau xya caum xyoo ntawd, los yog thaum txoj cai hnub Sunday tab tom los ze, mas tus niam ntiav thiaj rov tshwm sim dua. Vim li no, kev ua rog ntawm peb lub tshav rog hauv nqe 10–15 raug coj mus ua los ntawm ib tug sawv cev ntawm hwj chim papal, rau qhov yaj saub hais tias nws raug tsis nco qab lawm nyob rau lub sijhawm no.</w:t>
      </w:r>
    </w:p>
    <w:p>
      <w:pPr>
        <w:pStyle w:val="ArticleBody"/>
        <w:jc w:val="left"/>
      </w:pPr>
      <w:r>
        <w:rPr>
          <w:rFonts w:ascii="Times New Roman" w:hAnsi="Times New Roman" w:eastAsia="Times New Roman" w:cs="Times New Roman"/>
        </w:rPr>
        <w:t>Hauv thawj thiab thaum kawg ntawm ob qhov kev tsov rog sawv cev, tus vajntxwv sab qaum teb yeej tus vajntxwv sab qab teb. Hauv qhov kev tsov rog nruab nrab, tus vajntxwv sab qab teb yeej tus vajntxwv sab qaum teb. Kev Tsov Rog ntawm Raphia yog thawj zaug kev ua tiav hauv keeb kwm ntawm nqe 11, thiab nqe ntawd ua ke nrog lawv qhov kev ua tiav hauv keeb kwm tsim ua ob tug timkhawv uas yuav tsum raug muab sib xyaw nrog cov nqe Vajluskub uas sib txuam hais txog peb hnub ib nrab uas yog hnub yaj saub ntawm kev kav ntawm Loos papal. Yog li ntawd, ob nqe Vajluskub nyob hauv Daniyees 11, nrog rau lawv cov kev ua tiav hauv keeb kwm, nthuav tawm cov yam ntxwv yaj saub ntawm qhov kev tsov rog ntawm thaj av ciam teb hauv nqe 11, uas tau xub ua tiav thaum Kev Tsov Rog ntawm Raphia, thiab tom qab ntawd rov ua tiav dua thaum lub sijhawm kawg hauv xyoo 1798.</w:t>
      </w:r>
    </w:p>
    <w:p>
      <w:pPr>
        <w:pStyle w:val="ArticleBody"/>
        <w:jc w:val="left"/>
      </w:pPr>
      <w:r>
        <w:rPr>
          <w:rFonts w:ascii="Times New Roman" w:hAnsi="Times New Roman" w:eastAsia="Times New Roman" w:cs="Times New Roman"/>
        </w:rPr>
        <w:t>Cov lus tim khawv no txhawb tias Vladimir Putin yog Vladimir kawg ntawm tus vajntxwv niaj hnub no ntawm sab qab teb. “Vladimir” feem ntau txhais tias “tus kav lub ntiaj teb,” tiamsis lo lus mir kuj txhais tau raug tias “zej zog.” Yog li ntawd, Vladimir txhais tias “tus kav zej zog,” lossis “tus kav kev koom pheej ntseeg communist.” Putin qhia tias nws txoj kev koom tes hauv Ukraine yog raws li ib daim ntawv cog lus uas raug rhuav, uas hais txog nws tej kev txhawj xeeb txog NATO txoj kev txeeb nkag dhau ciam teb uas tau pom zoo tseg tom qab lub teb chaws Yelemes rov los ua ib lub teb chaws. Putin txoj kev coj qhia yog tsom rau NATO thiab EU ib yam li nws tsom rau Zelenskyy thiab Ukraine. NATO thiab EU txoj kev txeeb nkag rau thaj av uas Putin hais khov kho tias yuav tsum nyob tsis muaj NATO, yog ib qho sib xws nrog Ptolemy txoj kev npau taws thaum tus vajntxwv Seleucid muab tus ntxhais fuabtais Iyiv uas yuav los ua nyab tseg ib sab rau nws tus pojniam qub. Daim ntawv cog lus uas raug rhuav ntawd taw tes mus tom ntej rau Daim Ntawv Cog Lus Tolentino uas raug rhuav xyoo 1797. Hauv Daniyee 11, thaum tus vajntxwv sab qab teb kov yeej tus vajntxwv sab qaum teb, nws muaj feem nrog ib daim ntawv cog lus uas raug rhuav.</w:t>
      </w:r>
    </w:p>
    <w:p>
      <w:pPr>
        <w:pStyle w:val="ArticleBody"/>
        <w:jc w:val="left"/>
      </w:pPr>
      <w:r>
        <w:rPr>
          <w:rFonts w:ascii="Times New Roman" w:hAnsi="Times New Roman" w:eastAsia="Times New Roman" w:cs="Times New Roman"/>
        </w:rPr>
        <w:t>Daim ntawv cog lus uas raug rhuav no hais txog EU txoj kev tsis kam txwv NATO txoj kev nthuav dav dhau nws tej ciam teb thaum Yelemees rov sib koom ua ib lub teb chaws. Hauv qhov kev txhais no, Putin, tus vajntxwv sab qab teb, tab tom nyob hauv kev sib ntaus tawm tsam tus vajntxwv sab qaum teb, uas raug sawv cev los ntawm nws lub hwjchim sawv cev. Ib yam li cov Nazis ntawm Tsov Rog Ntiaj Teb Zaum II tau ua tus sawv cev rau lub Koom Txoos Kas Tos Liv, cov Nazis ntawm Ukraine kuj dhau los ua lub cim ntawm tsov rog sawv cev zaum ob hauv nqe 10–15. Peb tsov rog ntiaj teb thiab peb tsov rog sawv cev—thiab hauv ob txoj kab, cov Nazis yog tus sawv cev ntawm lub Koom Txoos Kas Tos Liv thaum lub sij hawm kev tsis sib haum nruab nrab.</w:t>
      </w:r>
    </w:p>
    <w:p>
      <w:pPr>
        <w:pStyle w:val="ArticleBody"/>
        <w:jc w:val="left"/>
      </w:pPr>
      <w:r>
        <w:rPr>
          <w:rFonts w:ascii="Times New Roman" w:hAnsi="Times New Roman" w:eastAsia="Times New Roman" w:cs="Times New Roman"/>
        </w:rPr>
        <w:t>Nyob rau hauv peb qhov kev ua tiav thawj zaug hauv keeb kwm ntawm cov kev tsov rog sawv cev no, Antiochus Magnus tau nyob hauv txhua qhov kev sib tua. Twb tau muaj kev qhia ntau zaus lawm tias keeb txhais lus ntawm “Antiochus” thiab lub ntsiab cim uas txuas nrog lub nceeg vaj Seleucid ua vajntxwv sab qaum teb qhia Antiochus tias yog ib lub cim ntawm tus antichrist—tus pope ntawm Loos. Tiamsis nyob rau hauv keeb kwm ntawm peb qhov kev tsov rog sawv cev no, tus pojniam luag pojniam ntawm Tyre raug hnov qab lawm, yog li ntawd lub cim ntawm tus “pope” uas sawv cev nyob hauv lub npe “Antiochus” sawv cev rau nws lub hwjchim sawv cev. Hauv thawj thiab qhov kawg ntawm cov kev sib tua, yog Tebchaws Meskas uas tab tom ua raws li Loos tej lus txib qhib lug. Hauv nqe 11, lub hwjchim sawv cev ntawd yog Nazism ntawm Ukraine, tiamsis nws yog thiab tseem yog cov nkoj thiab cov tsheb rog ntawm Tebchaws Meskas uas tau txhawb nqa Zelenskyy hauv kev tsov rog ntawd. Nyob rau saum npoo ntawm qhov kev tsov rog sawv cev thib ob, Tebchaws Meskas raug nkaum, ib yam li tus pope raug nkaum thaum xya caum xyoo ntawm Yaxayas 23. Tebchaws Meskas raug nkaum hauv zaj keeb kwm ntawd nws tus kheej, qhov chaw uas nws txhim tsa txhua yam cwj pwm ntawm tus tsiaj qus, ua rau nws haum rau txojkev yaj saub tias, thaum qhov kev tsov rog sawv cev thib ob twb tab tom pib mus lawm, Tebchaws Meskas raug npog los ntawm lub hwjchim sawv cev ntawm Nazism hauv Ukraine, txawm li ntawd los nws tseem yog lub zog tub rog thiab lub zog nyiaj txiag ntawm tus tsiaj qus hauv ntiajteb uas tseem txhawb nqa Ukraine mus txog rau lawv txojkev puastsuaj.</w:t>
      </w:r>
    </w:p>
    <w:p>
      <w:pPr>
        <w:pStyle w:val="ArticleBody"/>
        <w:jc w:val="left"/>
      </w:pPr>
      <w:r>
        <w:rPr>
          <w:rFonts w:ascii="Times New Roman" w:hAnsi="Times New Roman" w:eastAsia="Times New Roman" w:cs="Times New Roman"/>
        </w:rPr>
        <w:t>Thaum huab tais sab qab teb mus rau Npanpiloo thiab ntes huab tais sab qaum teb ua neeg raug kaw, thiab ib yam li thaum General Berthier ntes tus pope ua neeg raug kaw, nws tau taug kev ncaj qha mus rau hauv Vatican, qhia tias kev ua tsov rog hauv Ukraine yuav xaus nrog Putin txoj kev yeej rau lub sijhawm uas txhua yam kev tawm tsam ntawm Ukraine twb raug tshem tawm lawm. Lub nceeg vaj uas Ptolemy txeeb tau yog Npanpiloo, thiab lub nceeg vaj uas Napoleon txeeb tau yog Npanpiloo ntawm sab ntsuj plig. Yog li ntawd, Zelenskyy lub nceeg vaj raug sawv cev los ntawm cov pej xeem uas muab kev txhawb nqa rau nws. Nim no uas Trump twb rho tawm kev txhawb nqa ntawm cov tsheb nees, cov neeg caij nees, thiab cov nkoj ntawm tus tsiaj qus ntawm lub ntiaj teb lawm, Ukraine txoj kev txhawb nqa yog EU, yog pawg ntawd xwb uas tsis kam mloog Putin cov lus thov hais txog daim ntawv cog lus uas raug rhuav lawm concerning the encroachment of NATO.</w:t>
      </w:r>
    </w:p>
    <w:p>
      <w:pPr>
        <w:pStyle w:val="ArticleBody"/>
        <w:jc w:val="left"/>
      </w:pPr>
      <w:r>
        <w:rPr>
          <w:rFonts w:ascii="Times New Roman" w:hAnsi="Times New Roman" w:eastAsia="Times New Roman" w:cs="Times New Roman"/>
        </w:rPr>
        <w:t>Lub tswv yim uas coj cov eurocrats ntawm EU yog kev txav Greenpeace. Vim li no, Zelenskyy txhais tias, “ntsuab.” Zelenskyy yog tus thawj coj cim ntawm cov neeg nyiam ua tsov ua rog hauv EU uas raug coj los ntawm txoj txheej txheem ruam thoob ntiaj teb ntawm kev tiv thaiv ib puag ncig. Thaum tsov rog Ukraine xaus lawm, Putin yuav ua kev zoo siab tsis yog rau ib qho kev yeej Ukraine xwb, tab sis rau tag nrho EU thiab NATO.</w:t>
      </w:r>
    </w:p>
    <w:p>
      <w:pPr>
        <w:pStyle w:val="ArticleBody"/>
        <w:jc w:val="left"/>
      </w:pPr>
      <w:r>
        <w:rPr>
          <w:rFonts w:ascii="Times New Roman" w:hAnsi="Times New Roman" w:eastAsia="Times New Roman" w:cs="Times New Roman"/>
        </w:rPr>
        <w:t>Peb cov rog sawv cev peb zaug no yog li ntawd thiaj muaj lub cim qhia txog qhov tseeb. Hauv thawj zaug thiab zaug kawg ntawm tsov rog sawv cev, vajntxwv sab qab teb raug kov yeej los ntawm ib qho kev koom tes ntawm tus tsiaj nyaum hauv hiav txwv thiab tus tsiaj nyaum hauv ntiajteb ntawm Tshwm Sim kaum peb. Thaum pib, txoj kev yeej rau vajntxwv sab qaum teb tau raug coj los txog los ntawm ib qho kev koom tes nrog ib tug pope uas khaws txoj kev ntseeg qub, yog Vatican I, uas nyob hauv lub ntsiab lus ntawm cov lus zais Fatima hauv Catholicism tej lus dab neeg, yog tus pope dawb lossis tus pope zoo. Tus pope tam sim no, uas thaum kuv tab tom sau qhov no nws twb pw saum txaj tos kev tuag lawm, yog ib tug pope Vatican II, qhib siab tshiab, uas nyob hauv lub ntsiab lus ntawm cov lus zais Fatima yog tus pope dub lossis tus pope phem.</w:t>
      </w:r>
    </w:p>
    <w:p>
      <w:pPr>
        <w:pStyle w:val="ArticleBody"/>
        <w:jc w:val="left"/>
      </w:pPr>
      <w:r>
        <w:rPr>
          <w:rFonts w:ascii="Times New Roman" w:hAnsi="Times New Roman" w:eastAsia="Times New Roman" w:cs="Times New Roman"/>
        </w:rPr>
        <w:t>Nqe kaum plaub qhia tias thaum cov “neeg tub sab ntawm koj haiv neeg” uas tsa lawv tus kheej siab thiab poob qis nkag mus rau hauv keeb kwm yaj saub, ces yog lub zeem muag raug tsa kom ruaj khov. Hauv qhov ua tiav ntawm nqe kaum peb mus txog kaum tsib hauv Tsov Rog Panium xyoo 200 BC, Loos pe hawm dab qhuas tau nkag los cuam tshuam rau tej xwm txheej hais txog tib qhov tsov rog ntawd. Hauv peb nqe uas hais txog Tsov Rog Panium, nqe kaum plaub qhia tias lub zeem muag raug tsa kom ruaj khov los ntawm Loos.</w:t>
      </w:r>
    </w:p>
    <w:p>
      <w:pPr>
        <w:pStyle w:val="ArticleBody"/>
        <w:jc w:val="left"/>
      </w:pPr>
      <w:r>
        <w:rPr>
          <w:rFonts w:ascii="Times New Roman" w:hAnsi="Times New Roman" w:eastAsia="Times New Roman" w:cs="Times New Roman"/>
        </w:rPr>
        <w:t>Nyob hauv keeb kwm ntawm Tsov Rog Panium, ib tug pope dawb uas yog neeg txuag qub thiab sawv hauv Vatican I yuav koom tes nrog tus thawj tswj hwm kawg ntawm yim tus uas pib hauv tiam Reagan, tus uas yav tas los twb tau tsim ib txoj kev sib koom tes nrog ib tug pope txuag qub ntawm Vatican I lawm. Lawv tau ua li ntawd nyob rau xyoo 1989 kom rhuav tshem lub qub USSR, thiab thaum kawg lawv kuj ua li ntawd kom rhuav tshem tus kav kawg ntawm tib lub tebchaws ntawd.</w:t>
      </w:r>
    </w:p>
    <w:p>
      <w:pPr>
        <w:pStyle w:val="ArticleBody"/>
        <w:jc w:val="left"/>
      </w:pPr>
      <w:r>
        <w:rPr>
          <w:rFonts w:ascii="Times New Roman" w:hAnsi="Times New Roman" w:eastAsia="Times New Roman" w:cs="Times New Roman"/>
        </w:rPr>
        <w:t>Nyob rau lub sijhawm Reagan thiab nrog kev sib koom tes ntawm Pope John Paul II thiab Tebchaws Meskas, John Paul II tau los ntseeg tias nws yog tus pope zoo uas tej yaj saub faj lem ntawm Fatima tau hais tseg. Vim raug tsav los ntawm txoj kev ntseeg ntawd, nws thiaj pib ncig mus thoob qab ntuj kom txhawb yam uas nws to taub tias yog kev ua tiav ntawm tej lus twv ua ntej ntawm Fatima. Thaum ua li ntawd, nws tau dhau los ua tus pope uas taug kev ntau tshaj plaws hauv keeb kwm, thiab tib lub sijhawm kuj yog tus pope uas neeg thoob plaws ntiaj teb paub tshaj plaws txhua tiam, raws li nws ua kom tiav qhov twv ua ntej hauv Tshwmsim tshooj kaum peb tias yuav muaj ib lub sijhawm uas tag nrho lub ntiaj teb yuav xav tsis thoob raws tus tsiaj qus qab. Pope John Paul II tus yam ntxwv uas tshwm sim rau pej xeem yog tus qauv meej ntawm tus pope uas khaws txoj kev ntseeg qub ntawm Vatican I uas nkag mus rau hauv kev sib koom tes nrog tus thawj tswj hwm kawg ntawm Tebchaws Meskas.</w:t>
      </w:r>
    </w:p>
    <w:p>
      <w:pPr>
        <w:pStyle w:val="ArticleBody"/>
        <w:jc w:val="left"/>
      </w:pPr>
      <w:r>
        <w:rPr>
          <w:rFonts w:ascii="Times New Roman" w:hAnsi="Times New Roman" w:eastAsia="Times New Roman" w:cs="Times New Roman"/>
        </w:rPr>
        <w:t>Vim li no, ib yam ntxwv cev Vajtswv lus ntawm tus pope niaj hnub nim no lub sijhawm Reagan yog tias muaj ib lub ntsiab chaw uas nws daim duab pej xeem raug cim tseg ua ib qho cim taw qhia. Qhov cim ntawd nyob hauv nqe kaum plaub, thaum cov tub sab ntawm koj haiv neeg tsa kom lub zeem muag ruaj khov. Pope John Paul II ua tiav ib yam ntxwv cev Vajtswv lus uas yog tus pope uas tag nrho lub ntiaj teb xav tsis thoob raws nws qab, yog li ntawd thiaj taw tes mus tom ntej rau tus conservative Vatican I pope ntawm lub sijhawm kawg uas los koom ib pab nrog Trump. Thaum qhov ntawd tshwm sim, lub zeem muag thiaj raug tsa kom ruaj khov, thiab yam uas tsa kom lub zeem muag ruaj khov yog tus pope nkag los tso nws tus kheej rau hauv keeb kwm ntawm Panium thiab xyoo 200 BC.</w:t>
      </w:r>
    </w:p>
    <w:p>
      <w:pPr>
        <w:pStyle w:val="ArticleBody"/>
        <w:jc w:val="left"/>
      </w:pPr>
      <w:r>
        <w:rPr>
          <w:rFonts w:ascii="Times New Roman" w:hAnsi="Times New Roman" w:eastAsia="Times New Roman" w:cs="Times New Roman"/>
        </w:rPr>
        <w:t>Qhov pib ntawm yim tus thawj tswj hwm yog ib qho piv txwv qhia txog qhov kawg ntawm yim tus thawj tswj hwm, thiab tam sim ua ntej txoj cai Sunday ntawm nqe kaum rau, tus niam ntiav ntawm Tyre uas twb raug hnov qab lawm rov qab los rau hauv keeb kwm qhib thaum nws tsim kev koom tes nrog Reagan tus txuam, Donald Trump. Nkawd ua ke, raws li tau sawv cev los ntawm kev sib koom tes ntawm Antiochus thiab Philip ntawm Macedon, coj kev poob ntawm tiam kawg ntawm lub tebchaws qab teb raws li tau sawv cev los ntawm tus vajntxwv me nyuam Ptolemy. Ib tug me nyuam hauv Vajlugkub tej lus faj lem yog ib lub cim ntawm tiam kawg, thiab tom qab tsov rog Ukraine, Putin yuav rov ua dua keeb kwm ntawm cov vajntxwv qab teb uas raug tsa siab los ntawm kev yeej hauv kev ua rog thiab plam lawv txojkev hauv ib hom teeb meem ntawm pawg ntseeg thiab lub xeev.</w:t>
      </w:r>
    </w:p>
    <w:p>
      <w:pPr>
        <w:pStyle w:val="ArticleBody"/>
        <w:jc w:val="left"/>
      </w:pPr>
      <w:r>
        <w:rPr>
          <w:rFonts w:ascii="Times New Roman" w:hAnsi="Times New Roman" w:eastAsia="Times New Roman" w:cs="Times New Roman"/>
        </w:rPr>
        <w:t>Yog li no, nqe kaum, uas sawv cev rau xyoo 1989 thiab thawj tsov rog sawv cev, yog qhov pib, los yog thawj tus ntawv ntawm cov ntawv Henplais. Tsov Rog Raphia hauv nqe kaum ib, uas sawv cev rau tsov rog Ukraine, yog tus ntawv thib kaum peb hauv cov ntawv Henplais. Tus naj npawb 13 yog ib lub cim ntawm kev ntxeev siab, thiab cov tub rog sawv cev hauv tsov rog Ukrainian yog cov Nazi, yog lub cim tseem ceeb tshaj plaws ntawm kev ntxeev siab hauv lub ntiaj teb niaj hnub no. Panium yog tus ntawv kawg hauv cov ntawv Henplais, uas muaj nees nkaum ob tus ntawv. Yog li no, lo lus Henplais uas txhais tias qhov tseeb, uas raug tsim los ntawm kev coj tus ntawv thawj, tus ntawv thib kaum peb, thiab tus ntawv thib nees nkaum ob ntawm cov ntawv los sib txuas ua ke los tsim lo lus Henplais “qhov tseeb,” qhia txog tus qauv ntawm peb tsov rog sawv cev no tias yog qhov tseeb. Tus ntawv thib nees nkaum ob thiab tus kawg hauv cov ntawv Henplais yog ib lub cim ntawm Vajtswv txoj kev muaj ntuj tsim los koom ua ke nrog tib neeg, thiab kev ua tiav ntawm Tsov Rog Panium nyob rau yav tom ntej uas nyob ze no yuav tshwm sim thaum lub sijhawm Trump ua thawj tswj hwm. Trump yog tus thawj tswj hwm thib nees nkaum ob uas tau ua haujlwm ob lub sij hawm.</w:t>
      </w:r>
    </w:p>
    <w:p>
      <w:pPr>
        <w:pStyle w:val="ArticleBody"/>
        <w:jc w:val="left"/>
      </w:pPr>
      <w:r>
        <w:rPr>
          <w:rFonts w:ascii="Times New Roman" w:hAnsi="Times New Roman" w:eastAsia="Times New Roman" w:cs="Times New Roman"/>
        </w:rPr>
        <w:t>Panium muaj ib zaj tim khawv ob npaug txog ib txoj kev koom tes ob chav, thiab nyob hauv ob qho kev hais ntawd txoj kev koom tes ntawd sawv cev rau ib txoj kev sib koom uas qhia txog ib txoj kev sib raug zoo raws qib txheej ntawm ob tog. Txoj kev koom tes ntawm Philip thiab Antiochus yog ib txoj kev npaj tswv yim, uas tsom rau kev tawm tsam Ptolemaic thiab Roman lub hwj chim nyob hauv sab hnub tuaj ntawm Hiavtxwv Mediterranean. Txawm li ntawd los, lawv txoj kev koom tes tsis tau tsom rau Tsov Rog ntawm Panium nws tus kheej—Antiochus tau ua txoj kev tawm tsam no ntawm nws tus kheej, tsis muaj Philip txoj kev koom tes tub rog ncaj qha. Philip lub luag hauj lwm yog ib yam uas tsis ncaj qha dua, muab kev txhawb nqa hauv nom tswv thiab hauv tswv yim los ntawm kev khaws Roman thiab Ptolemaic cov phooj ywg sib koom tes tseg nyob hauv tim Nkij teb chaws thiab Hiavtxwv Aegean, ua rau Antiochus muaj cuab kav tsom ntsoov rau Coele-Syria. Cov kws keeb kwm txhua tus puav leej qhia meej tias Antiochus yog tus muaj hwj chim loj dua hauv txoj kev koom tes ntawd, thiab tias tsuas yog Antiochus xwb thiaj yog tus uas tau tawm tsam hauv tsov rog ntawd tiag tiag. Lawv txoj kev koom tes muaj feem txog thaj av dav dua uas txuas nrog Alexander lub nceeg vaj yav tas los. Yog li ntawd, txoj kev koom tes no muaj ib tug thawj coj loj tshaj thiab muaj ib tug nyob qib qis dua uas nyob hauv qab mloog lus, raws li sawv cev los ntawm lub npe Caesarea-Philippi, uas yog lub npe hu rau Panium thaum Khetos taug kev nrog tib neeg. Vim li no Caesarea-Philippi thiaj sib haum nrog Antiochus thiab Philip, rau qhov Caesar yog tus muaj hwj chim loj dua hauv txoj kev koom tes uas raug cim los ntawm ob leeg Caesar Augustus thiab Herod Philip tus tetrarch.</w:t>
      </w:r>
    </w:p>
    <w:p>
      <w:pPr>
        <w:pStyle w:val="ArticleBody"/>
        <w:jc w:val="left"/>
      </w:pPr>
      <w:r>
        <w:rPr>
          <w:rFonts w:ascii="Times New Roman" w:hAnsi="Times New Roman" w:eastAsia="Times New Roman" w:cs="Times New Roman"/>
        </w:rPr>
        <w:t>Lo lus “Tetrarch” txhais hais tias tus kav tshaj ib feem plaub. Caesar kav tag nrho lub nceeg vaj, hos Philip kav ib feem plaub ntawm ib thaj chaw; yog li ntawd thiaj muab lub cim ntawm Philip tso rau hauv ib txoj kev sib raug zoo raws sab kev xav hauv cov kev koom tes ntawm Panium thiab Caesarea-Philippi. Hauv Herod Philip peb pom lub cim ntawm ob txoj kab ntshav, uas ob leeg tib si yog cov cim ntawm ib txoj kev sib raug zoo hauv lub tswv yim cog lus uas raug tawg nrog Vajtswv. Peb kuj pom tej suab ncha ntawm ib feem plaub ntawm qhov kev faib lub nceeg vaj ntawm Alexander ua plaub feem, los sis plaub tus tetrarch. Philip txhais hais tias tus uas nyiam nees.</w:t>
      </w:r>
    </w:p>
    <w:p>
      <w:pPr>
        <w:pStyle w:val="ArticleBody"/>
        <w:jc w:val="left"/>
      </w:pPr>
      <w:r>
        <w:rPr>
          <w:rFonts w:ascii="Times New Roman" w:hAnsi="Times New Roman" w:eastAsia="Times New Roman" w:cs="Times New Roman"/>
        </w:rPr>
        <w:t>Nyob rau hauv Tsov Rog Panium, uas yuav tiav raws li kev ua tiav thaum kawg ntawm tsov rog Ukraine, Antiochus Magnus, uas yog Tebchaws Meskas, yuav kov yeej Russia thiab yuav nkag mus rau hauv ib qho kev sib koom tes nrog ib tug neeg ua si me dua uas Philip sawv cev rau. Tus neeg ua si me ntawd yuav muaj feem koom nrog, tiamsis tsis yog ncaj qha hauv tsov rog ntawd. Tsov rog ntawd yuav yog nruab nrab ntawm Tebchaws Meskas thiab Putin, thiab zoo li pom tseeb tias muaj kev txuas ncaj qha nrog ib qho kev sib cav txog kev ntseeg uas raug tsim los ntawm Putin txoj kev chim siab thiab kev khav theeb, raws li tau ua piv txwv los ntawm ob leeg Ptolemy IV Philopator tom qab Tsov Rog Raphia, thiab los ntawm vajntxwv Uzziah ntawm Yudas. Ptolemy thiab Uzziah yog cov vajntxwv sab qab teb uas raug tsa siab hauv kev khav theeb los ntawm lawv txoj kev vam meej hauv kev ua rog, ces lawv thiaj ntshaw los tuav ib txoj hauj lwm dawb huv uas tsuas yog cov pov thawj thiaj yuav tsum ua tiav. Uzziah tau raug mob ruas vim nws txoj kev sim ntawd, hos Ptolemy, hauv kev npau taws heev, tau tua 50,000 tus Yudais hauv Alexandria.</w:t>
      </w:r>
    </w:p>
    <w:p>
      <w:pPr>
        <w:pStyle w:val="ArticleBody"/>
        <w:jc w:val="left"/>
      </w:pPr>
      <w:r>
        <w:rPr>
          <w:rFonts w:ascii="Times New Roman" w:hAnsi="Times New Roman" w:eastAsia="Times New Roman" w:cs="Times New Roman"/>
        </w:rPr>
        <w:t>Nqe kaum peb qhia txog kev sib ntaus sib tua ntawm tiam kawg ntawm tus vajntxwv niaj hnub ntawm zej zog, lossis kev koom tsim, yog Lavxias ntawm Vladimir Putin, thiab tebchaws Meskas. Trump yeej hauv kev sib ntaus ntawd, tiamsis nws ua li ntawd nrog ib tug phoojywg los ntawm ib feem plaub ntawm lub nceeg vaj, tus uas qhov tseeb tsis nyob rau hauv kev sib ntaus ntawd. Peb tab tom nyob ze rau qhov xaus ntawm nqe kaum ib raws li tej xwm txheej tam sim no ua timkhawv. Putin yuav kov yeej Ukraine, raws li sawv cev los ntawm Raphia. Tom qab ntawd nws yuav pib nws txoj kev puas tsuaj zuj zus, raws li sawv cev los ntawm Uxiya raug muab tso rau hauv ib lub tsev mus txog hnub nws tuag, vim mob ruas. Tom qab nws txoj kev yeej ntawm Raphia xyoo 217 BC, txoj kev kav ntawm Ptolemy IV Philopator pib poob qis vim kev coj tsis ncaj, kev siv neej khwv loj dhau, thiab kev vam khom rau cov neeg pab tswv yim tsis ncaj ncees. Nws tuag xyoo 204 BC, tej zaum raug tua lossis raug lom los ntawm nws cov thawj coj, Sosibius thiab Agathocles, raws li ib feem ntawm ib txoj kev ntxeev siab los txeeb hwjchim rau nws tus tub tseem hluas, Ptolemy V. Qhov xaus ntxhov no qhia txog kev tsis ruaj khov thiab kev dag ntxias uas muaj feem ntau hauv cov tsev hais plaub vajntxwv Hellenistic, thiab cim txog ib qho kev tig loj hauv txoj kev poob qis ntawm tim lyiv teb chaws Ptolemaic.</w:t>
      </w:r>
    </w:p>
    <w:p>
      <w:pPr>
        <w:pStyle w:val="ArticleBody"/>
        <w:jc w:val="left"/>
      </w:pPr>
      <w:r>
        <w:rPr>
          <w:rFonts w:ascii="Times New Roman" w:hAnsi="Times New Roman" w:eastAsia="Times New Roman" w:cs="Times New Roman"/>
        </w:rPr>
        <w:t>Ib qho yam ntxwv ntawm kev ua tiav sab ntsuj plig ntawm vajntxwv sab qab teb, uas tau raug piv txwv los ntawm cov kev ua tiav raws cev nqaij daim tawv uas tau muaj tshwm sim hauv txoj kev tawm tsam kom kav lub ntiaj teb tom qab Aleksandaw tuag, yog “kev hloov kiv puag ncig.” Fabkis los ua vajntxwv sab qab teb sab ntsuj plig nyob rau lub sijhawm ntawm Fabkis Kev Hloov Kiv Puag Ncig. Vajntxwv sab qab teb niaj hnub no, yog Russia, tau yug los hauv Russia Kev Hloov Kiv Puag Ncig. Raws li txoj kev xav uas tau raug qhia los rau hauv Fabkis Kev Hloov Kiv Puag Ncig loj hlob tiav ntawm kev tsis muaj cai tsis muaj txiav txim ntawm Fabkis Kev Hloov Kiv Puag Ncig mus txog rau kev koom xeem ntawm Soviet kev hloov kiv puag ncig, qhov no yog ib yam ntxwv ntawm vajntxwv sab qab teb. Kev koom xeem tau nthuav mus thoob plaws lub ntiaj teb nrog kev hloov kiv puag ncig.</w:t>
      </w:r>
    </w:p>
    <w:p>
      <w:pPr>
        <w:pStyle w:val="ArticleBody"/>
        <w:jc w:val="left"/>
      </w:pPr>
      <w:r>
        <w:rPr>
          <w:rFonts w:ascii="Times New Roman" w:hAnsi="Times New Roman" w:eastAsia="Times New Roman" w:cs="Times New Roman"/>
        </w:rPr>
        <w:t>Hauv lub caij nyoog niaj hnub no, CIA tau siv cov koom haum uas tsis yog tsoom fwv los ua hauj lwm rhuav tshem tej teb chaws thoob plaws lub ntiaj teb, thiab txoj kev npaj ib theem zuj zus uas lawv tau siv dua ntau zaus ntawd yog yam uas hu ua kev tawm tsam hloov xim. Vajntxwv sab qab teb yog ib lub hwj chim zaj, thiab cov neeg thoob ntiaj teb no kuj yog lub hwj chim zaj thiab tej kev tawm tsam hloov xim ntawm CIA yog tej cim qhia txog ib lub hwj chim zaj. Keeb kwm ntawm Fabkis raws li vajntxwv sab qab teb ntawm sab ntsuj plig muaj ib zaj keeb kwm tshwj xeeb uas cim tseg txog qhov xaus ntawm txoj kab lus faj lem ntawd.</w:t>
      </w:r>
    </w:p>
    <w:p>
      <w:pPr>
        <w:pStyle w:val="ArticleBody"/>
        <w:jc w:val="left"/>
      </w:pPr>
      <w:r>
        <w:rPr>
          <w:rFonts w:ascii="Times New Roman" w:hAnsi="Times New Roman" w:eastAsia="Times New Roman" w:cs="Times New Roman"/>
        </w:rPr>
        <w:t>Qhov xaus ntawd yog sawv cev los ntawm Napoleon. Kev Tawm Tsam Fabkis cim txog qhov pib ntawm Fabkis ua vajntxwv qab teb, thiab Napoleon cim txog nws qhov kawg. Cov kws keeb kwm qhia txog ib kab ke ntawm ntau theem uas coj Napoleon mus txog nws Waterloo, yog li ntawd qhia txog ib qho kev xaus zuj zus ntawm thawj tus vajntxwv sab ntsuj plig ntawm qab teb, tsis zoo li Npanpiloo thiab Belshazzar raug txeeb hauv ib hmos. Thawj Vladimir ntawm tus vajntxwv qab teb niaj hnub no, Vladimir Lenin, tau tuag nyob rau ib ncua sij hawm ob xyoos vim muaj ib kab kev hlab ntsha tawg. Muaj qee leej kwv yees tias Joseph Stalin tau muab tshuaj lom rau nws, ib yam li muaj qee leej kwv yees tias Ptolemy IV raug nws cov kws pab tswv yim muab tshuaj lom. Qhov kawg ntawm tus vajntxwv qab teb niaj hnub no raws li sawv cev los ntawm Soviet Union kuj tau ua tiav los ntawm ib qho kev tawm tsam.</w:t>
      </w:r>
    </w:p>
    <w:p>
      <w:pPr>
        <w:pStyle w:val="ArticleBody"/>
        <w:jc w:val="left"/>
      </w:pPr>
      <w:r>
        <w:rPr>
          <w:rFonts w:ascii="Times New Roman" w:hAnsi="Times New Roman" w:eastAsia="Times New Roman" w:cs="Times New Roman"/>
        </w:rPr>
        <w:t>Qhov kev tawm tsam hauv Moscow uas tau pab coj los rau qhov kev ploj tuag ntawm USSR yog qhov kev tawm tsam loj heev ntawm pej xeem thaum lub Sijhawm Tawm Tsam Hwj Chim thaum Lub Yim Hli 1991 (August 19–21, 1991). Qhov xwm txheej no, uas tsom rau kev tiv thaiv White House thiab Boris Yeltsin txoj kev coj noj coj ua, tau ua kom cov neeg tawv ncauj hauv Soviet poob hwj chim ncaj qha, qhia tawm txog qhov tsis ruaj khov ntawm lub xeev tswj hwm, thiab ua kom USSR txoj kev vau ceev dua. Txawm hais tias cov kev tawm tsam yav dhau los hauv Moscow (xws li, 1987–1990) thiab Baltic Way (1989) tau tsim kom muaj zog ntxiv, cov kev tawm tsam thaum Lub Yim Hli 1991 yog lub ntsiab turning point tseem ceeb hauv Moscow, uas coj mus rau kev yaj ntawm Soviet Union thaum xaus xyoo 1991. Qhov pib ntawm Russia raws li huab tais ntawm sab qab teb pib thiab xaus hauv kev kiv puag ncig. Qhov xaus ntawm USSR yog ib qho kev tawg zuj zus ntawm lub nceeg vaj, ib yam li Ptolemy, Uzziah, Napoleon thiab txawm yog Vladimir Lenin. Qhov xaus ntawm Putin yog ib qho kev poob zuj zus, uas pib tam sim ntawd thaum kev ua tsov rog Ukraine xaus lawm. Nws qhov kawg raug coj los txog ntawm Tsov Rog Panium, thaum USA txeeb tau txoj kev tswj hwm ntawm lub nceeg vaj, thaum tseem tau txais kev txhawb los ntawm ib tug phooj ywg koom tes uas tsis nyob tiag tiag hauv qhov tsov rog ntawd.</w:t>
      </w:r>
    </w:p>
    <w:p>
      <w:pPr>
        <w:pStyle w:val="ArticleBody"/>
        <w:jc w:val="left"/>
      </w:pPr>
      <w:r>
        <w:rPr>
          <w:rFonts w:ascii="Times New Roman" w:hAnsi="Times New Roman" w:eastAsia="Times New Roman" w:cs="Times New Roman"/>
        </w:rPr>
        <w:t>Peb yuav txuas ntxiv cov ntsiab lus no hauv zaj lus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Tus Naj Npawb Ob</dc:title>
  <dc:subject>Kev Sawv thiab Kev Poob ntawm Tus Vajntxwv Sab Qab Teb</dc:subject>
  <dc:creator>Jeff Pippenger</dc:creator>
  <cp:keywords/>
  <dc:description>Generated by ArticleDigger from panium\02_panium.json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