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Zauv Plaub</w:t>
      </w:r>
    </w:p>
    <w:p>
      <w:pPr>
        <w:pStyle w:val="ArticleSubtitle"/>
        <w:jc w:val="left"/>
      </w:pPr>
      <w:r>
        <w:rPr>
          <w:rFonts w:ascii="Arial" w:hAnsi="Arial" w:eastAsia="Arial" w:cs="Arial"/>
        </w:rPr>
        <w:t>Ib Daim Ntawv Cog 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Hauv keeb kwm ntawm Panium, ib txoj kev koom tes tau tsim los ntawm Antiochus Magnus thiab Philip uas yog vajntxwv kav Macedon. Kev sib ntaus ntawd raug ua ncaj qha tawm tsam tus me nyuam vajntxwv Ptolemy V los ntawm Antiochus, hos Philip kuj tau pab nyob rau qhov hais tias nws txoj kev ua rog hauv lwm thaj chaw ntawm lub nceeg vaj tau txwv tsis pub lwm pab tub rog tuaj pab tus me nyuam vajntxwv ntawm tim lyiv teb chaws. Qhov no txhais hais tias Putin, tus vajntxwv kawg ntawm sab qab teb—uas raug sawv cev los ntawm tus me nyuam vajntxwv ntawm tim lyiv teb chaws (me nyuam txhais raws li txoj kev cev Vajtswv lus tias yog tiam kawg)—raug Trump kovyeej, uas raug sawv cev los ntawm Antiochus Magnus tus uas kovyeej Ptolemy V ntawm Panium, thiab ib yam li Reagan tau kovyeej USSR xyoo 1989.</w:t>
      </w:r>
    </w:p>
    <w:p>
      <w:pPr>
        <w:pStyle w:val="ArticleBody"/>
        <w:jc w:val="left"/>
      </w:pPr>
      <w:r>
        <w:rPr>
          <w:rFonts w:ascii="Times New Roman" w:hAnsi="Times New Roman" w:eastAsia="Times New Roman" w:cs="Times New Roman"/>
        </w:rPr>
        <w:t>Filis txhais tias “ib tug uas nyiam nees,” thiab “nees” yog ib lub cim sawv cev rau ob yam tib si, yog hwj chim tub rog thiab hwj chim kev khwv txiag. Nees rub tsheb nees rog thiab raug cov tub rog caij, thiab nees kuj thauj khoom mus rau tom khw thiab. “Nees” yog ib lub cim ntawm “tsheb nees rog, nkoj, thiab cov caij nees” uas yog lub cim tseem ceeb ntawm Tebchaws Meskas hauv nws txoj kev sib raug zoo ntawm tus sawv cev nrog tus vajntxwv sab qaum teb raws li tau muab tseg hauv nqe plaub caug.</w:t>
      </w:r>
    </w:p>
    <w:p>
      <w:pPr>
        <w:pStyle w:val="ArticleBody"/>
        <w:jc w:val="left"/>
      </w:pPr>
      <w:r>
        <w:rPr>
          <w:rFonts w:ascii="Times New Roman" w:hAnsi="Times New Roman" w:eastAsia="Times New Roman" w:cs="Times New Roman"/>
        </w:rPr>
        <w:t>Tus phoojywg ntawm Trump muaj ob hom kev piv txwv nyob hauv Philip ntawm Macedon thiab Herod Philip tus Tetrarch. Txawm yog Herod Philip los yog Philip ntawm Macedon, lub cim no qhia txog tus uas hlub lub hwj chim uas tau pub rau nws los ntawm Caesar los yog Antiochus, raws nraim. Philip nyiam nees, thiab ib tug Philip yog neeg ntawm Macedon, uas tau tuav ib txoj hauj lwm nruab nrab thiab yog lub hauv paus hauv lub nceeg vaj ntawm Alexander tus Loj.</w:t>
      </w:r>
    </w:p>
    <w:p>
      <w:pPr>
        <w:pStyle w:val="ArticleBody"/>
        <w:jc w:val="left"/>
      </w:pPr>
      <w:r>
        <w:rPr>
          <w:rFonts w:ascii="Times New Roman" w:hAnsi="Times New Roman" w:eastAsia="Times New Roman" w:cs="Times New Roman"/>
        </w:rPr>
        <w:t>Nws yog nws thaj av qub txeeg qub tes, lub nceeg vaj uas nws tau txais los ntawm nws txiv, Philip II, thiab yog lub hauv paus chaw uas thawb nws lub faj tim teb chaws loj nthuav mus. Nyob hauv sab qaum teb ntawm tim Nkij teb chaws, Macedonia muaj qhov txawv tshwj xeeb raws li yog lub chaw nruab nrab ntawm kev tswj hwm thiab kev ua tub rog, qhov chaw uas Alexander yug los (hauv Pella, 356 BC) thiab loj hlob tuaj, thiab nws tau muab cov peev txheej thaum chiv thawj, cov neeg ua haujlwm ua rog, thiab tus qauv kev npaj koom haum uas ua rau nws tej kev yeej rog muaj zog. Hauv qhov tseeb, Macedonia yog lub ntsiab chaw nruab nrab ntawm Alexander lub nceeg vaj—yog qhov chaw pib, lub cav tub rog, thiab yog thaj av uas ruaj khov nws tus kheej cwj pwm ua ib tug vaj ntxwv Macedonian, txawm yog nws lub faj tim teb chaws twb nthuav dav dhau deb tshaj nws cov ciam teb lawm los xij.</w:t>
      </w:r>
    </w:p>
    <w:p>
      <w:pPr>
        <w:pStyle w:val="ArticleBody"/>
        <w:jc w:val="left"/>
      </w:pPr>
      <w:r>
        <w:rPr>
          <w:rFonts w:ascii="Times New Roman" w:hAnsi="Times New Roman" w:eastAsia="Times New Roman" w:cs="Times New Roman"/>
        </w:rPr>
        <w:t>Macedon sawv cev rau thaj chaw qaum teb ntawm Aleksandaws lub nceeg vaj uas muab faib ua plaub. Yog li ntawd, ib tug Filis yog tus Tetrarch, txhais hais tias “ib feem plaub,” hos lwm tug Filis yog “ib feem plaub” ntawm plaub cua ntawm Aleksandaws lub qub teb chaws faj tim teb chaws.</w:t>
      </w:r>
    </w:p>
    <w:p>
      <w:pPr>
        <w:pStyle w:val="ArticleBody"/>
        <w:jc w:val="left"/>
      </w:pPr>
      <w:r>
        <w:rPr>
          <w:rFonts w:ascii="Times New Roman" w:hAnsi="Times New Roman" w:eastAsia="Times New Roman" w:cs="Times New Roman"/>
        </w:rPr>
        <w:t>Helauj sawv cev rau tus uas tsis lees yuav txoj kev khi lus. Exau, uas yog caj ces ntshav uas coj mus txog Helauj, tau tso tseg nws txoj cai ua tub hlob. Txij thaum pib keeb kwm ntawm ib haiv neeg uas raug xaiv los nyob hauv txoj kev khi lus, Exau tau los ua ib lub cim ntawm cov uas tsis lees txais txoj kev khi lus uas Khetos tau tuag los lees paub kom ruaj khov. Nyob rau tib qho chaw uas Vajtswv yuav nthuav nws haiv neeg uas raug xaiv los nyob hauv txoj kev khi lus kom dhau los ua kaum ob xeem, Exau tau ntxeev siab. Thaum kawg ntawm cov Yixayee thaum ub, thaum ntawm tus ntoo khaub lig cov Yudais tshaj tawm tias lawv “tsis muaj lwm tus vajntxwv tsuas yog Xixas xwb,” haiv neeg Yudais tau los ua lub cim thaum kawg uas Exau tau ua qauv qhia tseg thaum pib. Caj ces ntawm Helauj yog tsim los ntawm caj ces ntshav ntawm Exau thiab cov Yudais, ib caj ces ntshav uas raug cim los ntawm ib tug neeg rhuav txoj kev khi lus uas ntxeev siab thaum pib thiab ib haiv neeg hauv txoj kev khi lus uas ntxeev siab thaum kawg.</w:t>
      </w:r>
    </w:p>
    <w:p>
      <w:pPr>
        <w:pStyle w:val="ArticleBody"/>
        <w:jc w:val="left"/>
      </w:pPr>
      <w:r>
        <w:rPr>
          <w:rFonts w:ascii="Times New Roman" w:hAnsi="Times New Roman" w:eastAsia="Times New Roman" w:cs="Times New Roman"/>
        </w:rPr>
        <w:t>Herod tus Loj tau yuam kom muaj cov se uas coj Yauxej thiab Malis los rau Npelehees, thiab ib tug ntawm nws peb tug tub, Herod Antipas uas yog Herod tus Loj tus tub, tau kav tebchaws nyob rau lub sijhawm ntawm tus ntoo khaub lig. Lub sijhawm ntawm Khetos txoj sia nyob txij thaum Nws yug los mus txog thaum Nws tuag raug sawv cev ua cim los ntawm Herod tsev neeg, yog li qhia meej tias zaj keeb kwm ntawd yog lub sijhawm uas haiv neeg uas raug xaiv tau txais kev tuaj xyuas, ib txoj kev tuaj xyuas uas cov Yudais feem coob yeej tsis tau pom li.</w:t>
      </w:r>
    </w:p>
    <w:p>
      <w:pPr>
        <w:pStyle w:val="ArticleBody"/>
        <w:jc w:val="left"/>
      </w:pPr>
      <w:r>
        <w:rPr>
          <w:rFonts w:ascii="Times New Roman" w:hAnsi="Times New Roman" w:eastAsia="Times New Roman" w:cs="Times New Roman"/>
        </w:rPr>
        <w:t>Helauj tus Great tau muab cov me nyuam tua vim yog kev yug los ntawm Yexus, yog li rov ua dua keeb kwm ntawm kev yug los ntawm Mauxes thaum tim Ejyptau tab tom muab cov me nyuam tua. Kev tua me nyuam thawj zaug yog ib qho kev sim tua tus uas raug cia siab tseg tias yog tus xaiv, thiab kev tua me nyuam zaum kawg kuj yog ib qho kev sim tua tus uas raug cia siab tseg tias yog tus xaiv dua ib zaug ntxiv. Ib puas plaub caug plaub txhiab tus hu zaj nkauj ntawm Mauxes thiab ntawm Tus Menyuam Yaj, thiab hauv txojkev cev Vajtswv lus ib “zaj nkauj” sawv cev rau ib qho kev paub dhau los. Ib puas plaub caug plaub txhiab tus nyob hauv ib lub caij nyoog uas muaj tej kev paub dhau los sib txig sib luag. Ib qho ntawm cov kev sib txig sib luag ntawd tau los txog rau hnub tim 22 Lub Ib Hlis, 1973, nrog ib qho kev txiav txim ntawm Tsev Hais Plaub Siab tshaj plaws uas tso cai rau kev rho me nyuam tawm hauv plab hauv Tebchaws Meskas. Hauv plaub caug cuaj xyoos tom qab ntawd, kwv yees li 66 lab tus uas tej zaum yuav yog cov tsim nyog nyob rau hauv ib puas plaub caug plaub txhiab tus tau raug muab tua los ntawm kev rho me nyuam tawm hauv plab uas tsoom fwv teb chaws tau pom zoo.</w:t>
      </w:r>
    </w:p>
    <w:p>
      <w:pPr>
        <w:pStyle w:val="ArticleBody"/>
        <w:jc w:val="left"/>
      </w:pPr>
      <w:r>
        <w:rPr>
          <w:rFonts w:ascii="Times New Roman" w:hAnsi="Times New Roman" w:eastAsia="Times New Roman" w:cs="Times New Roman"/>
        </w:rPr>
        <w:t>Lub hwj chim yog ib lub cim sawv cev rau lub zog tub rog:</w:t>
      </w:r>
    </w:p>
    <w:p>
      <w:pPr>
        <w:pStyle w:val="ArticleScripture"/>
        <w:jc w:val="left"/>
      </w:pPr>
      <w:r>
        <w:rPr>
          <w:rFonts w:ascii="Times New Roman" w:hAnsi="Times New Roman" w:eastAsia="Times New Roman" w:cs="Times New Roman"/>
        </w:rPr>
        <w:t>Thiab tus tsiaj nyaum uas kuv pom zoo li ib tug tsov txaij, thiab nws ob txhais ko taw zoo li ob txhais ko taw dais, thiab nws lub qhov ncauj zoo li lub qhov ncauj tsov ntxhuav; thiab tus zaj muab nws lub hwj chim, thiab nws lub zwm txwv, thiab txoj cai loj rau nws. Qhia Tshwm 13:2.</w:t>
      </w:r>
    </w:p>
    <w:p>
      <w:pPr>
        <w:pStyle w:val="ArticleBody"/>
        <w:jc w:val="left"/>
      </w:pPr>
      <w:r>
        <w:rPr>
          <w:rFonts w:ascii="Times New Roman" w:hAnsi="Times New Roman" w:eastAsia="Times New Roman" w:cs="Times New Roman"/>
        </w:rPr>
        <w:t>Tus zaj, uas yog Loos teev dab qhuas, tau muab peb yam rau txoj kev kav papacy, yog li no: “nws lub hwjchim, thiab nws lub zwm txwv, thiab txoj cai loj.” Hauv nqe kaum ob, tebchaws USA, tus tsiaj qus ntawm lub ntiajteb, raug sawv cev tias tab tom siv tag nrho “lub hwjchim” ntawm tus tsiaj qus uas nyob ua ntej nws. Los txog lo lus “hwjchim” hauv nqe ob yog ib lo lus Kili uas txawv ntawm lo lus uas txhais ua “hwjchim” hauv nqe kaum ob. Hauv nqe ob, “hwjchim” yog G1722: txhais tias nyob ntawm xub ntiag ntawm (raws li qhov tseeb lossis raws li qhov piv txwv): nyob hauv kev xub ntiag (kev pom) ntawm.</w:t>
      </w:r>
    </w:p>
    <w:p>
      <w:pPr>
        <w:pStyle w:val="ArticleBody"/>
        <w:jc w:val="left"/>
      </w:pPr>
      <w:r>
        <w:rPr>
          <w:rFonts w:ascii="Times New Roman" w:hAnsi="Times New Roman" w:eastAsia="Times New Roman" w:cs="Times New Roman"/>
        </w:rPr>
        <w:t>Lo lus “hwjchim” hauv nqe kaum ob yog ib lo lus Kili uas txawv.</w:t>
      </w:r>
    </w:p>
    <w:p>
      <w:pPr>
        <w:pStyle w:val="ArticleScripture"/>
        <w:jc w:val="left"/>
      </w:pPr>
      <w:r>
        <w:rPr>
          <w:rFonts w:ascii="Times New Roman" w:hAnsi="Times New Roman" w:eastAsia="Times New Roman" w:cs="Times New Roman"/>
        </w:rPr>
        <w:t>Nws siv tag nrho lub hwjchim ntawm thawj tug tsiaj qus ntawd nyob rau ntawm nws xub ntiag, thiab ua rau lub ntiajteb thiab cov uas nyob hauv ntawd pe hawm thawj tug tsiaj qus ntawd, tus uas nws lub qhov txhab tuag taus twb raug kho zoo lawm. Kev Qhia Tshwm 13:12.</w:t>
      </w:r>
    </w:p>
    <w:p>
      <w:pPr>
        <w:pStyle w:val="ArticleBody"/>
        <w:jc w:val="left"/>
      </w:pPr>
      <w:r>
        <w:rPr>
          <w:rFonts w:ascii="Times New Roman" w:hAnsi="Times New Roman" w:eastAsia="Times New Roman" w:cs="Times New Roman"/>
        </w:rPr>
        <w:t>Lo lus “power” G1832 ntawm no txhais hais tias, (hauv lub ntsiab ntawm kev muaj peev xwm); txoj cai tshwj xeeb, yog li ntawd yog txoj kev cuam tshuam uas raug muab sawv cev: hwjchim, ciam thawj coj, kev ywj pheej, hwjchim, txoj cai, zog. Lo lus “power” hauv nqe kaum ob tab tom txheeb tias tus tsiaj nyaum ntawm lub ntiajteb yog tus tsiaj nyaum ntawm hiavtxwv txoj cai uas raug muab sawv cev—USA yog tus sawv cev hloov chaw ntawm tus tsiaj nyaum hiavtxwv. USA siv tag nrho txoj cai uas raug muab sawv cev ntawm tus tsiaj nyaum thawj. Hauv nqe ob, Loos pagan tau muab peb yam rau papacy. Clovis tau muab nws lub zog tub rog thiab nyiaj txiag rau papacy xyoo 496 ntawm Tsov Rog Tolbiac. Constantine tau muab “lub zwm txwv” ntawm lub tebchaws loj tseg rau xyoo 330, thiab Justinian tau teev tus pope tias yog tus kho cov neeg ntseeg cuav thiab yog lub taub hau ntawm cov pawg ntseeg los ntawm ib tsab cai xyoo 533. Clovis xyoo 496 yog hom piv txwv txog Reagan xyoo 1989. Reagan yog hom piv txwv txog Trump.</w:t>
      </w:r>
    </w:p>
    <w:p>
      <w:pPr>
        <w:pStyle w:val="ArticleBody"/>
        <w:jc w:val="left"/>
      </w:pPr>
      <w:r>
        <w:rPr>
          <w:rFonts w:ascii="Times New Roman" w:hAnsi="Times New Roman" w:eastAsia="Times New Roman" w:cs="Times New Roman"/>
        </w:rPr>
        <w:t>Raws li Gregory ntawm Tours (uas sau yuav luag ib puas xyoo tom qab), Clovis tab tom swb rau hauv kev sib ntaus sib tua thiab, hauv kev kub ntxhov kawg, tau hu thov tus Vajtswv Catholic kom pab. Nws tus poj niam, Clotilde, yog ib tug ntxhais fuabtais Burgundian uas ntseeg Catholic thiab tau pheej yaum nws kom tig los ntseeg ntawm kev pe dab qhuas. Clovis tau cog lus tias yog nws yeej, nws yuav lees txais txoj kev ntseeg Catholic. Qhov xwm txheej thiaj tig rov qab—txawm yog los ntawm Vajtswv txoj kev cuam tshuam los yog los ntawm tswv yim tub rog—thiab Clovis tau kov yeej cov Alemanni, tua lawv tus vaj ntxwv thiab ua rau lawv cov tub rog tawg khiav. Raws li nws tej lus cog tseg, nws thiaj tig los ntseeg Catholic thiab tau txais kev cai raus dej, uas ib txwm suav tias yog rau Hnub Yug Yexus xyoo 496 hauv Reims los ntawm Npis Sov Remigius (St. Remi).</w:t>
      </w:r>
    </w:p>
    <w:p>
      <w:pPr>
        <w:pStyle w:val="ArticleBody"/>
        <w:jc w:val="left"/>
      </w:pPr>
      <w:r>
        <w:rPr>
          <w:rFonts w:ascii="Times New Roman" w:hAnsi="Times New Roman" w:eastAsia="Times New Roman" w:cs="Times New Roman"/>
        </w:rPr>
        <w:t>Nws qhov kev tig los ntawm nws lub neej qub los ntseeg Vajtswv tau cim ib qho chaw hloov loj, ua rau Clovis los ua thawj tug vajntxwv Kas Tos Liv nyob hauv cov thawj kav tebchaws Germanic (tsis zoo ib yam li cov Visigoths lossis Ostrogoths uas yog cov Khixatia Arian). Qhov no tau ua kom cov Franks sib haum nrog lub Koom Txoos Loos, thiab ua rau nws tau txais kev txhawb nqa los ntawm cov pejxeem Gallo-Roman thiab lub papacy. Kev cai raus dej ntawm Clovis feem ntau raug saib tias yog lub cim ntawm “kev yug los ntawm Fabkis” raws li ib lub tebchaws Kas Tos Liv, cais nws tawm ntawm lwm cov nceeg vaj barbarian uas tuav rawv Arianism lossis paganism. Vim li no, Kas Tos Liv thiaj hu Fabkis tias yog “tus tub hlob yug thawj ntawm lub koom txoos Kas Tos Liv,” thiab kuj yog “tus ntxhais hlob tshaj plaws ntawm lub koom txoos Kas Tos Liv.”</w:t>
      </w:r>
    </w:p>
    <w:p>
      <w:pPr>
        <w:pStyle w:val="ArticleBody"/>
        <w:jc w:val="left"/>
      </w:pPr>
      <w:r>
        <w:rPr>
          <w:rFonts w:ascii="Times New Roman" w:hAnsi="Times New Roman" w:eastAsia="Times New Roman" w:cs="Times New Roman"/>
        </w:rPr>
        <w:t>Thaum Clovis los ua thawj lub hwjchim sawv cev rau lub papacy xyoo 496, nws tau ua tus qauv qhia txog Reagan uas los ua lub hwjchim sawv cev xyoo 1989. Hauv keeb kwm ntawm Reagan thiab Pope John Paul II, muaj ib txoj kev koom tes zais cia raug tsim tsa los rau lub hom phiaj rhuav tshem tus vajntxwv sab qab teb. Txij xyoo 1798 mus txog rau txoj cai Hnub Sunday, tus niam ntiav ntawm Tyre raug zais tseg, thiab nws yog tib tug niam ntiav ntawd uas nrhiav tau nws tej cag rov mus txog rau Macedon, lub nceeg vaj nyob deb tshaj plaws rau sab qaum teb. Nws yog tus vajntxwv sab qaum teb, raug zais tseg hauv txojkev cev Vajlugkub yav tom ntej, los nws tseem tshaj tawm tias nws tsis txawj yuam kev.</w:t>
      </w:r>
    </w:p>
    <w:p>
      <w:pPr>
        <w:pStyle w:val="ArticleBody"/>
        <w:jc w:val="left"/>
      </w:pPr>
      <w:r>
        <w:rPr>
          <w:rFonts w:ascii="Times New Roman" w:hAnsi="Times New Roman" w:eastAsia="Times New Roman" w:cs="Times New Roman"/>
        </w:rPr>
        <w:t>Tus txiv plig tseem sawv cev rau “cov uas tso tseg txoj kev khi lus tseg,” uas txawm raug zais raws li kev cev Vajtswv lus thoob plaws peb txoj kev ua tsov rog sawv cev; los thaum kawg yuav tshwm los pom tseeb hauv keeb kwm ntawm Tsov Rog Panium. Nyob rau hauv txoj kev hloov ntawm Loos Faj Tim Teb Chaws mus rau Loos papal, Daniel qhia meej tias thaum Loos pagan tab tom mus txog qhov kawg ntawm nws lub sijhawm raws li lub nceeg vaj thib plaub hauv kev cev Vajtswv lus ntawm Phau Vajlugkub.</w:t>
      </w:r>
    </w:p>
    <w:p>
      <w:pPr>
        <w:pStyle w:val="ArticleScripture"/>
        <w:jc w:val="left"/>
      </w:pPr>
      <w:r>
        <w:rPr>
          <w:rFonts w:ascii="Times New Roman" w:hAnsi="Times New Roman" w:eastAsia="Times New Roman" w:cs="Times New Roman"/>
        </w:rPr>
        <w:t>Vim tej nkoj ntawm Kittim yuav tuaj tawm tsam nws; yog li ntawd nws yuav raug kev nyuaj siab, thiab rov qab mus, thiab muaj kev chim tawm tsam txoj kev cog lus dawb huv; nws yuav ua li ntawd tiag; nws tseem yuav rov qab los, thiab sib koom kev to taub nrog cov uas tso tseg txoj kev cog lus dawb huv. Daniel 11:30.</w:t>
      </w:r>
    </w:p>
    <w:p>
      <w:pPr>
        <w:pStyle w:val="ArticleBody"/>
        <w:jc w:val="left"/>
      </w:pPr>
      <w:r>
        <w:rPr>
          <w:rFonts w:ascii="Times New Roman" w:hAnsi="Times New Roman" w:eastAsia="Times New Roman" w:cs="Times New Roman"/>
        </w:rPr>
        <w:t>Nyob rau hauv nqe lus hais tias “cov uas tso tseg txoj kev cog lus dawb huv” yog lub Koom Txoos Kas Tos Liv. Cov uas tso tseg txoj kev cog lus dawb huv yog Yauhas tus Qhia Tshwm Sim lub koom txoos hauv Pergamos uas tau sib haum xeeb, uas raws li Povlauj hais ces yuav poob ntawm txoj kev ntseeg mus ua ntej tus neeg txhaum raug muab nthuav tawm. Kev ntseeg Kas Tos Liv yog cov uas tau tso tseg txoj kev cog lus, raws li sawv cev los ntawm txoj kev tawm tsam uas raug coj los tawm tsam Vajtswv Txojlus, thiab kuj tawm tsam Hnub Xanpataus hnub xya, uas ob yam no puav leej raug coj los nyob hauv kev tawm tsam zuj zus txij thaum Constantine lub sij hawm mus lawm tom ntej. Ua ntej no hauv tshooj kaum ib, “txoj kev cog lus” kuj raug hais txog thiab.</w:t>
      </w:r>
    </w:p>
    <w:p>
      <w:pPr>
        <w:pStyle w:val="ArticleScripture"/>
        <w:jc w:val="left"/>
      </w:pPr>
      <w:r>
        <w:rPr>
          <w:rFonts w:ascii="Times New Roman" w:hAnsi="Times New Roman" w:eastAsia="Times New Roman" w:cs="Times New Roman"/>
        </w:rPr>
        <w:t>Thiab ob tug vajntxwv no lub siab yuav tsom ntsoov ua kev phem, thiab nkawd yuav hais lus dag zaum ntawm ib lub rooj; los tej ntawd yuav tsis vam meej, rau qhov qhov kawg tseem yuav los txog thaum lub sij hawm uas tau teem tseg. Ces nws yuav rov qab mus rau hauv nws lub tebchaws nrog tej kev nplua nuj loj; thiab nws lub siab yuav tawm tsam daim ntawv cog lus dawb huv; thiab nws yuav ua tej hauj lwm loj, ces rov qab mus rau nws lub tebchaws. Thaum txog lub sij hawm uas tau teem tseg nws yuav rov qab los, thiab nqes mus rau sab qab teb; los nws yuav tsis zoo ib yam li yav dhau los, los yog li tom qab no. Daniyees 11:27–29.</w:t>
      </w:r>
    </w:p>
    <w:p>
      <w:pPr>
        <w:pStyle w:val="ArticleBody"/>
        <w:jc w:val="left"/>
      </w:pPr>
      <w:r>
        <w:rPr>
          <w:rFonts w:ascii="Times New Roman" w:hAnsi="Times New Roman" w:eastAsia="Times New Roman" w:cs="Times New Roman"/>
        </w:rPr>
        <w:t>Hauv cov nqe no, “nws” rov qab los rau nws lub teb chaws, ces tom qab ntawd nws rov qab los rau nws lub teb chaws dua. Ob zaug kev rov qab los no sawv cev rau ob txoj kev yeej uas tom qab ntawd tau raws los ntawm ib qho kev “rov qab los” uas muaj koob meej mus rau lub nroog Loos. Zaug thawj yog Tsov Rog Actium xyoo 31 BC tawm tsam Antony thiab Cleopatra, thiab zaug ob yog tom qab kev rhuav tshem Yeluxalees xyoo 70 AD. “Lub sijhawm uas tau teem tseg” hauv cov nqe no yog xyoo 330, uas qhia txog qhov xaus ntawm lub sijhawm yav tom ntej “sijhawm” hauv nqe nees nkaum plaub, uas sib npaug rau peb puas rau caum xyoo.</w:t>
      </w:r>
    </w:p>
    <w:p>
      <w:pPr>
        <w:pStyle w:val="ArticleBody"/>
        <w:jc w:val="left"/>
      </w:pPr>
      <w:r>
        <w:rPr>
          <w:rFonts w:ascii="Times New Roman" w:hAnsi="Times New Roman" w:eastAsia="Times New Roman" w:cs="Times New Roman"/>
        </w:rPr>
        <w:t>Ob tug vaj ntxwv uas hais lus dag ntawm tib lub rooj ua li ntawd ua ntej “lub sijhawm uas tau teem tseg,” “rau qhov qhov kawg tseem yuav los txog rau lub sijhawm uas tau teem tseg.” Ib lo lus nug uas yuav tsum raug xyuam xim xav txog yog tias nqe vajlugkub no txhais li cas thaum nws hais tias, “Ces nws yuav rov qab mus rau nws thaj av nrog tej nyiaj txiag loj heev”? Puas yog nws txhais tias thaum txog lub sijhawm uas tau teem tseg, ces nws mam li rov qab los; los yog puas yog nws txhais tias thaum ob tug ntawd twb hais lus dag ntawm lub rooj lawm, ces nws yuav rov qab los, thiab yog li ntawd qhov kev rov qab los ntawd yog ua ntej lub sijhawm uas tau teem tseg.</w:t>
      </w:r>
    </w:p>
    <w:p>
      <w:pPr>
        <w:pStyle w:val="ArticleBody"/>
        <w:jc w:val="left"/>
      </w:pPr>
      <w:r>
        <w:rPr>
          <w:rFonts w:ascii="Times New Roman" w:hAnsi="Times New Roman" w:eastAsia="Times New Roman" w:cs="Times New Roman"/>
        </w:rPr>
        <w:t>Uriah Smith qhia tias ob zaug rov qab los ntawd yog xyoo 31 BC thiab 70 AD, uas sawv cev rau ib qho keeb kwm ua ntej xyoo 330, uas yog lub sij hawm uas tau teem tseg. Smith kuj taw qhia tias lo lus “rov qab los” hauv nqe nees nkaum cuaj yog tom qab xyoo 330, thiab tias nws tsis yog ib qho uas muaj kev vam meej ib yam li cov kev rov qab los tom qab kev sib ntaus ntawm Actium thiab Yeluxalees. Qhov no txhais tias ua ntej lub sij hawm uas tau teem tseg muaj ib qho kev sib ntsib uas muaj kev hais lus dag, uas tom qab ntawd raug raws los ntawm ib tug ntawm ob tug vajntxwv uas tau hais lus dag rov qab los nrog tej cuab tam nplua nuj heev, tus uas mam li tawm tsam txoj kev cog lus dawb huv, ua tej haujlwm loj, thiab rov qab los rau xyoo 330, uas yog lub sij hawm uas tau teem tseg.</w:t>
      </w:r>
    </w:p>
    <w:p>
      <w:pPr>
        <w:pStyle w:val="ArticleBody"/>
        <w:jc w:val="left"/>
      </w:pPr>
      <w:r>
        <w:rPr>
          <w:rFonts w:ascii="Times New Roman" w:hAnsi="Times New Roman" w:eastAsia="Times New Roman" w:cs="Times New Roman"/>
        </w:rPr>
        <w:t>Tom qab ntawd nws tawm tsam sab qab teb, tiam sis qhov ntawd yuav tsis zoo ib yam li Tsov Rog Actium los yog kev puas tsuaj ntawm Yeruxalees. Keeb kwm ntawm xyoo 70 AD hauv cov nqe no piav txog qhov kawg ntawm Vajtswv haiv neeg uas raug xaiv hauv txoj kev cog lus raws li tau sawv cev los ntawm “txoj kev cog lus dawb huv” hauv nqe lus ntawd. Hauv nqe peb caug, Loos tsis teev dab mlom muaj kev to taub nrog cov uas tso tseg txoj kev cog lus dawb huv. Xyoo 70 AD yog qhov kawg kiag ntawm cov Yixayee qub tiag tiag raws cev nqaij daim tawv uas yog Vajtswv haiv neeg hauv txoj kev cog lus, thiab nqe peb caug tab tom qhia txog keeb kwm plaub puas xyoo tom qab 70 AD. Cov uas tso tseg txoj kev cog lus hauv keeb kwm uas raug sawv cev hauv nqe peb caug, yog cov uas tau tso tseg txoj kev cog lus uas Vajtswv thiab Nws haiv neeg Khixatia tau nkag rau hauv. Loos Papal yog pawg ntseeg uas raug sawv cev ua cov uas tso tseg txoj kev cog lus dawb huv hauv nqe peb caug.</w:t>
      </w:r>
    </w:p>
    <w:p>
      <w:pPr>
        <w:pStyle w:val="ArticleScripture"/>
        <w:jc w:val="left"/>
      </w:pPr>
      <w:r>
        <w:rPr>
          <w:rFonts w:ascii="Times New Roman" w:hAnsi="Times New Roman" w:eastAsia="Times New Roman" w:cs="Times New Roman"/>
        </w:rPr>
        <w:t>Vim hais tias cov nkoj ntawm Chittim yuav tuaj tawm tsam nws; yog li ntawd nws yuav raug kev tu siab, thiab rov qab mus, thiab muaj kev chim siab tawm tsam txoj kev cog lus dawb huv ntawd: nws yuav ua li ntawd; nws tseem yuav rov qab los, thiab koom siab nrog cov uas tso tseg txoj kev cog lus dawb huv ntawd. Daniel 11:30.</w:t>
      </w:r>
    </w:p>
    <w:p>
      <w:pPr>
        <w:pStyle w:val="ArticleBody"/>
        <w:jc w:val="left"/>
      </w:pPr>
      <w:r>
        <w:rPr>
          <w:rFonts w:ascii="Times New Roman" w:hAnsi="Times New Roman" w:eastAsia="Times New Roman" w:cs="Times New Roman"/>
        </w:rPr>
        <w:t>Nqe nees nkaum cuaj coj peb los txog xyoo 330, uas yog lub sijhawm uas tau teem tseg, raws li tau ua tiav thaum Constantine txav lub nroog peev mus rau Constantinople. Ntawm txoj kevcim ntawd Loos pagan yuav raug rub mus rau hauv ib qho kev ua rog sab qab teb uas yuav tsis vam meej ib yam li Actium thiab Yeluxalees tau yog. Ces nyob hauv nqe peb caug Loos pagan raug Genseric tawm tsam, tus uas tau pib nws txoj kev ua rog hiav txwv ntawm Chittim, uas niaj hnub no paub tias yog Carthage. Qhov kev ua rog no tawm tsam Loos pagan kuj raug sawv cev ua lub raj nplaim thib ob ntawm xya lub raj nplaim hauv phau Ntawv Qhia Tshwm. Plaub lub hwjchim thawj ntawm cov raj nplaim ntawd tau coj Loos sab hnub poob mus txog nws qhov kawg rau xyoo 476. Ntawm plaub lub raj nplaim thawj ntawd, lub raj nplaim thib ob, uas yog cov nkoj ntawm Chittim, yog lub uas hnyav tshaj plaws, vim Genseric tau txeeb tau txoj kev tswj hwm dej hiav txwv, thiab kev nplua nuj ntawm lub Faj Tim Tswv qhuav tas.</w:t>
      </w:r>
    </w:p>
    <w:p>
      <w:pPr>
        <w:pStyle w:val="ArticleBody"/>
        <w:jc w:val="left"/>
      </w:pPr>
      <w:r>
        <w:rPr>
          <w:rFonts w:ascii="Times New Roman" w:hAnsi="Times New Roman" w:eastAsia="Times New Roman" w:cs="Times New Roman"/>
        </w:rPr>
        <w:t>Thaum raug cov nkoj ntawm Chittim tawm tsam thiab ua rau nws tu siab, nws thiaj rov qab los thiab muaj kev chim siab tawm tsam lub cim lus cog tseg dawb huv. Qhov no tau ua tiav hauv keeb kwm uas coj mus txog rau kev txhawb kom hwj chim rau txoj kev kav papacy xyoo 538, los ntawm ib qho kev ua rog tawm tsam Vajtswv Txojlus. Tom qab ntawd nws rov qab los thiab muaj “kev to taub nrog cov uas tso tseg lub cim lus cog tseg dawb huv.” Qhov kev sib koom ntawd ntawm Loos pej kum thiab Loos papal tau ua tiav xyoo 533 los ntawm txoj cai txiav txim ntawm Justinian. Nqe tom ntej, yog nqe peb caug ib, mam li txuas ntxiv hais txog yam uas Loos pej kum tau “tu siab.” Hauv 2 Thessalonians, Povlauj qhia tias Loos pej kum “txwv” papacy kom tsis txhob los tuav txoj kev tswj hwm xyoo 538. Tom qab nws raug ib qho kev tawm tsam los ntawm hiav txwv uas rhuav tshem kev lag luam ntawm lub teb chaws kav ntawd thiab ua rau nws tu siab, nws muaj kev chim siab tawm tsam lub cim lus cog tseg dawb huv, ces muaj kev to taub nrog cov uas tso tseg lub cim lus cog tseg ntawd. Hauv cov nqe tom ntej, “caj npab,” uas sawv cev rau lub hwj chim uas Clovis tau muab rau papacy xyoo 496, sawv los, thiab lawv ua kom lub chaw dawb huv ntawm lub zog qias tuaj, uas hauv keeb kwm sawv cev rau lub nroog Loos, ces Loos pej kum yuav tshem txoj kev ntseeg pej kum (yam niaj hnub) tawm ntawm thaj av ntawd thiab hloov nws los nrog Catholicism, thiab tom qab ntawd lawv tsa papacy rau saum lub zwm txwv xyoo 538.</w:t>
      </w:r>
    </w:p>
    <w:p>
      <w:pPr>
        <w:pStyle w:val="ArticleBody"/>
        <w:jc w:val="left"/>
      </w:pPr>
      <w:r>
        <w:rPr>
          <w:rFonts w:ascii="Times New Roman" w:hAnsi="Times New Roman" w:eastAsia="Times New Roman" w:cs="Times New Roman"/>
        </w:rPr>
        <w:t>Thaum lub hwjchim papacy tau raug txhawb kom muaj hwjchim nyob rau xyoo 538, nws tau muab ob qho tib si ib tug timkhawv raws li yaj saub, thiab ib tug timkhawv raws keeb kwm, uas raug sawv cev nyob hauv cov nqe Vajlugkub uas peb tab tom xav txog no. Xyoo 538 raug piv txwv ua cim los ntawm xyoo 31 BC thiab Tsov Rog Actium. Hauv Daniyees tshooj yim, nqe cuaj, Loos teev dab yuav kov yeej peb yam kev thaiv raws thaj chaw kom txeeb tau lub zwm txwv ntawm lub ntiajteb. Qhov thawj yog Syria nyob sab hnub tuaj, ces Yudas thiab Yeluxalees, tom qab ntawd yog Iyi nyob rau hauv Tsov Rog Actium. Loos papal kuj yuav muaj peb tug kub raug tshem tawm, qhov thib peb yog cov Goths uas raug ntiab tawm hauv lub nroog Loos nyob rau xyoo 538. Loos teev dab thiab Loos papal muab ob tug timkhawv los qhia tias Tsov Rog Actium sib haum nrog xyoo 538, thiab xyoo 538 piav qhia txog txoj cai hnub Sunday hauv Tebchaws Meskas, thaum Loos niaj hnub nimno kav muaj hwjchim tshaj plaws mus txog thaum lub sij hawm sim siab raug kaw.</w:t>
      </w:r>
    </w:p>
    <w:p>
      <w:pPr>
        <w:pStyle w:val="ArticleBody"/>
        <w:jc w:val="left"/>
      </w:pPr>
      <w:r>
        <w:rPr>
          <w:rFonts w:ascii="Times New Roman" w:hAnsi="Times New Roman" w:eastAsia="Times New Roman" w:cs="Times New Roman"/>
        </w:rPr>
        <w:t>Peb twb xaus ib zaj kev txheeb saib dav dav txog nqe nees nkaum xya mus txog peb caug ib lawm.</w:t>
      </w:r>
    </w:p>
    <w:p>
      <w:pPr>
        <w:pStyle w:val="ArticleBody"/>
        <w:jc w:val="left"/>
      </w:pPr>
      <w:r>
        <w:rPr>
          <w:rFonts w:ascii="Times New Roman" w:hAnsi="Times New Roman" w:eastAsia="Times New Roman" w:cs="Times New Roman"/>
        </w:rPr>
        <w:t>Hauv zaj lus tom ntej no, peb yuav tsom ntsoov rau cov nqe no thiab pib ua txoj hauj lwm los ua kom zaj nqe no phim raws li keeb kwm ntawm nqe kaum ib mus txog kaum tsib.</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Zauv Plaub</dc:title>
  <dc:subject>Ib Daim Ntawv Cog Lus</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