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Zaj Lus Kaum Ob</w:t>
      </w:r>
    </w:p>
    <w:p>
      <w:pPr>
        <w:pStyle w:val="ArticleSubtitle"/>
        <w:jc w:val="left"/>
      </w:pPr>
      <w:r>
        <w:rPr>
          <w:rFonts w:ascii="Arial" w:hAnsi="Arial" w:eastAsia="Arial" w:cs="Arial"/>
        </w:rPr>
        <w:t>Daniyees 11:40 thiab Peb Zaug Qhib Cov Lus Qhia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Nqe plaub caug hauv Daniyees kaum ib yog ib nqe uas tob kawg nkaus hauv phau Vajlugkub. Nws sawv cev rau kev qhib lub foob ntawm phau Daniyees nyob rau xyoo 1798, 1989 thiab 2023. Peb zaug uas phau ntawv raug qhib lub foob no cim txog qhov xaus ntawm kev tawg khiav mus nyob ua luaj “xya lub sijhawm.” Xyoo 1798 cim txog qhov xaus ntawm ob txhiab tsib puas nees nkaum xyoo ntawm kev tawg khiav mus nyob uas tau pib xyoo 723 BC thaum Axilias thauj kaum xeem qaum teb mus nyob rau hauv kev poob cev qhev. Xyoo 1989 cim txog qhov xaus ntawm 126 xyoo txij li kev ntxeev siab xyoo 1863, thaum Pawg Ntseeg Xya Hnub Advensit tau muab tseg lawm raws txoj cai “xya lub sijhawm” hauv Levi Kevcai nees nkaum rau. Xyoo 2023 cim txog qhov xaus ntawm peb hnub ib nrab uas ob tug tim khawv hauv Tshwm Sim kaum ib tau tuag nyob hauv txoj kev. Thaum xaus ntawm 2,520 xyoo, (126 xyoo thiab 3½ hnub—uas txhua yam no yog cov cim ntawm “xya lub sijhawm”), phau Daniyees raug qhib lub foob.</w:t>
      </w:r>
    </w:p>
    <w:p>
      <w:pPr>
        <w:pStyle w:val="ArticleBody"/>
        <w:jc w:val="left"/>
      </w:pPr>
      <w:r>
        <w:rPr>
          <w:rFonts w:ascii="Times New Roman" w:hAnsi="Times New Roman" w:eastAsia="Times New Roman" w:cs="Times New Roman"/>
        </w:rPr>
        <w:t>Muam White qhia rau peb tias xyoo 1798 yog ib qho tsim nyog kom tib neeg raug nthuav qhia txog tej xwm txheej uas txuas nrog lub sij hawm kaw kev sim siab. Thaum nws sau tseg qhov tseeb no, nws tab tom txheeb qhia txog cov keeb kwm uas sib luag, vim nws kuj sawv cev rau txoj xov ntawm hnub kawg tias yog tej xwm txheej uas txuas nrog lub sij hawm kaw kev sim siab. Hais txog keeb kwm Millerite nws sau tseg:</w:t>
      </w:r>
    </w:p>
    <w:p>
      <w:pPr>
        <w:pStyle w:val="ArticleScripture"/>
        <w:jc w:val="left"/>
      </w:pPr>
      <w:r>
        <w:rPr>
          <w:rFonts w:ascii="Times New Roman" w:hAnsi="Times New Roman" w:eastAsia="Times New Roman" w:cs="Times New Roman"/>
        </w:rPr>
        <w:t>“Yeej tsim nyog kom tibneeg raug tsa kom paub dheev txog lawv txoj kev phom sij; kom lawv raug txhawb kom npaj rau cov xwm txheej loj thiab dawb huv uas txuas nrog rau thaum lub sijhawm kev hlub tshua yuav xaus.” The Great Controversy, 310.</w:t>
      </w:r>
    </w:p>
    <w:p>
      <w:pPr>
        <w:pStyle w:val="ArticleBody"/>
        <w:jc w:val="left"/>
      </w:pPr>
      <w:r>
        <w:rPr>
          <w:rFonts w:ascii="Times New Roman" w:hAnsi="Times New Roman" w:eastAsia="Times New Roman" w:cs="Times New Roman"/>
        </w:rPr>
        <w:t>Thaum hais txog hnub kawg nws sau tseg tias:</w:t>
      </w:r>
    </w:p>
    <w:p>
      <w:pPr>
        <w:pStyle w:val="ArticleScripture"/>
        <w:jc w:val="left"/>
      </w:pPr>
      <w:r>
        <w:rPr>
          <w:rFonts w:ascii="Times New Roman" w:hAnsi="Times New Roman" w:eastAsia="Times New Roman" w:cs="Times New Roman"/>
        </w:rPr>
        <w:t>“Ua ntej Nws raug ntsia saum tus ntoo khaub lig, tus Cawm Seej tau piav rau Nws cov thwjtim tias Nws yuav raug muab tua thiab yuav sawv rov los hauv qhov ntxa, thiab cov tim tswv tau nyob ntawd los ua kom Nws cov lus txhij nkag rau hauv siab thiab hauv nruab siab. Tiam sis cov thwjtim tab tom nrhiav kev cawm dim raws li lub ntiaj teb no ntawm txoj kev quab yuam ntawm Loos, thiab lawv tsis muaj peev xwm lees txais txoj kev xav tias Tus uas tag nrho lawv tej kev cia siab tau tsom rau ntawd yuav raug txom nyem ib txoj kev tuag txaj muag. Cov lus uas lawv tsim nyog yuav tsum nco tau raug muab ntiab tawm hauv lawv lub siab; thiab thaum lub sijhawm kev sim siab los txog, nws pom lawv tsis tau npaj txhij. Yexus txoj kev tuag tau rhuav tshem lawv tej kev cia siab tag nrho ib yam nkaus li yog Nws tsis tau ceeb toom lawv ua ntej lawm. Yog li ntawd, hauv tej lus faj lem yav tom ntej raug qhib nthuav rau peb pom meej tseeb ib yam li nws tau raug qhib rau cov thwjtim los ntawm Khetos cov lus. Tej xwm txheej uas cuam tshuam nrog kev kaw sijhawm ntawm kev txiav txim siab thiab txoj hauj lwm ntawm kev npaj rau lub sijhawm kev txom nyem, raug nthuav tawm kom meej. Tiam sis neeg coob coob tsis muaj kev to taub txog tej qhov tseeb tseem ceeb no dua li yog tias lawv yeej tsis tau raug qhia tawm li. Xatas saib ntsoov txeeb txhua txoj kev xav tob uas yuav ua rau lawv muaj tswvyim mus txog txoj kev cawm seej, thiab lub sijhawm kev txom nyem yuav pom lawv tsis tau npaj txhij.” The Great Controversy, 595.</w:t>
      </w:r>
    </w:p>
    <w:p>
      <w:pPr>
        <w:pStyle w:val="ArticleBody"/>
        <w:jc w:val="left"/>
      </w:pPr>
      <w:r>
        <w:rPr>
          <w:rFonts w:ascii="Times New Roman" w:hAnsi="Times New Roman" w:eastAsia="Times New Roman" w:cs="Times New Roman"/>
        </w:rPr>
        <w:t>Txoj xov ntawm cov Millerite raug qhib xauv xyoo 1798 thiab nws nthuav tawm “cov xwm txheej uas txuas nrog rau lub sijhawm xaus ntawm kev sim siab.” Thaum hais txog hnub kawg, nws siv keeb kwm ntawm cov thwj tim los ua piv txwv qhia qhov tseeb tias “cov xwm txheej uas txuas nrog rau lub sijhawm xaus ntawm kev sim siab” yog yam uas ua rau tibneeg muaj tswvyim mus txog txoj kev cawm dim, los lawv tsis to taub. Cov xov uas raug qhib xauv xyoo 1798, 1989 thiab 2023 yog cov xov uas qhia meej txog “cov xwm txheej uas txuas nrog rau lub sijhawm xaus ntawm kev sim siab.”</w:t>
      </w:r>
    </w:p>
    <w:p>
      <w:pPr>
        <w:pStyle w:val="ArticleBody"/>
        <w:jc w:val="left"/>
      </w:pPr>
      <w:r>
        <w:rPr>
          <w:rFonts w:ascii="Times New Roman" w:hAnsi="Times New Roman" w:eastAsia="Times New Roman" w:cs="Times New Roman"/>
        </w:rPr>
        <w:t>Nqe plaub caug kaum sawv cev rau ib txoj kab keeb kwm thaum phau ntawv Daniyees raug qhib lub cim peb zaug. Xyoo 1798, Daniyees txoj kev ua yog toog pom txog tus dej Ulai uas sawv cev rau tshooj xya mus txog tshooj cuaj raug qhib lub cim. Xyoo 1989, Daniyees txoj kev ua yog toog pom txog tus dej Hiddekel uas sawv cev rau tshooj kaum mus txog tshooj kaum ob raug qhib lub cim. Xyoo 2023, keeb kwm zais tseg ntawm nqe plaub caug hauv Daniyees tshooj kaum ib raug qhib lub cim.</w:t>
      </w:r>
    </w:p>
    <w:p>
      <w:pPr>
        <w:pStyle w:val="ArticleBody"/>
        <w:jc w:val="left"/>
      </w:pPr>
      <w:r>
        <w:rPr>
          <w:rFonts w:ascii="Times New Roman" w:hAnsi="Times New Roman" w:eastAsia="Times New Roman" w:cs="Times New Roman"/>
        </w:rPr>
        <w:t>Keeb kwm ntawm nqe plaub caug sawv cev txij xyoo 1798 mus txog rau txoj cai Hnub Caiv ntawm nqe plaub caug ib, uas yog keeb kwm ntawm Tebchaws Meskas, uas tib lub sijhawm kuj yog tus tsiaj qus ntawm thaj av hauv Tshwmsim kaum peb, tus yaj saub cuav hauv Tshwmsim kaum rau, thiab lub nceeg vaj thib rau hauv tej lus faj lem hauv Phau Vajlugkub. Tib keeb kwm uas raug sawv cev hauv nqe plaub caug ntawm Daniyee kaum ib kuj raug sawv cev hauv ib nqe hauv phau Tshwmsim thiab.</w:t>
      </w:r>
    </w:p>
    <w:p>
      <w:pPr>
        <w:pStyle w:val="ArticleScripture"/>
        <w:jc w:val="left"/>
      </w:pPr>
      <w:r>
        <w:rPr>
          <w:rFonts w:ascii="Times New Roman" w:hAnsi="Times New Roman" w:eastAsia="Times New Roman" w:cs="Times New Roman"/>
        </w:rPr>
        <w:t>Thiab kuv pom dua ib tug tsiaj qus tawm hauv lub ntiajteb los; thiab nws muaj ob tug kub zoo li tus menyuam yaj, thiab nws hais lus zoo li ib tug zaj. Qhia Tshwm 13:11.</w:t>
      </w:r>
    </w:p>
    <w:p>
      <w:pPr>
        <w:pStyle w:val="ArticleBody"/>
        <w:jc w:val="left"/>
      </w:pPr>
      <w:r>
        <w:rPr>
          <w:rFonts w:ascii="Times New Roman" w:hAnsi="Times New Roman" w:eastAsia="Times New Roman" w:cs="Times New Roman"/>
        </w:rPr>
        <w:t>Nqe no, ib yam li hauv nqe plaub caug, yog keeb kwm uas pib nrog Alien and Sedition Acts ntawm xyoo 1798 thiab xaus nrog txoj cai Hnub Caiv thaum lub teb chaws hais lus zoo li ib tug zaj, yog ib zaj keeb kwm uas pib thaum papal Rome raug tshem tawm ntawm lub zwm txwv thiab xaus thaum papal Rome raug muab rov los rau saum lub zwm txwv. Zaj keeb kwm uas sawv cev los ntawm ob qho tib si Qhia Tshwm 13:11 thiab Daniyees 11:40 pib nrog kev muab tshem tawm ntawm lub nceeg vaj thib tsib hauv tej yaj saub hauv Phau Vajlugkub thiab xaus nrog kev muab tshem tawm ntawm lub nceeg vaj thib rau hauv tej yaj saub hauv Phau Vajlugkub.</w:t>
      </w:r>
    </w:p>
    <w:p>
      <w:pPr>
        <w:pStyle w:val="ArticleBody"/>
        <w:jc w:val="left"/>
      </w:pPr>
      <w:r>
        <w:rPr>
          <w:rFonts w:ascii="Times New Roman" w:hAnsi="Times New Roman" w:eastAsia="Times New Roman" w:cs="Times New Roman"/>
        </w:rPr>
        <w:t>Lub “xya caum” xyoo uas Npanpiloo kav ua thawj lub nceeg vaj ntawm Vajlugkub tej lus faj lem mus txog rau lub nceeg vaj thib ob ntawm Vajlugkub tej lus faj lem, sawv cev rau keeb kwm ntawm nqe plaub caug txij xyoo 1798 mus txog rau txoj cai Hnub Caiv.</w:t>
      </w:r>
    </w:p>
    <w:p>
      <w:pPr>
        <w:pStyle w:val="ArticleScripture"/>
        <w:jc w:val="left"/>
      </w:pPr>
      <w:r>
        <w:rPr>
          <w:rFonts w:ascii="Times New Roman" w:hAnsi="Times New Roman" w:eastAsia="Times New Roman" w:cs="Times New Roman"/>
        </w:rPr>
        <w:t>Thiab yuav muaj tias nyob rau hnub ntawd, lub nroog Tyre yuav raug hnov qab xya caum xyoo, raws li hnub nyoog ntawm ib tug vajntxwv; tom qab xya caum xyoo kawg lawm, Tyre yuav hu nkauj zoo li ib tug niam ntiav. Cia li nqa ib rab nkauj ncas, mus ncig lub nroog, koj tus niam ntiav uas raug hnov qab lawm; ntaus suab kom qab zib, hu ntau zaj nkauj, kom neeg yuav nco txog koj. Thiab yuav muaj tias tom qab xya caum xyoo kawg lawm, tus Tswv yuav tuaj xyuas Tyre, ces nws yuav rov mus cuag nws txoj nyiaj zog, thiab yuav ua nkauj ua nraug nrog txhua lub tebchaws hauv ntiajteb saum npoo av. Yaxayas 23:15–17.</w:t>
      </w:r>
    </w:p>
    <w:p>
      <w:pPr>
        <w:pStyle w:val="ArticleBody"/>
        <w:jc w:val="left"/>
      </w:pPr>
      <w:r>
        <w:rPr>
          <w:rFonts w:ascii="Times New Roman" w:hAnsi="Times New Roman" w:eastAsia="Times New Roman" w:cs="Times New Roman"/>
        </w:rPr>
        <w:t>Keeb kwm txij xyoo 1798 mus txog rau txoj cai Hnub Xib Hwb kuj yog keeb kwm ntawm lub sijhawm uas tus niam ntiav ntawm Tyre raug hnov qab raws li tau sau tseg hauv Yaxayas nees nkaum peb, uas hais lub sijhawm ntawd tias yog “xya caum xyoo” thiab yog “hnub nyoog ntawm ib tug vajntxwv.” Txij Nebuchadnezzar mus txog Belshazzar thawj lub nceeg vaj ntawm tej lus faj lem hauv Phau Vajlugkub tau kav, yog li ntawd ua ib yam ntxwv qhia txog lub nceeg vaj thib rau ntawm tej lus faj lem hauv Phau Vajlugkub uas pib zoo li ib tug menyuam yaj tabsis kawg nkaus rov hais lus zoo li ib tug zaj. Nebuchadnezzar sawv cev rau ib tug uas raws tus menyuam yaj, hos Belshazzar sawv cev rau ib tug uas raws tus zaj.</w:t>
      </w:r>
    </w:p>
    <w:p>
      <w:pPr>
        <w:pStyle w:val="ArticleBody"/>
        <w:jc w:val="left"/>
      </w:pPr>
      <w:r>
        <w:rPr>
          <w:rFonts w:ascii="Times New Roman" w:hAnsi="Times New Roman" w:eastAsia="Times New Roman" w:cs="Times New Roman"/>
        </w:rPr>
        <w:t>Keeb kwm txij xyoo 1798 mus txog rau hnub Sunday law kuj yog keeb kwm ntawm peb tug timtswv ceebtoom hauv Tshwm Sim kaum plaub, pib nrog kev hloov kho ntawm cov Millerites thiab xaus nrog kev hloov kho ntawm ib puas plaub caug plaub txhiab leej. Zaj xov ntawm peb tug timtswv ceebtoom yog zaj xov txog teev txiav txim. Cov Millerites tau tshaj tawm tej xwm txheej uas muaj feem txuas nrog kev qhib ntawm txoj kev txiav txim, thiab ib puas plaub caug plaub txhiab leej tshaj tawm tej xwm txheej uas muaj feem txuas nrog kev kaw ntawm lub sijhawm sim neej.</w:t>
      </w:r>
    </w:p>
    <w:p>
      <w:pPr>
        <w:pStyle w:val="ArticleBody"/>
        <w:jc w:val="left"/>
      </w:pPr>
      <w:r>
        <w:rPr>
          <w:rFonts w:ascii="Times New Roman" w:hAnsi="Times New Roman" w:eastAsia="Times New Roman" w:cs="Times New Roman"/>
        </w:rPr>
        <w:t>Tej xwm txheej uas txuas nrog rau thaum kev sim siab kaw lawm raug piav qhia raws ob txoj kab hauv zaj lus faj lem, sab hauv thiab sab nraud, thiab cov xwm txheej no tshwm sim ua ntej tshaj plaws hauv keeb kwm uas sawv cev los ntawm nqe plaub caug ntawm Daniyee kaum ib. Cov xwm txheej hauv nqe plaub caug xaus ntawm txoj cai Hnub Caiv rau hnub Sunday hauv Tebchaws Meskas, yog li ntawd cov xwm txheej ntawm kev sau kawg ntawm Vajtswv lwm cov me nyuam uas tseem nyob hauv Npanpiloo tsis raug sawv cev hauv nqe plaub caug; txawm li ntawd los, kev kub ntxhov uas tom qab ntawd los ntsib lub ntiaj teb twb nyuam qhuav xaus hauv Tebchaws Meskas lawm. Cov xwm txheej ntawd sawv cev rau kev txiav txim rau Tebchaws Meskas thiab rau kev ua kom Vajtswv pawg ntseeg huv si ua ntej pawg ntseeg raug tsa kom siab ua ib daim chij.</w:t>
      </w:r>
    </w:p>
    <w:p>
      <w:pPr>
        <w:pStyle w:val="ArticleBody"/>
        <w:jc w:val="left"/>
      </w:pPr>
      <w:r>
        <w:rPr>
          <w:rFonts w:ascii="Times New Roman" w:hAnsi="Times New Roman" w:eastAsia="Times New Roman" w:cs="Times New Roman"/>
        </w:rPr>
        <w:t>Cov xwm txheej sab hauv uas txuas nrog kev kaw ntawm lub sijhawm sim no qhia meej txog Khetos txoj hauj lwm ua Tus Pov Thawj Hlob hauv kev ua kom tiav qhov tsis meej ntawm Vajtswv nyob hauv Nws haiv neeg hnub kawg. Cov xwm txheej sab nraud qhia meej txog tes dej num ntawm Tebchaws Meskas hauv kev rov muab hwj chim rau lub hwj chim papacy. Tag nrho keeb kwm ntawm Tebchaws Meskas raws li lub nceeg vaj thib rau ntawm Vajlugkub tej lus faj lem, tag nrho keeb kwm ntawm Laodicea, tshwm sim nyob rau hauv keeb kwm uas nqe plaub caug sawv cev.</w:t>
      </w:r>
    </w:p>
    <w:p>
      <w:pPr>
        <w:pStyle w:val="ArticleBody"/>
        <w:jc w:val="left"/>
      </w:pPr>
      <w:r>
        <w:rPr>
          <w:rFonts w:ascii="Times New Roman" w:hAnsi="Times New Roman" w:eastAsia="Times New Roman" w:cs="Times New Roman"/>
        </w:rPr>
        <w:t>Cov kab sab hauv thiab sab nraud nyob hauv nqe plaub caug raug sawv cev los ntawm ob tug kub ntawm tus tsiaj qus hauv ntiajteb. Lub kub ntawm Republicanism yog kab sab nraud, hos lub kub ntawm Protestantism yog kab sab hauv. Ob kab no puav leej nyob hauv keeb kwm ntawm lub nceeg vaj thib rau, thiab thaum xaus ntawm keeb kwm ntawm lub nceeg vaj thib rau Vajtswv txoj kev txiav txim raug coj los rau saum ob lub kub, yog lub kub Protestant thiab lub kub Republican. Txoj xov uas txheeb xyuas cov xwm txheej uas txuas nrog rau kev kaw lub sij hawm sim siab yog txoj xov uas txheeb xyuas cov xwm txheej uas raug coj los rau saum Tebchaws Meskas thaum nws ua kom puv nws lub khob ntawm lub sij hawm sim siab. Txoj xov uas txheeb xyuas cov xwm txheej uas txuas nrog rau kev kaw lub sij hawm sim siab kuj yog txoj xov uas txheeb xyuas cov xwm txheej uas raug coj los rau saum Seventh-day Adventism thaum nws ua kom puv nws lub khob ntawm lub sij hawm sim siab.</w:t>
      </w:r>
    </w:p>
    <w:p>
      <w:pPr>
        <w:pStyle w:val="ArticleBody"/>
        <w:jc w:val="left"/>
      </w:pPr>
      <w:r>
        <w:rPr>
          <w:rFonts w:ascii="Times New Roman" w:hAnsi="Times New Roman" w:eastAsia="Times New Roman" w:cs="Times New Roman"/>
        </w:rPr>
        <w:t>Hauv keeb kwm ntawm nqe plaub caug muaj peb zaug uas phau ntawv Daniyee raug qhib lub foob, thiab txhua zaug ntawm peb zaug ntawd tsim tawm ib txoj kab sab hauv thiab ib txoj kab sab nraud uas nthuav qhia tej xwm txheej uas txuas nrog rau qhov kawg ntawm lub sijhawm xeem. Txhua yam ntawm peb lub cim taw qhia ntawd yog muaj ua ntej los ntawm ib txoj kev tawg khiav uas kav xya lub sijhawm. Yog li ntawd, nqe plaub caug sawv cev rau keeb kwm txij xyoo 1798 mus txog rau txoj cai Hnub Caiv, thiab cov cim taw qhia yaj saub nyob hauv keeb kwm ntawd yog cov “xwm txheej uas txuas nrog rau qhov kawg ntawm lub sijhawm xeem.” Hauv keeb kwm ntawm nqe plaub caug, txoj kab sab hauv sawv cev rau ib txoj kev hloov ntawm Philadelphia mus rau Laodicea thaum pib, thiab ib txoj kev hloov ntawm Laodicea rov mus rau Philadelphia thaum xaus. Qhov pib ntawd sawv cev rau ib qho kev txav hloov kho raws li tau piav qhia los ntawm zaj lus piv txwv txog kaum tus nkauj xwb, uas ua qauv qhia ib qho kev txav hloov kho thaum xaus uas kuj ua kom zaj lus piv txwv ntawd tiav raws nraim txhua lo lus.</w:t>
      </w:r>
    </w:p>
    <w:p>
      <w:pPr>
        <w:pStyle w:val="ArticleBody"/>
        <w:jc w:val="left"/>
      </w:pPr>
      <w:r>
        <w:rPr>
          <w:rFonts w:ascii="Times New Roman" w:hAnsi="Times New Roman" w:eastAsia="Times New Roman" w:cs="Times New Roman"/>
        </w:rPr>
        <w:t>Kev txav Millais uas yog Philadelphian tau pib nrog ib qho kev ua tiav ntawm “xya lub sijhawm” hauv Leviticus nees nkaum-rau xyoo 1798, thiab tom qab ntawd rov muaj dua ib qho kev ua tiav ntawm “xya lub sijhawm” rau hnub Kaum Hli 22, 1844. Tsawg kawg nkaus txog xyoo 1856, ob leeg James White thiab Muam White twb txheeb xyuas txoj kev txav ntawd tias nyob hauv ib qho xwm txheej Laodicean lawm. Nyob rau tib lub xyoo ntawd, ib qho kaj tshiab txog “xya lub sijhawm” raug nthuav tawm hauv phau ntawv tshaj tawm raug cai ntawm pawg ntseeg uas tsis tau ua tiav ib txhis. “Xya lub sijhawm” tau ua tiav xyoo 1798, thiab tom qab ntawd William Miller thiaj nrhiav tau qhov “pib ntawm txoj saw hlau ntawm qhov tseeb,” raws li Muam White hu nws, thiab qhov pib ntawm txoj saw hlau ntawm qhov tseeb ntawd yog “xya lub sijhawm.” Xyoo 1798 yog ib qho kev ua tiav ntawm “xya lub sijhawm”; tom qab ntawd Miller thiaj ua nws qhov kev nrhiav pom uas yog lub hauv paus, yog “xya lub sijhawm,” thaum phau Daniel raug qhib lub foob. Tom qab ntawd hnub Kaum Hli 22, 1844 cim dua ib qho kev ua tiav ntxiv ntawm “xya lub sijhawm,” uas ces kuj raug raws los ntawm ib qho kev hloov hauv txoj kev txav ntawd ntawm Philadelphia mus rau Laodicea rau tib lub xyoo uas qhov kaj tshiab txog “xya lub sijhawm” raug tso tseg tsis tiav. Xyoo 1863, yam uas tau yog txoj kev txav Millais Philadelphian mus txog xyoo 1856 thaum nws hloov mus ua txoj kev txav Millais Laodicean, tau los ua ib pawg ntseeg uas raug cai sau npe raws kev cai lij choj, feem coob vim yog raws li tej kev xav thiab tej kev kub ntxhov ntawm Tsov Rog Hauv Tebchaws thiab kev tiv thaiv cov hluas hauv pawg ntseeg. Txoj kev txav ntawd tau xaus rau xyoo 1863 thaum nws los ua ib pawg ntseeg. Xya xyoo ua ntej ntawd, xyoo 1856, Laodicea tau muab ib zaj lus ntawm qhov kaj tshiab tso tseg rau tib lub ntsiab lus uas yog William Miller thawj qhov kev nrhiav pom raws yaj saub.</w:t>
      </w:r>
    </w:p>
    <w:p>
      <w:pPr>
        <w:pStyle w:val="ArticleBody"/>
        <w:jc w:val="left"/>
      </w:pPr>
      <w:r>
        <w:rPr>
          <w:rFonts w:ascii="Times New Roman" w:hAnsi="Times New Roman" w:eastAsia="Times New Roman" w:cs="Times New Roman"/>
        </w:rPr>
        <w:t>Kev txav ntawm cov Millerite thiab txoj kev kaj uas hu ua “qhov pib ntawm txoj saw ntawm qhov tseeb,” txoj kev kaj ntawm “xya lub sij hawm,” tau raug qhib tawm rau cov thawj coj ntawm kev txav Laodicean, cov uas maj mam muab tseg txoj kev ntshaw los txhawb nqa “xya lub sij hawm”; thiab thaum kawg ntawm xya xyoo (“xya lub sij hawm”) hauv xyoo 1863, ib daim chart tshiab thiab ib txoj xov yaj saub raug tsim tawm yam tsis muaj ib qho kev hais txog “xya lub sij hawm.”</w:t>
      </w:r>
    </w:p>
    <w:p>
      <w:pPr>
        <w:pStyle w:val="ArticleBody"/>
        <w:jc w:val="left"/>
      </w:pPr>
      <w:r>
        <w:rPr>
          <w:rFonts w:ascii="Times New Roman" w:hAnsi="Times New Roman" w:eastAsia="Times New Roman" w:cs="Times New Roman"/>
        </w:rPr>
        <w:t>Xyoo 1863 qhov xaus ntawm Yaxayas tej lus faj lem rau rau caum tsib xyoos tau xaus kiag nyob rau qhov chaw uas nws pib, yog nrog ib qho kev tsov rog hauv tebchaws ntawm sab qaum teb thiab sab qab teb. Qhov teeb meem ntawm kev ua qhev xyoo 1863 twb tau raug ua ua qauv ua ntej los ntawm kev coj mus nyob txim ntawm ob lub nceeg vaj, sab qaum teb thiab sab qab teb, raws li kev ua tiav ntawm “xya zaug,” thiab txoj kev ua qhev uas Yixayee raug coj mus rau ntawd kuj phim raws nraim sawv cev rau cov teeb meem ntawm kev ua qhev thaum kawg. Xyoo 1863 sawv cev rau qhov kawg ntawm tus qauv yaj saub uas tsa los saum Yaxayas tej lus faj lem rau rau caum tsib xyoos.</w:t>
      </w:r>
    </w:p>
    <w:p>
      <w:pPr>
        <w:pStyle w:val="ArticleScripture"/>
        <w:jc w:val="left"/>
      </w:pPr>
      <w:r>
        <w:rPr>
          <w:rFonts w:ascii="Times New Roman" w:hAnsi="Times New Roman" w:eastAsia="Times New Roman" w:cs="Times New Roman"/>
        </w:rPr>
        <w:t>Tus Tswv Vajtswv hais li no tias, Tej no yuav tsis sawv ruaj, thiab yuav tsis muaj tiav los. Rau qhov tus thawj ntawm Syria yog Damascus, thiab tus thawj ntawm Damascus yog Rezin; thiab tsis pub dhau rau caum tsib xyoos Ephraim yuav raug tsoo kom tawg tas, kom nws tsis txawj ua ib haiv neeg ntxiv lawm. Thiab tus thawj ntawm Ephraim yog Samaria, thiab tus thawj ntawm Samaria yog Remaliah tus tub. Yog nej tsis ntseeg, mas nej yeej yuav tsis raug tsa kom ruaj khov. Yaxayas 7:7–9.</w:t>
      </w:r>
    </w:p>
    <w:p>
      <w:pPr>
        <w:pStyle w:val="ArticleBody"/>
        <w:jc w:val="left"/>
      </w:pPr>
      <w:r>
        <w:rPr>
          <w:rFonts w:ascii="Times New Roman" w:hAnsi="Times New Roman" w:eastAsia="Times New Roman" w:cs="Times New Roman"/>
        </w:rPr>
        <w:t>Thaum to taub kom raug, zaj lus faj lem no uas pib rau xyoo 742 BC qhia peb pom peb lub cim qhia kev taug hauv ib ntu rau caum tsib xyoos. Ob lub cim qhia kev taug ntawd qhia txog cov ntsiab pib ntawm ob txhiab tsib puas nees nkaum xyoo ntawm kev poob cev qhev thiab kev ua qhev rau ob lub nceeg vaj sab qaum teb thiab sab qab teb ntawm Ixayees. Rau xyoo 742 BC ob lub nceeg vaj sab qaum teb thiab sab qab teb tau koom hauv ib qho kev tsov rog hauv tsev, thiab kaum xeem sab qaum teb tau tsim ib txoj kev sib koom tes nrog Syria kom tuaj tua lub nceeg vaj sab qab teb uas yog Yudas. Kaum cuaj xyoos tom qab, rau xyoo 723 BC, kaum xeem sab qaum teb raug cov Asxias coj mus ua qhev. Plaub caug rau xyoos tom qab, rau xyoo 677 BC, cov Asxias ntes Manaxes thiab coj nws mus rau Npanpiloo. Ob txhiab tsib puas nees nkaum xyoo tom qab 723 BC mus txog rau 1798, uas yog lub sijhawm kawg thiab yog qhov pib ntawm nqe plaub caug. Plaub caug rau xyoos tom qab ntawd, “xya lub sijhawm” tawm tsam lub nceeg vaj sab qab teb uas tau pib rau xyoo 677 BC xaus rau xyoo 1844. Kaum cuaj xyoos tom qab, rau xyoo 1863, cov yam ntxwv faj lem ntawm 742 BC raug sawv cev raws nraim li ib tsab ntawv zuj zus. Muaj ib qho kev tsov rog hauv tsev tab tom muaj nruab nrab ntawm lub nceeg vaj sab qaum teb thiab sab qab teb rau xyoo 742 BC thiab 1863. Rau xyoo 742 BC, lo lus twv ua ntej uas Yaxayas tau muab rau tus vaj ntxwv phem Ahax yog hais txog txoj kev raug coj mus ua qhev uas tab tom yuav los rau ob lub nceeg vaj sab qaum teb thiab sab qab teb, thiab rau xyoo 1863, uas yog lub ntsiab chaw nruab nrab ntawm Tsov Rog Hauv Tsev, Thawj Tswj Hwm Lincoln tshaj tawm Daim Ntawv Tshaj Tawm Kev Dim Qhev, pib txoj txheej txheem ntawm kev xaus kev ua qhev. Lo lus ceeb toom uas tau muab rau tus vaj ntxwv phem Ahax rau xyoo 742 BC tau muab nyob rau hauv lub tebchaws yeeb koob tiag tiag, uas yog tus qauv qhia txog cov lus uas Lincoln tau muab nyob rau hauv lub tebchaws yeeb koob sab ntsuj plig.</w:t>
      </w:r>
    </w:p>
    <w:p>
      <w:pPr>
        <w:pStyle w:val="ArticleBody"/>
        <w:jc w:val="left"/>
      </w:pPr>
      <w:r>
        <w:rPr>
          <w:rFonts w:ascii="Times New Roman" w:hAnsi="Times New Roman" w:eastAsia="Times New Roman" w:cs="Times New Roman"/>
        </w:rPr>
        <w:t>Xya xyoo tom qab tej lus ntawm “xya lub sijhawm” uas Hiram Edson tau luam tawm xyoo 1856, Adventism tau tsim daim chart xyoo 1863 uas tshem tawm Millerite txoj kev qhia txog xya lub sijhawm, li ntawd thiaj ua rau muaj lus nug txog ntau pawg nqe lus uas Ellen White qhia tias peb yuav tsum rov qab hais dua tej lus ntawm cov Millerites, thiab kuj tias peb yuav tsum tiv thaiv kom txhob cia tej lus ntawd raug tawm tsam. Tib xyoo ntawd lawv kuj tau los ua ib pawg ntseeg uas raug cai sau npe raws li txoj cai. Tseem muaj ntau ntxiv uas yuav raug sau tau txog xyoo 1863 thiab nws tej kev txhais ua yaj saub, tabsis yam uas kuv tab tom hais tseg ntawm no yog tias muaj ntau tus tim khawv, sab hauv thiab sab nraud, uas txheeb qhia txog kev ntxeev siab ntawm xyoo 1863, txawm yog kev ntxeev siab sab nraud nrog cov xeev qab teb, los yog kev ntxeev siab sab hauv nrog kev tsis lees txais thawj qhov tseeb uas yog lub hauv paus. Xyoo 1863 yog ib qho ntawm tej xwm txheej nyob hauv keeb kwm ntawm nqe plaub caug uas sawv cev ua ib qho waymark uas yog ib feem ntawm “tej xwm txheej uas txuas nrog rau kev kaw lub sijhawm sim neej.”</w:t>
      </w:r>
    </w:p>
    <w:p>
      <w:pPr>
        <w:pStyle w:val="ArticleBody"/>
        <w:jc w:val="left"/>
      </w:pPr>
      <w:r>
        <w:rPr>
          <w:rFonts w:ascii="Times New Roman" w:hAnsi="Times New Roman" w:eastAsia="Times New Roman" w:cs="Times New Roman"/>
        </w:rPr>
        <w:t>Xyoo 1863 phim raws nraim nrog qhov pib ntawm plaub caug xyoo nyob hauv tebchaws moj sab qhua rau Ixayees thaum ub tiag tiag. Thaum kawg ntawm plaub caug xyoo ntawd, Yausuas tau coj Ixayees thaum ub mus rau hauv Tebchaws Lus Cog Tseg, thiab lawv tau rhuav lub nroog Yelikhau poob, thiab tau tshaj ib txoj kev foom tsis zoo rau txhua tus uas yuav rov txhim kho Yelikhau dua. Xyoo 1863, cov thawj coj ntawm Laodicean Adventism tau rov txhim kho Yelikhau. Xyoo 1863 raug sawv cev rau hauv qhov pib thiab qhov xaus ntawm plaub caug xyoo nyob hauv tebchaws moj sab qhua. Xyoo 1863 yog ib lub cim taw tes yaj saub uas khi keeb kwm ntawm cov kab sab nraud thiab sab hauv ntawm keeb kwm nqe plaub caug ua ke. Muaj pawg ntseeg xya, “ib pawg ntseeg raug txiav txim,” raws li lo lus “Laodicea” txhais hais, nkag mus rau hauv ib ntus uas raug sawv cev los ntawm ib tiam neeg tas nrho tuag nyob hauv tebchaws moj sab qhua. Tib lub sijhawm ntawd, thawj tus thawj tswj hwm Republican tab tom pib tes dej num ntawm kev tso cov qhev dim, yog li ntawd thiaj ua ib daim qauv qhia txog cov thawj tswj hwm Republican kawg uas yuav coj kev cai tub rog los siv rau hauv ib ntus kev kub ntxhov uas coj mus rau yam uas kev tshoov siab hu ua “kev puastsuaj ntawm tebchaws.”</w:t>
      </w:r>
    </w:p>
    <w:p>
      <w:pPr>
        <w:pStyle w:val="ArticleBody"/>
        <w:jc w:val="left"/>
      </w:pPr>
      <w:r>
        <w:rPr>
          <w:rFonts w:ascii="Times New Roman" w:hAnsi="Times New Roman" w:eastAsia="Times New Roman" w:cs="Times New Roman"/>
        </w:rPr>
        <w:t>Nyob rau hauv cov cim taw qhia ntawm qhov pib, cov cim taw qhia ntawm qhov kawg raug sawv cev, thiab tej xwm txheej uas txuas nrog rau qhov xaus ntawm txoj kev txiav txim raug ua piv txwv ua ntej nyob rau hauv tej xwm txheej uas txuas nrog rau qhov qhib ntawm txoj kev txiav txim. Kev ntxeev siab ntawm Kadesh hauv qhov uas tsis lees txais Yausua thiab Kaleb zaj lus nyob rau thaum pib ntawm plaub caug xyoo ntawd yog ib qho piv txwv ua ntej txog Mauxes txoj kev ntxeev siab hauv qhov uas nws ntaus lub Pob Zeb ntawm Kadesh thaum kawg ntawm plaub caug xyoo ntawd. Xyoo 1863 qhia txog txoj cai Sunday uas Laodicea raug ntiab tawm ntawm tus Tswv lub qhov ncauj, thiab qhov chaw uas nees nkaum tsib tug txwj laus hauv Yeluxalees tab tom pe hawm lub hnub nyob rau hauv Exekees tshooj yim, thiab qhov chaw uas Shiloh raug rov ua dua rau saum cov uas tso siab rau tej lus dag hais tias, “peb yog tus Tswv lub tuam tsev.”</w:t>
      </w:r>
    </w:p>
    <w:p>
      <w:pPr>
        <w:pStyle w:val="ArticleBody"/>
        <w:jc w:val="left"/>
      </w:pPr>
      <w:r>
        <w:rPr>
          <w:rFonts w:ascii="Times New Roman" w:hAnsi="Times New Roman" w:eastAsia="Times New Roman" w:cs="Times New Roman"/>
        </w:rPr>
        <w:t>Peb yuav txuas ntxiv txoj kev kawm no txog Panium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Zaj Lus Kaum Ob</dc:title>
  <dc:subject>Daniyees 11:40 thiab Peb Zaug Qhib Cov Lus Qhia Yaj Saub</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