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Lej Kaum Peb</w:t>
      </w:r>
    </w:p>
    <w:p>
      <w:pPr>
        <w:pStyle w:val="ArticleSubtitle"/>
        <w:jc w:val="left"/>
      </w:pPr>
      <w:r>
        <w:rPr>
          <w:rFonts w:ascii="Arial" w:hAnsi="Arial" w:eastAsia="Arial" w:cs="Arial"/>
        </w:rPr>
        <w:t>Rov Qab Mus rau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Txij Caesarea Philippi mus rau Caesarea Maritima, nrog ib qho chaw nres raws txoj kev ntawm lub Roob Hloov Cev Ci ntsa iab; Petus sawv cev rau ib puas plaub caug plaub txhiab leej uas tuaj txog ntawm txoj cim tseg ntawm txoj kev ntawm lub koob tsheej Suab Raj Ntxhee hauv kab uas raug txhim tsa saum ob kab ntawm nees nkaum ob nqe ntawm Leviticus nees nkaum peb, koom nrog lub caij Peetekos hauv lub sijhawm ntawm Khetos. Leviticus nees nkaum peb, tus ntoo khaub lig, Peetekos thiab Kaunelias xa neeg mus hu Petus; txhua yam no raug coj los ua ke kab saum kab nrog txoj cim qhia txog teev peb, teev rau, thiab teev cuaj.</w:t>
      </w:r>
    </w:p>
    <w:p>
      <w:pPr>
        <w:pStyle w:val="ArticleBody"/>
        <w:jc w:val="left"/>
      </w:pPr>
      <w:r>
        <w:rPr>
          <w:rFonts w:ascii="Times New Roman" w:hAnsi="Times New Roman" w:eastAsia="Times New Roman" w:cs="Times New Roman"/>
        </w:rPr>
        <w:t>Khetos ntawm teev peb, teev rau, thiab teev cuaj saum tus ntoo khaub lig; Petus ntawm teev peb thiab teev cuaj thaum Hnub Peetekos, thiab Khaunelias ntawm teev cuaj; Petus ntawm teev rau ntawm Yaumpa thiab teev peb ntawm Xesalees Filis, muaj kev txuas nrog Daniyee kaum ib nqe kaum peb mus txog kaum tsib, rau qhov Xesalees Filis kuj yog Panium thiab.</w:t>
      </w:r>
    </w:p>
    <w:p>
      <w:pPr>
        <w:pStyle w:val="ArticleBody"/>
        <w:jc w:val="left"/>
      </w:pPr>
      <w:r>
        <w:rPr>
          <w:rFonts w:ascii="Times New Roman" w:hAnsi="Times New Roman" w:eastAsia="Times New Roman" w:cs="Times New Roman"/>
        </w:rPr>
        <w:t>Petus tab tom tshaj tawm phau ntawv Yaw-ees nyob rau hnub Peetekos, thiab thaum Petus nthuav nws zaj lus rau Kaleneliyus tsev neeg, Vaj Ntsuj Plig Dawb Huv raug muab nchuav los saum cov Lwm Haiv Neeg, ib yam li Nws tau raug muab nchuav los saum cov Yudais nyob rau hnub Peetekos. Kev muab nchuav ntawm Vaj Ntsuj Plig Dawb Huv rau cov Yudais thiab tom qab ntawd rau cov Lwm Haiv Neeg, yog ib qho piv txwv ua ntej txog kev muab nchuav ntawm Vaj Ntsuj Plig Dawb Huv nyob rau hnub kawg. Kev muab nchuav nyob rau hnub kawg ntawd muaj ob seem, pib nrog kev txau me me rau hnub 9/11 uas thaum kawg txav mus txog kev tshaj tawm ntawm Lub Suab Quaj Ib Tag Hmo uas ncav mus txog rau txoj cai Sunday, thiab ces dhau los ua lub suab quaj nrov nrov ntawm tus tim tswv thib peb, qhov chaw thiab lub sijhawm uas nag yav tom qab raug muab nchuav tawm yam tsis muaj kev txwv.</w:t>
      </w:r>
    </w:p>
    <w:p>
      <w:pPr>
        <w:pStyle w:val="ArticleScripture"/>
        <w:jc w:val="left"/>
      </w:pPr>
      <w:r>
        <w:rPr>
          <w:rFonts w:ascii="Times New Roman" w:hAnsi="Times New Roman" w:eastAsia="Times New Roman" w:cs="Times New Roman"/>
        </w:rPr>
        <w:t>Yog li ntawd, nej cov me nyuam Xi-oos, cia li zoo siab, thiab xyiv fab hauv tus Tswv uas yog nej tus Vajtswv; rau qhov nws tau muab nag thaum chiv thawj rau nej raws li qhov tsim nyog, thiab nws yuav ua kom nag los rau nej, yog nag thaum chiv thawj, thiab nag thaum kawg rau lub hli thawj. Thiab tej chaw ntaus nplej yuav puv npo nplej, thiab tej lauj kaub nias kua txiv hmab thiab roj yuav txhawv lug puv nphoo. Thiab kuv yuav rov qab pub rau nej tej xyoo uas kooj tau noj tas lawm, muaj kab txiav nroj, thiab kab ntsig, thiab kab noj nplooj, yog kuv pab tub rog loj uas kuv tau xa tuaj nyob hauv nej nruab nrab. Yoos 2:23–25.</w:t>
      </w:r>
    </w:p>
    <w:p>
      <w:pPr>
        <w:pStyle w:val="ArticleBody"/>
        <w:jc w:val="left"/>
      </w:pPr>
      <w:r>
        <w:rPr>
          <w:rFonts w:ascii="Times New Roman" w:hAnsi="Times New Roman" w:eastAsia="Times New Roman" w:cs="Times New Roman"/>
        </w:rPr>
        <w:t>Petus sawv cev rau cov uas koom nrog hauv keeb kwm ntawm thawj txoj kev txau me me nruab nrab txij hnub 9/11 mus txog rau txoj cai Sunday, thiab kuj yog nag tom qab, uas kho rov qab cov “xyoo” uas sawv cev rau plaub tiam ntawm Laodicea Xya-hnub Adventism txoj kev ntxeev siab uas nce zuj zus thiab tau raug rhuav tshem. Hauv lub tuam tsev, thaum cuaj teev, Petus tau nthuav tawm phau ntawv Yaw-ee txoj kev kho rov qab cov xyoo.</w:t>
      </w:r>
    </w:p>
    <w:p>
      <w:pPr>
        <w:pStyle w:val="ArticleScripture"/>
        <w:jc w:val="left"/>
      </w:pPr>
      <w:r>
        <w:rPr>
          <w:rFonts w:ascii="Times New Roman" w:hAnsi="Times New Roman" w:eastAsia="Times New Roman" w:cs="Times New Roman"/>
        </w:rPr>
        <w:t>Yog li no cia siab, thiab tig los cuag Vajtswv, xwv kom nej tej kev txhaum raug lwv pov tseg, thaum lub sijhawm txias siab yuav los ntawm tus Tswv xubntiag tuaj; thiab Nws yuav txib Yexus Khetos, tus uas twb raug tshaj tawm rau nej ua ntej lawm: tus uas ntuj ceeb tsheej yuav tsum txais cia mus txog rau lub sijhawm rov tsim txhua yam kom zoo, yam uas Vajtswv tau hais los ntawm ncauj tag nrho Nws cov yaj saub dawb huv txij thaum pib tsim ntuj tsim teb los. Rau qhov Mauxes yeej tau hais rau cov yawg koob tias, Tus Tswv nej tus Vajtswv yuav tsa ib tug yaj saub tawm hauv nej cov kwv tij los rau nej, zoo ib yam li kuv; nej yuav tsum mloog nws hauv txhua yam uas nws yuav hais rau nej. Thiab yuav muaj li no tias, txhua tus ntsuj plig uas tsis mloog tus yaj saub ntawd, yuav raug muab rhuav tshem tawm hauv cov neeg mus. Muaj tseeb tiag, tag nrho cov yaj saub txij Xamuyee los thiab cov uas los tom qab, txhua tus uas tau hais lus, kuj tau tshaj tawm txog cov hnub no thiab. Tubtxib Tes Haujlwm 3:19–24.</w:t>
      </w:r>
    </w:p>
    <w:p>
      <w:pPr>
        <w:pStyle w:val="ArticleBody"/>
        <w:jc w:val="left"/>
      </w:pPr>
      <w:r>
        <w:rPr>
          <w:rFonts w:ascii="Times New Roman" w:hAnsi="Times New Roman" w:eastAsia="Times New Roman" w:cs="Times New Roman"/>
        </w:rPr>
        <w:t>Kev muab tej kev txhaum tshem tawm yog txoj hauj lwm kawg uas Khetos ua nyob hauv txoj kev txiav txim tshawb xyuas, thiab kev muab tshem tawm ntawd pib ntawm tsev neeg ntawm Vajtswv.</w:t>
      </w:r>
    </w:p>
    <w:p>
      <w:pPr>
        <w:pStyle w:val="ArticleScripture"/>
        <w:jc w:val="left"/>
      </w:pPr>
      <w:r>
        <w:rPr>
          <w:rFonts w:ascii="Times New Roman" w:hAnsi="Times New Roman" w:eastAsia="Times New Roman" w:cs="Times New Roman"/>
        </w:rPr>
        <w:t>Vim lub sij hawm twb txog lawm uas kev txiav txim yuav tsum pib ntawm Vajtswv lub tsev; thiab yog tias nws xub pib ntawm peb lawm, ces qhov kawg ntawm cov uas tsis mloog Vajtswv txoj moo zoo yuav zoo li cas? Thiab yog tias tus ncaj ncees dim dim xwb thiaj li raug cawm dim, ces tus tsis hwm Vajtswv thiab tus neeg txhaum yuav tshwm nyob qhov twg? Yog li ntawd, cia cov uas raug kev txom nyem raws li Vajtswv lub siab nyiam muab lawv tej ntsuj plig tso rau hauv nws txhais tes hauv kev ua zoo, ib yam li rau tus Tswv Tsim uas ncaj ncees. 1 Petus 4:17–19.</w:t>
      </w:r>
    </w:p>
    <w:p>
      <w:pPr>
        <w:pStyle w:val="ArticleBody"/>
        <w:jc w:val="left"/>
      </w:pPr>
      <w:r>
        <w:rPr>
          <w:rFonts w:ascii="Times New Roman" w:hAnsi="Times New Roman" w:eastAsia="Times New Roman" w:cs="Times New Roman"/>
        </w:rPr>
        <w:t>Petus tau nkag siab thaum Hnub Peetekos, thiab kuj nyob hauv Khaunelias lub tsev hauv Caesarea ntawm ntug hiav txwv, tias phau ntawv Yaw-ee tab tom raug ua kom tiav. Hnub Peetekos sawv cev rau txoj cai Hnub Caiv thaum kev txiav txim rau tsev neeg ntawm Vajtswv twb xaus lawm, ces mam txav mus rau cov Lwm Haiv Neeg. Nws zaj lus thaum txoj cai Hnub Caiv yog tib zaj lus uas raug tshaj tawm thaum lub suab Quaj Thaum Ib Tag Hmo los txog. Qhov kev tshaj tawm alpha yog qhov pib ntawm lub sij hawm yaj saub uas xaus nrog qhov kev tshaj tawm omega. Petus sawv cev rau cov uas tshaj tawm txoj lus, thiab txoj lus ntawd pib nrog nws lub hwj chim txhawb nqa, uas raug cim tseg los ntawm kev daws tus luj ntawm Islam. Tus luj raug daws kom cim qhov pib ntawm lub suab Quaj Thaum Ib Tag Hmo, thiab nws raug daws dua ib zaug ntxiv thaum txoj cai Hnub Caiv, uas yog qhov xaus ntawm lub suab Quaj Thaum Ib Tag Hmo.</w:t>
      </w:r>
    </w:p>
    <w:p>
      <w:pPr>
        <w:pStyle w:val="ArticleBody"/>
        <w:jc w:val="left"/>
      </w:pPr>
      <w:r>
        <w:rPr>
          <w:rFonts w:ascii="Times New Roman" w:hAnsi="Times New Roman" w:eastAsia="Times New Roman" w:cs="Times New Roman"/>
        </w:rPr>
        <w:t>Yog li ntawd Petus kuj sawv cev rau cov uas tau tshaj tawm ua ntej txog txoj kev ntaus los ntawm Islam rau tebchaws Meskas. Petus txoj xov ntawm Lub Suab Quaj Thaum Ib Tag Hmo yog ib qho kev kho kom raug ntawm txoj xov uas cim thawj qhov kev chim siab thiab yog qhov pib ntawm lub sijhawm qeeb. Yog li ntawd Petus sawv cev rau cov uas tshaj tawm txoj xov ntawm Lub Suab Quaj Thaum Ib Tag Hmo, uas twb dhau thawj qhov kev sim hauv paus uas tuaj txog xyoo 2024 thiab xaus rau hnub Tsib Hlis 8, 2025 nrog kev xaiv tsa thawj tus txiv plig pope Asmeskas, raws li kev ua tiav ntawm nqe kaum plaub hauv Daniyee kaum ib.</w:t>
      </w:r>
    </w:p>
    <w:p>
      <w:pPr>
        <w:pStyle w:val="ArticleBody"/>
        <w:jc w:val="left"/>
      </w:pPr>
      <w:r>
        <w:rPr>
          <w:rFonts w:ascii="Times New Roman" w:hAnsi="Times New Roman" w:eastAsia="Times New Roman" w:cs="Times New Roman"/>
        </w:rPr>
        <w:t>Lub sij hawm txij hnub ua Kevcai Ntaus Raj mus txog hnub Pentecost yog qhov kev sim thib peb thiab yog lub chaw ntsuas tseeb ntawm lub caij Pentecost raws li tau sawv cev nyob hauv Leviticus nees nkaum peb. Ib lub hauv paus ntsiab lus ntawm peb tug tim tswv uas Muam White tau txheeb qhia kuj tsuas yog lej yooj yim xwb. Nws hais meej tias nej tsis tuaj yeem muaj ib txoj xov thib peb yam tsis muaj thawj thiab thib ob. Vim Petus tshaj tawm phau ntawv Joel thaum txog txoj cai hnub Sunday ntawm Pentecost, ces nws kuj qhia Joel thaum pib tshaj tawm txoj xov ntawm Lub Suab Quaj Thaum Ib Tag Hmo, uas yog qhov chaw ntsuas tseeb thiab yog qhov kev sim thib peb ntawm lub caij Pentecost. Yog li ntawd, Petus sawv cev rau cov ncaj ncees thaum lub sij hawm txoj kev sim peb-kauj ruam uas tau pib thaum The Revelation of Jesus Christ raug qhib lub cim, pib txij hnub tim 31 lub Kaum Ob Hlis, 2023. Yog Petus nyob ntawd ntawm kauj ruam thib peb, nws yuav tsum tau taug ob kauj ruam ua ntej ntawd lawm, rau qhov nej tsis tuaj yeem muaj ib qho thib peb yam tsis muaj thawj thiab thib ob.</w:t>
      </w:r>
    </w:p>
    <w:p>
      <w:pPr>
        <w:pStyle w:val="ArticleBody"/>
        <w:jc w:val="left"/>
      </w:pPr>
      <w:r>
        <w:rPr>
          <w:rFonts w:ascii="Times New Roman" w:hAnsi="Times New Roman" w:eastAsia="Times New Roman" w:cs="Times New Roman"/>
        </w:rPr>
        <w:t>Lub sij hawm ntawm kev muab lub cim rau ib puas plaub caug plaub txhiab leej tau pib rau 9/11, thiab nws tau qhib ib txoj kev sim siab peb theem uas raug sawv cev los ntawm lub suab raj hu ntawm 9/11 kom rov qab mus rau tej hauv paus, thiab tom qab ntawd kev sim ntawm thawj qhov kev chim siab rau Lub Xya hli ntuj 18, 2020 tau los txog. Kev sim siab thib peb ntawm zaj keeb kwm no yog txoj cai Hnub Caiv. Ib qho roob moj sab qhua yaj saub tau los txog rau Lub Xya hli ntuj 18, 2020, thiab nyob hauv lub sij hawm roob moj sab qhua ntawd, rau Lub Xya hli ntuj 2023 ib “lub suab” tau pib quaj, thiab tom qab ntawd rau Kaum Ob Hlis 31, 2023, nees nkaum ob xyoos tom qab 9/11, kev qhib lub foob ntawm Kev Qhia Tshwm ntawm Yexus Khetos tau pib. 2023 mus txog rau txoj cai Hnub Caiv (thaum kev ua tiav zoo tag nrho ntawm 2,300 hnub raug ua kom tiav) qhia lub sij hawm txij 2023 mus txog rau txoj cai Hnub Caiv tias pib nrog “23” thiab xaus nrog “23,” vim lub qhov rooj kaw rau Lub Kaum Hli 22, 1844 yog ib qho qauv sawv cev rau lub qhov rooj kaw ntawm txoj cai Hnub Caiv. Zaj lus faj lem 2300-xyoos raug sawv cev los ntawm “23” hauv 2,300.</w:t>
      </w:r>
    </w:p>
    <w:p>
      <w:pPr>
        <w:pStyle w:val="ArticleBody"/>
        <w:jc w:val="left"/>
      </w:pPr>
      <w:r>
        <w:rPr>
          <w:rFonts w:ascii="Times New Roman" w:hAnsi="Times New Roman" w:eastAsia="Times New Roman" w:cs="Times New Roman"/>
        </w:rPr>
        <w:t>Xyoo 1844 yog qhov kawg ntawm keeb kwm ntawm tus tim tswv thawj thiab tus tim tswv ob. Keeb kwm ntawd tau pib nrog kev los txog ntawm tus tim tswv thawj xyoo 1798, thiab nws xaus plaub caug rau xyoo tom qab, hauv xyoo 1844. Plaub caug rau xyoo ntawd sawv cev rau lub tuam tsev Millerite uas Khetos tau los rau tam sid rau hauv xyoo 1844. Lub tuam tsev tibneeg raug tsim raws li “23” chromosome rau ob leeg txiv neej thiab poj niam, yog li ntawd cim “23” ua ib lub cim ntawm txoj hauj lwm uas Khetos tau pib hauv xyoo 1844. Txoj hauj lwm ntawd yog los muab Nws txoj kev yog Vajtswv los koom nrog peb txoj kev yog tibneeg. Yexus siv lub ntiaj teb ntuj tsim los ua qauv qhia txog tej yam sab ntsuj plig, thiab txoj hauj lwm uas tau pib xyoo 1844, thaum xaus ntawm 2,300 xyoo, raug sawv cev los ntawm kev txuas ua ke ntawm “23” chromosome ntawm txiv neej nrog “23” chromosome ntawm poj niam. Thaum ib tug txiv neej yuav ib tug poj niam, nkawd yuav los ua ib cev nqaij xwb, thiab txoj kev sib yuav ntawd yog yam uas Khetos tau pib hauv xyoo 1844. Lub qhov rooj kaw ntawm xyoo 1844 sib haum nrog lub qhov rooj kaw ntawm txoj cai Hnub Caiv, thiab lub cim ntawm lub qhov rooj kaw ntawd yog “23.”</w:t>
      </w:r>
    </w:p>
    <w:p>
      <w:pPr>
        <w:pStyle w:val="ArticleBody"/>
        <w:jc w:val="left"/>
      </w:pPr>
      <w:r>
        <w:rPr>
          <w:rFonts w:ascii="Times New Roman" w:hAnsi="Times New Roman" w:eastAsia="Times New Roman" w:cs="Times New Roman"/>
        </w:rPr>
        <w:t>Txij hnub tim 31 Lub Kaum Ob Hlis, 2023 mus txog rau “23” ntawm txoj cai hnub Sunday qhia txog ib ntu keeb kwm uas pib nrog ib qho alpha “23” thiab xaus nrog ib qho omega “23.” Nws kuj sawv cev rau lub sijhawm ntawm lub tuam tsev ntawm ib puas plaub caug plaub txhiab leej. Tib keeb kwm ntawd kiag yog ib qho fractal ntawm 9/11 mus txog rau txoj cai hnub Sunday. 1844 raug sawv cev los ntawm tus lej “23,” thiab nws qhia txog qhov pib ntawm txoj kev txiav txim tshuaj xyuas rau cov neeg tuag. 9/11 qhia txog qhov pib ntawm txoj kev txiav txim tshuaj xyuas rau cov neeg ciaj sia, thiab vim li ntawd 9/11 kuj muaj tus lej “23” thiab. Lub sijhawm ntawm 9/11 mus txog rau txoj cai hnub Sunday yog ib ntu uas muaj ib qho alpha “23” thiab ib qho omega “23.” Xyoo 2023 mus txog rau txoj cai hnub Sunday yog ib qho fractal ntawm 9/11 mus txog rau txoj cai hnub Sunday, thiab qhov ntawd yog qhov chaw uas lub tuam tsev ntawm ib puas plaub caug plaub txhiab leej raug tsa. Lub tuam tsev Millerite yog ib ntu plaub caug rau xyoo, tiam sis hauv cov hnub kawg, sij hawm tsis muaj ntxiv lawm; thiab plaub caug rau xyoo ntawm Millerite hauv qhov pib ntawm Adventism yog ib hom piv txwv qhia txog tib ntu ntawd hauv qhov xaus ntawm Adventism, thiab ntu ntawd pib thiab xaus nrog “23,” ua kom muaj tus lej Millerite plaub caug rau.</w:t>
      </w:r>
    </w:p>
    <w:p>
      <w:pPr>
        <w:pStyle w:val="ArticleBody"/>
        <w:jc w:val="left"/>
      </w:pPr>
      <w:r>
        <w:rPr>
          <w:rFonts w:ascii="Times New Roman" w:hAnsi="Times New Roman" w:eastAsia="Times New Roman" w:cs="Times New Roman"/>
        </w:rPr>
        <w:t>Peb leeg ntawm cov keeb kwm ntawd sawv cev rau ib txoj txheej txheem sim peb kauj ruam (cov Millerites, 9/11 mus txog txoj cai Sunday, thiab 2023 mus txog txoj cai Sunday). Txoj keeb kwm ntawd tau pib nrog lub suab raj hu ntawm Michael, tus uas tsa Mauxes thiab Eliyas sawv hauv qhov tuag rov los rau hnub tim 31 Lub Kaum Ob Hlis, 2023, thiab thaum Michael, uas yog Khetos, tsa sawv hauv qhov tuag rov los, Nws ua li ntawd nrog lub suab raj nrov.</w:t>
      </w:r>
    </w:p>
    <w:p>
      <w:pPr>
        <w:pStyle w:val="ArticleScripture"/>
        <w:jc w:val="left"/>
      </w:pPr>
      <w:r>
        <w:rPr>
          <w:rFonts w:ascii="Times New Roman" w:hAnsi="Times New Roman" w:eastAsia="Times New Roman" w:cs="Times New Roman"/>
        </w:rPr>
        <w:t>Vim tus Tswv nws tus kheej yuav nqes saum ntuj los nrog ib lub suab qw nrov, nrog lub suab ntawm tus tim tswv loj, thiab nrog Vajtswv lub raj nplaim: ces cov uas tuag hauv Khetos yuav sawv rov los ua ntej. 1 Thessalonians 4:19.</w:t>
      </w:r>
    </w:p>
    <w:p>
      <w:pPr>
        <w:pStyle w:val="ArticleBody"/>
        <w:jc w:val="left"/>
      </w:pPr>
      <w:r>
        <w:rPr>
          <w:rFonts w:ascii="Times New Roman" w:hAnsi="Times New Roman" w:eastAsia="Times New Roman" w:cs="Times New Roman"/>
        </w:rPr>
        <w:t>Mikha-ee yog tus thawj tubtxib saum ntuj, thiab yog nws lub suab koom nrog Vajtswv lub raj uas ua kom sawv rov los, thiab phau ntawv Yudas qhia peb tias Mikha-ee tau tsa Mauxes sawv rov los.</w:t>
      </w:r>
    </w:p>
    <w:p>
      <w:pPr>
        <w:pStyle w:val="ArticleScripture"/>
        <w:jc w:val="left"/>
      </w:pPr>
      <w:r>
        <w:rPr>
          <w:rFonts w:ascii="Times New Roman" w:hAnsi="Times New Roman" w:eastAsia="Times New Roman" w:cs="Times New Roman"/>
        </w:rPr>
        <w:t>Tiamsis Mikhaees tus thawj tubtxib saum ntuj, thaum nws tab tom sib cav nrog dab ntxwg nyoog txog Mauxes lub cev, nws tsis tau twv hais lus liam thuam nws, tiam sis nws hais tias, Cia tus Tswv txwv koj. Yudas 1:9.</w:t>
      </w:r>
    </w:p>
    <w:p>
      <w:pPr>
        <w:pStyle w:val="ArticleBody"/>
        <w:jc w:val="left"/>
      </w:pPr>
      <w:r>
        <w:rPr>
          <w:rFonts w:ascii="Times New Roman" w:hAnsi="Times New Roman" w:eastAsia="Times New Roman" w:cs="Times New Roman"/>
        </w:rPr>
        <w:t>Khetos, uas yog Mikha-ee tus thawj tubtxib saum ntuj, tau qhib qhov Qhia Tshwm txog Nws Tus Kheej thaum hnub tim 31 Lub Kaum Ob Hlis, 2023, thaum ntawd Nws tsa Mauxes thiab Eliyas sawv hauv qhov tuag rov qab los, nkawd yog ob tug timkhawv uas raug tua rau hnub tim 18 Lub Xya Hli, 2020. Ces qhov kev sim ntawm lub hauv paus sab nraud ntawm alpha thiaj los txog. Tus timtswv uas nqes los thaum 9/11 tau tshuab Yelemis lub raj thaum Nws hu cov neeg ncaj ncees rov qab los rau tej hauv paus ntawm cov Millerites, thiab raws li ntawd ib txhij, Mikha-ee lub raj tau qhia txog qhov kev sim ntawm cov hauv paus ntawd. Qhov kev sim no raug sawv cev los ntawm Daniyees 11:14, qhov uas “cov tub sab ntawm koj haiv neeg” tsa lub zeem muag sab nraud kom ruaj. Cov Millerites tau txheeb paub tias yog Loos uas ua tiav nqe vajlugkub ntawd, thiab tau tsa lub zeem muag ntawd kom ruaj.</w:t>
      </w:r>
    </w:p>
    <w:p>
      <w:pPr>
        <w:pStyle w:val="ArticleBody"/>
        <w:jc w:val="left"/>
      </w:pPr>
      <w:r>
        <w:rPr>
          <w:rFonts w:ascii="Times New Roman" w:hAnsi="Times New Roman" w:eastAsia="Times New Roman" w:cs="Times New Roman"/>
        </w:rPr>
        <w:t>Txij hnub tim 8 Lub Tsib Hlis, 2025 mus, kev tsa lub tuam tsev saum lub pob zeb kaum tsev thiab lub pob zeb hauv paus pib lawm. Peb caug xyoo tom qab 1996—thaum cov lus uas raug qhib lub cim rau xyoo 1989 raug tsa kom ruaj raws cai—txoj haujlwm pib tsa kom raug raws cai cov lus uas raug qhib lub cim rau hnub tim 31 Lub Kaum Ob Hlis, 2023.</w:t>
      </w:r>
    </w:p>
    <w:p>
      <w:pPr>
        <w:pStyle w:val="ArticleBody"/>
        <w:jc w:val="left"/>
      </w:pPr>
      <w:r>
        <w:rPr>
          <w:rFonts w:ascii="Times New Roman" w:hAnsi="Times New Roman" w:eastAsia="Times New Roman" w:cs="Times New Roman"/>
        </w:rPr>
        <w:t>Qhov kev muab txoj xov xyoo 1989 los teeb tsa ua txoj kev cai meej nyob rau xyoo 1996 tau los ob puas nees nkaum xyoo tom qab nws tus ntsiab keeb kwm tuaj txog hauv xyoo 1776. Kev qhib lub foob rau xyoo 2023 tau raws los nees nkaum ob xyoos tom qab txoj kev teeb tsa ua txoj kev cai meej xyoo 1996 tau raug lees paub rau lub Cuaj Hlis 11, 2001, los ntawm kev tshwm sim raws li yaj saub ntawm Islam.</w:t>
      </w:r>
    </w:p>
    <w:p>
      <w:pPr>
        <w:pStyle w:val="ArticleBody"/>
        <w:jc w:val="left"/>
      </w:pPr>
      <w:r>
        <w:rPr>
          <w:rFonts w:ascii="Times New Roman" w:hAnsi="Times New Roman" w:eastAsia="Times New Roman" w:cs="Times New Roman"/>
        </w:rPr>
        <w:t>Petus sawv cev rau cov tub txib ntawm zaj keeb kwm dawb huv no uas dhau tau ob qho kev sim ntawm lub hauv paus thiab ntawm lub tuam tsev. Kev sim ntawm lub tuam tsev suav nrog kev kho kom raug ntawm txoj xov uas poob tsis tiav thaum Lub Xya hli ntuj 18, 2020. Peb caug xyoo tom qab txoj xov xyoo 1989 raug muab teeb tsa raws cai hauv xyoo 1996, kev sim ntawm lub tuam tsev suav nrog tes haujlwm ntawm kev kho kom raug thiab mam rov tshaj tawm dua txoj xov hais txog ib qho kev tawm tsam Islam los rau Nashville, Tennessee. Kev teeb tsa raws cai ntawm txoj xov xyoo 1989 raug sawv cev los ntawm kev luam tawm phau ntawv xov xwm hu ua Time of the End hauv xyoo 1996. Phau ntawv xov xwm ntawd hais txog rau nqe kawg ntawm Daniyee kaum ib, thiab nws tau txheeb xyuas txoj cai hnub Xanpataus cuav hauv Tebchaws Meskas. Los ntawm Vajtswv txoj kev teem tseg, ib txoj hauj lwm qhuab qhia uas twb tsis ua haujlwm lawm thiab uas ntau xyoo ua ntej twb raug hu ua Future for America lawm, tau raug muab rau peb tes haujlwm qhuab qhia los ntawm cov thawj coj yav dhau los ntawm tes haujlwm ntawd, uas tsis muaj ib qho kaj siab txog txoj xov xyoo 1989.</w:t>
      </w:r>
    </w:p>
    <w:p>
      <w:pPr>
        <w:pStyle w:val="ArticleBody"/>
        <w:jc w:val="left"/>
      </w:pPr>
      <w:r>
        <w:rPr>
          <w:rFonts w:ascii="Times New Roman" w:hAnsi="Times New Roman" w:eastAsia="Times New Roman" w:cs="Times New Roman"/>
        </w:rPr>
        <w:t>Xyoo 1996, peb txoj haujlwm qhuab qhia tau los ua Future for America, thiab tau luam tawm ib phau ntawv uas nthuav tawm txoj xov uas txheeb qhia yav tom ntej ntawm Asmeskas raws li tau sawv cev nyob hauv rau nqe kawg ntawm Daniyees kaum ib. Tebchaws Meskas tau pib nws txoj kev sawv los raws li lus faj lem xyoo 1776, thiab “22” xyoos tom qab ntawd, thaum txog lub sijhawm kawg xyoo 1798, Tebchaws Meskas tau pib nws lub luag hauj lwm ua lub nceeg vaj thib rau hauv lus faj lem hauv Phau Vajlugkub, “220” xyoos tom qab xyoo 1776. Xyoo 1996, txoj xov hais txog Tebchaws Meskas hauv lus faj lem tau raug muab teeb tsa ua qauv raws cai. Cov “220” xyoos txij xyoo 1776, thiab cov “22” xyoos txij qhov ntawd mus rau xyoo 1798, txuas nrog William Miller uas tau nthuav nws thawj zaj lus qhuab qhia rau pej xeem xyoo 1831, “220” xyoos tom qab kev luam tawm ntawm Phau Vajlugkub King James. Qhov pib thiab qhov xaus ntawm Adventism hais kom pom tseeb txog kev teeb tsa txoj xov uas raug qhib lub cim thaum lub sijhawm kawg.</w:t>
      </w:r>
    </w:p>
    <w:p>
      <w:pPr>
        <w:pStyle w:val="ArticleBody"/>
        <w:jc w:val="left"/>
      </w:pPr>
      <w:r>
        <w:rPr>
          <w:rFonts w:ascii="Times New Roman" w:hAnsi="Times New Roman" w:eastAsia="Times New Roman" w:cs="Times New Roman"/>
        </w:rPr>
        <w:t>Peb caug xyoo tom qab xyoo 1996, hauv xyoo 2026, txoj kev sim ntawm lub tuam tsev suav nrog txoj hauj lwm ntawm kev kho kom raug txoj xov ntawm Lub Xya hli ntuj 18, 2020. Vim li ntawd, txoj xov alpha ntawm xyoo 1989, yog txoj xov rau tiam kawg uas tau raug teeb tsa raws cai hauv xyoo 1996, tau pib ib lub sijhawm peb caug xyoo uas xaus nrog txoj kev sim los kho kom raug thiab teeb tsa raws cai ib txoj xov. Peb caug xyoo ntawd yog ib lub cim ntawm txoj haujlwm pov thawj ntawm ib puas plaub caug plaub txhiab leej uas yuav teeb tsa raws cai txoj xov ntawm Kev Quaj Nruab Nrab Hmo Ntuj. Petus sawv cev rau cov uas ua tiav txoj hauj lwm ntawd thaum lub sijhawm ntawm txoj kev sim thib ob ntawm omega lub tuam tsev.</w:t>
      </w:r>
    </w:p>
    <w:p>
      <w:pPr>
        <w:pStyle w:val="ArticleBody"/>
        <w:jc w:val="left"/>
      </w:pPr>
      <w:r>
        <w:rPr>
          <w:rFonts w:ascii="Times New Roman" w:hAnsi="Times New Roman" w:eastAsia="Times New Roman" w:cs="Times New Roman"/>
        </w:rPr>
        <w:t>Muam White qhia rau peb paub tias Vajtswv tso cai kom kev yuam kev los nkag los nyob hauv Nws haiv neeg, kom ua rau lawv mob siab rau kev kawm tshawb nrhiav.</w:t>
      </w:r>
    </w:p>
    <w:p>
      <w:pPr>
        <w:pStyle w:val="ArticleScripture"/>
        <w:jc w:val="left"/>
      </w:pPr>
      <w:r>
        <w:rPr>
          <w:rFonts w:ascii="Times New Roman" w:hAnsi="Times New Roman" w:eastAsia="Times New Roman" w:cs="Times New Roman"/>
        </w:rPr>
        <w:t>“Vajtswv yuav tsa Nws haiv neeg kom sawv tsees; yog tias lwm yam kev siv tsis ua hauj lwm, tej kev qhia cuav yuav nkag los rau hauv lawv nruab nrab, thiab tej ntawd yuav lim lawv, cais cov plua tshauv ntawm cov nplej. Tus Tswv hu kom txhua tus uas ntseeg Nws txoj lus tsim dheev tawm hauv kev tsaug zog. Muaj lub teeb muaj nqis tau los txog, uas phim rau lub sij hawm no. Nws yog qhov tseeb hauv phau Vajlugkub, qhia txog tej kev phom sij uas twb nyob ze nraim saum peb lawm. Lub teeb no yuav tsum coj peb mus rau kev kawm Vajlugkub nrog siab rau siab ntso, thiab mus rau kev tshuaj xyuas kom nruj tshaj plaws txog tej kev ntseeg uas peb tuav.”</w:t>
      </w:r>
    </w:p>
    <w:p>
      <w:pPr>
        <w:pStyle w:val="ArticleBody"/>
        <w:jc w:val="left"/>
      </w:pPr>
      <w:r>
        <w:rPr>
          <w:rFonts w:ascii="Times New Roman" w:hAnsi="Times New Roman" w:eastAsia="Times New Roman" w:cs="Times New Roman"/>
        </w:rPr>
        <w:t>Cov lus hais no yog ib feem ntawm ib nqe lus uas yuav xaus zaj lus no tag nrho. Hauv cov zaj lus thiab hauv peb cov rooj sib tham Sabbath hauv Zoom, kuv tau ua yuam kev sib xyaw qee cov cim hauv peb qhov kev xav txog Daniel 11:10–15, thiab txawm hais tias peb twb kho cov uas tsim nyog lawm, kuv raug muab coj mus deb ntawm kev caum kom mus txog ib qho xaus rau kab lus txuas ntxiv hais txog Panium—tsov rog uas coj mus rau txoj cai Hnub Caiv. Tam sim no yog lub sijhawm yuav rov qab mus rau Panium, thiab thaum peb ua li ntawd, peb yuav muaj ib txoj kab pov thawj ntxiv uas sawv cev los ntawm Petus ntawm Caesarea Philippi, uas yog Panium.</w:t>
      </w:r>
    </w:p>
    <w:p>
      <w:pPr>
        <w:pStyle w:val="ArticleBody"/>
        <w:jc w:val="left"/>
      </w:pPr>
      <w:r>
        <w:rPr>
          <w:rFonts w:ascii="Times New Roman" w:hAnsi="Times New Roman" w:eastAsia="Times New Roman" w:cs="Times New Roman"/>
        </w:rPr>
        <w:t>Tam sim no peb yuav rov qab los rau peb txoj kev xav txog nqe kaum mus txog kaum rau hauv Daniyees kaum ib, uas qhia txog keeb kwm zais ntawm nqe plaub caug. Peb tau tso tseg thaum lub Cuaj Hli, yog li ntawd twb muaj kwv yees li tsib lub hlis lawm.</w:t>
      </w:r>
    </w:p>
    <w:p>
      <w:pPr>
        <w:pStyle w:val="ArticleScripture"/>
        <w:jc w:val="left"/>
      </w:pPr>
      <w:r>
        <w:rPr>
          <w:rFonts w:ascii="Times New Roman" w:hAnsi="Times New Roman" w:eastAsia="Times New Roman" w:cs="Times New Roman"/>
        </w:rPr>
        <w:t>“Petus ntuas nws cov kwv tij kom ‘loj hlob hauv txoj kev tshav ntuj, thiab hauv kev paub txog peb tus Tswv thiab tus Cawm Seej Yexus Khetos.’ Thaum twg Vajtswv haiv neeg tab tom loj hlob hauv txoj kev tshav ntuj, lawv yuav tau txais kev nkag siab meej dua ntxiv txog Nws Txojlus tsis tu ncua. Lawv yuav pom kev kaj tshiab thiab kev zoo nkauj tshiab hauv nws tej qhov tseeb dawb huv. Qhov no yeej tau muaj tseeb hauv keeb kwm ntawm pawg ntseeg nyob rau txhua tiam, thiab yog li no nws yuav txuas ntxiv mus txog thaum kawg. Tiamsis thaum txoj sia ntawm sab ntsuj plig tiag tiag nqis zuj zus lawm, ib txwm muaj kev ntxias kom tsis txhob vam meej ntxiv hauv kev paub txog qhov tseeb. Tib neeg txaus siab nyob twjywm rau qhov kaj uas twb tau txais lawm los ntawm Vajtswv Txojlus thiab txwv tsis pub muaj kev tshawb nrhiav ntxiv txog Vajluskub. Lawv dhau los ua neeg khaws qub thiab nrhiav kev zam kev sib tham.”</w:t>
      </w:r>
    </w:p>
    <w:p>
      <w:pPr>
        <w:pStyle w:val="ArticleScripture"/>
        <w:jc w:val="left"/>
      </w:pPr>
      <w:r>
        <w:rPr>
          <w:rFonts w:ascii="Times New Roman" w:hAnsi="Times New Roman" w:eastAsia="Times New Roman" w:cs="Times New Roman"/>
        </w:rPr>
        <w:t>“Qhov tseeb uas tsis muaj kev sib cav lossis kev kub ntxhov nyob hauv Vajtswv haiv neeg yuav tsum tsis txhob raug suav tias yog pov thawj kawg nkaus tias lawv tab tom tuav rawv tej lus qhuab qhia uas raug. Muaj laj thawj txaus ntshai tsam lawv yuav tsis paub cais meej ntawm qhov tseeb thiab qhov yuam kev. Thaum tsis muaj tej lus nug tshiab raug tsa los ntawm kev tshawb nrhiav Vajlugkub, thaum tsis muaj kev sib txawv hauv kev xav tshwm sim uas yuav ua rau tibneeg nrhiav Vajlugkub rau lawv tus kheej kom paub tseeb tias lawv muaj qhov tseeb, ces yuav muaj coob leej niaj hnub no, ib yam li thaum ub, uas yuav tuav rawv tej kab ke qub thiab pe hawm yam uas lawv tsis paub tias yog dabtsi.”</w:t>
      </w:r>
    </w:p>
    <w:p>
      <w:pPr>
        <w:pStyle w:val="ArticleScripture"/>
        <w:jc w:val="left"/>
      </w:pPr>
      <w:r>
        <w:rPr>
          <w:rFonts w:ascii="Times New Roman" w:hAnsi="Times New Roman" w:eastAsia="Times New Roman" w:cs="Times New Roman"/>
        </w:rPr>
        <w:t>“Kuv twb raug qhia tias coob leej uas lees tias lawv muaj kev paub txog qhov tseeb rau lub sijhawm no, lawv tsis paub qhov uas lawv ntseeg tiag. Lawv tsis to taub cov pov thawj uas txhawb lawv txoj kev ntseeg. Lawv tsis muaj kev txaus siab raws cai txog txoj hauj lwm rau lub sijhawm tam sim no. Thaum lub sijhawm ntawm kev sim siab los txog, muaj cov txivneej uas tam sim no tab tom tshaj rau lwm tus, uas yuav pom, thaum lawv tshuaj xyuas cov lus qhuab qhia uas lawv tuav, tias muaj ntau yam uas lawv muab tsis tau ib qho laj thawj txaus siab. Kom txog thaum raug sim li ntawd, lawv tsis tau paub lawv txoj kev tsis paub loj npaum li cas. Thiab kuj muaj coob leej hauv pawg ntseeg uas xav tias lawv to taub yam uas lawv ntseeg lawm; tiamsis, kom txog thaum muaj kev sib cav tshwm sim, lawv tsis paub lawv tus kheej txoj kev qaug zog. Thaum lawv raug cais tawm ntawm cov uas muaj tib txoj kev ntseeg thiab raug yuam kom sawv ib leeg xwb los piav qhia lawv txoj kev ntseeg, lawv yuav ceeb pom tias lawv tej kev xav txog yam uas lawv tau lees txais ua qhov tseeb ntawd ntxhov thiab tsis meej pem npaum li cas. Qhov no yeej muaj tseeb tias tau muaj ib txoj kev khiav deb ntawm Vajtswv uas muaj sia nyob hauv peb nruab nrab, thiab muaj ib txoj kev tig mus rau tibneeg, muab tibneeg txawj ntse los hloov chaw rau txoj kev txawj ntse los saum ntuj.”</w:t>
      </w:r>
    </w:p>
    <w:p>
      <w:pPr>
        <w:pStyle w:val="ArticleScripture"/>
        <w:jc w:val="left"/>
      </w:pPr>
      <w:r>
        <w:rPr>
          <w:rFonts w:ascii="Times New Roman" w:hAnsi="Times New Roman" w:eastAsia="Times New Roman" w:cs="Times New Roman"/>
        </w:rPr>
        <w:t>“Vajtswv yuav tsa Nws haiv neeg sawv; yog lwm txoj kev ua tsis tiav, tej kev qhia cuav yuav nkag los nyob hauv lawv, uas yuav tshau lawv, cais cov plua tshauv ntawm cov nplej. Tus Tswv hu kom txhua tus uas ntseeg Nws lo lus tsim dheev tawm hauv kev tsaug zog. Ib qho kaj uas muaj nqis heev twb los txog lawm, haum raws lub sijhawm no. Qhov kaj no yog qhov tseeb hauv Phau Vajlugkub, qhia txog tej kev phom sij uas twb nyob ze ntawm peb lawm. Qhov kaj no yuav tsum coj peb mus rau txoj kev kawm Vajlugkub kom mob siab thiab rau kev tshuaj xyuas kom nruj tshaj plaws txog tej txoj hauj lwm uas peb tuav. Vajtswv xav kom txhua yam kev ncaj ncees thiab txhua txoj hauj lwm ntawm qhov tseeb raug tshawb nrhiav kom tob thiab nrog kev ua siab ntev tsis txawj tso tseg, nrog kev thov Vajtswv thiab kev yoo mov. Cov neeg ntseeg tsis txhob so siab rau hauv tej kev xav xwb thiab tej tswv yim tsis meej txog yam uas ua qhov tseeb. Lawv txoj kev ntseeg yuav tsum raug tsa kom ruaj khov rau saum Vajtswv lo lus, xwv kom thaum lub sijhawm sim siab los txog thiab lawv raug coj mus sawv ntawm cov council los teb txog lawv txoj kev ntseeg, lawv thiaj muaj peev xwm muab tau ib qho laj thawj rau txoj kev cia siab uas nyob hauv lawv, nrog txoj kev txo hwj chim thiab kev ntshai.</w:t>
      </w:r>
    </w:p>
    <w:p>
      <w:pPr>
        <w:pStyle w:val="ArticleScripture"/>
        <w:jc w:val="left"/>
      </w:pPr>
      <w:r>
        <w:rPr>
          <w:rFonts w:ascii="Times New Roman" w:hAnsi="Times New Roman" w:eastAsia="Times New Roman" w:cs="Times New Roman"/>
        </w:rPr>
        <w:t>“Ua kom sawv, ua kom sawv, ua kom sawv. Cov ntsiab lus uas peb nthuav tawm rau lub ntiajteb no yuav tsum yog qhov tseeb uas muaj sia nyob rau peb. Nws yog ib yam tseem ceeb tias thaum peb tiv thaiv tej lus qhuab qhia uas peb suav tias yog tej tshooj hauv paus ntawm txoj kev ntseeg, peb yuav tsum tsis txhob cia peb tus kheej siv tej lus sib cav uas tsis ruaj khov tag nrho. Tej ntawd tej zaum yuav pab tau kom ua rau tus uas tawm tsam ntsiag to, tiam sis lawv tsis hwm qhov tseeb. Peb yuav tsum nthuav tawm tej lus sib cav uas ruaj khov, uas yuav tsis yog tsuas ua rau peb cov neeg tawm tsam ntsiag to xwb, tabsis tseem yuav tiv taus qhov kev tshuaj xyuas uas ze tshaj thiab tob tshaj plaws. Rau cov uas tau cob qhia lawv tus kheej ua neeg sib cav, muaj kev phom sij loj heev uas lawv yuav tsis tuav Vajtswv txojlus nrog kev ncaj ncees. Thaum ntsib tus uas tawm tsam, yuav tsum yog peb txoj kev rau siab tiag tiag kom nthuav tawm tej ntsiab lus ntawd nyob rau hauv ib txoj kev uas yuav tsa kom muaj kev ntseeg ruaj hauv nws lub siab, tsis yog nrhiav xwb kom txhawb siab rau tus ntseeg.”</w:t>
      </w:r>
    </w:p>
    <w:p>
      <w:pPr>
        <w:pStyle w:val="ArticleScripture"/>
        <w:jc w:val="left"/>
      </w:pPr>
      <w:r>
        <w:rPr>
          <w:rFonts w:ascii="Times New Roman" w:hAnsi="Times New Roman" w:eastAsia="Times New Roman" w:cs="Times New Roman"/>
        </w:rPr>
        <w:t>“Txawm tibneeg yuav muaj kev txawj ntse nce siab npaum li cas los xij, nws txhob txawm ib pliag xav tias tsis tsim nyog yuav tsum tshawb nrhiav Vajlugkub kom tob thiab tsis tu ncua thiaj li tau txais lub teeb loj dua. Raws li ib haiv neeg, peb raug hu kom nyias muaj nyias los ua cov kawm txog tej lus faj lem. Peb yuav tsum ceev faj nrog txoj kev kub siab, xwv kom peb thiaj li paub pom txhua txoj kab hluav taws me me ntawm lub teeb uas Vajtswv yuav nthuav qhia rau peb. Peb yuav tsum txais tej thawj qhov ci ntsa iab ntawm qhov tseeb; thiab los ntawm kev kawm nrog kev thov Vajtswv, yuav txais tau lub teeb uas pom tseeb dua, uas yuav coj los nthuav qhia rau lwm tus.”</w:t>
      </w:r>
    </w:p>
    <w:p>
      <w:pPr>
        <w:pStyle w:val="ArticleScripture"/>
        <w:jc w:val="left"/>
      </w:pPr>
      <w:r>
        <w:rPr>
          <w:rFonts w:ascii="Times New Roman" w:hAnsi="Times New Roman" w:eastAsia="Times New Roman" w:cs="Times New Roman"/>
        </w:rPr>
        <w:t>“Thaum Vajtswv haiv neeg nyob kaj siab lug thiab txaus siab rau qhov kev pom kev uas lawv muaj tam sim no, peb yeej paub tau tseeb tias Nws yuav tsis txhawb lawv. Nws yog Nws lub siab nyiam kom lawv yuav tsum niaj hnub txav mus tom ntej kom txais tau qhov kaj ntxiv thiab qhov kaj uas nce zuj zus mus, uas tab tom ci rau lawv. Tus cwj pwm uas pawg ntseeg muaj tam sim no tsis ua rau Vajtswv txaus siab. Muaj ib txoj kev cia siab rau tus kheej tau nkag los uas tau coj lawv mus rau qhov uas xav tias tsis muaj qhov yuav tsum tau txais qhov tseeb ntxiv thiab qhov kaj loj dua. Peb tab tom nyob rau ib lub sijhawm uas Xatas tab tom ua haujlwm ntawm sab xis thiab sab laug, pem hauv ntej thiab tom qab peb; los tseem raws li ib haiv neeg, peb tseem tsaug zog. Vajtswv xav kom muaj ib lub suab hnov nrov tuaj tsa Nws haiv neeg kom sawv los ua haujlwm.</w:t>
      </w:r>
    </w:p>
    <w:p>
      <w:pPr>
        <w:pStyle w:val="ArticleScripture"/>
        <w:jc w:val="left"/>
      </w:pPr>
      <w:r>
        <w:rPr>
          <w:rFonts w:ascii="Times New Roman" w:hAnsi="Times New Roman" w:eastAsia="Times New Roman" w:cs="Times New Roman"/>
        </w:rPr>
        <w:t>“Tsis yog qhib tus ntsuj plig kom txais tau tej kab hluav taws kaj los saum ntuj ceeb tsheej, qee leej tau ua haujlwm mus rau ib txoj kev ncaj nraim rov qab. Ob qho tib si los ntawm xovxwm thiab ntawm lub thaj qhia lus, tau muab nthuav tawm tej kev xav hais txog kev tshoov siab ntawm Phau Vajlugkub uas tsis tau txais kev pom zoo los ntawm tus Ntsuj Plig los yog los ntawm Vajtswv txoj lus. Muaj tseeb tiag tias tsis muaj ib tug neeg twg lossis ib pab neeg twg yuav tsum txhob khwv hais kom muaj tswv yim tshiab txog ib yam kawm uas tseem ceeb ua luaj no, yog lawv tsis muaj ib lo lus meej tias, ‘Tus Tswv hais li no,’ los txhawb lawv. Thiab thaum tibneeg, uas raug kaw puag ncig los ntawm tibneeg txoj kev qaug zog, raug cuam tshuam ntau dua los sis tsawg dua los ntawm tej yam ib puag ncig, thiab muaj tej cwj pwm qub txeeg qub teg thiab tej cwj pwm uas tau cob qhia los uas deb heev ntawm qhov ua rau lawv muaj tswvyim lossis muaj lub siab xav saum ntuj ceeb tsheej, thaum lawv sawv los foob Vajtswv txoj lus thiab txiav txim tias yam twg yog los saum ntuj los thiab yam twg yog tibneeg li, lawv tab tom ua haujlwm tsis muaj Vajtswv txoj kev sab laj. Tus Tswv yuav tsis pub kom txoj haujlwm zoo li ntawd vam meej. Qhov tshwm sim yuav yog kev puas tsuaj, rau tus uas koom tes hauv nws thiab rau cov uas txais nws tias yog ib txoj haujlwm los ntawm Vajtswv. Kev ua xyem xyav tau raug tsa sawv hauv ntau lub siab vim tej kev xav uas tau nthuav tawm hais txog qhov xwm txheej ntawm kev tshoov siab. Cov neeg muaj ciam txwv, nrog lawv tej kev pom nqaim thiab luv ntiag tug, xav tias lawv tus kheej muaj peev xwm txaus los thuam Vajluskub, hais tias: ‘Nqe no yog tsim nyog, hos nqe ntawd tsis tsim nyog, thiab tsis yog tshoov siab.’”</w:t>
      </w:r>
    </w:p>
    <w:p>
      <w:pPr>
        <w:pStyle w:val="ArticleScripture"/>
        <w:jc w:val="left"/>
      </w:pPr>
      <w:r>
        <w:rPr>
          <w:rFonts w:ascii="Times New Roman" w:hAnsi="Times New Roman" w:eastAsia="Times New Roman" w:cs="Times New Roman"/>
        </w:rPr>
        <w:t>“Yexus Khetos tsis tau muab ib qho lus qhuab ntuas zoo li ntawd hais txog cov Vajlugkub hauv Phau Qub, uas yog tib feem ntawm Phau Vajlugkub uas cov neeg nyob rau Nws tiam ntawd muaj. Nws tej lus qhuab qhia raug npaj los coj lawv lub siab mus rau Phau Qub thiab kom tej ntsiab lus loj uas raug nthuav tawm nyob ntawd tawm los nyob rau hauv qhov kaj pom meej dua. Tau ntau tiam lawm, cov neeg Ixayees tau cais lawv tus kheej tawm ntawm Vajtswv, thiab lawv twb plam qhov muag tsis pom cov qhov tseeb muaj nqis uas Nws tau tso siab rau lawv lawm. Cov qhov tseeb no raug npog cia hauv tej yam qauv kev ntseeg cuav thiab tej kab ke uas zais lawv lub ntsiab tseeb tseg. Khetos los kom tshem tej khib nyiab uas tau ua rau lawv tej ci ntsa iab raug npog ploj. Nws muab lawv tso cia, ib yam li tej pob zeb muaj nqis, rau hauv ib qho chaw teeb tshiab. Nws qhia tias, tsis yog saib tsis taus qhov rov hais dua cov qhov tseeb qub uas lawv twb paub zoo lawm, tiam sis Nws los ua kom cov ntawd tshwm sim nyob rau hauv lawv lub hwjchim thiab kev zoo nkauj tiag tiag, uas cov neeg hauv Nws tiam ntawd tsis tau pom dua lawv lub yeeb koob li. Vim Nws tus kheej yog tus Sau cov qhov tseeb uas raug qhia tawm no, Nws thiaj qhib tau rau cov neeg lawv lub ntsiab tseeb, tso lawv dim ntawm tej kev txhais yuam kev thiab tej kev xav cuav uas cov thawjcoj tau txais yuav los haum rau lawv tus kheej txoj kev tsis fij siab dawb huv, lawv txoj kev txom nyem ntawm sab ntsuj plig, thiab qhov uas lawv tsis muaj kev hlub Vajtswv. Nws muab pov tseg txhua yam uas tau nyiag tej qhov tseeb no txoj sia thiab lub hwjchim muaj sia, thiab xa lawv rov qab rau ntiajteb nrog tag nrho lawv thawj txoj kev tshiab thiab lub zog.”</w:t>
      </w:r>
    </w:p>
    <w:p>
      <w:pPr>
        <w:pStyle w:val="ArticleScripture"/>
        <w:jc w:val="left"/>
      </w:pPr>
      <w:r>
        <w:rPr>
          <w:rFonts w:ascii="Times New Roman" w:hAnsi="Times New Roman" w:eastAsia="Times New Roman" w:cs="Times New Roman"/>
        </w:rPr>
        <w:t>“Yog peb muaj Khetos tus Ntsuj Plig thiab yog cov neeg ua haujlwm koom tes nrog Nws, ces peb muaj feem yuav coj txoj haujlwm uas Nws tau los ua ntawd mus tom ntej. Cov tseeb ntawm phau Vajlugkub twb rov qab raug kev cai qub, kab ke, thiab tej lus qhuab qhia cuav ua kom ploj zuj zus lawm. Cov lus qhuab qhia yuam kev ntawm tej kev ntseeg uas neeg nyiam tau ua kom ntau txhiab leej dhau ntau txhiab leej dhau los ua neeg ua xyem xyav thiab tsis ntseeg Vajtswv. Muaj tej kev yuam kev thiab kev tsis sib xws uas coob leej liam tias yog phau Vajlugkub tej lus qhuab qhia, tiamsis qhov tseeb yog tej kev txhais Vajlugkub yuam kev, uas tau raug coj los siv nyob rau ntau tiam hauv lub caij tsaus ntuj ntawm txoj kev kav ntawm papacy. Muaj neeg coob coob raug coj kom khaws cia ib txoj kev nkag siab yuam kev txog Vajtswv, ib yam li cov Yudais, raug tej kev yuam kev thiab kab ke ntawm lawv tiam neeg dag ntxias, thiaj muaj ib txoj kev xav yuam kev txog Khetos. ‘Yog lawv paub li ntawd, lawv yuav tsis tau muab tus Tswv uas muaj koob meej ntsia saum ntoo khaublig.’ Peb muaj feem yuav qhia rau lub ntiajteb paub txog Vajtswv tus cwj pwm tseeb. Tsis txhob thuam phau Vajlugkub; cia peb nrhiav, los ntawm lus qhuab qhia thiab tus yam ntxwv ua piv txwv, los nthuav qhia rau lub ntiajteb paub nws tej tseeb dawb huv uas pub txojsia, kom peb thiaj li yuav ‘qhia tawm txog tus uas tau hu nej tawm hauv qhov tsaus ntuj los rau hauv Nws txoj kev kaj uas zoo kawg nkaus.’”</w:t>
      </w:r>
    </w:p>
    <w:p>
      <w:pPr>
        <w:pStyle w:val="ArticleScripture"/>
        <w:jc w:val="left"/>
      </w:pPr>
      <w:r>
        <w:rPr>
          <w:rFonts w:ascii="Times New Roman" w:hAnsi="Times New Roman" w:eastAsia="Times New Roman" w:cs="Times New Roman"/>
        </w:rPr>
        <w:t>“Cov kev phem uas tau maj mam nkag los nyob hauv peb nruab nrab tau coj tibneeg thiab pawg ntseeg khiav mus deb ntawm txoj kev hwm Vajtswv yam tsis pom qab hau, thiab tau kaw tseg lub hwjchim uas Nws xav pub rau lawv.</w:t>
      </w:r>
    </w:p>
    <w:p>
      <w:pPr>
        <w:pStyle w:val="ArticleScripture"/>
        <w:jc w:val="left"/>
      </w:pPr>
      <w:r>
        <w:rPr>
          <w:rFonts w:ascii="Times New Roman" w:hAnsi="Times New Roman" w:eastAsia="Times New Roman" w:cs="Times New Roman"/>
        </w:rPr>
        <w:t>“Nej cov kwvtij, cia Vajtswv txoj lus nyob ruaj nreb raws nraim li nws yog. Tsis txhob cia tibneeg lub tswvyim khav theeb twv yuav txo ib nqe lus hauv Vajluskub lub hwjchim kom qaug. Lo lus tshaj tawm txim hnyav hauv Phau Qhia Tshwm yuav tsum ceeb toom peb kom tsis txhob sawv rau qhov chaw zoo li ntawd. Kuv tus Tswv lub npe kuv hais rau nej tias: ‘Hle koj nkawm khau tawm ntawm koj txhais ko taw, rau qhov chaw uas koj sawv ntawd yog av dawb huv.’”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Lej Kaum Peb</dc:title>
  <dc:subject>Rov Qab Mus rau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