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Zauv Kaum Rau</w:t>
      </w:r>
    </w:p>
    <w:p>
      <w:pPr>
        <w:pStyle w:val="ArticleSubtitle"/>
        <w:jc w:val="left"/>
      </w:pPr>
      <w:r>
        <w:rPr>
          <w:rFonts w:ascii="Arial" w:hAnsi="Arial" w:eastAsia="Arial" w:cs="Arial"/>
        </w:rPr>
        <w:t>Lub Sijhawm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Daniyee tshooj kaum ib pib los ntawm kev qhia txog Donald Trump ua tus thawj tswj hwm kawg ntawm lub nceeg vaj thib rau ntawm cov lus faj lem hauv Phau Vajlugkub. Xyoo peb ntawm Cyrus, uas yog qhov chaw uas lub zeem muag tau pib hauv tshooj kaum, raug txuas ntxiv hauv nqe thawj ntawm tshooj kaum ib nrog lo lus hais tias, “thiab.”</w:t>
      </w:r>
    </w:p>
    <w:p>
      <w:pPr>
        <w:pStyle w:val="ArticleScripture"/>
        <w:jc w:val="left"/>
      </w:pPr>
      <w:r>
        <w:rPr>
          <w:rFonts w:ascii="Times New Roman" w:hAnsi="Times New Roman" w:eastAsia="Times New Roman" w:cs="Times New Roman"/>
        </w:rPr>
        <w:t>Kuv thiab, hauv thawj xyoo ntawm Dali-as tus Medes, yog kuv tus kheej tau sawv los txhawb thiab ua kom nws muaj zog. Daniel 11:1</w:t>
      </w:r>
    </w:p>
    <w:p>
      <w:pPr>
        <w:pStyle w:val="ArticleBody"/>
        <w:jc w:val="left"/>
      </w:pPr>
      <w:r>
        <w:rPr>
          <w:rFonts w:ascii="Times New Roman" w:hAnsi="Times New Roman" w:eastAsia="Times New Roman" w:cs="Times New Roman"/>
        </w:rPr>
        <w:t>Gabriel ua tib zoo rov hais mus txog Dali-axes thiab txuas nws nrog Khaulee thaum nws pib nws zaj lus piav hauv tshooj kaum ib. Tshooj kaum txuas ntxiv ua ib lub zeem muag mus txog nqe kawg ntawm tshooj kaum ob, thiab nws pib rau xyoo peb ntawm Khaulee.</w:t>
      </w:r>
    </w:p>
    <w:p>
      <w:pPr>
        <w:pStyle w:val="ArticleScripture"/>
        <w:jc w:val="left"/>
      </w:pPr>
      <w:r>
        <w:rPr>
          <w:rFonts w:ascii="Times New Roman" w:hAnsi="Times New Roman" w:eastAsia="Times New Roman" w:cs="Times New Roman"/>
        </w:rPr>
        <w:t>Nyob rau xyoo peb ntawm Khauloos, vajntxwv hauv Pejxia, ib lo lus raug tshwm sim rau Daniyees, uas hu ua Belteshasaas; thiab lo lus ntawd yog qhov tseeb, tiamsis lub sijhawm uas teem tseg ntawd ntev: thiab nws tau to taub lo lus ntawd, thiab muaj kev nkag siab txog zaj yog toog. Daniyees 10:1.</w:t>
      </w:r>
    </w:p>
    <w:p>
      <w:pPr>
        <w:pStyle w:val="ArticleBody"/>
        <w:jc w:val="left"/>
      </w:pPr>
      <w:r>
        <w:rPr>
          <w:rFonts w:ascii="Times New Roman" w:hAnsi="Times New Roman" w:eastAsia="Times New Roman" w:cs="Times New Roman"/>
        </w:rPr>
        <w:t>Dariu nrog Sairus ua ke tsim lub cim ntawm ob txheej haiv neeg ntawm cov Mees thiab cov Pawxia, sawv cev rau ob txheej hwjchim ntawm Republicanism thiab Protestantism hauv Tebchaws Meskas; yog li ntawd, sawv cev rau ob txheej cim ntawm lub sijhawm kawg. Kev yug ntawm Aloos thiab Mauxes tau cim lub sijhawm kawg ntawm Anplahas zaj lus faj lem plaub puas xyoo ntawm thaum pib ntawm cov Yixayee thaum ub; ib yam nkaus li ntawd, kev yug ntawm Yauhas uas ua kevcai raus dej thiab Khetos sawv cev rau ob lub cim ciam teb ntawm lub sijhawm kawg ntawm thaum kawg ntawm cov Yixayee thaum ub. Yexus ib txwm qhia qhov kawg los ntawm qhov pib.</w:t>
      </w:r>
    </w:p>
    <w:p>
      <w:pPr>
        <w:pStyle w:val="ArticleBody"/>
        <w:jc w:val="left"/>
      </w:pPr>
      <w:r>
        <w:rPr>
          <w:rFonts w:ascii="Times New Roman" w:hAnsi="Times New Roman" w:eastAsia="Times New Roman" w:cs="Times New Roman"/>
        </w:rPr>
        <w:t>Darius thiab Cyrus ua ke sawv cev rau tus cim qhia txog txoj kev uas raug sawv cev ua lub sij hawm kawg, thaum xya caum xyoo raug kaw ua qhev hauv Babylon xaus lawm.</w:t>
      </w:r>
    </w:p>
    <w:p>
      <w:pPr>
        <w:pStyle w:val="ArticleScripture"/>
        <w:jc w:val="left"/>
      </w:pPr>
      <w:r>
        <w:rPr>
          <w:rFonts w:ascii="Times New Roman" w:hAnsi="Times New Roman" w:eastAsia="Times New Roman" w:cs="Times New Roman"/>
        </w:rPr>
        <w:t>“Vajtswv pawg ntseeg hauv ntiajteb yeej tau nyob hauv kev poob cev qhev tiag tiag thaum lub sijhawm ntev no ntawm kev tsim txom uas tsis tseg li, ib yam li cov me nyuam Yixayee tau raug kaw ua qhev hauv Npanpiloo thaum lub caij raug ntiab mus nyob deb teb chaws.” Prophets and Kings, 714.</w:t>
      </w:r>
    </w:p>
    <w:p>
      <w:pPr>
        <w:pStyle w:val="ArticleBody"/>
        <w:jc w:val="left"/>
      </w:pPr>
      <w:r>
        <w:rPr>
          <w:rFonts w:ascii="Times New Roman" w:hAnsi="Times New Roman" w:eastAsia="Times New Roman" w:cs="Times New Roman"/>
        </w:rPr>
        <w:t>Darius thiab Cyrus yog qauv qhia txog cov xyoo 1798 thiab 1799, sawv cev rau lub sijhawm kawg, thaum txoj kev poob cev qhev uas sib xws ntawm cov Yixayee sab ntsuj plig hauv Npanpiloo sab ntsuj plig tau xaus lawm. Xyoo 1798 qhia txog qhov kawg ntawm txoj kab ke nom tswv ntawm papacy uas raug sawv cev ua ib tug tsiaj nyaum, uas tus niam ntiav ntawm Loos tau caij saum nws.</w:t>
      </w:r>
    </w:p>
    <w:p>
      <w:pPr>
        <w:pStyle w:val="ArticleScripture"/>
        <w:jc w:val="left"/>
      </w:pPr>
      <w:r>
        <w:rPr>
          <w:rFonts w:ascii="Times New Roman" w:hAnsi="Times New Roman" w:eastAsia="Times New Roman" w:cs="Times New Roman"/>
        </w:rPr>
        <w:t>Ces nws thiaj nqa kuv mus hauv tus ntsuj plig rau hauv tebchaws moj sab qhua: thiab kuv pom ib tug pojniam zaum saum ib tug tsiaj qus liab pliv, puv npo nrog tej npe thuam Vajtswv, muaj xya lub taubhau thiab kaum tug kub. Qhia Tshwm 17:3.</w:t>
      </w:r>
    </w:p>
    <w:p>
      <w:pPr>
        <w:pStyle w:val="ArticleBody"/>
        <w:jc w:val="left"/>
      </w:pPr>
      <w:r>
        <w:rPr>
          <w:rFonts w:ascii="Times New Roman" w:hAnsi="Times New Roman" w:eastAsia="Times New Roman" w:cs="Times New Roman"/>
        </w:rPr>
        <w:t>Napoleon tau xaus txoj sia ntawm tus tsiaj qus xyoo 1798, thiab xyoo 1799, tus poj niam uas caij saum tus tsiaj qus ntawd tuag nyob rau hauv kev ntiab tawm mus nyob txawv teb chaws. Xyoo 1989, ob leeg Ronald Reagan thiab George Bush tus loj dua tau ua thawj tswj hwm, cim txog lub sij hawm kawg xyoo 1989. Darius thiab Cyrus sawv cev rau Reagan thiab Bush tus loj dua. Nqe ob hais tias:</w:t>
      </w:r>
    </w:p>
    <w:p>
      <w:pPr>
        <w:pStyle w:val="ArticleScripture"/>
        <w:jc w:val="left"/>
      </w:pPr>
      <w:r>
        <w:rPr>
          <w:rFonts w:ascii="Times New Roman" w:hAnsi="Times New Roman" w:eastAsia="Times New Roman" w:cs="Times New Roman"/>
        </w:rPr>
        <w:t>Thiab nimno kuv yuav qhia qhov tseeb rau koj. Saib maj, tseem yuav muaj peb tug vajntxwv sawv hauv Persia; thiab tus vajntxwv thib plaub yuav nplua nuj tshaj lawv txhua tus: thiab los ntawm nws lub hwjchim uas los nrog nws tej kev nplua nuj, nws yuav tsa sawvdaws tawm tsam lub tebchaws Grecia. Daniel 11:2.</w:t>
      </w:r>
    </w:p>
    <w:p>
      <w:pPr>
        <w:pStyle w:val="ArticleHeading"/>
        <w:jc w:val="left"/>
      </w:pPr>
      <w:r>
        <w:rPr>
          <w:rFonts w:ascii="Arial" w:hAnsi="Arial" w:eastAsia="Arial" w:cs="Arial"/>
        </w:rPr>
        <w:t>Kev Tsim Dheev</w:t>
      </w:r>
    </w:p>
    <w:p>
      <w:pPr>
        <w:pStyle w:val="ArticleBody"/>
        <w:jc w:val="left"/>
      </w:pPr>
      <w:r>
        <w:rPr>
          <w:rFonts w:ascii="Times New Roman" w:hAnsi="Times New Roman" w:eastAsia="Times New Roman" w:cs="Times New Roman"/>
        </w:rPr>
        <w:t>Darius yog Reagan, Cyrus yog Bush tus loj dua, thiab peb tug uas los tom qab Cyrus yog Clinton, Bush tus me dua, Obama tus Faib Cais, thiab tus thawj tswj hwm thib plaub thiab “nplua nuj dua ntau,” uas tsa cov neeg ntiaj teb ib cev ntawm Grecia sawv los yog Trump. Lo lus “tsa” txhais tias ua kom tsim dheev. Thaum Trump tshaj tawm nws txoj kev sib tw los ua thawj tswj hwm xyoo 2015, cov neeg ntiaj teb ib cev, uas Joel hu ua “lwm haiv neeg,” thiaj raug tsa sawv los.</w:t>
      </w:r>
    </w:p>
    <w:p>
      <w:pPr>
        <w:pStyle w:val="ArticleScripture"/>
        <w:jc w:val="left"/>
      </w:pPr>
      <w:r>
        <w:rPr>
          <w:rFonts w:ascii="Times New Roman" w:hAnsi="Times New Roman" w:eastAsia="Times New Roman" w:cs="Times New Roman"/>
        </w:rPr>
        <w:t>Cia cov tebchaws uas tsis paub Vajtswv raug tsa kom sawv, thiab cia lawv nce mus rau hauv hav Jehoshaphat; rau qhov nyob ntawd kuv yuav zaum txiav txim rau txhua haiv neeg nyob ib ncig. Nej muab rab liag tso rau hauv, rau qhov qoob loo twb siav lawm; cia li los, nqes mus; rau qhov lub tshuab nyem cawv twb puv lawm, cov dab nyem cawv ntws puv nphau; rau qhov lawv txojkev phem loj heev. Muaj neeg coob coob, muaj neeg coob coob nyob hauv hav kev txiav txim siab; rau qhov hnub ntawm tus Tswv twb nyob ze hauv hav kev txiav txim siab. Joel 3:12–14.</w:t>
      </w:r>
    </w:p>
    <w:p>
      <w:pPr>
        <w:pStyle w:val="ArticleBody"/>
        <w:jc w:val="left"/>
      </w:pPr>
      <w:r>
        <w:rPr>
          <w:rFonts w:ascii="Times New Roman" w:hAnsi="Times New Roman" w:eastAsia="Times New Roman" w:cs="Times New Roman"/>
        </w:rPr>
        <w:t>Thaum “cov neeg txawv teb chaws” raug tsa sawv, “hnub ntawm tus Tswv twb nyob ze” hauv hav Jehoshaphat. “Jehoshaphat” txhais tias kev txiav txim ntawm Yehauvas; thiab lub hav ntawd kuj raug hu ua hav ntawm kev txiav txim siab. Txij xyoo 2015 mus lawm, “cov neeg coob coob” hauv ntiaj teb yuav pib txav mus rau hauv ntau hom pob khi uas tau npaj cia rau txhua yam lus zam txim uas tibneeg muab los siv rau qhov uas lawv tsis txiav txim siab los ua haujlwm rau Vajtswv. Thaum 9/11 kev txiav txim ntawm cov ciaj sia pib lawm, thiab xyoo 2015, Trump tshaj tawm tias nws yuav nrhiav ua thawj tswj hwm. Thaum 9/11 thawj theem ntawm nag yav lig pib poob los, thiab nag yav lig yog yam uas coj qoob loo mus txog kev txi txiv puv npo, thiab xyoo 2015, kaum plaub xyoos hauv nag uas ua kom muaj kev sau qoob uas siav tiav, phau ntawv Yaw-ee ceeb toom tias thaum Donald Trump “tsa lub tebchaws Grecia sawv,” los sis raws li Yaw-ee hais, thaum Trump “tsa cov neeg txawv teb chaws sawv hauv xyoo 2015,” kev sau qoob ntawm lub ntiaj teb tab tom pib siav.</w:t>
      </w:r>
    </w:p>
    <w:p>
      <w:pPr>
        <w:pStyle w:val="ArticleBody"/>
        <w:jc w:val="left"/>
      </w:pPr>
      <w:r>
        <w:rPr>
          <w:rFonts w:ascii="Times New Roman" w:hAnsi="Times New Roman" w:eastAsia="Times New Roman" w:cs="Times New Roman"/>
        </w:rPr>
        <w:t>Nws tseem ceeb kom lees paub tias thawj qhov tseeb uas raug hais tseg hauv Daniyees kaum ib, yog lub luag hauj lwm cev Vajtswv lus yaj saub ntawm Donald Trump. Thawj lub nceeg vaj ntawm Vajlugkub txoj kev cev Vajtswv lus yaj saub uas raug sawv cev hauv phau Daniyees yog Npanpiloo. Xav txog zaj keeb kwm ntawm Npanpiloo hauv phau Daniyees yog hais tias Nebukhanexas tsis raug kev Tshoov Siab siv los tsim ib tug qauv cev Vajtswv lus yaj saub. Lub nceeg vaj thib rau ntawm Vajlugkub txoj kev cev Vajtswv lus yaj saub tseem tsis tiav yog tsis muaj zaj lus tim khawv ntawm tus kav kawg ntawm lub nceeg vaj ntawd. Txoj cai ntawm thawj zaug raug hais tseg tsa kom ruaj qhov tseem ceeb ntawm Trump ua ib lub cim tseem ceeb tshaj plaws hauv lub zeem muag uas Daniyees tau txais nyob rau hnub nees nkaum ob tom qab nws yoo mov tau peb lub lim tiam.</w:t>
      </w:r>
    </w:p>
    <w:p>
      <w:pPr>
        <w:pStyle w:val="ArticleScripture"/>
        <w:jc w:val="left"/>
      </w:pPr>
      <w:r>
        <w:rPr>
          <w:rFonts w:ascii="Times New Roman" w:hAnsi="Times New Roman" w:eastAsia="Times New Roman" w:cs="Times New Roman"/>
        </w:rPr>
        <w:t>Tiamsis tus thawj ntawm lub tebchaws Persia tau tawm tsam kuv tau nees nkaum ib hnub; tiam sis saib seb, Mika-ee, ib tug ntawm cov thawj uas loj tshaj plaws, tau los pab kuv; thiab kuv thiaj nyob ntawd nrog cov vajntxwv ntawm Persia. Nimno kuv tau los kom koj to taub yam uas yuav tshwm sim rau koj haiv neeg nyob rau hnub kawg; rau qhov zaj yog toog tseem hais txog ntau hnub tom ntej. Daniel 10:13, 14.</w:t>
      </w:r>
    </w:p>
    <w:p>
      <w:pPr>
        <w:pStyle w:val="ArticleBody"/>
        <w:jc w:val="left"/>
      </w:pPr>
      <w:r>
        <w:rPr>
          <w:rFonts w:ascii="Times New Roman" w:hAnsi="Times New Roman" w:eastAsia="Times New Roman" w:cs="Times New Roman"/>
        </w:rPr>
        <w:t>Nqe tshwm sim hauv tshooj kaum ib piav qhia txog yam uas yuav los raug Vajtswv haiv neeg nyob rau hnub kawg, thiab Trump raws li tus thawj coj ntawm Tebchaws Meskas, thiab tom qab ntawd ntawm United Nations, yog ib qho tseeb uas muaj tej txiaj ntsig mus ib txhis txuas nrog kev to taub lossis kev tsis to taub txog qhov tseeb ntawd. Qhov tseeb ntawd tseem ceeb heev rau Gabriel xa mus rau Daniyees, uas hauv nqe kaum plaub, Daniyees sau tseg raws li qhov pom kev uas tus tim tswv Gabriel muab hais tias yog “cov tub sab ntawm koj haiv neeg” uas tsa tsa qhov yog toog pom ntawd. Nws yog ib yam uas ua tsis tau kom thiaj taug tau Donald Trump tej kev txav hauv lus faj lem kom raug yog tsis siv Loos ua tus qauv los paub txog Trump tej hneev taw thoob plaws hauv keeb kwm lus faj lem ntawm Daniyees tshooj kaum ib.</w:t>
      </w:r>
    </w:p>
    <w:p>
      <w:pPr>
        <w:pStyle w:val="ArticleBody"/>
        <w:jc w:val="left"/>
      </w:pPr>
      <w:r>
        <w:rPr>
          <w:rFonts w:ascii="Times New Roman" w:hAnsi="Times New Roman" w:eastAsia="Times New Roman" w:cs="Times New Roman"/>
        </w:rPr>
        <w:t>Trump, raws li ib lub cim sawv cev rau Tebchaws Meskas nyob rau lub sij hawm ntawm txoj cai Hnub Caiv, tsim ib daim duab ntawm tus tsiaj qus, thiab los ntawm qhov ntawd nws tab tom qhuas tus tsiaj qus; yog li ntawd nws yog daim duab ntawm tus tsiaj qus, thiab tib lub sijhawm kuj yog ib daim duab uas tsim los ua kev hwm rau tus tsiaj qus. Hauv Tshwmsim 17, lub hwjchim papacy yog tus yim, uas yog ntawm xya tus, thiab Donald Trump yog tus thawj tswj hwm thib yim txij li Reagan nyob rau lub sij hawm kawg xyoo 1989, tab sis nws kuj yog tus thib rau, uas txhais hais tias nws yog tus yim uas yog ntawm xya tus.</w:t>
      </w:r>
    </w:p>
    <w:p>
      <w:pPr>
        <w:pStyle w:val="ArticleBody"/>
        <w:jc w:val="left"/>
      </w:pPr>
      <w:r>
        <w:rPr>
          <w:rFonts w:ascii="Times New Roman" w:hAnsi="Times New Roman" w:eastAsia="Times New Roman" w:cs="Times New Roman"/>
        </w:rPr>
        <w:t>Hauv Tshwmsim kaum xya, Yauhas nyob hauv nqe peb raug coj mus rau hauv tebchaws moj sab qhua, qhov uas nws pom tus poj niam deev luag txiv caij saum ib tug tsiaj qus. Tus poj niam deev luag txiv no twb raug txhua pawg ntseeg Protestant loj txheeb tias yog lub koom txoos Kas Tos Liv, txawm yog nyob rau hnub kawg lawv txhua tus tsis lees lawv tej kev ntseeg uas yog lawv lub hauv paus lawm los xij. Thaum Yauhas pom nws, lub koom txoos Loos twb qaug cawv nrog cov ntshav ntawm cov tim khawv tuag, thiab nws ris lub npe tias yog niam ntawm cov poj niam deev luag txiv. Qhov no qhia meej tias Yauhas raug coj mus rau xyoo 1798, thaum lub hwj chim papacy muaj cov ntshav ntawm kev ua tim khawv tuag, thiab qee lub koom txoos Protestant qub twb pib rov qab mus koom nrog kev sib raug zoo ntawm Kas Tos Liv Loos lawm. Ntawm qhov chaw uas nws sawv ntawd Yauhas pom “xya tus vajntxwv,” uas tsib tug twb poob lawm nyob rau xyoo 1798, thiab ib lub nceeg vaj muaj nyob rau xyoo 1798, thiab lub nceeg vaj ntawd yog Tebchaws Meskas, tiam sis dua ntawd yuav muaj dua ib lub nceeg vaj, uas muaj kaum tus vajntxwv ua ke, los tom qab; vim nyob rau xyoo 1798 uas Yauhas sawv ntawd, lub nceeg vaj xya tseem tsis tau los txog. Kaum tus vajntxwv kav rau ib ntus ntawm lub sijhawm kev kub ntxhov ntawm txoj cai Sunday, thiab lawv pom zoo muab lawv lub nceeg vaj xya rau tus tsiaj qus ntawm lub nceeg vaj tsib, tus uas tau txais ib lub qhov txhab tuag taus nyob rau xyoo 1798.</w:t>
      </w:r>
    </w:p>
    <w:p>
      <w:pPr>
        <w:pStyle w:val="ArticleBody"/>
        <w:jc w:val="left"/>
      </w:pPr>
      <w:r>
        <w:rPr>
          <w:rFonts w:ascii="Times New Roman" w:hAnsi="Times New Roman" w:eastAsia="Times New Roman" w:cs="Times New Roman"/>
        </w:rPr>
        <w:t>Tus lej “8” sawv cev rau kev sawv rov los, thiab papacy yog tus yim uas yog los ntawm xya thaum nws lub qhov txhab tuag raug kho zoo thaum muaj kev sib koom ua peb chav ntawm tus zaj, tus tsiaj qus, thiab tus yaj saub cuav uas yuav tshwm sim rau thaum txoj cai hnub Sunday uas yuav los sai. Xyoo 2020 cov globalists tau nyiag kev xaiv tsa ntawm Trump, thiab nws raug tua rau hauv txoj kev hauv Revelation kaum ib. Ob tug tim khawv hauv Revelation kaum ib sawv cev rau ob lub kub ntawm tus tsiaj qus hauv ntiaj teb uas nkawd ob leeg raug tua xyoo 2020. Trump yog tus thawj tswj hwm thib rau txij Reagan los thaum lub sijhawm kawg xyoo 1989; tiam sis txog xyoo 2024, nws kuj yog tus yim uas yog los ntawm xya tus vajntxwv ua ntej. Xyoo 2024, nws lub qhov txhab tuag raug kho zoo, thiab tib lub sijhawm nws tau los ua tus yim uas yog los ntawm xya nyob rau hauv kev sib haum xeeb zoo kawg nkaus nrog lub cim yaj saub uas tsa lub zeem muag ntawd ruaj khov. Yog koj tsis muaj Rome, koj ces tsis muaj peev xwm ua raws li cov kev txav ntawm daim duab ntawm Rome.</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Yuav kom to taub tias Trump yog Constantine the Great li cas thaum Nero cov “250” xyoo xaus, los sis nws yog Antiochus the Great li cas hauv xyoo 207 BC, los sis nws yog tus thawj tswj hwm kawg uas nws txoj kev txav ntawm lub hnub nyoog kub tag nrho raug tsa rau saum lub hauv paus ntawm kev ua kom America “great,” ces yuav tsum lees paub tias tshooj ntawd xub hais txog Trump thiab nws lub luag hauj lwm yaj saub.</w:t>
      </w:r>
    </w:p>
    <w:p>
      <w:pPr>
        <w:pStyle w:val="ArticleBody"/>
        <w:jc w:val="left"/>
      </w:pPr>
      <w:r>
        <w:rPr>
          <w:rFonts w:ascii="Times New Roman" w:hAnsi="Times New Roman" w:eastAsia="Times New Roman" w:cs="Times New Roman"/>
        </w:rPr>
        <w:t>Tus cim ntawm “qhov tseeb” uas raug sawv cev los ntawm lo lus Henplais “qhov tseeb,” uas muaj los ntawm thawj tsab ntawv, tsab ntawv thib kaum peb, thiab tsab ntawv thib nees nkaum ob ntawm niam ntawv Henplais, qhia Reagan ua thawj tsab ntawv, thiab Obama ua tsab ntawv thib kaum peb ntawm kev tawm tsam raws li raug sawv cev los ntawm xyoo 2013 thaum tus thawj coj yav tas los ntawm Lub Chaw Haujlwm Saib Xyuas Kev Tshawb Nrhiav Kev Txhaum Kev Ntseeg raug raws los ntawm thawj tus vajntxwv kav teev ntuj Jesuit. Vim tus thawj coj ntawm kev tshawb nrhiav kev txhaum kev ntseeg tau so haujlwm lawm, nws qhov chaw xaus sib haum nrog qhov chaw pib ntawm tus vajntxwv kav teev ntuj Jesuit. Qhov kev txuas ntawd ntawm Obama ob tug vajntxwv kav teev ntuj yog Lub Peb Hlis 13, 2013. Obama sib haum nrog tsab ntawv thib kaum peb ntawm kev tawm tsam, thiab tsab ntawv thib nees nkaum ob yog Trump.</w:t>
      </w:r>
    </w:p>
    <w:p>
      <w:pPr>
        <w:pStyle w:val="ArticleBody"/>
        <w:jc w:val="left"/>
      </w:pPr>
      <w:r>
        <w:rPr>
          <w:rFonts w:ascii="Times New Roman" w:hAnsi="Times New Roman" w:eastAsia="Times New Roman" w:cs="Times New Roman"/>
        </w:rPr>
        <w:t>Kev hloov kho thib nees nkaum ob txwv ib tug thawj tswj hwm kom tsis pub tshaj ob lub sijhawm ua haujlwm, thiab thaum xav txog cov thawj tswj hwm uas tau ua ob lub sijhawm, uas lawv cov sijhawm ntawd TSIS txuas sib law liag, tsuas muaj ob tug xwb. Grover Cleveland yog tus alpha ntawm cov thawj tswj hwm uas muaj ob lub sijhawm ua haujlwm uas tsis txuas sib law liag, thiab Trump yog tus omega. Grover Cleveland yog tus thawj tswj hwm thib nees nkaum ob, thiab Trump, raws li tus omega rau Cleveland, muaj qhov cim alpha ntawm “22.” Cleveland thiab Trump sawv cev rau ib tug alpha thiab omega uas muaj lub cim piv txwv ntawm tsab ntawv thib nees nkaum ob hauv cov niam ntawv Henplais. Tsuas muaj ob tug thawj tswj hwm xwb uas tau muaj ob lub sijhawm ua haujlwm uas tsis txuas sib law liag, thiab Trump yog tus thib ob ntawm ob tug ntawd. Tus ob ntawm tus omega muab xam nrog tus nees nkaum ob ntawm tus alpha sib npaug plaub caug plaub, ib lub cim ntawm 1844, uas yog ib lub cim ntawm lub qhov rooj kaw rau ntawm txoj cai Hnub Caiv, raws li tau ua hom piv txwv los ntawm lub qhov rooj kaw ntawm 1844. Trump yog tus neeg txawv txav thib 44 uas tau ua thawj tswj hwm, thiab nws yog thawj tswj hwm thaum lub qhov rooj kaw rau ntawm txoj cai Hnub Caiv.</w:t>
      </w:r>
    </w:p>
    <w:p>
      <w:pPr>
        <w:pStyle w:val="ArticleBody"/>
        <w:jc w:val="left"/>
      </w:pPr>
      <w:r>
        <w:rPr>
          <w:rFonts w:ascii="Times New Roman" w:hAnsi="Times New Roman" w:eastAsia="Times New Roman" w:cs="Times New Roman"/>
        </w:rPr>
        <w:t>Trump tau raug ua piv txwv los ntawm Cyrus tus Loj. Cyrus tus Loj tau tshaj tawm thawj tsab lus txib, thiab Artaxerxes tus Loj tau tshaj tawm tsab lus txib thib peb. Thawj thiab thib peb sib phim nrog ib leeg, rau qhov Yexus ib txwm piav txog qhov kawg los ntawm qhov pib. Trump nyob ntawd thaum Nero cov “250” xyoo xaus, uas Constantine tus Loj sawv cev rau. Thaum kawg ntawm cov “250” xyoo pib txij 457 BC, Trump raug sawv cev los ntawm Antiochus tus Loj, uas tau rov qab los muaj zog dua qub hauv xyoo 2024, raws li kev ua tiav ntawm nqe kaum peb.</w:t>
      </w:r>
    </w:p>
    <w:p>
      <w:pPr>
        <w:pStyle w:val="ArticleScripture"/>
        <w:jc w:val="left"/>
      </w:pPr>
      <w:r>
        <w:rPr>
          <w:rFonts w:ascii="Times New Roman" w:hAnsi="Times New Roman" w:eastAsia="Times New Roman" w:cs="Times New Roman"/>
        </w:rPr>
        <w:t>Vim tus vajntxwv sab qaum teb yuav rov qab los, thiab yuav tsa ib pab neeg coob dua yav dhau los, thiab yeej yuav tuaj tom qab ntau xyoos nrog ib pab tub rog loj thiab muaj nyiaj txiag nplua mias. Daniyees 11:13.</w:t>
      </w:r>
    </w:p>
    <w:p>
      <w:pPr>
        <w:pStyle w:val="ArticleBody"/>
        <w:jc w:val="left"/>
      </w:pPr>
      <w:r>
        <w:rPr>
          <w:rFonts w:ascii="Times New Roman" w:hAnsi="Times New Roman" w:eastAsia="Times New Roman" w:cs="Times New Roman"/>
        </w:rPr>
        <w:t>Thaum Tebchaws Meskas raug Loos kov yeej thaum txog txoj kevcai Hnub Sunday, ces txhua lub tebchaws hauv ntiajteb raug yuam kom txhos caug rau Loos.</w:t>
      </w:r>
    </w:p>
    <w:p>
      <w:pPr>
        <w:pStyle w:val="ArticleScripture"/>
        <w:jc w:val="left"/>
      </w:pPr>
      <w:r>
        <w:rPr>
          <w:rFonts w:ascii="Times New Roman" w:hAnsi="Times New Roman" w:eastAsia="Times New Roman" w:cs="Times New Roman"/>
        </w:rPr>
        <w:t>“Lwm haiv neeg txawv teb chaws yuav ua raws li tus qauv ntawm Tebchaws Meskas. Txawm yog nws ua tus coj mus ua ntej los xij, los tib yam kev kub ntxhov ntawd yuav los raug peb haiv neeg nyob hauv txhua qhov chaw ntawm lub ntiajteb no.” Testimonies, volume 6, 395.</w:t>
      </w:r>
    </w:p>
    <w:p>
      <w:pPr>
        <w:pStyle w:val="ArticleBody"/>
        <w:jc w:val="left"/>
      </w:pPr>
      <w:r>
        <w:rPr>
          <w:rFonts w:ascii="Times New Roman" w:hAnsi="Times New Roman" w:eastAsia="Times New Roman" w:cs="Times New Roman"/>
        </w:rPr>
        <w:t>Cov “haiv neeg txawv teb chaws” raug yuam kom ua li ntawd los ntawm Tebchaws Meskas, uas txais lub luag hauj lwm ua tus coj ntawm United Nations thaum txoj cai Hnub Xya uas yuav los sai no. United Nations yog kaum tus vajntxwv hauv Tshwm Sim 17 uas Ahab kav lawv, tus vajntxwv ntawm kaum pawg neeg sab qaum teb, uas tau yuav Jezebel ua pojniam. Kev sib yuav ntawm Jezebel nrog Ahab yog txoj kev sib yuav uas raug ua tiav thaum txoj cai Hnub Xya uas yuav los sai no. Thaum txoj cai Hnub Xya los txog, Tebchaws Meskas, lub tebchaws muaj hwjchim ci ntsa iab ntawm Daniyee 11, thiab tsiaj qus hauv ntiajteb ntawm Tshwm Sim 13, xaus nws keeb kwm ua lub nceeg vaj thib rau ntawm Vajlugkub tej lus faj lem. Ntawm Roob Khamel, 850 tus cev Vajtswv lus cuav ntawm Npas-as thiab cov pov thawj ntawm lub hav ntoo uas noj ntawm Jezebel lub rooj raug Eliyas tua pov tseg. Tebchaws Meskas raug tua thaum txoj cai Hnub Xya uas yuav los sai no, ib yam li cov cev Vajtswv lus cuav raug tua ntawm Roob Khamel. Zaj keeb kwm txij ntawd mus yog ntawm Eliyas tawm tsam Ahab thiab Jezebel, thiab Ahab sawv cev rau ib lub nceeg vaj kaum npaug, uas raug kav los ntawm tus uas xub ua nkauj ua nraug nrog Jezebel. Jezebel npaj siab yuav ua nkauj ua nraug nrog txhua lub nceeg vaj, tiamsis Ahab sawv cev rau tus thawj uas ua li ntawd, thiab yog Tebchaws Meskas uas tuag ntawm Roob Khamel thiab tam sim ntawd dhau los ua Jezebel tus thawj tus hlub. Nyob rau hauv Daniyee 11, yog nyob ntawd, thaum txoj cai Hnub Xya los txog, uas Trump sawv los ua tus vajntxwv muaj hwjchim loj ntawm Kili, sawv cev los ntawm Alexander tus Loj.</w:t>
      </w:r>
    </w:p>
    <w:p>
      <w:pPr>
        <w:pStyle w:val="ArticleScripture"/>
        <w:jc w:val="left"/>
      </w:pPr>
      <w:r>
        <w:rPr>
          <w:rFonts w:ascii="Times New Roman" w:hAnsi="Times New Roman" w:eastAsia="Times New Roman" w:cs="Times New Roman"/>
        </w:rPr>
        <w:t>Thiab ib tug vajntxwv muaj hwjchim loj kawg yuav sawv los, uas yuav kav nrog lub hwjchim kav tebchaws loj kawg, thiab yuav ua raws li nws lub siab nyiam. Thiab thaum nws sawv los lawm, nws lub tebchaws yuav raug rhuav tshem, thiab yuav raug faib mus rau plaub ceg cua saum ntuj; tsis yog rau nws caj ces, thiab tsis raws li lub hwjchim kav tebchaws uas nws tau kav: rau qhov nws lub tebchaws yuav raug rho tawm mus, txawm yog rau lwm tus uas tsis yog lawv. Daniel 11:3, 4.</w:t>
      </w:r>
    </w:p>
    <w:p>
      <w:pPr>
        <w:pStyle w:val="ArticleBody"/>
        <w:jc w:val="left"/>
      </w:pPr>
      <w:r>
        <w:rPr>
          <w:rFonts w:ascii="Times New Roman" w:hAnsi="Times New Roman" w:eastAsia="Times New Roman" w:cs="Times New Roman"/>
        </w:rPr>
        <w:t>Donald Trump sawv los ua tus “vajntxwv muaj hwjchim” ntawm Koom Haum Tebchaws Ntiajteb, uas raug sawv cev nyob hauv nqe vajlugkub ntawd thiab tom qab no raug ua yam ntxwv los ntawm keeb kwm ntawm Alexander tus Loj. Thaum nws sawv los, Tebchaws Meskas, uas yog lub nceeg vaj thib rau ntawm kev cev Vajlugkub tej yaj saub lus, xaus lawm, thiab lub nceeg vaj thib xya ntawm kaum tus vajntxwv hauv Tshwm Sim kaum xya pib. Kaum tus vajntxwv pib lawv lub nceeg vaj thib xya los ntawm kev pom zoo tam sim ntawd thiab ntawm qhov chaw ntawd muab lawv lub nceeg vaj thib xya rau lub hwjchim papal, uas yog lub nceeg vaj thib yim, uas yog tawm hauv xya lub nceeg vaj ua ntej ntawd. Lawv txoj kev pom zoo yog kom ua tiav Vajtswv lub siab nyiam, thiab Nws lub siab nyiam raug sawv cev kab dhau kab thoob plaws hauv cov Vajlugkub ntawm qhov tseeb.</w:t>
      </w:r>
    </w:p>
    <w:p>
      <w:pPr>
        <w:pStyle w:val="ArticleHeading"/>
        <w:jc w:val="left"/>
      </w:pPr>
      <w:r>
        <w:rPr>
          <w:rFonts w:ascii="Arial" w:hAnsi="Arial" w:eastAsia="Arial" w:cs="Arial"/>
        </w:rPr>
        <w:t>Ua piv txwv txog Loos</w:t>
      </w:r>
    </w:p>
    <w:p>
      <w:pPr>
        <w:pStyle w:val="ArticleBody"/>
        <w:jc w:val="left"/>
      </w:pPr>
      <w:r>
        <w:rPr>
          <w:rFonts w:ascii="Times New Roman" w:hAnsi="Times New Roman" w:eastAsia="Times New Roman" w:cs="Times New Roman"/>
        </w:rPr>
        <w:t>Nqe tsib mus txog cuaj hauv Daniyees tshooj kaum ib tau raug ua tiav hauv ib zaj keeb kwm yaj saub uas yog ib daim qauv phim kiag li rau keeb kwm ntawm lub hwj chim papal raws li tau nthuav tawm hauv nqe peb caug-ib mus txog plaub caug ntawm tib tshooj ntawd. Txoj kab keeb kwm hauv nqe tsib mus txog cuaj khiav sib npaug nrog txoj kab keeb kwm hauv nqe peb caug-ib mus txog nqe plaub caug. Ob txoj kab no tib si qhia txog ib lub sijhawm uas lub hwj chim uas sawv cev rau papal Loos xub yeej dhau peb yam kev txwv, kav ib ntus mus txog thaum muaj ib daim ntawv cog lus tawg, uas coj ib tug vajntxwv sab qab teb los tawm tsam lawv, thiab ua rau lawv raug ib lub qhov txhab tuag taus. Qhov uas ob txoj kab no raug kawm thiab muab piv nrog keeb kwm ntau npaum li cas, qhov tseeb raug lees paub tias tob thiab raug npaum ntawd. Lawv qhov raug yog hais txog qhov uas lawv sawv cev ze npaum li cas rau cov qauv nyob hauv cov nqe ntawd, thiab kuj rau keeb kwm uas tau ua kom cov nqe ntawd tiav.</w:t>
      </w:r>
    </w:p>
    <w:p>
      <w:pPr>
        <w:pStyle w:val="ArticleBody"/>
        <w:jc w:val="left"/>
      </w:pPr>
      <w:r>
        <w:rPr>
          <w:rFonts w:ascii="Times New Roman" w:hAnsi="Times New Roman" w:eastAsia="Times New Roman" w:cs="Times New Roman"/>
        </w:rPr>
        <w:t>Keeb kwm uas ua kom tau raws li tsib nqe ntawd khiav sib txig thiab sib haum nrog keeb kwm ntawm Loos tus papacy raws li tau muab nthuav tawm hauv nqe peb caug ib mus txog plaub caug, thiab muab lub ntsiab chaw rau kev qhia tawm Antiochus tus Loj hauv nqe kaum mus txog kaum tsib.</w:t>
      </w:r>
    </w:p>
    <w:p>
      <w:pPr>
        <w:pStyle w:val="ArticleScripture"/>
        <w:jc w:val="left"/>
      </w:pPr>
      <w:r>
        <w:rPr>
          <w:rFonts w:ascii="Times New Roman" w:hAnsi="Times New Roman" w:eastAsia="Times New Roman" w:cs="Times New Roman"/>
        </w:rPr>
        <w:t>Tiamsis nws cov tub yuav raug txhawb kom sawv, thiab yuav sau ib pab tub rog coob heev los ua ke; thiab ib tug yuav yeej tuaj tiag, thiab ntws hla mus, thiab hla dhau mus; ces nws yuav rov qab los, thiab raug txhawb kom sawv, mus txog rau nws lub chaw ruaj khov. Daniel 11:10.</w:t>
      </w:r>
    </w:p>
    <w:p>
      <w:pPr>
        <w:pStyle w:val="ArticleBody"/>
        <w:jc w:val="left"/>
      </w:pPr>
      <w:r>
        <w:rPr>
          <w:rFonts w:ascii="Times New Roman" w:hAnsi="Times New Roman" w:eastAsia="Times New Roman" w:cs="Times New Roman"/>
        </w:rPr>
        <w:t>Hauv kev ua tiav raws nqe kaum, Antiochus tus Loj tau kov yeej mus txog rau lub chaw ruaj khov ntawm Iyi tebchaws, qhov chaw uas nws tau xaus txoj kev tawm tsam kom rov sib sau nws cov quab rog. Zaj keeb kwm ntawd yog ib daim qauv qhia txog kev poob cev qhuav dej ntawm Soviet Union xyoo 1989, raws li tau sawv cev nyob rau hauv nqe plaub caug ntawm tib tshooj ntawd.</w:t>
      </w:r>
    </w:p>
    <w:p>
      <w:pPr>
        <w:pStyle w:val="ArticleScripture"/>
        <w:jc w:val="left"/>
      </w:pPr>
      <w:r>
        <w:rPr>
          <w:rFonts w:ascii="Times New Roman" w:hAnsi="Times New Roman" w:eastAsia="Times New Roman" w:cs="Times New Roman"/>
        </w:rPr>
        <w:t>Thiab thaum txog lub sijhawm kawg, vajntxwv sab qab teb yuav tawm tsam nws; thiab vajntxwv sab qaum teb yuav tuaj tawm tsam nws zoo li cua daj cua dub, nrog tsheb nees rog, thiab nrog cov neeg caij nees, thiab nrog ntau lub nkoj; thiab nws yuav nkag mus rau hauv cov tebchaws, thiab yuav nyab hla thiab hla dhau. Daniel 11:40.</w:t>
      </w:r>
    </w:p>
    <w:p>
      <w:pPr>
        <w:pStyle w:val="ArticleBody"/>
        <w:jc w:val="left"/>
      </w:pPr>
      <w:r>
        <w:rPr>
          <w:rFonts w:ascii="Times New Roman" w:hAnsi="Times New Roman" w:eastAsia="Times New Roman" w:cs="Times New Roman"/>
        </w:rPr>
        <w:t>Lo lus “yuav muaj tseeb tiag los, thiab nyab hla, thiab hla dhau” nyob hauv nqe kaum yog tib yam nkaus hauv lus Henplais li lo lus “nws yuav nkag mus rau hauv tej tebchaws, thiab yuav nyab hla thiab hla dhau” nyob hauv nqe plaub caug. Ob nqe no puav leej tab tom qhia txog lub sijhawm uas tus vajntxwv qaum teb (Antiochus hauv nqe kaum thiab Reagan hauv nqe plaub caug) kov yeej tus vajntxwv qab teb (Ptolemy hauv nqe kaum thiab Soviet Union hauv nqe plaub caug). Ob qho kev tawm tsam no yog kev pauj rov qab rau tus vajntxwv qab teb txoj kev yeej yav dhau los (Ptolemy hauv nqe tsib txog nqe cuaj thiab Napoleon hauv nqe plaub caug). Tus vajntxwv qab teb txoj kev mob siab rau kev tawm tsam yog vim ib daim ntawv cog lus raug rhuav lawm (kev sib yuav ntawm Bernice hauv nqe tsib txog nqe cuaj thiab daim ntawv cog lus Treaty of Tolentino ntawm xyoo 1797 nrog Napoleon uas raug rhuav lawm). Cov qauv cev Vajtswv lus uas sawv cev nyob hauv cov nqe no thiab tom qab ntawd cov nqe no txoj kev ua tiav hauv keeb kwm kuj sib haum raws nraim nrog Yaxayas 8:8.</w:t>
      </w:r>
    </w:p>
    <w:p>
      <w:pPr>
        <w:pStyle w:val="ArticleScripture"/>
        <w:jc w:val="left"/>
      </w:pPr>
      <w:r>
        <w:rPr>
          <w:rFonts w:ascii="Times New Roman" w:hAnsi="Times New Roman" w:eastAsia="Times New Roman" w:cs="Times New Roman"/>
        </w:rPr>
        <w:t>Nws yuav hla dhau tebchaws Yudas; nws yuav nyab hla thiab nphoo dhau mus, nws yuav mus txog txawm rau ntawm caj dab; thiab kev nthuav dav ntawm nws ob tis yuav puv thoob plaws qhov dav ntawm koj lub tebchaws, Au Immanuel. Yaxayas 8:8.</w:t>
      </w:r>
    </w:p>
    <w:p>
      <w:pPr>
        <w:pStyle w:val="ArticleBody"/>
        <w:jc w:val="left"/>
      </w:pPr>
      <w:r>
        <w:rPr>
          <w:rFonts w:ascii="Times New Roman" w:hAnsi="Times New Roman" w:eastAsia="Times New Roman" w:cs="Times New Roman"/>
        </w:rPr>
        <w:t>Thaum Yaxayas twv hais tias Senakhawj lub zog tub rog “yuav ntws hla thiab dhau mus,” ces ib zaug ntxiv nws yog tib lo lus Henplais ib yam li hauv nqe kaum thiab plaub caug. Yaxayas qhia meej txog thaum Senakhawj, tus vajntxwv ntawm lub nceeg vaj qaum teb, kov yeej lub nceeg vaj qab teb uas yog Yudas, los nws tseg Yeluxalees kom tseem sawv, vim nws tsuas tuaj txog “txog caj dab” xwb, ib yam li Antiochus tuaj txog rau ntawm ciam teb hauv nqe kaum. Senakhawj txoj kev txhawb siab yog tias Hesekhiya tau rhuav daim ntawv cog lus nrog Axilia, raws li qhov uas Hesekhiya tau tseg tsis them cov se uas tau pom zoo lawm. Daim ntawv cog lus uas raug rhuav no yog qhov tsis zoo ib txwm piv rau peb nqe uas mus sib luag ntawd. Lawv txhua tus puav leej muaj daim ntawv cog lus raug rhuav, tiamsis nyob rau hauv Ptolemy thiab Napoleon, tus vajntxwv qaum teb yog tus raug liam tias tau rhuav daim ntawv cog lus. Hos Senakhawj, tus vajntxwv qaum teb, liam Hesekhiya tias nws tsis kam them cov se uas tau muab tseg cia lawm.</w:t>
      </w:r>
    </w:p>
    <w:p>
      <w:pPr>
        <w:pStyle w:val="ArticleScripture"/>
        <w:jc w:val="left"/>
      </w:pPr>
      <w:r>
        <w:rPr>
          <w:rFonts w:ascii="Times New Roman" w:hAnsi="Times New Roman" w:eastAsia="Times New Roman" w:cs="Times New Roman"/>
        </w:rPr>
        <w:t>Tam sim no, nyob rau hauv xyoo kaum plaub ntawm vajntxwv Exekhiya txojkev kav, Sennacherib uas yog vajntxwv Axilias tau tuaj tawm tsam tag nrho tej nroog uas muaj ntsa tiv thaiv ntawm Yudas, thiab txeeb tau lawv. Thiab Exekhiya uas yog vajntxwv Yudas tau xa neeg mus cuag vajntxwv Axilias rau Lachis, hais tias, Kuv tau ua txhaum lawm; thov tig rov qab ncaim ntawm kuv mus: yam uas koj muab tso rau saum kuv, kuv yuav ris. Thiab vajntxwv Axilias tau teem rau Exekhiya uas yog vajntxwv Yudas peb puas talas nyiaj thiab peb caug talas kub. Ces Exekhiya muab tag nrho cov nyiaj uas nrhiav tau hauv lub tsev ntawm tus Tswv, thiab hauv tej txhab nyiaj ntawm vajntxwv lub tsev, rau nws. 2 Vajntxwv 18:13–15.</w:t>
      </w:r>
    </w:p>
    <w:p>
      <w:pPr>
        <w:pStyle w:val="ArticleBody"/>
        <w:jc w:val="left"/>
      </w:pPr>
      <w:r>
        <w:rPr>
          <w:rFonts w:ascii="Times New Roman" w:hAnsi="Times New Roman" w:eastAsia="Times New Roman" w:cs="Times New Roman"/>
        </w:rPr>
        <w:t>Cov tub rog qaum teb ntawm Senakherib txeeb tau plaub caug rau lub nroog hauv Yudas thaum nws tab tom mus rau Yeluxalees. Muaj ib qho tseem ceeb heev hauv txojkev yaj saub uas Yaxayas 8:8 txuas nrog nqe kaum thiab nqe plaub caug; yog li ntawd, nws muab ib tug timkhawv thib peb txog kev poob ntawm lub nceeg vaj qab teb ntawm Soviet Union xyoo 1989. Qhov kev poob ntawd cim txog qhov pib ntawm ib ntu ntawm nqe plaub caug uas nyob khoob. Txij ntawm kev ua tiav ntawm nqe plaub caug xyoo 1989 mus txog nqe plaub caug ib—uas sawv cev rau txoj cai Hnub Caiv uas yuav los sai sai—muaj ib ntu khoob hauv nqe plaub caug. Lub sij hawm ntawd pib xyoo 1989 thiab xaus rau ntawm txoj cai Hnub Caiv. Nqe plaub caug tsis hais dab tsi txog lub sij hawm ntawd, tiam sis nqe plaub caug yuav to taub tau los ntawm txojkev siv “kab saum kab.”</w:t>
      </w:r>
    </w:p>
    <w:p>
      <w:pPr>
        <w:pStyle w:val="ArticleBody"/>
        <w:jc w:val="left"/>
      </w:pPr>
      <w:r>
        <w:rPr>
          <w:rFonts w:ascii="Times New Roman" w:hAnsi="Times New Roman" w:eastAsia="Times New Roman" w:cs="Times New Roman"/>
        </w:rPr>
        <w:t>Ib qho “yuam sij” tseem ceeb los tsim tsa keeb kwm zais ntawm nqe plaub caug, yog Yaxayas zaj lus tim khawv hais txog tsov rog pauj rov qab uas yeej ntawm lub nceeg vaj qaum teb tawm tsam lub nceeg vaj qab teb. Txawm yog Hexekhiya txoj kev tawm tsam uas tsum tsis hwm qhov kev cog lus yav dhau los kom muab “se” rau Assyria, los yog Bernice raug Antiochus muab tso tseg, los yog Napoleon Daim Ntawv Cog Lus Tolentino, tag nrho peb nqe lus ntawd tau raug ua kom tiav los ntawm tej keeb kwm uas hais kom pom tseeb txog ib daim ntawv cog lus uas raug rhuav lawm ua lub hauv paus txhawb kom muaj kev tawm tsam. Thaum Obama ua thawj tswj hwm, nyob hauv Xeev Lub Tsev Haujlwm ntawm John Kerry, tus pab secretary Victoria Nuland tau ua kom muaj ib qho kev hloov pauv xim los rhuav tshem tsoom fwv ntawm Ukraine. Txij ntawm lub sij hawm ntawd mus, ob tog ntawm ib qho kev sib cav tau muaj nyob txog Tsov Rog Ukraine; Putin hais tias nws yog ib daim ntawv cog lus uas raug rhuav lawm, hos nws cov neeg tawm tsam hais tias daim ntawv cog lus uas Putin taw tes rau ntawd yeej tsis tau muaj nyob rau hauv lub ntsiab lus uas Putin hais. Txawm yog muaj ib daim ntawv cog lus raug tsim tiag tiag ces mam raug rhuav, los yog rov qab ua lwm yam, los xij tsis muaj qhov tseem ceeb, rau qhov ntaub ntawv faj lem tsuas sau tseg tias ib daim ntawv cog lus uas raug rhuav lawm yog lub zog txhawb rau tsov rog xwb.</w:t>
      </w:r>
    </w:p>
    <w:p>
      <w:pPr>
        <w:pStyle w:val="ArticleBody"/>
        <w:jc w:val="left"/>
      </w:pPr>
      <w:r>
        <w:rPr>
          <w:rFonts w:ascii="Times New Roman" w:hAnsi="Times New Roman" w:eastAsia="Times New Roman" w:cs="Times New Roman"/>
        </w:rPr>
        <w:t>Yaxayas 8:8 muab “tus yawm sij” los pom tias tus vajntxwv sab qaum teb tsuas kov yeej mus txog caj dab xwb, los yog mus txog taub hau xwb. “Tus yawm sij” ntawd qhia tias Russia yog lub taub hau uas tseem sawv tseg tom qab lub cev vau poob xyoo 1989. Qhov tseem ceeb yav tom ntej ntawm nqe yim tsis yog tsuas pom nyob rau hauv “tus yawm sij” uas txheeb tau lub taub hau xwb, tiam sis nws qhov kev txheeb tau “caj dab” uas sawv cev rau lub taub hau, los yog lub peev nroog, tsuas muaj peev xwm tsim tsa tau thaum txuas nrog ib nqe dhau los ntawm tib zaj yog toog pom hauv Yaxayas 8. Zaj yog toog pom ntawd pib hauv tshooj xya, thiab hauv nqe xya thiab yim, ib lub taub hau raug txhais tias yog ib tug vajntxwv, los yog nws lub nceeg vaj, los yog lub peev nroog ntawm ib lub nceeg vaj. Yeluxalees yog lub peev nroog ntawm Yudas, uas nws 46 lub nroog raug Xenakhelib cov tub rog kov yeej, tab sis Xenakhelib tso lub peev nroog Yeluxalees kom tseem sawv ruaj.</w:t>
      </w:r>
    </w:p>
    <w:p>
      <w:pPr>
        <w:pStyle w:val="ArticleScripture"/>
        <w:jc w:val="left"/>
      </w:pPr>
      <w:r>
        <w:rPr>
          <w:rFonts w:ascii="Times New Roman" w:hAnsi="Times New Roman" w:eastAsia="Times New Roman" w:cs="Times New Roman"/>
        </w:rPr>
        <w:t>Vim lub taub hau ntawm Syria yog Damascus, thiab lub taub hau ntawm Damascus yog Rezin; thiab tsis pub dhau rau caum tsib xyoos Ephraim yuav raug tsoo kom nws txhob ua ib haiv neeg lawm. Thiab lub taub hau ntawm Ephraim yog Samaria, thiab lub taub hau ntawm Samaria yog Remaliah tus tub. Yog nej tsis ntseeg, yeej muaj tseeb tias nej yuav tsis raug tsa ruaj. Yaxayas 7:8, 9.</w:t>
      </w:r>
    </w:p>
    <w:p>
      <w:pPr>
        <w:pStyle w:val="ArticleBody"/>
        <w:jc w:val="left"/>
      </w:pPr>
      <w:r>
        <w:rPr>
          <w:rFonts w:ascii="Times New Roman" w:hAnsi="Times New Roman" w:eastAsia="Times New Roman" w:cs="Times New Roman"/>
        </w:rPr>
        <w:t>Thaum Sennacherib pab tub rog tuaj txog ntawm phab ntsa nroog Yeluxalees xyoo 701 BC, nws tuaj txog rau ntawm caj dab, thiab hauv qhov ua li ntawd; nws tau tseg ib zaj lus tim khawv hauv keeb kwm txog Russia uas tseem nyob seem tom qab kev poob cev qhev xyoo 1989. Ib yam li ntawd, thaum Antiochus tus Loj pib nws txoj kev pauj rau lub nceeg vaj sab qab teb, nws tuaj txog hauv nqe kaum rau ntawm ciam teb ntawm Ejipt, tab sis nws tsis tau nkag mus. Yam uas tseem ceeb hauv Antiochus txoj kev yeej hauv nqe kaum yog tias nws cim txog qhov xaus ntawm ib txoj kev tawm tsam tub rog los ntawm Antiochus uas tsis muaj ib qho kev sib tua tshwj xeeb meej, tiam sis sawv cev rau nws txoj hauj lwm hauv kev rov tsim dua thaj av uas yav tas los tau ploj lawm. Nws txoj kev kov yeej hauv nqe kaum sawv cev rau qhov xaus ntawm ntau txoj kev yeej. Nws xaus txoj kev sib tw ntawm tsov rog Syrian zaum plaub ntawm Raphia, uas txhais tias “thaj av ciam teb,” thiab Raphia yog ciam teb, lossis “caj dab” ntawm Ejipt. Antiochus txoj kev tawm tsam xyoo 219 BC mus txog 217 BC sawv cev rau txoj kev ntws hla thiab hla dhau ntawm kev poob ntawm Soviet Union xyoo 1989 mus txog 1991, thaum tus vajntxwv hla dhau ntau lub tebchaws.</w:t>
      </w:r>
    </w:p>
    <w:p>
      <w:pPr>
        <w:pStyle w:val="ArticleBody"/>
        <w:jc w:val="left"/>
      </w:pPr>
      <w:r>
        <w:rPr>
          <w:rFonts w:ascii="Times New Roman" w:hAnsi="Times New Roman" w:eastAsia="Times New Roman" w:cs="Times New Roman"/>
        </w:rPr>
        <w:t>Hauv qhov kev xav txog yaj saub, Yaxayas 8:8 tso cai kom Russia, raws li caj dab hauv Senakhawlib txoj kev sib ntaus, los yog lub chaw ruaj khov hauv Antiochus txoj kev sib ntaus, raug txheeb paub tias yog vajntxwv sab qab teb hauv kev sib ntaus ntawm Raphia, raws li tau sawv cev los ntawm qhov ua tiav ntawm nqe kaum ib. Thaum ua li ntawd, nws txuas ncaj qha keeb kwm sab nraud uas sawv cev los ntawm zaj (vajntxwv sab qab teb), tsiaj nyaum (vajntxwv sab qaum teb), thiab tus yaj saub cuav (lub hwjchim sawv cev ntawm vajntxwv sab qaum teb) nrog txoj kab yaj saub sab hauv raws li tau sawv cev los ntawm rau caum tsib xyoos txoj lus faj lem ntawm nqe xya hauv tshooj xya.</w:t>
      </w:r>
    </w:p>
    <w:p>
      <w:pPr>
        <w:pStyle w:val="ArticleBody"/>
        <w:jc w:val="left"/>
      </w:pPr>
      <w:r>
        <w:rPr>
          <w:rFonts w:ascii="Times New Roman" w:hAnsi="Times New Roman" w:eastAsia="Times New Roman" w:cs="Times New Roman"/>
        </w:rPr>
        <w:t>Hais lus cev faj lem, qhov tseem ceeb ntawm Sennacherib txoj kev tuaj nce rau Yeluxalees muab ib qho pov thawj cev faj lem uas muaj hwj chim tshaj plaws txog Vajtswv lub hwj chim nyob hauv Vajluskub, vim Vajtswv tau rhuav tshem Sennacherib pab tub rog uas muaj 185,000 leej nyob rau hauv ib hmos ntawd. Hnub ua ntej ntawd, saum phab ntsa ntawm Yeluxalees muaj ob leeg Eliakim thiab Shebna, uas yog cov cim sawv cev ntawm Laodicean thiab Philadelphian Adventism uas raug cim tseg ntawm lub qhov rooj kaw xyoo 1844 thiab lub qhov rooj kaw ntawm txoj cai Sunday.</w:t>
      </w:r>
    </w:p>
    <w:p>
      <w:pPr>
        <w:pStyle w:val="ArticleScripture"/>
        <w:jc w:val="left"/>
      </w:pPr>
      <w:r>
        <w:rPr>
          <w:rFonts w:ascii="Times New Roman" w:hAnsi="Times New Roman" w:eastAsia="Times New Roman" w:cs="Times New Roman"/>
        </w:rPr>
        <w:t>Tam sim no, nyob rau xyoo kaum plaub ntawm vajntxwv Hexekhiya, Senakhelib uas yog vajntxwv Axilia tau tuaj tawm tsam txhua lub nroog ruaj khov ntawm Yudas, thiab nws tau txeeb lawv lawm. Thiab vajntxwv Axilia tau txib Rabxakhes tawm hauv Lakhis mus rau Yeluxalees cuag vajntxwv Hexekhiya nrog ib pab tub rog coob heev. Thiab nws tau sawv ntawm tus kwj dej xa dej ntawm lub pas dej sab saud, ntawm txoj kev loj mus rau tom teb ntawm tus neeg ntxhua khaub ncaws. Ces Eli-akis, tus tub ntawm Hilkhiya, uas yog tus saib xyuas vajntxwv lub tsev, thiab Senas uas yog tus kws sau ntawv, thiab Yau-as, tus tub ntawm Asas, uas yog tus kws teev ntaub ntawv, tau tawm los cuag nws. Yaxayas 36:1–3.</w:t>
      </w:r>
    </w:p>
    <w:p>
      <w:pPr>
        <w:pStyle w:val="ArticleBody"/>
        <w:jc w:val="left"/>
      </w:pPr>
      <w:r>
        <w:rPr>
          <w:rFonts w:ascii="Times New Roman" w:hAnsi="Times New Roman" w:eastAsia="Times New Roman" w:cs="Times New Roman"/>
        </w:rPr>
        <w:t>Hauv Yaxayas tshooj xya, Yaxayas raug xa nrog ib zaj lus mus rau Ahaj tus neeg phem, tus vajntxwv ntawm Yudas, lub nceeg vaj qab teb. Yog lub nceeg vaj ntawd uas Xenekhalib tab tom tuaj tua nyob rau hauv tshooj yim, nqe yim. Thaum Yaxayas ntsib Ahaj tus vajntxwv phem, nws ntsib nws “rau ntawm tus kwj dej ntawm lub pas dej saud, ntawm txojkev loj ntawm lub tiaj ntxhua khaub ncaws,” uas yog kiag ntawm qhov chaw uas Npaxakes thuam lub npe ntawm tus Tswv. Yaxayas qhia tias nws thiab nws cov menyuam yog tej cim.</w:t>
      </w:r>
    </w:p>
    <w:p>
      <w:pPr>
        <w:pStyle w:val="ArticleScripture"/>
        <w:jc w:val="left"/>
      </w:pPr>
      <w:r>
        <w:rPr>
          <w:rFonts w:ascii="Times New Roman" w:hAnsi="Times New Roman" w:eastAsia="Times New Roman" w:cs="Times New Roman"/>
        </w:rPr>
        <w:t>Saib seb, kuv thiab cov me nyuam uas tus Tswv tau pub rau kuv, peb yog tej cim thiab tej yam txaus xav tsis thoob hauv cov Yixalayees los ntawm tus Tswv ntawm cov tub rog, tus uas nyob saum roob Xi-oos. Yaxayas 8:18.</w:t>
      </w:r>
    </w:p>
    <w:p>
      <w:pPr>
        <w:pStyle w:val="ArticleBody"/>
        <w:jc w:val="left"/>
      </w:pPr>
      <w:r>
        <w:rPr>
          <w:rFonts w:ascii="Times New Roman" w:hAnsi="Times New Roman" w:eastAsia="Times New Roman" w:cs="Times New Roman"/>
        </w:rPr>
        <w:t>Thaum Yaxayas ntsib tus vajntxwv phem Ahax “ntawm tus kav dej ntawm lub pas dej saud ntawm txoj kev loj ntawm tus neeg ntxhua khaub ncaws daim teb,” Yaxayas tau coj nws tus tub Shearjashub tuaj, uas txhais hais tias, “ib pab seem yuav rov qab los.”</w:t>
      </w:r>
    </w:p>
    <w:p>
      <w:pPr>
        <w:pStyle w:val="ArticleScripture"/>
        <w:jc w:val="left"/>
      </w:pPr>
      <w:r>
        <w:rPr>
          <w:rFonts w:ascii="Times New Roman" w:hAnsi="Times New Roman" w:eastAsia="Times New Roman" w:cs="Times New Roman"/>
        </w:rPr>
        <w:t>Ces tus Tswv hais rau Yaxayas tias, Cia li tawm mus tam sim no mus ntsib Ahaj, koj thiab koj tus tub Shearjashub, ntawm qhov kawg ntawm tus kwj dej xa tawm ntawm lub pas dej saud, hauv txoj kev loj ntawm tus neeg ntxhua khaub ncaws daim teb. Yaxayas 7:3.</w:t>
      </w:r>
    </w:p>
    <w:p>
      <w:pPr>
        <w:pStyle w:val="ArticleBody"/>
        <w:jc w:val="left"/>
      </w:pPr>
      <w:r>
        <w:rPr>
          <w:rFonts w:ascii="Times New Roman" w:hAnsi="Times New Roman" w:eastAsia="Times New Roman" w:cs="Times New Roman"/>
        </w:rPr>
        <w:t>Shearjashub qhia meej tias txoj xov uas Yaxayas tshaj tawm ntawm “qhov kawg ntawm tus kwj dej ntawm lub pas dej saud, ntawm txoj kev loj mus rau thaj teb ntawm tus neeg ntxhua khaub ncaws” yog ib txoj xov uas qhia txog cov seem uas rov qab los. Cov seem ntawd yog cov uas nyob hauv phau ntawv Malakis uas raug hu kom sim tus Tswv los ntawm kev rov qab los cuag nws, thiab los ntawm kev coj ib feem kaum rov qab los rau hauv lub txhab. Cov uas rov qab los kuj raug Yelemis sawv cev tias yog cov uas rov qab los tom qab thawj qhov kev poob siab. Hauv tshooj xya “qhov kawg ntawm tus kwj dej ntawm lub pas dej saud, ntawm txoj kev loj mus rau thaj teb ntawm tus neeg ntxhua khaub ncaws” nthuav tawm Yaxayas tab tom muab ib txoj xov rau ib tug vajntxwv phem ntawm sab qab teb, thiab hauv Yaxayas peb caug rau Eliakim, Shebna thiab Yoas tus kws sau tseg tau sib tham sawv cev rau Hesekiyas, thaum Rabshakeh sawv cev rau Sennacherib.</w:t>
      </w:r>
    </w:p>
    <w:p>
      <w:pPr>
        <w:pStyle w:val="ArticleBody"/>
        <w:jc w:val="left"/>
      </w:pPr>
      <w:r>
        <w:rPr>
          <w:rFonts w:ascii="Times New Roman" w:hAnsi="Times New Roman" w:eastAsia="Times New Roman" w:cs="Times New Roman"/>
        </w:rPr>
        <w:t>Thawj lus xub thawj ntawm “qhov kawg ntawm tus kwj dej ntawm lub pas dej saud ntawm txojkev loj ntawm tus teb ntawm tus neeg ntxhua khaub ncaws” raug Yaxayas thiab nws tus tub tshaj tawm, hos txoj lus kawg ntawm “qhov kawg ntawm tus kwj dej ntawm lub pas dej saud ntawm txojkev loj ntawm tus teb ntawm tus neeg ntxhua khaub ncaws” raug peb tug neeg tshaj tawm. Thawj txoj lus ntawd yog rau ib tug vajntxwv sab hauv, hos txoj lus thib ob yog rau ib tug vajntxwv sab nraud. Txoj kab faib yog phab ntsa, uas yog ib lub cim ntawm Vajtswv txoj kevcai, thiab yog txoj kevcai Hnub Sunday uas sawv cev rau kev tshem tawm phab ntsa uas cais pawg ntseeg thiab lub xeev. Thaum txog txoj kevcai Hnub Sunday, lossis ntawm phab ntsa, muaj peb lub cim; Eliakim yog Philadelphia, Shebna yog Laodicea, thiab Joab tus kws sau ntaub ntawv yog Sardis.</w:t>
      </w:r>
    </w:p>
    <w:p>
      <w:pPr>
        <w:pStyle w:val="ArticleBody"/>
        <w:jc w:val="left"/>
      </w:pPr>
      <w:r>
        <w:rPr>
          <w:rFonts w:ascii="Times New Roman" w:hAnsi="Times New Roman" w:eastAsia="Times New Roman" w:cs="Times New Roman"/>
        </w:rPr>
        <w:t>Thaum txog txoj cai Hnub Caiv, coob leej yuav raug muab rhuav pov tseg raws li Daniel 11:41, thiab cov neeg ntawd yog cov uas raug tuav txim raws li qhov kaj hais txog Hnub Xanpataus hnub xya. Cov uas raug rhuav pov tseg hauv nqe 41 yog cov Seventh-day Adventists uas yog Laodicea, hos Eliakim sawv cev rau Philadelphia.</w:t>
      </w:r>
    </w:p>
    <w:p>
      <w:pPr>
        <w:pStyle w:val="ArticleScripture"/>
        <w:jc w:val="left"/>
      </w:pPr>
      <w:r>
        <w:rPr>
          <w:rFonts w:ascii="Times New Roman" w:hAnsi="Times New Roman" w:eastAsia="Times New Roman" w:cs="Times New Roman"/>
        </w:rPr>
        <w:t>Thiab nyob rau hnub ntawd, kuv yuav hu kuv tus tub qhe Eliakim, tus tub ntawm Hilkiah: Kuv yuav pub nws hnav koj lub tsho ntev, thiab yuav txhawb nws nrog koj txoj siv sia, thiab kuv yuav muab koj txoj kev kav rau hauv nws txhais tes: thiab nws yuav ua ib leej txiv rau cov neeg nyob hauv Yeluxalees, thiab rau tsev neeg Yudas. Thiab tus yawm sij ntawm tsev Daviv kuv yuav muab tso rau saum nws lub xub pwg; yog li nws yuav qhib, thiab yuav tsis muaj leej twg kaw tau; thiab nws yuav kaw, thiab yuav tsis muaj leej twg qhib tau. Yaxayas 22:20–22.</w:t>
      </w:r>
    </w:p>
    <w:p>
      <w:pPr>
        <w:pStyle w:val="ArticleScripture"/>
        <w:jc w:val="left"/>
      </w:pPr>
      <w:r>
        <w:rPr>
          <w:rFonts w:ascii="Times New Roman" w:hAnsi="Times New Roman" w:eastAsia="Times New Roman" w:cs="Times New Roman"/>
        </w:rPr>
        <w:t>Thiab rau tus tim tswv ntawm pawg ntseeg hauv Filadelefia sau hais tias; Tus uas dawb huv, tus uas yog qhov tseeb, tus uas muaj yawm sij ntawm Daviv, tus uas qhib ces tsis muaj leejtwg kaw tau; thiab tus uas kaw ces tsis muaj leejtwg qhib tau; nws hais tej no tias; Kuv paub koj tej haujlwm: saib maj, Kuv tau tso ib lub qhov rooj qhib rau ntawm koj xub ntiag, thiab tsis muaj leejtwg kaw tau nws li: rau qhov koj muaj zog me ntsis xwb, thiab tau ceev kuv lo lus, thiab tsis tau tsis lees kuv lub npe. Saib maj, Kuv yuav ua rau cov neeg ntawm Xatas lub tsev sablaj, cov uas hais tias lawv yog neeg Yudais, tiamsis tsis yog, tsuas yog dag xwb; saib maj, Kuv yuav ua rau lawv los pe hawm ntawm koj ko taw xub ntiag, thiab kom lawv paub tias Kuv tau hlub koj. Tshwmsim 3:7–9.</w:t>
      </w:r>
    </w:p>
    <w:p>
      <w:pPr>
        <w:pStyle w:val="ArticleBody"/>
        <w:jc w:val="left"/>
      </w:pPr>
      <w:r>
        <w:rPr>
          <w:rFonts w:ascii="Times New Roman" w:hAnsi="Times New Roman" w:eastAsia="Times New Roman" w:cs="Times New Roman"/>
        </w:rPr>
        <w:t>Shebna raug hloov los ntawm Eliakim, thiab Shebna saum phab ntsa sawv cev rau cov Laodicean Seventh-day Adventists uas tsis kam txais txiaj ntsig los ntawm txoj xov ntawm nag thaum ntxov lossis nag tom qab. Nag thaum ntxov nrog pawg ntseeg raug sawv cev los ntawm Yaxayas thiab cov seem uas rov qab los, thiab txoj xov ntawd raug xa mus rau ib pawg ntseeg uas twb tig mus tawm tsam lawm, uas raug sawv cev los ntawm tus vajntxwv phem Ahaz. Txoj xov ntawm saum phab ntsa raug muab rau ib tug vajntxwv phem ntawm sab qaum teb uas nrhiav kev kov yeej Yeluxalees, thiab nws sawv cev rau nag tom qab nyob rau hauv kev txheeb rau nag thaum ntxov. Thaum Vajtswv pawg ntseeg raug txiav txim, nag thaum ntxov lossis nag thawj zaug tsuas txau me ntsis xwb, tiam sis thaum txoj cai Hnub Caiv cuav los txog, nag raug nchuav tawm yam tsis muaj qhov ntsuas. Txoj xov rau Ahaz yog txoj xov sab hauv, txoj xov rau Sennacherib yog sab nraud. Thawj lub suab ntawm Tshwmsim 18:1–3 yog ib qho rov hais dua ntawm txoj xov tim tswv thib ob thiab yog sab hauv. Lub suab thib ob ntawm Tshwmsim kaum yim nqe plaub yog sab nraud thiab yog txoj xov thib peb. Yaxayas thiab nws tus tub tau nqa txoj xov sab hauv ntawm tim tswv thib ob, thiab saum phab ntsa nrog ib txoj xov sab nraud muaj peb tug ntsuj plig.</w:t>
      </w:r>
    </w:p>
    <w:p>
      <w:pPr>
        <w:pStyle w:val="ArticleBody"/>
        <w:jc w:val="left"/>
      </w:pPr>
      <w:r>
        <w:rPr>
          <w:rFonts w:ascii="Times New Roman" w:hAnsi="Times New Roman" w:eastAsia="Times New Roman" w:cs="Times New Roman"/>
        </w:rPr>
        <w:t>Eliakhis yog ib puas plaub caug plaub txhiab tus, Shebna yog Laodicea Xya-hnub Adventism uas raug muab ntiab tawm ntawm tus Tswv lub qhov ncauj nyob rau lub sijhawm ntawd. Yo-as tus kws sau keeb kwm sawv cev rau Vajtswv pab yaj lwm pab, uas sau tseg txog keeb kwm uas coj mus txog rau ntawm phab ntsa, kom thiaj paub txog chij-cim ntawm Eliakhis thaum nws raug tsa kom sawv.</w:t>
      </w:r>
    </w:p>
    <w:p>
      <w:pPr>
        <w:pStyle w:val="ArticleBody"/>
        <w:jc w:val="left"/>
      </w:pPr>
      <w:r>
        <w:rPr>
          <w:rFonts w:ascii="Times New Roman" w:hAnsi="Times New Roman" w:eastAsia="Times New Roman" w:cs="Times New Roman"/>
        </w:rPr>
        <w:t>Yaxayas 8:8 coj cov lus hauv Yaxayas tshooj rau txog kaum ob los rau hauv Daniyee kaum ib, nqe kaum. Thaum ua li ntawd nws muab ib tug tim khawv thib ob tias lub taub hau ntawm lub nceeg vaj tseem raug cia sawv nyob tom qab qhov kev tawm tsam. Nws txheeb qhia txog ib qho kev sib cav ntawm ib daim ntawv cog lus uas raug rhuav, uas raug siv los ua kom muaj ib qho kev sib ntaus rog tawg tuaj.</w:t>
      </w:r>
    </w:p>
    <w:p>
      <w:pPr>
        <w:pStyle w:val="ArticleBody"/>
        <w:jc w:val="left"/>
      </w:pPr>
      <w:r>
        <w:rPr>
          <w:rFonts w:ascii="Times New Roman" w:hAnsi="Times New Roman" w:eastAsia="Times New Roman" w:cs="Times New Roman"/>
        </w:rPr>
        <w:t>Txij thaum lub Koomhaum Soviet poob rau xyoo 1989, nyob hauv nqe plaub caug mus txog rau txoj cai Hnub Caiv uas yuav los sai no, uas sawv cev nyob hauv nqe tom ntej, muaj peb caug xya xyoo ntawm keeb kwm yaj saub uas nqe plaub caug tsis hais dab tsi txog li. Nqe kaum txog nqe kaum tsib ntawm Daniyee kaum ib sawv cev rau keeb kwm yaj saub uas tsis raug hais txog hauv nqe plaub caug. Tsuas pom tau xwb thaum siv txoj kev qhia kab rau kab. “Yog nej tsis ntseeg, mas tseeb tiag nej yuav tsis raug tsa ruaj khov,” yog lo lus ceeb toom yaj saub uas txuas nrog peb nqe uas piav txog xyoo 1989, thiab kev ua tiav hauv keeb kwm ntawm nqe yim ntawm Yaxayas yim nthuav tawm ib qho kev xeem rau Eli-akhi thiab Shebna. Koj puas pom, los yog koj dig muag?</w:t>
      </w:r>
    </w:p>
    <w:p>
      <w:pPr>
        <w:pStyle w:val="ArticleBody"/>
        <w:jc w:val="left"/>
      </w:pPr>
      <w:r>
        <w:rPr>
          <w:rFonts w:ascii="Times New Roman" w:hAnsi="Times New Roman" w:eastAsia="Times New Roman" w:cs="Times New Roman"/>
        </w:rPr>
        <w:t>Nqe plaub caug ib ntawm Daniyees kaum ib yog txoj cai Hnub Caiv uas yuav los sai sai no hauv Tebchaws Meskas, uas raug piv txwv los ntawm zaj keeb kwm uas tau ua kom nqe kaum rau tiav.</w:t>
      </w:r>
    </w:p>
    <w:p>
      <w:pPr>
        <w:pStyle w:val="ArticleScripture"/>
        <w:jc w:val="left"/>
      </w:pPr>
      <w:r>
        <w:rPr>
          <w:rFonts w:ascii="Times New Roman" w:hAnsi="Times New Roman" w:eastAsia="Times New Roman" w:cs="Times New Roman"/>
        </w:rPr>
        <w:t>Tiamsis tus uas tuaj tawm tsam nws yuav ua raws li nws tus kheej lub siab nyiam, thiab tsis muaj leejtwg yuav sawv taus ntawm nws xubntiag; thiab nws yuav sawv nyob hauv lub tebchaws muaj hwjchim ci ntsa iab, uas yuav raug rhuav tshem los ntawm nws txhais tes. Daniel 11:16.</w:t>
      </w:r>
    </w:p>
    <w:p>
      <w:pPr>
        <w:pStyle w:val="ArticleScripture"/>
        <w:jc w:val="left"/>
      </w:pPr>
      <w:r>
        <w:rPr>
          <w:rFonts w:ascii="Times New Roman" w:hAnsi="Times New Roman" w:eastAsia="Times New Roman" w:cs="Times New Roman"/>
        </w:rPr>
        <w:t>Nws tseem yuav nkag mus rau hauv lub tebchaws uas muaj yeeb koob, thiab ntau lub tebchaws yuav raug muab rhuav tshem; tiam sis cov no yuav dim ntawm nws txhais tes, yog Edaws, thiab Mau-as, thiab cov thawj ntawm cov me nyuam Amoos. Daniyee 11:41.</w:t>
      </w:r>
    </w:p>
    <w:p>
      <w:pPr>
        <w:pStyle w:val="ArticleBody"/>
        <w:jc w:val="left"/>
      </w:pPr>
      <w:r>
        <w:rPr>
          <w:rFonts w:ascii="Times New Roman" w:hAnsi="Times New Roman" w:eastAsia="Times New Roman" w:cs="Times New Roman"/>
        </w:rPr>
        <w:t>Kev ua tiav hauv keeb kwm ntawm nqe kaum rau mus txog nqe peb caug hauv Daniyees kaum ib yog keeb kwm ntawm Loos pej kum. Txhua kab lus yaj saub hauv Daniyees tshooj kaum ib yeej yog ib qho piv txwv txog keeb kwm ntawm Loos pej kum, Loos papas, lossis Loos niaj hnub no. Txhua kab lus twg los xij yeej yog qhia ncaj qha txog ib zaj keeb kwm ntawm Loos, lossis yog ib qho piv txwv txog ib zaj keeb kwm yav tom ntej ntawm Loos. Txhua kab lus. Cov nqe uas hais ncaj qha txog keeb kwm uas tau ua tiav los ntawm Loos pej kum, yog cov piv txwv txog Loos papas. Loos pej kum thiab Loos papas ua ke yog tim khawv txog Loos niaj hnub no. Loos yog tus tsa txoj kev yog toog, rau qhov txij thaum pib tshooj ntawd mus txog thaum kawg, txoj kev yog toog ntawd yog hais txog Loos.</w:t>
      </w:r>
    </w:p>
    <w:p>
      <w:pPr>
        <w:pStyle w:val="ArticleBody"/>
        <w:jc w:val="left"/>
      </w:pPr>
      <w:r>
        <w:rPr>
          <w:rFonts w:ascii="Times New Roman" w:hAnsi="Times New Roman" w:eastAsia="Times New Roman" w:cs="Times New Roman"/>
        </w:rPr>
        <w:t>Yexus tau qhia meej tias muaj ib tug neeg ntxeev siab, xwv kom pab Nws cov thwj tim ntseeg thaum Yudas txoj kev ntxeev siab raug muab nthuav tawm kom pom tseeb.</w:t>
      </w:r>
    </w:p>
    <w:p>
      <w:pPr>
        <w:pStyle w:val="ArticleScripture"/>
        <w:jc w:val="left"/>
      </w:pPr>
      <w:r>
        <w:rPr>
          <w:rFonts w:ascii="Times New Roman" w:hAnsi="Times New Roman" w:eastAsia="Times New Roman" w:cs="Times New Roman"/>
        </w:rPr>
        <w:t>“Hauv qhov uas Nws tshaj tawm txoj kev txom nyem rau Yudas, Khetos kuj muaj ib lub hom phiaj ntawm txoj kev hlub tshua rau Nws cov thwj tim. Los ntawm qhov ntawd Nws tau muab rau lawv ib qho pov thawj kawg nkaus uas ua tiav tshaj plaws txog Nws txoj kev yog tus Mexiyas. Nws hais tias, ‘Kuv qhia nej ua ntej kom txhob tau tshwm sim, xwv thaum nws tshwm sim lawm nej thiaj ntseeg tau tias KUV YOG TUS NTAWD.’ Yog Yexus nyob twj ywm, zoo li tsis paub txog yam uas yuav los raug rau Nws, cov thwj tim yuav tau xav tias lawv tus Xib Hwb tsis muaj kev pom yav tom ntej uas yog Vajtswv li, thiab Nws raug ntes tau yam tsis tau xav cia thiab raug muab cob rau hauv pab neeg tua neeg txhais tes. Ib xyoos ua ntej ntawd, Yexus tau hais rau cov thwj tim tias Nws tau xaiv kaum ob leeg, thiab ib leeg yog dab ntxwg nyoog. Nim no Nws cov lus rau Yudas, uas qhia tias nws txoj kev ntxeev siab yeej paub meej tag nrho rau nws tus Xib Hwb lawm, yuav txhawb kom Khetos cov thwjtim uas yog tseeb muaj kev ntseeg ruaj khov thaum Nws raug txo hwjchim. Thiab thaum Yudas los txog rau nws qhov kawg uas txaus ntshai ntawd, lawv yuav nco ntsoov txog txoj kev txom nyem uas Yexus tau tshaj tawm rau tus neeg ntxeev siab.” The Desire of Ages, 655.</w:t>
      </w:r>
    </w:p>
    <w:p>
      <w:pPr>
        <w:pStyle w:val="ArticleBody"/>
        <w:jc w:val="left"/>
      </w:pPr>
      <w:r>
        <w:rPr>
          <w:rFonts w:ascii="Times New Roman" w:hAnsi="Times New Roman" w:eastAsia="Times New Roman" w:cs="Times New Roman"/>
        </w:rPr>
        <w:t>Lub Kaum Ob Hlis 31, 2023, Tus Tsov Ntxhuav ntawm xeem Yudas tau pib qhib kev tshwm sim txog Nws tus kheej, thiab qhov kev xeem hauv paus tau pib lawm. Qhov kev xeem ntawd yog hais txog seb puas yog Loos tseem yog lub cim uas tsa txoj yog toog pom hauv nqe kaum plaub, los yog tej yam twb hloov lawm? Thaum tus thawj tus antichrist ntawm Tebchaws Meskas pib kav rau lub Tsib Hlis 8, 2025, nqe kaum plaub twb tau tiav lawm. Ces thiaj pom tau tias txoj kev sib raug zoo ntawm Trump thiab pope Leo twb raug ua yam ntxwv ua ntej los ntawm Reagan thiab John Paul II. Tsov rog Ukrainian uas pib xyoo 2014, thaum Lub Tsev Haujlwm Saib Xyuas Xeev ntawm Tebchaws Meskas ua kom muaj ib qho color revolution hauv Ukraine, tau tshwm sim nyob hauv lub sijhawm thawj tswj hwm ntawm Obama, uas tau kav nyob rau lub caij ntawm ob tug pope. Reagan thiab John Paul II nyob hauv nqe kaum, ces tom qab ntawd, xyoo 2014, Tsov rog Ukrainian tau pib raws li tau sawv cev los ntawm nqe kaum ib txoj kev sib ntaus ntawm thaj av ciam teb, los yog txoj kev sib ntaus ntawm Raphia. Raphia txhais tias “thaj av ciam teb,” thiab lo lus “Ukraine” kuj txhais tib yam thiab. Nyob hauv keeb kwm ntawd Obama thiab ob tug pope cim txog txoj kev sib ntaus zaum ob ntawm peb txoj kev sib ntaus hauv nqe kaum txog kaum tsib. Ces xyoo 2024, Trump rov qab los raws li kev ua tiav ntawm nqe kaum peb. Ces hauv nqe kaum plaub, txoj yog toog pom raug tsa kom ruaj los ntawm qhov kev tuaj txog ntawm Trump tus uas yog nws tus khub raws li pope.</w:t>
      </w:r>
    </w:p>
    <w:p>
      <w:pPr>
        <w:pStyle w:val="ArticleBody"/>
        <w:jc w:val="left"/>
      </w:pPr>
      <w:r>
        <w:rPr>
          <w:rFonts w:ascii="Times New Roman" w:hAnsi="Times New Roman" w:eastAsia="Times New Roman" w:cs="Times New Roman"/>
        </w:rPr>
        <w:t>Yam uas raug tsim tsa yog tias peb txoj kev sib ntaus hauv nqe kaum txog nqe kaum tsib sawv cev rau peb lub cim-sijhawm uas txhua qhov qhia txog txoj kev sib raug zoo ntawm Jezebel thiab Ahab uas coj mus rau Roob Carmel thaum txog txoj cai Hnub Xanpataus. Thaum Reagan, Jezebel nyob hauv Samaria, zais cia los ntawm ib daim ntawv cog lus zais. Ces cov pov thawj ntawm Npa-as thiab cov yaj saub ntawm lub hav txwv yeem tau tsa kev ntseeg dab qhuas sab ntsuj plig ntawm kev ywj pheej Catholicism uas “woke,” nrog rau Obama lub cim qhia uas muaj ob sab sib txawv tsis haum xeeb—ob qho tib si tus yaj saub cuav ntawm Protestantism uas twb poob txoj kev ntseeg lawm thiab tus yaj saub cuav ntawm Islam—kev pe hawm niam ntiajteb, kev qias vuab tsuab tsis tswj tus kheej, thiab kev tsis muaj cai raws li Fab Kis Kev Tawm Tsam. Ces Trump rov qab los xyoo 2024, thiab txoj kev sib raug zoo qhib lug ntawm tus tsiaj qus thiab nws tus duab raug nthuav tawm meej xyoo 2025. Tam sim no yog xyoo 2026, thiab qhov kev sim ntawm lub zeem muag sab nraud ntawm lub hauv paus twb dhau lawm, thiab nim no peb nyob hauv lub zeem muag ntawm qhov kev sim ntawm lub tuam tsev.</w:t>
      </w:r>
    </w:p>
    <w:p>
      <w:pPr>
        <w:pStyle w:val="ArticleBody"/>
        <w:jc w:val="left"/>
      </w:pPr>
      <w:r>
        <w:rPr>
          <w:rFonts w:ascii="Times New Roman" w:hAnsi="Times New Roman" w:eastAsia="Times New Roman" w:cs="Times New Roman"/>
        </w:rPr>
        <w:t>Nqe kaum yog tau ua tiav thaum sib ntaus rog ntawm Raphia hauv xyoo 217 BC, thiab nws ua qauv qhia txog Tsov Rog Ukrainian uas tau pib xyoo 2014, uas tau nce siab ntxiv xyoo 2022, thiab tam sim no twb yuav xaus lawm. Putin yuav yog tus yeej, tiam sis txoj kev yeej ntawd tsuas yog qhib mus rau qhov pib ntawm nws txoj kev puas tsuaj xwb. Tus qauv yaj saub ntawm nqe kaum ib thiab nws txoj kev ua tiav hauv keeb kwm thaum Ptolemy yeej hauv kev sib ntaus rog ntawm Raphia xyoo 217 BC raws li kev ua tiav ntawm nqe kaum ib hauv tshooj kaum ib, sib haum nrog keeb kwm yaj saub ntawm vajntxwv Uzziah. Ob leeg, Ptolemy thiab Uzziah, yog vajntxwv sab qab teb, uas lawv lub siab tau raug tsa siab vim yog lawv tej kev vam meej hauv kev ua rog, tiam sis lawv lub siab tsa siab ntawd tau coj nkawd ob leeg poob qis, thiab nkawd ob leeg txoj kev puas tsuaj muaj kev txuas nrog kev sim ua kevcai fij hauv lub chaw dawb huv hauv Yeluxalees.</w:t>
      </w:r>
    </w:p>
    <w:p>
      <w:pPr>
        <w:pStyle w:val="ArticleBody"/>
        <w:jc w:val="left"/>
      </w:pPr>
      <w:r>
        <w:rPr>
          <w:rFonts w:ascii="Times New Roman" w:hAnsi="Times New Roman" w:eastAsia="Times New Roman" w:cs="Times New Roman"/>
        </w:rPr>
        <w:t>Peb yuav txuas ntxiv tshuaj xyuas txog Putin txoj kev poob uas coj mus rau hauv tsov rog ntawm Panium nyob rau nqe kaum tsib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Zauv Kaum Rau</dc:title>
  <dc:subject>Lub Sijhawm Kawg</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