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Zaj Xya 17</w:t>
      </w:r>
    </w:p>
    <w:p>
      <w:pPr>
        <w:pStyle w:val="ArticleSubtitle"/>
        <w:jc w:val="left"/>
      </w:pPr>
      <w:r>
        <w:rPr>
          <w:rFonts w:ascii="Arial" w:hAnsi="Arial" w:eastAsia="Arial" w:cs="Arial"/>
        </w:rPr>
        <w:t>Qhov Uas Muaj tiag thiab Lub Zeem Muag: Daniel Ob Kab Lus Qhia Yaj Saub thiab Kev Qhib Phau Tshwm Sim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Hnub Hlis 18, 2020 thawj qhov kev poob siab ntawm txoj kev txav ntawm ib puas plaub caug plaub txhiab tus tau los txog. Nws tshwm sim nyob hauv “keeb kwm zais” ntawm nqe plaub caug hauv Daniyees kaum ib. Qhov kev poob siab ntawd tshwm sim thaum “keeb kwm zais” ntawd twb mus deb lawm—ib qho keeb kwm uas tau pib nrog kev vau ntawm Soviet Union xyoo 1989. Nqe plaub caug ib sawv cev rau txoj cai hnub Sunday nyob hauv Tebchaws Meskas, uas kuj raug sawv cev hauv nqe kaum rau ntawm tib tshooj ntawd thiab. Kev “qhib lub foob” ntawm tej qhov tseeb uas tsim ua “keeb kwm zais” ntawm nqe plaub caug hauv xyoo 2023 raug Daniyees nthuav tawm hauv tshooj kaum ob. Tshooj kaum mus txog kaum ob yog tib lub zeem muag, thiab lub zeem muag ntawd pib los ntawm kev qhia tias Daniyees sawv cev rau cov “txawj ntse” uas to taub ob qho lus hauv thiab lus nraud ntawm tej yaj saub, uas raug sawv cev nyob ntawd ua “yam ntawd” thiab “lub zeem muag.”</w:t>
      </w:r>
    </w:p>
    <w:p>
      <w:pPr>
        <w:pStyle w:val="ArticleScripture"/>
        <w:jc w:val="left"/>
      </w:pPr>
      <w:r>
        <w:rPr>
          <w:rFonts w:ascii="Times New Roman" w:hAnsi="Times New Roman" w:eastAsia="Times New Roman" w:cs="Times New Roman"/>
        </w:rPr>
        <w:t>Xyoo peb ntawm Vajntxwv Khauli uas kav tebchaws Pawxia, ib yam raug muab tshwm rau Daniyees, tus uas hu ua Npelteshaxas; thiab yam ntawd yog qhov tseeb, tiamsis lub sijhawm uas tau teem tseg ntawd ntev heev: thiab nws nkag siab yam ntawd, thiab muaj kev to taub txog zaj yog toog. Daniyees 10:1.</w:t>
      </w:r>
    </w:p>
    <w:p>
      <w:pPr>
        <w:pStyle w:val="ArticleHeading"/>
        <w:jc w:val="left"/>
      </w:pPr>
      <w:r>
        <w:rPr>
          <w:rFonts w:ascii="Arial" w:hAnsi="Arial" w:eastAsia="Arial" w:cs="Arial"/>
        </w:rPr>
        <w:t>Ob Lub Zeem Muag Ob Zaug</w:t>
      </w:r>
    </w:p>
    <w:p>
      <w:pPr>
        <w:pStyle w:val="ArticleBody"/>
        <w:jc w:val="left"/>
      </w:pPr>
      <w:r>
        <w:rPr>
          <w:rFonts w:ascii="Times New Roman" w:hAnsi="Times New Roman" w:eastAsia="Times New Roman" w:cs="Times New Roman"/>
        </w:rPr>
        <w:t>“Yam” thiab “lub zeem muag” sawv cev rau sab hauv thiab sab nraud ntawm cov zeem muag cev Vajtswv lus, thiab Daniyee sawv cev rau ib haiv neeg uas to taub ob yam no, vim ob qho tib si “yam” thiab “lub zeem muag” tau raug “qhia tawm” rau Daniyee hauv tshooj kaum. Hauv tshooj ntawd, rau hnub nees nkaum ob, lub zeem muag txog Khetos hauv lub chaw dawb huv tau raug “qhia tawm” rau Daniyee. Lo lus Henplais uas txhais ua “yam” yog txhais ua “tej xwm” hauv tshooj cuaj, thiab tseem raug nthuav tawm nyob ntawd nrog kev txuas rau “lub zeem muag.”</w:t>
      </w:r>
    </w:p>
    <w:p>
      <w:pPr>
        <w:pStyle w:val="ArticleScripture"/>
        <w:jc w:val="left"/>
      </w:pPr>
      <w:r>
        <w:rPr>
          <w:rFonts w:ascii="Times New Roman" w:hAnsi="Times New Roman" w:eastAsia="Times New Roman" w:cs="Times New Roman"/>
        </w:rPr>
        <w:t>Thaum thaum pib ntawm koj tej lus thov, lo lus txib twb tawm los lawm, thiab kuv tau los qhia rau koj; rau qhov koj yog tus uas tau hlub heev kawg li: yog li ntawd, cia li nkag siab txog lo lus ntawd, thiab xav txog lub zeem muag. Daniel 9:23.</w:t>
      </w:r>
    </w:p>
    <w:p>
      <w:pPr>
        <w:pStyle w:val="ArticleBody"/>
        <w:jc w:val="left"/>
      </w:pPr>
      <w:r>
        <w:rPr>
          <w:rFonts w:ascii="Times New Roman" w:hAnsi="Times New Roman" w:eastAsia="Times New Roman" w:cs="Times New Roman"/>
        </w:rPr>
        <w:t>Lo lus “yam” nyob hauv tshooj kaum yog tib lo lus uas txhais ua “zaj teeb meem” nyob hauv nqe nees nkaum peb ntawm tshooj cuaj. Hauv Daniel qhov yog toog pom kawg ntawm tshooj kaum mus txog tshooj kaum ob; “yam” ntawm tshooj kaum ib lossis “zaj teeb meem” ntawm tshooj kaum yog ob qho tib si txuas nrog “yog toog pom.” “Yog toog pom” yog lo lus Henplais “mareh,” thiab txhais tias “kev tshwm sim.” Daniel txheeb ob “yog toog pom” hauv nws phau ntawv, txawm li ntawd los ib qho ntawm ob “yog toog pom” ntawd raug sawv cev nyob hauv txoj kev hais poj niam thiab tom qab ntawd rov hais dua nyob hauv txoj kev hais txiv neej. Daniel hauv nqe ib ntawm tshooj kaum sawv cev rau cov uas to taub “yog toog pom” ntawm kev tshwm sim, thiab kuj to taub “zaj teeb meem” lossis “yam” thiab. Hauv tshooj yim Daniel txheeb ob “yog toog pom” uas sib txuas nrog ib leeg. Hauv lus Askiv lo lus vision muaj nyob yim zaug hauv tshooj ntawd, thiab ib lo lus Henplais uas txhais ua “yog toog pom” yog “mareh,” hos lwm lo yog “chazon.” Mareh txhais tias “kev tshwm sim,” hos chazon txhais tias “ib zaj npau suav, ib qho kev tshwm qhia, lossis ib lo lus faj lem.” Cov ntsiab lus hauv tshooj yim teeb kom meej tias thaum lo lus “mareh” raug txhais ua “yog toog pom” nws sawv cev rau “kev tshwm sim ntawm Khetos.”</w:t>
      </w:r>
    </w:p>
    <w:p>
      <w:pPr>
        <w:pStyle w:val="ArticleBody"/>
        <w:jc w:val="left"/>
      </w:pPr>
      <w:r>
        <w:rPr>
          <w:rFonts w:ascii="Times New Roman" w:hAnsi="Times New Roman" w:eastAsia="Times New Roman" w:cs="Times New Roman"/>
        </w:rPr>
        <w:t>Ua piv txwv, lo lus “mareh” lossis “zeem muag ntawm qhov tshwm sim” nyob hauv Daniel 8:14 txhais hais tias thaum Lub Kaum Hli 22, 1844, Khetos yuav tshwm sim tam sim ntawd hauv lub tuam tsev kom ua tiav raws li tus Tubtxib ntawm Kev Cog Lus hauv Malakis tshooj peb, yam uas Muam White tau hais tias tau ua tiav rau Lub Kaum Hli 22, 1844. Thaum Muam White txheeb xyuas tias tus timtswv hauv Tshwm Sim tshooj kaum uas nqes los thiab tsa ib txhais ko taw rau saum av thiab ib txhais rau saum hiav txwv yog “tsis yog lwm tus dua li Yexus Khetos” nws tab tom txheeb xyuas ib lub cim taw qhia hauv yav tom ntej uas Khetos tshwm sim. Qhov ntawd yog ib qho ntawm Nws ntau zaus kev tshwm sim. Nws tau tshwm sim thaum Mauxes sawv hauv qhov tuag rov los raws li Yudas hais. Nyob ntawd Nws tau tshwm sim ua Mikha-ee tus thawj timtswv, los txawm li ntawd los nws tseem yog ib qho kev tshwm sim raws yaj saub. Lo lus mareh hauv tshooj yim kuj raug txhais ua “kev tshwm sim,” raws nraim li nws lub ntsiab lus.</w:t>
      </w:r>
    </w:p>
    <w:p>
      <w:pPr>
        <w:pStyle w:val="ArticleScripture"/>
        <w:jc w:val="left"/>
      </w:pPr>
      <w:r>
        <w:rPr>
          <w:rFonts w:ascii="Times New Roman" w:hAnsi="Times New Roman" w:eastAsia="Times New Roman" w:cs="Times New Roman"/>
        </w:rPr>
        <w:t>Thiab tau muaj li no tias, thaum kuv, yog kuv tus kheej Daniyees, tau pom lub zeem muag ntawd thiab nrhiav kom paub nws lub ntsiab, saib seb, muaj ib tug sawv ntawm kuv xub ntiag, zoo li tus yam ntxwv ntawm ib tug neeg. Daniyees 8:15.</w:t>
      </w:r>
    </w:p>
    <w:p>
      <w:pPr>
        <w:pStyle w:val="ArticleBody"/>
        <w:jc w:val="left"/>
      </w:pPr>
      <w:r>
        <w:rPr>
          <w:rFonts w:ascii="Times New Roman" w:hAnsi="Times New Roman" w:eastAsia="Times New Roman" w:cs="Times New Roman"/>
        </w:rPr>
        <w:t>Ntawm no, lub ntsiab lus qhia meej tias yog tus timtswv Gabriel uas muaj “qhov zoo li ib tug neeg,” thiab lo lus “qhov zoo li” ntawd yog mareh—qhov zoo li hauv kev ua yog toog pom ntawm Khetos—vim ib yam li Khetos raug sawv cev los ntawm Michael tus thawj timtswv, thiab los ntawm tus timtswv muaj hwjchim loj hauv Tshwmsim kaum, Khetos kuj raug pauv siv tau raws li kev yaj saub nrog lub cim ntawm cov timtswv, thiab txawm yog neeg tib si. Txawm yog Gabriel hauv nqe ntawd, los yog Khetos hauv Tshwmsim kaum, los yog raws li Michael tus thawj timtswv, lawv txhua tus sawv cev rau ib txoj xov; thiab vim li no Niam Laus White thiaj muab cov timtswv hauv Tshwmsim piv nrog ob yam tib si: txoj xov uas lawv sawv cev rau, thiab cov neeg uas tshaj tawm txoj xov uas cov timtswv ntawd sawv cev rau. Qhov tseeb no tseem ceeb heev uas nyob hauv peb nqe thawj ntawm Tshwmsim ib, peb nqe uas tshaj tawm txog kev qhib tawm ntawm Tshwmsim txog Yexus Khetos, ua ntej sijhawm kev sim siab kaw, rau qhov “lub sijhawm twb los ze lawm,” txoj kev sib txuas lus ntawm Vajtswv rau tibneeg raug qhia meej tshwj xeeb tias yog ib txoj xov ntawm Leej Txiv, uas tau muab rau Leej Tub, uas tom qab ntawd muab txoj xov rau ib tug timtswv, tus uas mam li nqa mus rau ib tug neeg, tus ntawd rov xa mus rau cov pawg ntseeg. Txhua kauj ruam hauv txoj kev sib txuas lus ntawd yog dawb huv thiab huv si, thiab qhov kev dawb huv uas raug ua kom dawb huv ntawd raug sawv cev rau ntawm cov cim ciam hauv kev yaj saub uas Khetos tshwm los raws li Nws Tus Kheej, los yog los ntawm ib tug timtswv, ib tug neeg, lossis ib txoj xov. Thaum Nws txuas Nws Tus Kheej ncaj qha nrog ib qho cim ciam, qhov ntawd yog “mareh” “qhov zoo li yog toog pom.”</w:t>
      </w:r>
    </w:p>
    <w:p>
      <w:pPr>
        <w:pStyle w:val="ArticleScripture"/>
        <w:jc w:val="left"/>
      </w:pPr>
      <w:r>
        <w:rPr>
          <w:rFonts w:ascii="Times New Roman" w:hAnsi="Times New Roman" w:eastAsia="Times New Roman" w:cs="Times New Roman"/>
        </w:rPr>
        <w:t>Qhov Kev Qhia Tshwm Sim ntawm Yexus Khetos, uas Vajtswv tau pub rau nws, kom qhia rau nws cov tub qhe paub txog tej yam uas yuav tsum muaj tshwm sim sai sai no; thiab nws txib nws tus tim tswv mus qhia nws rau nws tus tub qhe Yauhas los ntawm tej cim: uas tau ua tim khawv txog Vajtswv txoj lus, thiab txog Yexus Khetos zaj lus tim khawv, thiab txog txhua yam uas nws tau pom. Foom koob hmoov rau tus uas nyeem, thiab rau cov uas mloog tej lus ntawm zaj lus faj lem no, thiab ceev tej yam uas tau sau tseg rau hauv no: rau qhov lub sij hawm twb los ze lawm. … Thiab nws hais rau kuv tias, Tsis txhob muab tej lus ntawm zaj lus faj lem hauv phau ntawv no kaw cia: rau qhov lub sij hawm twb los ze lawm. Tus uas tsis ncaj, cia nws tseem tsis ncaj li qub: thiab tus uas qias neeg, cia nws tseem qias neeg li qub: thiab tus uas ncaj ncees, cia nws tseem ncaj ncees li qub: thiab tus uas dawb huv, cia nws tseem dawb huv li qub. Qhia Tshwm 1:1–3; 22:10, 11.</w:t>
      </w:r>
    </w:p>
    <w:p>
      <w:pPr>
        <w:pStyle w:val="ArticleBody"/>
        <w:jc w:val="left"/>
      </w:pPr>
      <w:r>
        <w:rPr>
          <w:rFonts w:ascii="Times New Roman" w:hAnsi="Times New Roman" w:eastAsia="Times New Roman" w:cs="Times New Roman"/>
        </w:rPr>
        <w:t>Hauv tshooj yim, “chazon” yog lwm lo lus Henplais uas raug txhais ua “zeem muag.” Nyob rau hauv kev txheeb nrog “kev tshwm sim,” zeem muag “marah” tab tom txheeb ib lub cim taw qhia txoj kev, hos zeem muag “chazon” tab tom txheeb ib lub sijhawm yaj saub. Muaj ib txoj kev sib npaug los saum ntuj los nyob rau hauv ob lo lus uas raug txhais ua “zeem muag” hauv tshooj yim, nyob rau hauv qhov uas lo lus Henplais “mareh” kuj raug Daniyees siv hauv nws daim ntawv poj niam ua “marah.” Hos nrog “chazon,” Daniyees nthuav qhia nws ua ob txoj kev, tsis yog los ntawm kev sib piv ntawm daim ntawv txiv neej thiab daim ntawv poj niam, tiam sis los ntawm ob lo lus uas txheeb tib lub ntsiab, tab sis thaum ua li ntawd, lawv nthuav dav zuj zus tsis muaj chaw kawg.</w:t>
      </w:r>
    </w:p>
    <w:p>
      <w:pPr>
        <w:pStyle w:val="ArticleBody"/>
        <w:jc w:val="left"/>
      </w:pPr>
      <w:r>
        <w:rPr>
          <w:rFonts w:ascii="Times New Roman" w:hAnsi="Times New Roman" w:eastAsia="Times New Roman" w:cs="Times New Roman"/>
        </w:rPr>
        <w:t>Chazon txhais hais tias yog qhov kev ua yog toog pom, lossis yog lus faj lem, lossis yog kev cev lus faj lem; thiab lo lus uas nyob hauv Askiv raug txhais ua “matter” lossis “thing” ntawd yog lo lus Henplais “dabar,” uas txhais hais tias “lo lus.” Thaum to taub tias txoj kev ua yog toog pom “chazon” kuj raug Daniyees sawv cev los ntawm lo lus “dabar,” ces ob lo lus ntawd ua ke sawv cev rau tej lus faj lem ntawm Vajtswv Txojlus. Daniyees ib txwm muab “dabar” lossis “chazon” piv txawv ntawm “mareh.” Thaum muab xav txog nyob rau theem yaj saub, “tej lus faj lem ntawm Vajtswv Txojlus,” raws li sawv cev los ntawm “dabar” thiab “chazon,” thaum coj los koom nrog txoj kev ua yog toog pom “marah” hais txog Khetos qhov tshwm sim, ces koj thiaj muaj cov cim ciam dawb huv ntawm keeb kwm yaj saub ntawm Vajtswv Txojlus. Ces yog tias koj ntxiv “marah,” uas yog hom poj niam ntawm lo lus “mareh,” rau hauv kab ntsiab lus ntawm “vision” hauv Daniyees, koj yuav muaj txoj kev ua yog toog pom zoo li daim iav hais txog kev raug suav tias ncaj ncees los ntawm txoj kev ntseeg.</w:t>
      </w:r>
    </w:p>
    <w:p>
      <w:pPr>
        <w:pStyle w:val="ArticleBody"/>
        <w:jc w:val="left"/>
      </w:pPr>
      <w:r>
        <w:rPr>
          <w:rFonts w:ascii="Times New Roman" w:hAnsi="Times New Roman" w:eastAsia="Times New Roman" w:cs="Times New Roman"/>
        </w:rPr>
        <w:t>Hauv Daniel txoj kev ua yog toog kawg, uas sawv cev los ntawm peb tshooj kawg hauv nws phau ntawv, Daniel sawv cev rau ib haiv neeg nyob rau hnub kawg uas to taub txog cov “lus faj lem uas pom hauv yog toog” ntawm “Vajtswv Txojlus,” thiab txog qhov dawb ceev ntawm cov cim tseg dawb huv uas ua ke tsim tsa txoj kev txav ntawm kev kho kom raug ntawm ib puas plaub caug plaub txhiab leej, rau qhov lawv yog cov uas ua raws tus Menyuam Yaj mus txhua qhov chaw uas Nws mus hauv Nws Txojlus faj lem dawb huv. Thaum lawv ua raws tus Menyuam Yaj, Nws coj lawv mus rau qhov yog toog zoo li daim iav hauv Daniel 10:7, qhov chaw uas lawv yuav khiav mus nkaum hauv qab kev yuam kev, qhov chaw uas lawv raug faus mus ib txhis, lossis lawv raug txo hwj chim mus rau hauv plua plav, raug suav hais tias ncaj ncees thiab raug txhawb kom muaj hwj chim muab txoj xov faj lem rau hnub kawg.</w:t>
      </w:r>
    </w:p>
    <w:p>
      <w:pPr>
        <w:pStyle w:val="ArticleBody"/>
        <w:jc w:val="left"/>
      </w:pPr>
      <w:r>
        <w:rPr>
          <w:rFonts w:ascii="Times New Roman" w:hAnsi="Times New Roman" w:eastAsia="Times New Roman" w:cs="Times New Roman"/>
        </w:rPr>
        <w:t>Nka-skubee txib Daniyee kom “to taub” ob yam tib si, yog “lo lus” thiab yog “lub zeem muag.” Lo lus Henplais uas txhais ua “to taub” txhais hais tias “ua ib qho kev cais tseg hauv lub siab.” Daniyee, tus uas sawv cev rau koj thiab kuv tus nyeem ntawv uas kuv hwm, raug txib kom to taub qhov txawv thiab qhov kev cais ntawm “lo lus” thiab “lub zeem muag.” Lub zeem muag chazon sawv cev rau txoj kab sab nraud ntawm keeb kwm yaj saub, hos lub zeem muag mareh sawv cev rau qhov tshwm sim ntawm Khetos. “Lo lus” thiab “yam ntawd” yog lo lus Henplais “dabar,” uas txhais tias Lo Lus. Yexus yog “dabar,” vim Nws yog Lo Lus. “Yam ntawd” thiab “lo lus,” ob qho tib si yog “dabar,” raug nthuav tawm nyob rau hauv kev sib txuas nrog lub zeem muag ntawm qhov tshwm sim.</w:t>
      </w:r>
    </w:p>
    <w:p>
      <w:pPr>
        <w:pStyle w:val="ArticleBody"/>
        <w:jc w:val="left"/>
      </w:pPr>
      <w:r>
        <w:rPr>
          <w:rFonts w:ascii="Times New Roman" w:hAnsi="Times New Roman" w:eastAsia="Times New Roman" w:cs="Times New Roman"/>
        </w:rPr>
        <w:t>Lo lus *dabar*, uas yog qhov teeb meem thiab qhov ntawd, kuj yog lub *chazon* yog toog pom ntawm tshooj yim thiab nws sawv cev rau yog toog pom ntawm keeb kwm yaj saub. Txhua yam ntawm cov kev sawv cev ntawd (*chazon*, *dabar*, teeb meem thiab qhov ntawd) qhia txog kab sab nraud ntawm kev yaj saub, hos lub *mareh*, thiab nws txoj kev nthuav tawm ua poj niam ntawm *marah*, sawv cev rau kab sab hauv ntawm kev yaj saub. Vajtswv haiv neeg nyob rau hnub kawg, uas raug sawv cev hauv Daniel kaum nqe ib, nkag siab ob kab sab hauv thiab sab nraud ntawm keeb kwm yaj saub. Hauv phau Qhia Tshwm, kab sab hauv raug sawv cev los ntawm xya pawg ntseeg thiab kab sab nraud raug sawv cev los ntawm xya lub cim qub.</w:t>
      </w:r>
    </w:p>
    <w:p>
      <w:pPr>
        <w:pStyle w:val="ArticleBody"/>
        <w:jc w:val="left"/>
      </w:pPr>
      <w:r>
        <w:rPr>
          <w:rFonts w:ascii="Times New Roman" w:hAnsi="Times New Roman" w:eastAsia="Times New Roman" w:cs="Times New Roman"/>
        </w:rPr>
        <w:t>Thaum Daniyees pom zaj yog toog pom ntawm Khetos tom qab nws yoo mov nees nkaum ib hnub, nws tau pom qhov kev nthuav tawm hauv poj niam tus cwj pwm ntawm zaj yog toog pom mareh. Mareh yog “qhov tshwm sim rau pom,” thiab thaum Daniyees pom Khetos, nws pom zaj yog toog pom “marah”; thiab txawm yog mareh txhais tias qhov tshwm sim rau pom, los tus poj niam ntawm tib lo lus ntawd txhais tias “ib daim iav.” Muam White qhia rau peb tias zaj yog toog pom uas Daniyees pom yog zaj yog toog pom uas Yauhas pom, thiab Yauhas pom zaj yog toog pom ntawd thaum Khetos nyob hauv lub chaw dawb huv saum ntuj ceeb tsheej.</w:t>
      </w:r>
    </w:p>
    <w:p>
      <w:pPr>
        <w:pStyle w:val="ArticleScripture"/>
        <w:jc w:val="left"/>
      </w:pPr>
      <w:r>
        <w:rPr>
          <w:rFonts w:ascii="Times New Roman" w:hAnsi="Times New Roman" w:eastAsia="Times New Roman" w:cs="Times New Roman"/>
        </w:rPr>
        <w:t>“Thaum lub sij hawm uas Gabriel tuaj xyuas, tus yaj saub Daniel tseem tsis tau muaj peev xwm txais tau kev qhuab qhia ntxiv lawm; tiam sis ob peb xyoos tom qab ntawd, vim nws xav paub ntxiv txog tej yam uas tseem tsis tau raug piav meej tag nrho, nws rov muab nws tus kheej rau txoj hauj lwm nrhiav qhov kaj thiab kev txawj ntse ntawm Vajtswv. ‘Nyob rau cov hnub ntawd kuv Daniel tab tom quaj ntsuag tau peb lub lim tiam puv npo. Kuv tsis tau noj mov qab zib li, tsis muaj nqaij los cawv nkag rau hauv kuv lub qhov ncauj li, thiab kuv tsis tau pleev roj rau kuv tus kheej ib qho li.... Ces kuv tsa muag ntsia, thiab saib maj mam, muaj ib tug txivneej hnav ntaub linen, nws lub duav raug qhwv nrog kub zoo zoo ntawm Uphaz. Nws lub cev zoo li pob zeb beryl, nws lub ntsej muag zoo li qhov pom ntawm xob laim, nws ob lub qhov muag zoo li teeb hluav taws, nws ob txhais npab thiab ob txhais taw muaj xim zoo li tooj dag txhuam kom ci, thiab lub suab ntawm nws tej lus zoo li lub suab ntawm ib pab neeg coob coob.’</w:t>
      </w:r>
    </w:p>
    <w:p>
      <w:pPr>
        <w:pStyle w:val="ArticleScripture"/>
        <w:jc w:val="left"/>
      </w:pPr>
      <w:r>
        <w:rPr>
          <w:rFonts w:ascii="Times New Roman" w:hAnsi="Times New Roman" w:eastAsia="Times New Roman" w:cs="Times New Roman"/>
        </w:rPr>
        <w:t>“Tus uas tshwm rau Daniyees tsis yog ib tug neeg qis dua Leej Tub ntawm Vajtswv. Zaj lus piav no zoo ib yam li qhov uas Yauhas tau txais thaum Khetos raug qhia tawm rau nws saum kob Patmos. Nim no peb tus Tswv los nrog ib tug tub txib saum ntuj ntxiv los qhia Daniyees txog yam uas yuav tshwm sim nyob rau hnub kawg. Txoj kev paub no tau muab rau Daniyees thiab raug sau cia los ntawm kev tshoov siab rau peb, cov uas twb los txog rau thaum kawg ntawm lub ntiajteb.”</w:t>
      </w:r>
    </w:p>
    <w:p>
      <w:pPr>
        <w:pStyle w:val="ArticleScripture"/>
        <w:jc w:val="left"/>
      </w:pPr>
      <w:r>
        <w:rPr>
          <w:rFonts w:ascii="Times New Roman" w:hAnsi="Times New Roman" w:eastAsia="Times New Roman" w:cs="Times New Roman"/>
        </w:rPr>
        <w:t>“Cov tseem ceeb ntawm qhov tseeb uas tus Txhiv Dim ntawm lub ntiaj teb tau nthuav tawm ntawd yog rau cov uas nrhiav qhov tseeb ib yam li nrhiav tej cuab tam uas zais cia. Daniyees yog ib tug txiv neej laus lawm. Nws lub neej tau dhau mus nyob nruab nrab ntawm tej yam ntxim nyiam ntawm ib lub tsev hais plaub ntawm cov neeg txawv teb chaws pe hawm dab mlom, nws lub siab thiab lub tswv yim raug thauj hnyav los ntawm tej hauj lwm ntawm ib lub teb chaws loj; tiam sis nws tig ntawm tag nrho tej no mus txo nws tus ntsuj plig rau ntawm Vajtswv xub ntiag, thiab nrhiav kom paub txog tej hom phiaj ntawm Tus Siab Tshaj Plaws. Thiab raws li lo lus teb rau nws tej lus thov khawv khuav, qhov pom kev los ntawm tej vaj loog saum ntuj ceeb tsheej tau raug tshaj tawm los rau cov uas yuav muaj sia nyob hauv hnub kawg. Yog li ntawd, peb yuav tsum nrhiav Vajtswv nrog txoj kev kub siab npaum li cas, kom Nws qhib peb txoj kev nkag siab kom to taub tau cov tseeb uas tau coj los rau peb ntawm Saum Ntuj Ceeb Tsheej.” Review and Herald, February 8, 1881.</w:t>
      </w:r>
    </w:p>
    <w:p>
      <w:pPr>
        <w:pStyle w:val="ArticleHeading"/>
        <w:jc w:val="left"/>
      </w:pPr>
      <w:r>
        <w:rPr>
          <w:rFonts w:ascii="Arial" w:hAnsi="Arial" w:eastAsia="Arial" w:cs="Arial"/>
        </w:rPr>
        <w:t>144,000 leej</w:t>
      </w:r>
    </w:p>
    <w:p>
      <w:pPr>
        <w:pStyle w:val="ArticleBody"/>
        <w:jc w:val="left"/>
      </w:pPr>
      <w:r>
        <w:rPr>
          <w:rFonts w:ascii="Times New Roman" w:hAnsi="Times New Roman" w:eastAsia="Times New Roman" w:cs="Times New Roman"/>
        </w:rPr>
        <w:t>Daniyee to taub txog “yam ntawd” thiab “lub zeem muag,” thiab nws raug hu ua Daniyee thiab kuj hu ua Belteshasas. Kev hloov npe nyob hauv lus faj lem sawv cev rau txoj kev sib raug zoo hauv ib daim ntawv cog lus, yog li ntawd Daniyee sawv cev rau cov neeg ntawm daim ntawv cog lus kawg, uas yog ib puas plaub caug plaub txhiab leej, cov uas raug sim los ntawm lub zeem muag txog Khetos nyob hauv lub tuam tsev. Qhov kev sim ntawd ua rau muaj kev sib cais ntawm ob pawg neeg pe hawm.</w:t>
      </w:r>
    </w:p>
    <w:p>
      <w:pPr>
        <w:pStyle w:val="ArticleScripture"/>
        <w:jc w:val="left"/>
      </w:pPr>
      <w:r>
        <w:rPr>
          <w:rFonts w:ascii="Times New Roman" w:hAnsi="Times New Roman" w:eastAsia="Times New Roman" w:cs="Times New Roman"/>
        </w:rPr>
        <w:t>Thiab kuv, Daniyee, tib leeg xwb thiaj pom zaj yog toog ntawd; cov txiv neej uas nrog kuv nyob tsis pom zaj yog toog ntawd li; tiam sis kev tshee hnyo loj kawg nkaus poob rau saum lawv, ua rau lawv khiav mus nkaum lawv tus kheej. Daniel 10:7.</w:t>
      </w:r>
    </w:p>
    <w:p>
      <w:pPr>
        <w:pStyle w:val="ArticleBody"/>
        <w:jc w:val="left"/>
      </w:pPr>
      <w:r>
        <w:rPr>
          <w:rFonts w:ascii="Times New Roman" w:hAnsi="Times New Roman" w:eastAsia="Times New Roman" w:cs="Times New Roman"/>
        </w:rPr>
        <w:t>Daniyees tab tom txheeb ncaj qha txog txoj kev sim zaum ob thiab txoj kev sim ntawm lub tuam tsev uas txuas nrog Vajtswv haiv neeg nyob rau hnub kawg; ib txoj kev sim uas yog tsa rau saum lub hauv paus ntawm kev pom Khetos nyob hauv lub chaw dawb huv saum ntuj ceeb tsheej. Lub zeem muag hauv nqe xya yog hom poj niam ntawm lub zeem muag mareh, uas sawv cev ua lub zeem muag marah. Yog koj teb rau lub zeem muag ntawm lub tuam tsev txog Khetos raws li Daniyees tau teb, ces yam uas yog yaj saub “thing” thiab lub yaj saub “vision” yuav raug “qhia tawm” rau koj.</w:t>
      </w:r>
    </w:p>
    <w:p>
      <w:pPr>
        <w:pStyle w:val="ArticleBody"/>
        <w:jc w:val="left"/>
      </w:pPr>
      <w:r>
        <w:rPr>
          <w:rFonts w:ascii="Times New Roman" w:hAnsi="Times New Roman" w:eastAsia="Times New Roman" w:cs="Times New Roman"/>
        </w:rPr>
        <w:t>Yog koj teb rau tib lub zeem muag ntawm Tswv Yexus lub tuam tsev ntawd los ntawm kev khiav mus nkaum, koj yuav nkag mus rau hauv txoj kev tsaus ntuj ib txhis. Qhov kev sim txog lub tuam tsev, uas yog qhov kev sim thib ob hauv peb theem ntawm txoj moo zoo uas nyob mus ib txhis, raug ua ntej los ntawm qhov kev sim thawj zaug thiab yog lub hauv paus. Lo lus nug sim txog lub hauv paus raug sawv cev hauv nqe kaum plaub ntawm Daniyees kaum ib, qhov chaw uas Loos raug sawv cev ua “cov tub sab ntawm koj haiv neeg” uas tsa kom muaj “lub zeem muag.”</w:t>
      </w:r>
    </w:p>
    <w:p>
      <w:pPr>
        <w:pStyle w:val="ArticleHeading"/>
        <w:jc w:val="left"/>
      </w:pPr>
      <w:r>
        <w:rPr>
          <w:rFonts w:ascii="Arial" w:hAnsi="Arial" w:eastAsia="Arial" w:cs="Arial"/>
        </w:rPr>
        <w:t>Lub Sijhawm Twb Los Ze Lawm</w:t>
      </w:r>
    </w:p>
    <w:p>
      <w:pPr>
        <w:pStyle w:val="ArticleBody"/>
        <w:jc w:val="left"/>
      </w:pPr>
      <w:r>
        <w:rPr>
          <w:rFonts w:ascii="Times New Roman" w:hAnsi="Times New Roman" w:eastAsia="Times New Roman" w:cs="Times New Roman"/>
        </w:rPr>
        <w:t>Peb hnub nrab tom qab txoj kev chim siab ntawm Lub Xya hli ntuj 18, 2020, rau Lub Kaum Ob Hlis 31, 2023 kev tshwm sim txog Yexus Khetos tau pib raug qhib lub cim, vim “lub sij hawm twb los ze lawm.”</w:t>
      </w:r>
    </w:p>
    <w:p>
      <w:pPr>
        <w:pStyle w:val="ArticleScripture"/>
        <w:jc w:val="left"/>
      </w:pPr>
      <w:r>
        <w:rPr>
          <w:rFonts w:ascii="Times New Roman" w:hAnsi="Times New Roman" w:eastAsia="Times New Roman" w:cs="Times New Roman"/>
        </w:rPr>
        <w:t>Tus uas nyeem ntawv no tau koob hmoov, thiab cov uas hnov tej lus ntawm zaj lus faj lem no, thiab ceev tej yam uas tau sau tseg rau hauv no: rau qhov lub sijhawm twb nyob ze lawm. … Thiab nws hais rau kuv tias, Tsis txhob muab tej lus ntawm zaj lus faj lem hauv phau ntawv no kaw cia: rau qhov lub sijhawm twb nyob ze lawm. Qhia Tshwm 1:3; 22:10.</w:t>
      </w:r>
    </w:p>
    <w:p>
      <w:pPr>
        <w:pStyle w:val="ArticleBody"/>
        <w:jc w:val="left"/>
      </w:pPr>
      <w:r>
        <w:rPr>
          <w:rFonts w:ascii="Times New Roman" w:hAnsi="Times New Roman" w:eastAsia="Times New Roman" w:cs="Times New Roman"/>
        </w:rPr>
        <w:t>“Lub sij hawm” uas qhia kom paub txog kev qhib lub Qhia Tshwm ntawm Yexus Khetos raug hais tseg rau thaum pib ntawm phau Qhia Tshwm, thiab thaum kawg ntawm phau ntawv ntawd tib lo lus tshaj tawm ntawd ntxiv rau lo lus alpha nrog rau lo lus omega.</w:t>
      </w:r>
    </w:p>
    <w:p>
      <w:pPr>
        <w:pStyle w:val="ArticleBody"/>
        <w:jc w:val="left"/>
      </w:pPr>
      <w:r>
        <w:rPr>
          <w:rFonts w:ascii="Times New Roman" w:hAnsi="Times New Roman" w:eastAsia="Times New Roman" w:cs="Times New Roman"/>
        </w:rPr>
        <w:t>Kev tshwm sim ntawm Yexus Khetos raug qhib lub foob cia nyuam qhuav ua ntej lub sijhawm xeem neeg yuav txiav tas. Hnub nees nkaum ob, tom qab ib zaug yoo mov tau nees nkaum ib hnub, “yam ntawd,” uas kuj yog “zaj xwm txheej,” uas kuj yog dabar los yog Txojlus, uas kuj yog lub chazon yog toog pom ntawm keeb kwm yaj saub sab nraud, tau raug qhia rau Daniyees thaum nws tab tom ntsib daim iav saib, yog marah yog toog pom txog tus Pov Thawj Hlob saum ntuj nyob hauv Chaw Dawb Huv Tshaj Plaws.</w:t>
      </w:r>
    </w:p>
    <w:p>
      <w:pPr>
        <w:pStyle w:val="ArticleBody"/>
        <w:jc w:val="left"/>
      </w:pPr>
      <w:r>
        <w:rPr>
          <w:rFonts w:ascii="Times New Roman" w:hAnsi="Times New Roman" w:eastAsia="Times New Roman" w:cs="Times New Roman"/>
        </w:rPr>
        <w:t>Daniyee sawv cev rau cov uas muaj qhov kev paub ntawm zaj yog toog pom ntawm daim iav tsom, thiab cov uas kuj to taub txog tej kev tshwm los ntawm cev yaj saub hais txog Khetos, ib yam li keeb kwm sab nraud uas zaj yog toog pom chazon sawv cev. Zaj yog toog pom marah sawv cev rau Khetos ua ib qho chaw cim qhia ntawm yaj saub, thiab hom pojniam ntawm tib lo lus ntawd sawv cev rau qhov kev paub uas raug tsim tawm los ntawm kev ntsia ntsoov rau Vajtswv lub yeeb koob, raws li Daniyee, Yauhas, Yaxayas, Muam White, thiab lwm tus yaj saub tau sawv cev.</w:t>
      </w:r>
    </w:p>
    <w:p>
      <w:pPr>
        <w:pStyle w:val="ArticleBody"/>
        <w:jc w:val="left"/>
      </w:pPr>
      <w:r>
        <w:rPr>
          <w:rFonts w:ascii="Times New Roman" w:hAnsi="Times New Roman" w:eastAsia="Times New Roman" w:cs="Times New Roman"/>
        </w:rPr>
        <w:t>Nyob rau theem no, chazon—uas yog zaj yog toog sab nraud—sawv cev rau txoj kev sim hauv paus, hos mareh yog toog pom txog kev tshwm sim ntawm Khetos hauv txoj kab txheej xwm cev Vajtswv lus, yog txoj kev sim ntawm lub tuam tsev. Khetos puas tau tshwm sim rau hauv Chaw Dawb Huv Tshaj Plaws nyob hauv koj tus kheej Chaw Dawb Huv Tshaj Plaws? Qhov ntawd yog qhov chaw uas Vajtswv Txoj Kev Ua Vajtswv raug koom ua ke nrog tib neeg. Qhov no yog txoj kev sim uas yuav tsum dhau, ua ntej lub sij hawm ntawm kev sim siab xaus rau ntawm txoj kev sim litmus. Txoj kev sim litmus uas nthuav tawm tus cwj pwm yog marah, yog toog pom daim iav saib xyuas.</w:t>
      </w:r>
    </w:p>
    <w:p>
      <w:pPr>
        <w:pStyle w:val="ArticleBody"/>
        <w:jc w:val="left"/>
      </w:pPr>
      <w:r>
        <w:rPr>
          <w:rFonts w:ascii="Times New Roman" w:hAnsi="Times New Roman" w:eastAsia="Times New Roman" w:cs="Times New Roman"/>
        </w:rPr>
        <w:t>Thaum lub Kaum Ob Hlis 31, 2023, txoj kev sim sab nraud ntawm lub hauv paus tau pib raws li nqe kaum plaub cov lus hais tias “cov tub sab ntawm koj haiv neeg,” thiab thaum tus txiv plig loj tam sim no raug tsa ua hauj lwm rau lub Tsib Hlis 8, 2025, “lub zeem muag” hauv nqe kaum plaub tau raug tsa kom ruaj. Txoj kev sim ntawm lub hauv paus tau txav mus rau txoj kev sim ntawm lub tuam tsev. Txij lub Tsib Hlis 9, 2025 los, txoj kev sim ntawm lub tuam tsev twb tab tom mus lawm. Kev sawv rov los ntawm ob tug tim khawv rau lub Kaum Ob Hlis 31, 2023, tau raug sawv cev nyob hauv nqe kaum ib ntawm Tshwm Sim tshooj kaum ib, thiab txoj kev sawv rov los uas pib rau hnub ntawd tau tshwm sim nyob hauv lub sijhawm ntawm Tsov Rog Ukraine uas pib rau xyoo 2014, thiab nce zuj zus hnyav rau xyoo 2022. Cov kab sab nraud thiab sab hauv ntawm zaj lus faj lem tau tuaj sib koom ua ke nyob hauv keeb kwm ntawd. Thaum lub Kaum Ob Hlis 31, 2023, txoj hauj lwm ntawm kev muab lub hauv paus tso tau tab tom mus, yog ib txoj hauj lwm uas raug ua piv txwv los ntawm keeb kwm txij xyoo 1798 mus txog 1840, thiab kuj los ntawm 1840 mus txog 1844, thiab kuj los ntawm lub Plaub Hlis 19, 1844 mus txog lub Kaum Hli 22, 1844.</w:t>
      </w:r>
    </w:p>
    <w:p>
      <w:pPr>
        <w:pStyle w:val="ArticleBody"/>
        <w:jc w:val="left"/>
      </w:pPr>
      <w:r>
        <w:rPr>
          <w:rFonts w:ascii="Times New Roman" w:hAnsi="Times New Roman" w:eastAsia="Times New Roman" w:cs="Times New Roman"/>
        </w:rPr>
        <w:t>Daniyees kaum ib nqe kaum kaum los txog hauv keeb kwm raws li txoj kab sab nraud ntawm txojkev qhia yav tom ntej thiab txuas nrog tib keeb kwm uas yog txoj kab sab hauv ntawm Tshwm Sim kaum ib. Xyoo 2014, Tsov Rog Ukraine tau pib, raws li tau ua cim tseg los ntawm kev sib ntaus ntawm Raphia xyoo 217 BC. Xyoo 2015, tus vajntxwv thib plaub thiab nplua nuj dua deb heev hauv nqe ob ntawm Daniyees kaum ib tau sawv los thiab tshaj tawm nws lub siab xav los sib tw rau txoj hauj lwm thawj tswj hwm teb chaws. Qhov kev tshaj tawm ntawd ua rau cov neeg thoob ntiaj teb uas muaj lub siab zaj npau taws heev, uas raug sawv cev los ua lub tebchaws Grecia.</w:t>
      </w:r>
    </w:p>
    <w:p>
      <w:pPr>
        <w:pStyle w:val="ArticleBody"/>
        <w:jc w:val="left"/>
      </w:pPr>
      <w:r>
        <w:rPr>
          <w:rFonts w:ascii="Times New Roman" w:hAnsi="Times New Roman" w:eastAsia="Times New Roman" w:cs="Times New Roman"/>
        </w:rPr>
        <w:t>Tshwmsim kaum, nqe kaum ib, tau qhia tias hnub tim Kaum Ob Hlis 31, 2023 yog lub chaw taw tes uas ob tug tim khawv tau sawv rov los. Lub sijhawm txij hnub tim Xya Hli 18, 2020 mus txog hnub tim Kaum Ob Hlis 31, 2023, ces thiaj raug to taub tias yog ib lub “moj sab qhua” raws li kev cev lus faj lem. Thaum txog qhov kawg ntawm lub “sijhawm moj sab qhua,” ib lub suab pib quaj nrov thaum Xya Hli xyoo 2023, thiab tom qab ntawd, raws nraim ib txhiab ob puas rau caum hnub tom qab qhov kev twv ua tsis tiav ntawm Nashville, rau hnub tim Xya Hli 18, 2020, Tsov Ntxhuav ntawm xeem Yudas thiaj pib qhib cov foob ntawm Nws Txojlus cev faj lem. Kev qhib cov foob ntawm Vajtswv Txojlus cev faj lem ib txwm ua kom muaj ib txoj kev sim siab peb theem, raws li tau teev tseg hauv Daniyees kaum ob.</w:t>
      </w:r>
    </w:p>
    <w:p>
      <w:pPr>
        <w:pStyle w:val="ArticleScripture"/>
        <w:jc w:val="left"/>
      </w:pPr>
      <w:r>
        <w:rPr>
          <w:rFonts w:ascii="Times New Roman" w:hAnsi="Times New Roman" w:eastAsia="Times New Roman" w:cs="Times New Roman"/>
        </w:rPr>
        <w:t>Coob leej coob yuav raug ntxuav kom huv, thiab raug ua kom dawb huv, thiab raug sim siab; tiam sis cov neeg phem yuav tseem ua phem ntxiv mus: thiab tsis muaj ib tug ntawm cov neeg phem yuav to taub li; tiam sis cov neeg txawj ntse yuav to taub. Daniyee 12:10.</w:t>
      </w:r>
    </w:p>
    <w:p>
      <w:pPr>
        <w:pStyle w:val="ArticleBody"/>
        <w:jc w:val="left"/>
      </w:pPr>
      <w:r>
        <w:rPr>
          <w:rFonts w:ascii="Times New Roman" w:hAnsi="Times New Roman" w:eastAsia="Times New Roman" w:cs="Times New Roman"/>
        </w:rPr>
        <w:t>Hauv Phau Ntawv Qhia Tshwm tshooj kaum cuaj, tus nkauj nyab npaj nws tus kheej kom txhij, ces nws thiaj raug pub ib lub tsho dawb. Cov tsho dawb ntawd sawv cev tias tus nkauj nyab twb npaj txhij lawm, thiab qhov no tshwm sim nyob hauv Phau Ntawv Qhia Tshwm tshooj kaum cuaj thaum lub qhov rais saum ntuj raug qhib. Ua ntej tus nkauj nyab raug ua kom dawb huv los ntawm lub tsho ntawm Khetos txoj kev ncaj ncees, nws xub raug ntxuav kom huv tso.</w:t>
      </w:r>
    </w:p>
    <w:p>
      <w:pPr>
        <w:pStyle w:val="ArticleBody"/>
        <w:jc w:val="left"/>
      </w:pPr>
      <w:r>
        <w:rPr>
          <w:rFonts w:ascii="Times New Roman" w:hAnsi="Times New Roman" w:eastAsia="Times New Roman" w:cs="Times New Roman"/>
        </w:rPr>
        <w:t>Thaum lub Kaum Ob Hlis 31, 2023 txoj kev sim ntawm cov hauv paus tau pib los ntxuav kom dawb huv cov uas yuav dawb huv. Qhov kev ntxuav kom dawb huv ntawd raug ua kom tiav los ntawm kev nce ntxiv ntawm kev paub, rau qhov Tsov Ntxhuav ntawm xeem Yudas, thaum ntawd, tau pib qhib cov cim ntawm txoj kev tshwm sim kawg txog Nws tus kheej. Txoj kev tshwm sim ntawd suav nrog qhov tseeb tias Nws yog tib lub hauv paus xwb uas raug tsa tau. Kev tsis lees txais qhov tseeb hauv paus uas qhia meej tias Loos yog “cov tub sab ntawm koj haiv neeg,” yog kev tsis lees txais tib lub hauv paus xwb uas raug tsa tau.</w:t>
      </w:r>
    </w:p>
    <w:p>
      <w:pPr>
        <w:pStyle w:val="ArticleBody"/>
        <w:jc w:val="left"/>
      </w:pPr>
      <w:r>
        <w:rPr>
          <w:rFonts w:ascii="Times New Roman" w:hAnsi="Times New Roman" w:eastAsia="Times New Roman" w:cs="Times New Roman"/>
        </w:rPr>
        <w:t>Hnub Kaum Ob Hlis 31, 2023 tau pib ib txoj txheej txheem ntawm kev sim siab uas tam sim ntawd ua rau muaj kev cais tawm ntawm ob pab neeg. Tam sim no Tsov Ntxhuav ntawm xeem Yudas tau qhib tawm tias kev ua tiav hauv keeb kwm ntawm nqe kaum plaub yog hnub Tsib Hlis 8, 2025, thiab hauv kev ua li ntawd; Nws tau txhawb nqa Miller qhov kev txheeb xyuas txog Loos ua lub cim uas tsa lub zeem muag sab nraud ntawm yaj saub lus. Thaum Trump rov qab los hauv 2024, nws tau ua kom tiav nqe kaum peb ntawm Daniyee kaum ib, ces hauv nqe tom ntej no, peb cim xyoo 2025, nrog rau kev xaiv tsa ntawm Pope Leo. Ob leeg, Trump thiab nws tus neeg sib raug uas yog antichrist, tau raug tsa los tuav txoj hauj lwm hauv 2025.</w:t>
      </w:r>
    </w:p>
    <w:p>
      <w:pPr>
        <w:pStyle w:val="ArticleBody"/>
        <w:jc w:val="left"/>
      </w:pPr>
      <w:r>
        <w:rPr>
          <w:rFonts w:ascii="Times New Roman" w:hAnsi="Times New Roman" w:eastAsia="Times New Roman" w:cs="Times New Roman"/>
        </w:rPr>
        <w:t>Cov hnub tim uas peb txheeb xyuas hauv qhov kev txav no, qhov tseeb, yog kev tig rov qab ntsia yav dhau los uas twb raug muab ua kom dawb huv lawm. Peb txheeb xyuas lub sij hawm kawg tias yog xyoo 1989, ces kev muab txoj xov ntawd los teeb tsa ua qauv raug raws cai yog xyoo 1996. Thaum 9/11, txoj xov uas twb raug teeb tsa raws cai lawm tau txais hwj chim. Hauv kev nthuav qhia Habakkuk Cov Rooj hauv xyoo 2012 thiab xaus rau lub Ib Hlis xyoo 2013, tej hauv paus raug muab tso cia lawm.</w:t>
      </w:r>
    </w:p>
    <w:p>
      <w:pPr>
        <w:pStyle w:val="ArticleBody"/>
        <w:jc w:val="left"/>
      </w:pPr>
      <w:r>
        <w:rPr>
          <w:rFonts w:ascii="Times New Roman" w:hAnsi="Times New Roman" w:eastAsia="Times New Roman" w:cs="Times New Roman"/>
        </w:rPr>
        <w:t>Thaum Lub Xya Hli 18, 2020 thawj qhov kev poob siab tau los txog, ces thaum Lub Xya Hli xyoo 2023 ib lub suab pib quaj hauv roob moj sab qhua, thiab thaum Lub Kaum Ob Hlis 31, 2023 txoj kev qhib lub foob ntawm Yexus Khetos txoj Kev Tshwm Sim tau pib, thiab thawj qhov kev sim siab sab nraud uas yog lub hauv paus tau pib.</w:t>
      </w:r>
    </w:p>
    <w:p>
      <w:pPr>
        <w:pStyle w:val="ArticleBody"/>
        <w:jc w:val="left"/>
      </w:pPr>
      <w:r>
        <w:rPr>
          <w:rFonts w:ascii="Times New Roman" w:hAnsi="Times New Roman" w:eastAsia="Times New Roman" w:cs="Times New Roman"/>
        </w:rPr>
        <w:t>Hnub Hlis 8, 2025 qhov kev sim thib ob sab hauv ntawm lub tuam tsev tau pib lawm. Qhov kev sim txheeb xyuas thib peb twb nyob ze rau pem hauv ntej lawm. Nyob ntawd nws yuav raug ua kom tshwm sim meej tias tus ntsuj plig puas muaj cov roj ntawm zaj lus uas sawv cev los ntawm qhov kev sim thib ib sab nraud thiab cov roj uas nrog los ntawm qhov kev sim thib ob sab hauv. Qhov kev sim no sawv cev rau sab nraud, tom qab ntawd yog sab hauv, thiab tom qab ntawd yog kev paub dhau los.</w:t>
      </w:r>
    </w:p>
    <w:p>
      <w:pPr>
        <w:pStyle w:val="ArticleBody"/>
        <w:jc w:val="left"/>
      </w:pPr>
      <w:r>
        <w:rPr>
          <w:rFonts w:ascii="Times New Roman" w:hAnsi="Times New Roman" w:eastAsia="Times New Roman" w:cs="Times New Roman"/>
        </w:rPr>
        <w:t>Kab lus faj lem sab hauv muaj cov cim taw tes yav dhau los uas kuv nyuam qhuav hais tseg. Txhua lub cim taw tes ntawd sib haum nrog tib yam cov cim taw tes hauv keeb kwm Millerite. Xyoo 1798 uas yog lub sijhawm kawg, sib raug nrog xyoo 1989, uas kuj yog lub sijhawm kawg thiab. Nyob ntawd Tsov Ntxhuav ntawm xeem Yudas tau qhib nws Txojlus lub cim foob, vim Nws yog Txojlus. Thaum Adventism tau ua tiav txoj hauj lwm ntawm tus yaj saub tsis mloog lus thaum Yelaunpau-a lub hauv paus kev ntxeev siab los ntawm kev rov qab mus noj mov nrog tus yaj saub dag ntawm Npe-ees, lawv tau rov qab mus rau cov lus sib cav ntawm Protestantism uas twb poob lawm, tej lus uas tau siv tawm tsam William Miller txoj kev txheeb xyuas txog xya lub sijhawm. Vim li no, lawv tsis to taub tag nrho—yog tias lawv to taub li—vim li cas 1863 yog lub cim taw tes kawg rau txoj kev txav alpha ntawm tus tim tswv thawj thiab tus tim tswv ob.</w:t>
      </w:r>
    </w:p>
    <w:p>
      <w:pPr>
        <w:pStyle w:val="ArticleBody"/>
        <w:jc w:val="left"/>
      </w:pPr>
      <w:r>
        <w:rPr>
          <w:rFonts w:ascii="Times New Roman" w:hAnsi="Times New Roman" w:eastAsia="Times New Roman" w:cs="Times New Roman"/>
        </w:rPr>
        <w:t>Vim li no, rau lawv mas qhov no tsis txhais dab tsi li tias nws yog 126 xyoos, ib lub cim ntawm 1,260, yog ib lub cim ntawm ib “roob moj sab qhua” uas nthuav mus thoob keeb kwm txij xyoo 1863 mus txog rau lub sij hawm kawg xyoo 1989. Thaum kawg ntawm plaub caug xyoo Yausua tau coj txoj kev txav ntawd mus rau hauv Lub Tebchaws Cog Tseg. Xyoo 1989 tus Tswv tau pib txoj hauj lwm coj Nws txoj kev txav omega tawm hauv “roob moj sab qhua” ntawm 1863 mus txog 1989, ib yam li Nws tau coj txoj kev txav alpha tawm hauv “roob moj sab qhua” ntawm 538 mus txog 1798.</w:t>
      </w:r>
    </w:p>
    <w:p>
      <w:pPr>
        <w:pStyle w:val="ArticleBody"/>
        <w:jc w:val="left"/>
      </w:pPr>
      <w:r>
        <w:rPr>
          <w:rFonts w:ascii="Times New Roman" w:hAnsi="Times New Roman" w:eastAsia="Times New Roman" w:cs="Times New Roman"/>
        </w:rPr>
        <w:t>Xyoo 1989, zaj yog toog ntawm tus Dej Hiddekel uas sawv cev rau peb tshooj kawg ntawm Daniyees raug qhib lub cim, ib yam li zaj yog toog ntawm tus Dej Ulai uas sawv cev rau Daniyees tshooj 7, 8, thiab 9 tau raug qhib lub cim xyoo 1798. Ob puas nees nkaum xyoo tom qab kev luam tawm Phau Vajlugkub King James, William Miller tau luam tawm nws txoj xov raws li zaj yog toog ntawm Ulai thawj zaug, yog li ntawd thiaj ua rau nws txoj xov muaj daim qauv ruaj khov xyoo 1831; ib yam li txoj xov ntawm Hiddekel tau raug luam tawm thawj zaug xyoo 1996, ob puas nees nkaum xyoo tom qab 1776, uas yog qhov chaw yug ntawm lub tebchaws muaj hwjchim ci ntsa iab, Tebchaws Meskas.</w:t>
      </w:r>
    </w:p>
    <w:p>
      <w:pPr>
        <w:pStyle w:val="ArticleBody"/>
        <w:jc w:val="left"/>
      </w:pPr>
      <w:r>
        <w:rPr>
          <w:rFonts w:ascii="Times New Roman" w:hAnsi="Times New Roman" w:eastAsia="Times New Roman" w:cs="Times New Roman"/>
        </w:rPr>
        <w:t>Kev muab txoj xov ntawd los teeb tsa kom muaj qauv meej ntawm Miller ob puas nees nkaum xyoo tom qab phau King James version qhia kom paub tseeb tias William Miller yog tus thawj tus tub txib dawb huv kiag li uas siv tej lus faj lem hauv phau Vajlugkub, nyob rau hauv ob qho tib si Phau Qub thiab Phau Tshiab, los coj kom muaj kev txhawb siab rov tsim kho sab ntsuj plig thiab kev kho kom tshiab. Phau Vajlugkub yog los saum Ntuj los, thiab ob puas nees nkaum xyoo tom qab nws tau txuas nrog tibneeg los tsim tawm txoj xov ntawm Ulai.</w:t>
      </w:r>
    </w:p>
    <w:p>
      <w:pPr>
        <w:pStyle w:val="ArticleBody"/>
        <w:jc w:val="left"/>
      </w:pPr>
      <w:r>
        <w:rPr>
          <w:rFonts w:ascii="Times New Roman" w:hAnsi="Times New Roman" w:eastAsia="Times New Roman" w:cs="Times New Roman"/>
        </w:rPr>
        <w:t>Yexus yog Alfa thiab Omega, thiab Nws yog Vajtswv Txojlus, yog li ntawd kev luam tawm phau Vajlugkub King James Version xyoo 1611, tsa Yexus rau ntawm 1611, thiab kuj rau ntawm 1831 thiab. Khetos tshwm sim rau lub sijhawm kawg raws li Tus Tsov Ntxhuav ntawm xeem Yudas; thaum txoj xov raug muab tsim ua raws cai lawm, Nws yog Alfa thiab Omega thiab Txojlus. Kev txheeb ntawm Miller rau qhov pib raug lees paub tias ob qho tib si, qhov pib thiab qhov xaus, tab tom hais kom meej txog kev luam tawm txoj xov. 1776 mus txog 1996 ris tib yam ntxwv, txawm txawv los xij.</w:t>
      </w:r>
    </w:p>
    <w:p>
      <w:pPr>
        <w:pStyle w:val="ArticleBody"/>
        <w:jc w:val="left"/>
      </w:pPr>
      <w:r>
        <w:rPr>
          <w:rFonts w:ascii="Times New Roman" w:hAnsi="Times New Roman" w:eastAsia="Times New Roman" w:cs="Times New Roman"/>
        </w:rPr>
        <w:t>Zaj lus ntawm tus Hiddekel yog zaj lus ntawm txoj kevcai Sunday hauv Tebchaws Meskas raws li tau teev tseg nyob hauv nqe plaub caug ib ntawm Daniyees kaum ib. Xyoo 1776 thiab kev luam tawm ntawm Daim Ntawv Tshaj Tawm Kev Ywj Pheej sawv cev rau qhov pib ntawm lub sijhawm ob puas nees nkaum xyoo uas xaus nrog kev luam tawm uas yog los ntawm Vajtswv txoj kev saib xyuas, tsis yog txhob txwm muab npe ua Time of the End. Nyob rau tib xyoos ntawd, 1996, ib lub koom haum haujlwm qhuab qhia uas muaj npe hu ua Future for America tau muab rau peb. Zaj lus ntawm thaj av muaj koob meej, uas yog Tebchaws Meskas, tau raug muab txhim kho ua qauv raws cai nrog ib txoj kev txuas ncaj qha nruab nrab ntawm qhov pib thiab qhov xaus ntawm lo lus faj lem. Txhua lub cim ciam tseem ceeb ntawm keeb kwm Millerite twb raug rov ua dua raws li tus qauv coj ntawm zaj lus piv txwv txog kaum tus ntxhais nkauj xwb. Ob lub sijhawm ob puas nees nkaum xyoo no puav leej muaj ib qho pib thiab ib qho xaus uas raug cim tseg los ntawm ib phau ntawv luam tawm.</w:t>
      </w:r>
    </w:p>
    <w:p>
      <w:pPr>
        <w:pStyle w:val="ArticleBody"/>
        <w:jc w:val="left"/>
      </w:pPr>
      <w:r>
        <w:rPr>
          <w:rFonts w:ascii="Times New Roman" w:hAnsi="Times New Roman" w:eastAsia="Times New Roman" w:cs="Times New Roman"/>
        </w:rPr>
        <w:t>Miller zaj lus thiab nws txoj kev ua haujlwm raug lees paub thiab raug txhawb zog los ntawm kev ua tiav ntawm Islam ntawm txoj kev ceeb thib ob. Yam uas tus Tswv siv los txhawb zaj lus ntawd yog Miller txoj cai ib hnub hloov ua ib xyoos, thiab txoj cai uas txhawb zaj lus thiab txoj kev ua haujlwm ntawd rau hnub 9/11, thaum tus tim tswv nqes los hauv Tshwm Sim kaum yim rov ua dua qhov nqes los uas Nws tau ua rau hnub Yim Hli 11, 1840 raws li tau sawv cev nyob hauv Tshwm Sim tshooj kaum. Ob tug tim tswv ntawd sawv cev rau ib qho kev tshwm sim yaj saub ntawm Khetos raws li ib tug tim tswv. Txoj cai uas yog ib lub hauv paus tseem ceeb rau kev txav ntawm 9/11 ib yam li txoj cai ib hnub hloov ua ib xyoos yog rau kev txav ntawm hnub Yim Hli 11, 1840 yog tias keeb kwm Millerite raug rov ua dua hauv keeb kwm ntawm ib puas plaub caug plaub txhiab.</w:t>
      </w:r>
    </w:p>
    <w:p>
      <w:pPr>
        <w:pStyle w:val="ArticleBody"/>
        <w:jc w:val="left"/>
      </w:pPr>
      <w:r>
        <w:rPr>
          <w:rFonts w:ascii="Times New Roman" w:hAnsi="Times New Roman" w:eastAsia="Times New Roman" w:cs="Times New Roman"/>
        </w:rPr>
        <w:t>Thaum ib qho kev ua tiav ntawm ib zaj lus faj lem hais txog Islam ntawm txoj kev txom nyem thib peb tau los txog hauv keeb kwm ntawm lub omega thiab tus tim tswv thib peb, uas sib haum nrog kev ua tiav ntawm ib zaj lus faj lem hais txog Islam ntawm txoj kev txom nyem thib ib thiab thib ob, uas tau los txog hauv keeb kwm ntawm alpha, tus tim tswv thib ib thiab thib ob—ces lub ntsiab cai tias keeb kwm Millerite rov muaj dua hauv keeb kwm ntawm ib puas plaub caug plaub txhiab leej raug lees paub ruaj khov ib yam li Miller lub ntsiab cai ib hnub rau ib xyoos tau raug lees paub rau nws tiam nyob rau hauv kev txuas nrog txoj kev txom nyem thib ib thiab thib ob ntawm Tshwmsim cuaj. Qee leej uas tej zaum paub txog zaj lus faj lem ntawm lub sijhawm peb puas cuaj caum ib xyoos thiab kaum tsib hnub uas tau muab teev tseg hauv Tshwmsim 9:15, tej zaum yuav tsis to taub kuv lub ntsiab lus yav dhau los. Cia kuv piav.</w:t>
      </w:r>
    </w:p>
    <w:p>
      <w:pPr>
        <w:pStyle w:val="ArticleBody"/>
        <w:jc w:val="left"/>
      </w:pPr>
      <w:r>
        <w:rPr>
          <w:rFonts w:ascii="Times New Roman" w:hAnsi="Times New Roman" w:eastAsia="Times New Roman" w:cs="Times New Roman"/>
        </w:rPr>
        <w:t>Kev txom nyem thawj thiab txom nyem thib ob raug teem kom sib haum nrog keeb kwm ntawm thawj tus tim tswv thiab tus tim tswv thib ob, thiab keeb kwm ntawm txom nyem thib peb raug teem kom sib haum nrog keeb kwm ntawm tus tim tswv thib peb. Lub ntsiab lus nyob ntawm no yog tias qhov pib rau peb puas cuaj caug ib xyoos thiab kaum tsib hnub uas raug nthuav tawm hauv keeb kwm ntawm txom nyem thib ob, raug pom nyob hauv keeb kwm ntawm txom nyem thawj. Muaj ib zaj lus faj lem ntawm ib puas tsib caug xyoo nyob hauv keeb kwm ntawm txom nyem thawj hauv Tshwmsim cuaj, thiab hnub uas lub sijhawm faj lem ntawd xaus, zaj lus faj lem ntawm peb puas cuaj caug ib xyoos thiab kaum tsib hnub pib. Ob zaj lus faj lem no txuas ncaj qha rau txom nyem thawj thiab txom nyem thib ob, yog li ntawd thaum ib zaj lus faj lem hais txog Islam raug twv ua ntej, raws li txoj cai hnub rau ib xyoos, zaj lus faj lem ntawd yog ib zaj lus faj lem hais txog txom nyem thawj thiab txom nyem thib ob ntawm Islam, uas yog txoj xov uas tau lees paub Miller txoj kev siv ntaub ntawv thiab nws txoj xov hauv keeb kwm ntawm thawj tus tim tswv thiab tus tim tswv thib ob.</w:t>
      </w:r>
    </w:p>
    <w:p>
      <w:pPr>
        <w:pStyle w:val="ArticleBody"/>
        <w:jc w:val="left"/>
      </w:pPr>
      <w:r>
        <w:rPr>
          <w:rFonts w:ascii="Times New Roman" w:hAnsi="Times New Roman" w:eastAsia="Times New Roman" w:cs="Times New Roman"/>
        </w:rPr>
        <w:t>Thaum keeb kwm ntawd xaus rau hnub Tim 22 Lub Kaum Hli, 1844, lub xya raj nrov txawm pib nrov, thiab lub xya raj nrov ntawd yog ob qho tib si txoj kev puas tsuaj thib peb, thiab qhov tsis paub zais cia ntawm kev ua Vajtswv raws kev hwm ntuj, uas yog Khetos nyob hauv nej, txoj kev cia siab ntawm lub yeeb koob. Lub raj ntawd yog ib txoj xov ceeb toom sab nraud thiab ib txoj xov ceeb toom sab hauv. Vim li no, zaj lus faj lem 2,520 xyoos thiaj raug txuas nrog xyoo xya uas yog xyoo so rau thaj av, uas suav nrog xyoo jubilee. Hnub Tim 22 Lub Kaum Hli, 1844, lub xya raj nrov txawm pib nrov los ua kom tiav raws li zaj lus faj lem 2,520 xyoos thiab 2,300 xyoos.</w:t>
      </w:r>
    </w:p>
    <w:p>
      <w:pPr>
        <w:pStyle w:val="ArticleScripture"/>
        <w:jc w:val="left"/>
      </w:pPr>
      <w:r>
        <w:rPr>
          <w:rFonts w:ascii="Times New Roman" w:hAnsi="Times New Roman" w:eastAsia="Times New Roman" w:cs="Times New Roman"/>
        </w:rPr>
        <w:t>Tiamsis nyob rau hauv cov hnub uas lub suab ntawm tus tim tswv thib xya, thaum nws yuav pib tshuab, txoj kev tsis to taub ntawm Vajtswv yuav tiav lawm, raws li Nws tau tshaj tawm rau Nws cov tub qhe cov yaj saub lawm. Qhia Tshwm 10:7.</w:t>
      </w:r>
    </w:p>
    <w:p>
      <w:pPr>
        <w:pStyle w:val="ArticleBody"/>
        <w:jc w:val="left"/>
      </w:pPr>
      <w:r>
        <w:rPr>
          <w:rFonts w:ascii="Times New Roman" w:hAnsi="Times New Roman" w:eastAsia="Times New Roman" w:cs="Times New Roman"/>
        </w:rPr>
        <w:t>Hnub Kaum Hli 22, 1844 yog hnub Kev Theej Txhoj, thiab lub raj nplaim xyoo jubilee yuav tsum raug tshuab rau hnub Kev Theej Txhoj. Txij thaum lub sijhawm ntawd los, peb tab tom nyob hauv keeb kwm ntawm tus tim tswv peb, thiab kuj nyob hauv keeb kwm ntawm txoj kev txom nyem peb thiab, uas yog lub raj xya. Hnub Yim Hli 11, 1840 tus tim tswv muaj hwjchim loj ntawm Tshwm Sim kaum nqes los ua kom lub ntiajteb ci ntsa iab los ntawm nws lub yeeb koob ib yam li tus tim tswv ntawm Tshwm Sim kaum yim tau ua thaum 9/11.</w:t>
      </w:r>
    </w:p>
    <w:p>
      <w:pPr>
        <w:pStyle w:val="ArticleBody"/>
        <w:jc w:val="left"/>
      </w:pPr>
      <w:r>
        <w:rPr>
          <w:rFonts w:ascii="Times New Roman" w:hAnsi="Times New Roman" w:eastAsia="Times New Roman" w:cs="Times New Roman"/>
        </w:rPr>
        <w:t>Nyob rau xyoo 2012 mus txog rau Lub Ib Hlis xyoo 2013, zaj lus qhia ua ntu zus uas muaj npe hu ua Habakkuk’s Tables tau raug tsim tawm, thiab raug coj los sib haum nrog kev luam tawm daim chart pioneer xyoo 1843 thaum Lub Tsib Hlis xyoo 1842. Tom qab ntawd, cov hauv paus ntawm txoj kev txav ntawd tau raug tsa tseg, txawm yog nws yog txoj kev txav alpha ntawm tus tim tswv thawj thiab tus tim tswv thib ob, los yog txoj kev txav ntawm tus tim tswv thib peb, ob daim ntxhuav ntawm Habakkuk tau raug xaws nkag rau hauv keeb kwm thiab hauv zaj lus. Kev twv uas tsis tiav rau Lub Xya Hli 18, 2020 yog ib qho sib phim nrog Lub Plaub Hlis 19, 1844, thiab lub sij hawm ncua nyob rau hauv zaj lus piv txwv ntawd twb tab tom pib lawm.</w:t>
      </w:r>
    </w:p>
    <w:p>
      <w:pPr>
        <w:pStyle w:val="ArticleBody"/>
        <w:jc w:val="left"/>
      </w:pPr>
      <w:r>
        <w:rPr>
          <w:rFonts w:ascii="Times New Roman" w:hAnsi="Times New Roman" w:eastAsia="Times New Roman" w:cs="Times New Roman"/>
        </w:rPr>
        <w:t>Ib roob moj sab qhua 1,260 hnub tau xaus rau lub sij hawm qhib lub foob rau hnub Tim 31 Lub Kaum Ob Hlis, 2023. Zoo tsim nyog nco ntsoov tias Khetos tau ntxuav Nws lub tuam tsev ob zaug kom dawb huv ntawm nws txoj kev qias neeg thuam tej yam dawb huv, raws li Niam Laus White hu nws li ntawd. Nws tau ua li ntawd thaum pib thiab thaum xaus ntawm Nws txoj hauj lwm qhuab qhia, ua rau ob zaug kev ntxuav ntawd los ua ib txoj kev ntxuav alpha thiab omega.</w:t>
      </w:r>
    </w:p>
    <w:p>
      <w:pPr>
        <w:pStyle w:val="ArticleBody"/>
        <w:jc w:val="left"/>
      </w:pPr>
      <w:r>
        <w:rPr>
          <w:rFonts w:ascii="Times New Roman" w:hAnsi="Times New Roman" w:eastAsia="Times New Roman" w:cs="Times New Roman"/>
        </w:rPr>
        <w:t>Muam White qhia meej tias thawj zaug ntxuav lub tuam tsev sib raug ncaj qha nrog 9/11 thiab thawj lub suab, uas nws txheeb tias yog peb nqe thawj ntawm Tshwm Sim kaum yim. Tom qab ntawd nws txheeb “lwm lub suab” hauv nqe plaub tias yog kev ntxuav lub tuam tsev zaum ob, thiab kuj yog txoj cai Hnub Caiv. Plaub Hlis 19, 1844 yog thawj zaug ntxuav lub tuam tsev rau cov Millerites, thiab Kaum Hli 22, 1844 yog zaum ob. Hauv plaub caug rau xyoo txij 1798 mus txog 1844, lub tuam tsev Millerite raug tsa tsa, thiab ib qho fractal ntawm kev tsa lub tuam tsev Millerite raug pom nyob hauv keeb kwm ntawm ob txoj kev poob siab, uas ob leeg sawv cev rau kev ntxuav lub tuam tsev. Keeb kwm ntawd yog hais txog lub tuam tsev.</w:t>
      </w:r>
    </w:p>
    <w:p>
      <w:pPr>
        <w:pStyle w:val="ArticleBody"/>
        <w:jc w:val="left"/>
      </w:pPr>
      <w:r>
        <w:rPr>
          <w:rFonts w:ascii="Times New Roman" w:hAnsi="Times New Roman" w:eastAsia="Times New Roman" w:cs="Times New Roman"/>
        </w:rPr>
        <w:t>Txij thaum Lub Xya Hli tim 18, 2020 mus txog Lub Kaum Ob Hlis tim 31, 2023, cov nkauj xwb tau pw tsaug zog thaum lub caij ncua ntawd. Thaum lawv tsim los, lawv tsim los rau lawv tes haujlwm los nteg lub hauv paus thiab tsa lub tuam tsev. Txij thaum ntawd los Khetos, raws li Tus Tsov Ntxhuav ntawm xeem Yudas, tau qhib tej yaj saub txoj kev kaj; thiab txoj kev kaj yaj saub uas raug qhib yeej ib txwm tsim ib txoj kev xeem peb theem uas xaus rau ntawm qhov kev xeem litmus, qhov chaw uas tus cwj pwm raug qhia tawm los, tab sis tsis yog raug tsim los. Ntawm qhov kev xeem litmus ntawd cov nkauj xwb uas ncaj ncees yuav txais ib txoj kev nchuav tawm los ntawm Vaj Ntsuj Plig Dawb Huv uas tshaj txhua yam kev tshwm sim ntawm Vajtswv lub hwj chim uas tau muaj nyob hauv Vajtswv haiv neeg raws li tau sau cia dua los lawm. Yuav muaj ib qho kev nce ntxiv ntawm txoj kev kaj uas tsis tau muaj leejtwg pom dua li. Vim li ntawd, kuv yuav nthuav tawm dua ib txoj kab keeb kwm ntxiv uas txhawb nqa qhov kev sib txig ntawm Millerite keeb kwm nrog keeb kwm ntawm ib puas plaub caug plaub txhiab leej.</w:t>
      </w:r>
    </w:p>
    <w:p>
      <w:pPr>
        <w:pStyle w:val="ArticleScripture"/>
        <w:jc w:val="left"/>
      </w:pPr>
      <w:r>
        <w:rPr>
          <w:rFonts w:ascii="Times New Roman" w:hAnsi="Times New Roman" w:eastAsia="Times New Roman" w:cs="Times New Roman"/>
        </w:rPr>
        <w:t>Tiamsis koj, Au Daniyees, cia li kaw tej lus no, thiab muab phau ntawv no ntim cia kom txog rau lub sijhawm kawg: coob leej yuav mus los qua ntxi, thiab kev paub yuav muaj ntau ntxiv. Thiab nws hais tias, Mus koj txojkev, Daniyees: rau qhov tej lus no twb raug kaw cia thiab raug ntim cia mus txog rau lub sijhawm kawg lawm. Coob leej yuav raug ntxuav kom dawb huv, thiab raug ua kom dawb, thiab raug sim; tiam sis cov neeg phem yuav ua phem mus ntxiv: thiab tsis muaj ib tug ntawm cov neeg phem yuav to taub; tiam sis cov neeg txawj ntse yuav to taub. Daniyees 12:4, 9, 10.</w:t>
      </w:r>
    </w:p>
    <w:p>
      <w:pPr>
        <w:pStyle w:val="ArticleBody"/>
        <w:jc w:val="left"/>
      </w:pPr>
      <w:r>
        <w:rPr>
          <w:rFonts w:ascii="Times New Roman" w:hAnsi="Times New Roman" w:eastAsia="Times New Roman" w:cs="Times New Roman"/>
        </w:rPr>
        <w:t>Peb yuav txuas ntxiv txog tej no hauv tsab ntawv tom ntej.</w:t>
      </w:r>
    </w:p>
    <w:p>
      <w:pPr>
        <w:pStyle w:val="ArticleHeading"/>
        <w:jc w:val="left"/>
      </w:pPr>
      <w:r>
        <w:rPr>
          <w:rFonts w:ascii="Arial" w:hAnsi="Arial" w:eastAsia="Arial" w:cs="Arial"/>
        </w:rPr>
        <w:t>Ib Leeg Twg Nkaus Xwb</w:t>
      </w:r>
    </w:p>
    <w:p>
      <w:pPr>
        <w:pStyle w:val="ArticleBody"/>
        <w:jc w:val="left"/>
      </w:pPr>
      <w:r>
        <w:rPr>
          <w:rFonts w:ascii="Times New Roman" w:hAnsi="Times New Roman" w:eastAsia="Times New Roman" w:cs="Times New Roman"/>
        </w:rPr>
        <w:t>Elon Musk tau tshaj tawm rau lub Ob Hlis 21, 2026 tias “tam sim no peb twb nyob hauv ‘singularity’ lawm.”</w:t>
      </w:r>
    </w:p>
    <w:p>
      <w:pPr>
        <w:pStyle w:val="ArticleHeading"/>
        <w:jc w:val="left"/>
      </w:pPr>
      <w:r>
        <w:rPr>
          <w:rFonts w:ascii="Arial" w:hAnsi="Arial" w:eastAsia="Arial" w:cs="Arial"/>
        </w:rPr>
        <w:t>Qhov Chaw Sib Sau Ua Ib ntawm Thev Naus Laus Zis</w:t>
      </w:r>
    </w:p>
    <w:p>
      <w:pPr>
        <w:pStyle w:val="ArticleBody"/>
        <w:jc w:val="left"/>
      </w:pPr>
      <w:r>
        <w:rPr>
          <w:rFonts w:ascii="Times New Roman" w:hAnsi="Times New Roman" w:eastAsia="Times New Roman" w:cs="Times New Roman"/>
        </w:rPr>
        <w:t>Qhov kev singularity thev naus laus zis (feem ntau tsuas hu ua “qhov singularity”) yog ib lub sijhawm yav tom ntej uas raug xav tseg tias yuav muaj, thaum kev vam meej ntawm thev naus laus zis—uas raug tsav feem ntau los ntawm kev txawj ntse tsim los ntawm tshuab—los txog rau qhov ceev thiab lub hwj chim loj heev uas nws nrawm dua mus dhau tib neeg txoj kev tswj hwm thiab kev nkag siab, ua rau muaj tej kev hloov loj kawg nkaus thiab tsis tuaj yeem twv tau ua ntej hauv tib neeg txoj kev vam meej kev ua neej. Lub tswv yim tseem ceeb yog ib qho kev tawg loj ntawm kev txawj ntse: thaum peb tsim tau ib lub kaw lus AI uas ntse dua cov tib neeg uas ntse tshaj plaws (feem ntau hu ua Artificial Superintelligence lossis ASI), lub kaw lus ntawd yuav rov tsim kho thiab txhim kho nws tus kheej tau sai dua li ib pab tib neeg twg yeej yuav ua tau. Qhov no tsim ib txoj voj voog ntawm kev txhim kho tus kheej rov qab mus dua qub, uas muaj peev xwm nce ob npaug dua ib zaug ntxiv thiab ib zaug ntxiv hauv tej lub sijhawm luv heev (hnub -&gt; teev -&gt; feeb), ua rau tej kev txhim kho ntxiv tom qab ntawd tawg nthuav dav heev thiab ua rau “cov tib neeg ua ntej-singularity” tsis muaj peev xwm twv tau lossis coj tau txoj kev ntawd kom muaj txiaj ntsig. Lo lus “singularity” raug qiv los ntawm physics thiab lej, uas nyob hauv “ib lub qhov dub,” singularity yog lub ntsiab chaw uas lub zog nqus dhau los ua tsis muaj qhov kawg thiab peb tej kev cai physics tam sim no poob tsis ua haujlwm lawm—peb tsis pom thiab tsis twv tau ua ntej tias muaj dab tsi tshwm sim dhau event horizon.</w:t>
      </w:r>
    </w:p>
    <w:p>
      <w:pPr>
        <w:pStyle w:val="ArticleBody"/>
        <w:jc w:val="left"/>
      </w:pPr>
      <w:r>
        <w:rPr>
          <w:rFonts w:ascii="Times New Roman" w:hAnsi="Times New Roman" w:eastAsia="Times New Roman" w:cs="Times New Roman"/>
        </w:rPr>
        <w:t>Ib yam li ntawd, kev singularity ntawm thev naus laus zis raug saib tias yog ib qho “event horizon” hauv keeb kwm: peb muaj peev xwm kwv yees cov kev hloov mus txog rau lub ntsiab ntawd, tab sis dhau ntawm ntawd mus lawm, yav tom ntej yuav dhau los ua yam tsis pom kev meej rau tib neeg lub siab uas tsis tau txais kev txhawb ntxiv.</w:t>
      </w:r>
    </w:p>
    <w:p>
      <w:pPr>
        <w:pStyle w:val="ArticleHeading"/>
        <w:jc w:val="left"/>
      </w:pPr>
      <w:r>
        <w:rPr>
          <w:rFonts w:ascii="Arial" w:hAnsi="Arial" w:eastAsia="Arial" w:cs="Arial"/>
        </w:rPr>
        <w:t>Keeb Kwm Luv thiab Cov Neeg Xav Tseem Ceeb tshaj plaws</w:t>
      </w:r>
    </w:p>
    <w:p>
      <w:pPr>
        <w:pStyle w:val="ArticleBody"/>
        <w:jc w:val="left"/>
      </w:pPr>
      <w:r>
        <w:rPr>
          <w:rFonts w:ascii="Times New Roman" w:hAnsi="Times New Roman" w:eastAsia="Times New Roman" w:cs="Times New Roman"/>
        </w:rPr>
        <w:t>Xyoo 1950—Cov noob xub tshwm sim nyob rau hauv tej haujlwm ntawm tus kws lej John von Neumann (uas tau hais txog kev hloov thev naus laus zis uas tab tom nrawm zuj zus) thiab tus kws lej/tus kws txhais lej zais I.J. Good (uas xyoo 1965 tau piav txog ib qho “kev tawg loj ntawm kev txawj ntse” thaum tshuab pib tsim tau tshuab uas zoo dua qub).</w:t>
      </w:r>
    </w:p>
    <w:p>
      <w:pPr>
        <w:pStyle w:val="ArticleBody"/>
        <w:jc w:val="left"/>
      </w:pPr>
      <w:r>
        <w:rPr>
          <w:rFonts w:ascii="Times New Roman" w:hAnsi="Times New Roman" w:eastAsia="Times New Roman" w:cs="Times New Roman"/>
        </w:rPr>
        <w:t>1993—Tus kws tshawb fawb txog computer thiab tus sau ntawv dab neeg kev tshawb fawb Vernor Vinge ua kom lub tswv yim niaj hnub no nrov npe hauv nws tsab ntawv, The Coming Technological Singularity. Nws twv ua ntej tias peb yuav tsim tau ib hom kev txawj ntse uas tshaj tib neeg nyob rau qee lub sijhawm nruab nrab ntawm 2005–2030, tom qab ntawd “lub caij nyoog ntawm tib neeg” yuav xaus (hauv qhov kev txhais tias tib neeg uas tsis muaj kev pab los txhawb ntxiv yuav tsis yog hom kev txawj ntse uas kav tshaj lawm).</w:t>
      </w:r>
    </w:p>
    <w:p>
      <w:pPr>
        <w:pStyle w:val="ArticleBody"/>
        <w:jc w:val="left"/>
      </w:pPr>
      <w:r>
        <w:rPr>
          <w:rFonts w:ascii="Times New Roman" w:hAnsi="Times New Roman" w:eastAsia="Times New Roman" w:cs="Times New Roman"/>
        </w:rPr>
        <w:t>2005—Tus kws tsim khoom/tus kws pom kev yav tom ntej Ray Kurzweil coj lub tswv yim no los rau hauv qhov chaw uas pej xeem mloog dav dav nrog nws phau ntawv, The Singularity Is Near. Nws sib cav tias qhov singularity yuav los txog kwv yees xyoo 2045, raug txhawb los ntawm kev loj hlob nrawm zuj zus raws kev ntsuas loj hlob sib npaug ntawm lub zog suav tshuab (raws li nws Txoj Cai ntawm Kev Ceev Zuag Qub Nce Rov Qab Los), nanotechnology, biotechnology, thiab kev txuas sib cuam tshuam ntawm lub hlwb nrog lub tshuab xam phaj. Nws tau tuav rawv txoj kab sijhawm no tsis tu ncua, thiab tsis ntev no tau rov lees paub AGI xyoo 2029 thiab singularity ~2045.</w:t>
      </w:r>
    </w:p>
    <w:p>
      <w:pPr>
        <w:pStyle w:val="ArticleHeading"/>
        <w:jc w:val="left"/>
      </w:pPr>
      <w:r>
        <w:rPr>
          <w:rFonts w:ascii="Arial" w:hAnsi="Arial" w:eastAsia="Arial" w:cs="Arial"/>
        </w:rPr>
        <w:t>Kev Twv Txog Lub Sijhawm (raws li thaum ntxov xyoo 2026)</w:t>
      </w:r>
    </w:p>
    <w:p>
      <w:pPr>
        <w:pStyle w:val="ArticleBody"/>
        <w:jc w:val="left"/>
      </w:pPr>
      <w:r>
        <w:rPr>
          <w:rFonts w:ascii="Times New Roman" w:hAnsi="Times New Roman" w:eastAsia="Times New Roman" w:cs="Times New Roman"/>
        </w:rPr>
        <w:t>Cov lus kwv yees tau pom meej tias raug txo kom ze zog heev hauv ob peb xyoos tsis ntev no vim txoj kev nce qib ceev kawg nkaus hauv cov qauv lus loj, cov txheej txheem txawj xav, thiab cov cai ntawm kev nthuav loj: Cov kev xav uas kub siab tshaj / nyob rau lub sijhawm ze tshaj (2026–2027): Qee tus thawj coj AI uas muaj npe nrov (piv txwv li, Dario Amodei ntawm Anthropic, Elon Musk) tau tshaj tawm rau pej xeem tias kev txawj ntse tshaj plaws lossis ib yam dab tsi uas ua haujlwm sib npaug rau lub ntsiab taw tes qhib kev singularity tej zaum yuav los txog ntxov li xyoo 2026 lossis hauv 1–3 xyoos tom ntej.</w:t>
      </w:r>
    </w:p>
    <w:p>
      <w:pPr>
        <w:pStyle w:val="ArticleBody"/>
        <w:jc w:val="left"/>
      </w:pPr>
      <w:r>
        <w:rPr>
          <w:rFonts w:ascii="Times New Roman" w:hAnsi="Times New Roman" w:eastAsia="Times New Roman" w:cs="Times New Roman"/>
        </w:rPr>
        <w:t>Kev tshuaj ntsuam ntawm cov kws tshaj lij feem nrab tseem sib sau nyob ib ncig ntawm xyoo 2040–2050 rau kev txawj ntse siab tshaj plaws puv npo/kev sib koom ua ib qho.</w:t>
      </w:r>
    </w:p>
    <w:p>
      <w:pPr>
        <w:pStyle w:val="ArticleHeading"/>
        <w:jc w:val="left"/>
      </w:pPr>
      <w:r>
        <w:rPr>
          <w:rFonts w:ascii="Arial" w:hAnsi="Arial" w:eastAsia="Arial" w:cs="Arial"/>
        </w:rPr>
        <w:t>Ob pab yeej yuav tshwm sim tau ob txhia</w:t>
      </w:r>
    </w:p>
    <w:p>
      <w:pPr>
        <w:pStyle w:val="ArticleBody"/>
        <w:jc w:val="left"/>
      </w:pPr>
      <w:r>
        <w:rPr>
          <w:rFonts w:ascii="Times New Roman" w:hAnsi="Times New Roman" w:eastAsia="Times New Roman" w:cs="Times New Roman"/>
        </w:rPr>
        <w:t>Utopian / muaj kev cia siab heev -&gt; kev nplua mias kawg nkaus, kev tshem tawm kab mob thiab kev txom nyem, kev tsis txawj tuag siv tau tiag tiag los ntawm kev upload lub siab rau hauv tshuab los yog nanomedicine, noob neej sib xyaw ua ke nrog AI (transhumanism), daws tau tej teeb meem kev tshawb fawb uas yav tas los daws tsis tau hauv ob peb feeb.</w:t>
      </w:r>
    </w:p>
    <w:p>
      <w:pPr>
        <w:pStyle w:val="ArticleBody"/>
        <w:jc w:val="left"/>
      </w:pPr>
      <w:r>
        <w:rPr>
          <w:rFonts w:ascii="Times New Roman" w:hAnsi="Times New Roman" w:eastAsia="Times New Roman" w:cs="Times New Roman"/>
        </w:rPr>
        <w:t>Dystopian / muaj kev xav phem -&gt; kev ploj ntawm tib neeg lub peev xwm thiab kev tswj hwm, kev tsis sib haum raws li lub hom phiaj (AI caum cov hom phiaj uas cais kiag lossis tawm tsam tib neeg tej nqes txiaj thiab qhov muaj nuj nqis), kev poob vau ntawm kev khwv nyiaj txiag thiab kev sib raug zoo hauv zej zog, lossis txawm yog tej kev phom sij uas cuam tshuam txog tib neeg txoj kev muaj nyob kiag li.</w:t>
      </w:r>
    </w:p>
    <w:p>
      <w:pPr>
        <w:pStyle w:val="ArticleBody"/>
        <w:jc w:val="left"/>
      </w:pPr>
      <w:r>
        <w:rPr>
          <w:rFonts w:ascii="Times New Roman" w:hAnsi="Times New Roman" w:eastAsia="Times New Roman" w:cs="Times New Roman"/>
        </w:rPr>
        <w:t>Singularity tsis yog tsuas yog “AI uas txawj heev kawg nkaus” xwb; nws yog lub sijhawm thaum kev hloov loj hlob ntawm thev naus laus zis dim tawm ntawm tej kev txwv ntawm kev ceev raws li txhia neeg/roj ntsha muaj sia, thiab dhau los ua ib txoj kev txheej txheem ywj pheej uas khiav ploj tsis muaj leej twg tuav tau. Txawm hais tias qhov ntawd yuav tshwm sim rau xyoo 2026, 2030, 2045, los yog yuav tsis tshwm sim li, nws tseem yog ib lo lus nug qhib uas muaj txim loj tshaj plaws rau keeb kwm ntawm noob neej nyob rau lub sijhawm tam sim no.</w:t>
      </w:r>
    </w:p>
    <w:p>
      <w:pPr>
        <w:pStyle w:val="ArticleHeading"/>
        <w:jc w:val="left"/>
      </w:pPr>
      <w:r>
        <w:rPr>
          <w:rFonts w:ascii="Arial" w:hAnsi="Arial" w:eastAsia="Arial" w:cs="Arial"/>
        </w:rPr>
        <w:t>Lub Sijhawm Kawg—1989</w:t>
      </w:r>
    </w:p>
    <w:p>
      <w:pPr>
        <w:pStyle w:val="ArticleBody"/>
        <w:jc w:val="left"/>
      </w:pPr>
      <w:r>
        <w:rPr>
          <w:rFonts w:ascii="Times New Roman" w:hAnsi="Times New Roman" w:eastAsia="Times New Roman" w:cs="Times New Roman"/>
        </w:rPr>
        <w:t>Lub Ntiaj Teb Uas Muaj Kev Sib Txuas Pib Lawm</w:t>
      </w:r>
    </w:p>
    <w:p>
      <w:pPr>
        <w:pStyle w:val="ArticleBody"/>
        <w:jc w:val="left"/>
      </w:pPr>
      <w:r>
        <w:rPr>
          <w:rFonts w:ascii="Times New Roman" w:hAnsi="Times New Roman" w:eastAsia="Times New Roman" w:cs="Times New Roman"/>
        </w:rPr>
        <w:t>Kev hloov ntawm kev suav tshuab uas nyob cais tawm mus rau kev suav tshuab uas txuas sib cuag. Tim Berners-Lee nthuav tawm lub World Wide Web ntawm CERN (1989). Kev tshawb fawb txog neural network rau kev lag luam nthuav dav ntxiv (kev siv hauv tub rog + kev siv hauv tsev kawm txuj ci), Intel 80486 raug tso tawm—lub hwj chim suav tshuab ntawm tus kheej nce dhia, ARPANET hloov mus rau yam uas dhau los ua Internet niaj hnub no. Ua ntej no, kev suav tshuab muaj hwj chim heev los xij feem ntau tseem nyob sib cais ua nyias pawg. Tom qab xyoo 1989, kev suav tshuab tig mus rau txoj kev tsom rau kev sib txuas tes hauj lwm. Neural networks hauv xyoo 1989 tseem nyob rau theem ntxov, raug txwv los ntawm kho vajtse, thiab feem ntau yog cov txheej txheem qauv uas tau txhawb ntxiv los ntawm cov cai teev tseg—tiamsis tub rog thiab cov chaw kuaj kev tshawb fawb twb tab tom sim cov txheej txheem kawm paub rau kev xaiv hom phiaj, kev taw qhia, thiab kev faib txheeb cov teeb liab lawm. Qhov no yog txheej hauv paus rau txhua yam uas tuaj tom qab.</w:t>
      </w:r>
    </w:p>
    <w:p>
      <w:pPr>
        <w:pStyle w:val="ArticleHeading"/>
        <w:jc w:val="left"/>
      </w:pPr>
      <w:r>
        <w:rPr>
          <w:rFonts w:ascii="Arial" w:hAnsi="Arial" w:eastAsia="Arial" w:cs="Arial"/>
        </w:rPr>
        <w:t>Txoj Lus Formalized – 1996</w:t>
      </w:r>
    </w:p>
    <w:p>
      <w:pPr>
        <w:pStyle w:val="ArticleBody"/>
        <w:jc w:val="left"/>
      </w:pPr>
      <w:r>
        <w:rPr>
          <w:rFonts w:ascii="Times New Roman" w:hAnsi="Times New Roman" w:eastAsia="Times New Roman" w:cs="Times New Roman"/>
        </w:rPr>
        <w:t>Kev Tawg Paj Tawg Lug ntawm Kev Lag Luam Hauv Is Taws Nem</w:t>
      </w:r>
    </w:p>
    <w:p>
      <w:pPr>
        <w:pStyle w:val="ArticleBody"/>
        <w:jc w:val="left"/>
      </w:pPr>
      <w:r>
        <w:rPr>
          <w:rFonts w:ascii="Times New Roman" w:hAnsi="Times New Roman" w:eastAsia="Times New Roman" w:cs="Times New Roman"/>
        </w:rPr>
        <w:t>Lub Web dhau los ua yam qhib rau pej xeem, ua lag luam, thiab nthuav thoob ntiaj teb. Netscape thiab cov browser nkag mus rau hauv kev tsov rog sib tw, Amazon thiab eBay ua pov thawj tias kev lag luam hauv online ua haujlwm tau. Google raug tsim tsa (ua BackRub hauv Stanford, 1996), kev txais siv Windows 95 ua kom kev siv khoos phis tawj ntawm cov neeg siv khoom nrawm dua. Xyoo 1996 yog lub sijhawm uas Is Taws Nem tsis yog rau kev kawm txuj ci ntxiv lawm, tiam sis dhau los ua ib lub zog kev khwv nyiaj txiag. Cov txheej txheem hauv paus uas muaj los ntawm 1989 tam sim no mus txog theem uas cov neeg siv khoom coob siv tau. Lub caij nyoog dot-com tsis yog hais txog cov websites—nws yog hais txog kev hloov kev lag luam mus ua digital. Lub sijhawm no tau hloov kev lag luam, kev tshaj tawm, kev nrhiav tau ntaub ntawv, thiab cov qauv kev sib txuas lus.</w:t>
      </w:r>
    </w:p>
    <w:p>
      <w:pPr>
        <w:pStyle w:val="ArticleHeading"/>
        <w:jc w:val="left"/>
      </w:pPr>
      <w:r>
        <w:rPr>
          <w:rFonts w:ascii="Arial" w:hAnsi="Arial" w:eastAsia="Arial" w:cs="Arial"/>
        </w:rPr>
        <w:t>Lus Txhawb Uas Muaj Hwjchim — 9/11, 2001</w:t>
      </w:r>
    </w:p>
    <w:p>
      <w:pPr>
        <w:pStyle w:val="ArticleBody"/>
        <w:jc w:val="left"/>
      </w:pPr>
      <w:r>
        <w:rPr>
          <w:rFonts w:ascii="Times New Roman" w:hAnsi="Times New Roman" w:eastAsia="Times New Roman" w:cs="Times New Roman"/>
        </w:rPr>
        <w:t>Pib Lub Caij Nyoog Mobile + Platform</w:t>
      </w:r>
    </w:p>
    <w:p>
      <w:pPr>
        <w:pStyle w:val="ArticleBody"/>
        <w:jc w:val="left"/>
      </w:pPr>
      <w:r>
        <w:rPr>
          <w:rFonts w:ascii="Times New Roman" w:hAnsi="Times New Roman" w:eastAsia="Times New Roman" w:cs="Times New Roman"/>
        </w:rPr>
        <w:t>Kev hloov cov xov xwm ua hom digital + kev tsim kho thaum ntxov ntawm cloud infrastructure + broadband uas qhib txuas tas li. Apple tso tawm iPod (kev pib ntawm ib qho ecosystem digital txawb tau), Wikipedia raug tsim tawm (qauv platform ntawm kev paub uas sawv daws koom tes tsim), kev txais yuav broadband nce siab heev, Amazon pib ntsiag to tsim yam uas tom qab dhau los ua AWS. Tom qab 9/11, tshuab thev naus laus zis rau kev saib xyuas thiab soj ntsuam raug ua kom nrawm heev, hos data analytics infrastructure loj hlob sai heev. Kev pib ntawm cloud computing, platform ecosystems, kev kav thawj ntawm digital content, infrastructure uas txuas nrog tas li, thiab lub hauv paus rau social media thiab smartphones raug muab tso tseg rau ntawm no.</w:t>
      </w:r>
    </w:p>
    <w:p>
      <w:pPr>
        <w:pStyle w:val="ArticleHeading"/>
        <w:jc w:val="left"/>
      </w:pPr>
      <w:r>
        <w:rPr>
          <w:rFonts w:ascii="Arial" w:hAnsi="Arial" w:eastAsia="Arial" w:cs="Arial"/>
        </w:rPr>
        <w:t>Lub Hauv Paus Twb Muab Tso Cia Lawm – Habakkuk Cov Phiaj Ntawv – 2012, 2013</w:t>
      </w:r>
    </w:p>
    <w:p>
      <w:pPr>
        <w:pStyle w:val="ArticleBody"/>
        <w:jc w:val="left"/>
      </w:pPr>
      <w:r>
        <w:rPr>
          <w:rFonts w:ascii="Times New Roman" w:hAnsi="Times New Roman" w:eastAsia="Times New Roman" w:cs="Times New Roman"/>
        </w:rPr>
        <w:t>Kev Tshawb Nrhiav Kawm Tob Uas Ua Rau Muaj Kev Hloov Loj</w:t>
      </w:r>
    </w:p>
    <w:p>
      <w:pPr>
        <w:pStyle w:val="ArticleBody"/>
        <w:jc w:val="left"/>
      </w:pPr>
      <w:r>
        <w:rPr>
          <w:rFonts w:ascii="Times New Roman" w:hAnsi="Times New Roman" w:eastAsia="Times New Roman" w:cs="Times New Roman"/>
        </w:rPr>
        <w:t>Kev Yug Los Ntawm Kev Txawj Ntse Cuav Niaj Hnub No</w:t>
      </w:r>
    </w:p>
    <w:p>
      <w:pPr>
        <w:pStyle w:val="ArticleBody"/>
        <w:jc w:val="left"/>
      </w:pPr>
      <w:r>
        <w:rPr>
          <w:rFonts w:ascii="Times New Roman" w:hAnsi="Times New Roman" w:eastAsia="Times New Roman" w:cs="Times New Roman"/>
        </w:rPr>
        <w:t>Nov yog lub sijhawm tseem ceeb tig pauv uas cov neural network tsis yog yam sim xwb lawm, tiam sis tau los ua yam muaj hwj chim siv tau tiag tiag—yog tus choj meej tseeb txuas ncaj qha ntawm lub caij nyoog “platform/cloud” xyoo 2001 thiab qhov tawg loj ntawm “generative AI” xyoo 2023. Cuaj Hlis 2012: AlexNet (ib qho deep convolutional neural network) yeej qhov kev sib tw ImageNet los ntawm qhov sib txawv loj heev—rhuav tshem tag nrho txhua yam algorithm yav dhau los. Ib qho xwm txheej nkaus no xwb raug lees paub thoob plaws hauv kev tshawb fawb AI tias yog lub sijhawm uas modern deep learning yug los. Xyoo 2012: Geoffrey Hinton pab neeg ua pov thawj tias deep neural net, thaum cob qhia rau saum GPU, muaj peev xwm kawm tau cov hierarchical feature tau yam tsis tas neeg teeb tseg ua ntej. Xyoo 2013: Google yuav Hinton lub tuam txhab (DNNresearch). Kev lag luam mam li nchuav ntau txhiab vam nyiaj tam sim ntawd rau hauv deep learning. NVIDIA cov kev nce qib ntawm GPU (CUDA) los ua cov cuab yeej kho vajtse qauv rau AI. Cov cuab yeej big data (Spark 1.0 raug tso tawm xyoo 2013) kuj loj hlob txhij nrog qhov no thiab, ua rau siv tau cov dataset loj kawg uas deep learning xav tau.</w:t>
      </w:r>
    </w:p>
    <w:p>
      <w:pPr>
        <w:pStyle w:val="ArticleHeading"/>
        <w:jc w:val="left"/>
      </w:pPr>
      <w:r>
        <w:rPr>
          <w:rFonts w:ascii="Arial" w:hAnsi="Arial" w:eastAsia="Arial" w:cs="Arial"/>
        </w:rPr>
        <w:t>Qhib Lub Foob Qhib – 2023</w:t>
      </w:r>
    </w:p>
    <w:p>
      <w:pPr>
        <w:pStyle w:val="ArticleBody"/>
        <w:jc w:val="left"/>
      </w:pPr>
      <w:r>
        <w:rPr>
          <w:rFonts w:ascii="Times New Roman" w:hAnsi="Times New Roman" w:eastAsia="Times New Roman" w:cs="Times New Roman"/>
        </w:rPr>
        <w:t>AI Tsim Tawm Hla Lub Chaw Nkag</w:t>
      </w:r>
    </w:p>
    <w:p>
      <w:pPr>
        <w:pStyle w:val="ArticleBody"/>
        <w:jc w:val="left"/>
      </w:pPr>
      <w:r>
        <w:rPr>
          <w:rFonts w:ascii="Times New Roman" w:hAnsi="Times New Roman" w:eastAsia="Times New Roman" w:cs="Times New Roman"/>
        </w:rPr>
        <w:t>AI dhau los ua yam uas neeg siv tau, xyaum tau, thiab cuam tshuam kev lag luam loj heev. Tsis yog tsuas yog “neural nets zoo dua” xwb. Nov yog lub sijhawm uas AI sau code, tsim duab, ua haujlwm chaw ua haujlwm dawb hloov tau, nthuav dav tau cov haujlwm uas yuav tsum siv kev xav txiav txim, thiab thawj zaug AI tsis nyob tsuas yog hauv kev tshwj xeeb lawm tiam sis dhau los ua cuab yeej txawj xav dav dav siv tau rau ntau yam.</w:t>
      </w:r>
    </w:p>
    <w:p>
      <w:pPr>
        <w:pStyle w:val="ArticleHeading"/>
        <w:jc w:val="left"/>
      </w:pPr>
      <w:r>
        <w:rPr>
          <w:rFonts w:ascii="Arial" w:hAnsi="Arial" w:eastAsia="Arial" w:cs="Arial"/>
        </w:rPr>
        <w:t>2026 – Qhov Chaw Cim Ib Leeg?</w:t>
      </w:r>
    </w:p>
    <w:p>
      <w:pPr>
        <w:pStyle w:val="ArticleListItem"/>
        <w:ind w:left="576" w:hanging="259"/>
        <w:jc w:val="left"/>
      </w:pPr>
      <w:r>
        <w:rPr>
          <w:rFonts w:ascii="Times New Roman" w:hAnsi="Times New Roman" w:eastAsia="Times New Roman" w:cs="Times New Roman"/>
        </w:rPr>
        <w:t>• Xyoo 1989 yog qhov kev qhib lub cim ntawm lub sijhawm kawg nws tus kheej (kev sib txuas lus hauv network pib, ua lub hauv paus rau kev khiav mus thoob ntiajteb ntawm kev paub; raug txuas nrog kev poob ntawm USSR ua tus cim qhia txoj kev rau lub sijhawm kawg ntawm kev sim siab rau Adventism).</w:t>
      </w:r>
    </w:p>
    <w:p>
      <w:pPr>
        <w:pStyle w:val="ArticleListItem"/>
        <w:ind w:left="576" w:hanging="259"/>
        <w:jc w:val="left"/>
      </w:pPr>
      <w:r>
        <w:rPr>
          <w:rFonts w:ascii="Times New Roman" w:hAnsi="Times New Roman" w:eastAsia="Times New Roman" w:cs="Times New Roman"/>
        </w:rPr>
        <w:t>• Xyoo 1996 yog lub caij uas txoj xov ntawd raug muab txhim kho ua ib yam muaj qauv tseeb (lub web kev lag luam nthuav dav qhov kev khwv nyiaj raws ntaub ntawv, hloov kev lag luam thiab kev tshawb nrhiav ua hom digital).</w:t>
      </w:r>
    </w:p>
    <w:p>
      <w:pPr>
        <w:pStyle w:val="ArticleListItem"/>
        <w:ind w:left="576" w:hanging="259"/>
        <w:jc w:val="left"/>
      </w:pPr>
      <w:r>
        <w:rPr>
          <w:rFonts w:ascii="Times New Roman" w:hAnsi="Times New Roman" w:eastAsia="Times New Roman" w:cs="Times New Roman"/>
        </w:rPr>
        <w:t>• Xyoo 2001 raws li kev muaj hwj chim txhawb rau txoj xov (cov platform, huab, thiab kev nkag tau txhua lub sij hawm nteg tsa lub ecosystem digital rau kev paub sib koom ua ke thiab txav tau nrog tes).</w:t>
      </w:r>
    </w:p>
    <w:p>
      <w:pPr>
        <w:pStyle w:val="ArticleListItem"/>
        <w:ind w:left="576" w:hanging="259"/>
        <w:jc w:val="left"/>
      </w:pPr>
      <w:r>
        <w:rPr>
          <w:rFonts w:ascii="Times New Roman" w:hAnsi="Times New Roman" w:eastAsia="Times New Roman" w:cs="Times New Roman"/>
        </w:rPr>
        <w:t>• Xyoo 2012/2013 yog lub sij hawm tso lub hauv paus rau kev txawj ntse tseeb (kev tawg paj txi txiv ntawm kev kawm tob ua rau kev nkag siab ntawm tshuab muaj peev xwm siv tau tiag thiab nthuav dav tau raws li qhov xav tau).</w:t>
      </w:r>
    </w:p>
    <w:p>
      <w:pPr>
        <w:pStyle w:val="ArticleListItem"/>
        <w:ind w:left="576" w:hanging="259"/>
        <w:jc w:val="left"/>
      </w:pPr>
      <w:r>
        <w:rPr>
          <w:rFonts w:ascii="Times New Roman" w:hAnsi="Times New Roman" w:eastAsia="Times New Roman" w:cs="Times New Roman"/>
        </w:rPr>
        <w:t>• Xyoo 2023 raws li qhov siab tshaj plaws ntawm kev qhib lub foob khiab (generative AI hla mus rau hauv kev txawj xav uas siv tau dav dav, ua kom kev tsim kev paub thiab kev txiav txim siab nkag cuag tau thiab muaj zog cuam tshuam).</w:t>
      </w:r>
    </w:p>
    <w:p>
      <w:pPr>
        <w:pStyle w:val="ArticleBody"/>
        <w:jc w:val="left"/>
      </w:pPr>
      <w:r>
        <w:rPr>
          <w:rFonts w:ascii="Times New Roman" w:hAnsi="Times New Roman" w:eastAsia="Times New Roman" w:cs="Times New Roman"/>
        </w:rPr>
        <w:t>Qhov kev nce qib no muaj kev zoo nkauj thiab muaj txheej txheem: txhua theem txhim tsa sib sau ntxiv raws li theem ua ntej, hloov ntawm kev sib txuas -&gt; kev coj mus ua lag luam -&gt; ib puag ncig kab ke -&gt; kev txawj ntse -&gt; kev paub xav.</w:t>
      </w:r>
    </w:p>
    <w:p>
      <w:pPr>
        <w:pStyle w:val="ArticleBody"/>
        <w:jc w:val="left"/>
      </w:pPr>
      <w:r>
        <w:rPr>
          <w:rFonts w:ascii="Times New Roman" w:hAnsi="Times New Roman" w:eastAsia="Times New Roman" w:cs="Times New Roman"/>
        </w:rPr>
        <w:t>Xyoo 2012/2013 yog lub nqaj-qhov rooj tseem ceeb; yog lub sij hawm uas neural nets tau ua pov thawj tias lawv muaj peev xwm kawm tau raws txheej txheem siab-mus-rau-qis thiab kawm tau nws tus kheej tsis tas kom tib neeg qhuab qhia txhua kauj ruam (AlexNet/ImageNet yeej, Hinton txoj hauj lwm raug lees paub, GPU scaling ua tau lawm), uas ua rau qhov kev tawg loj ntawm generative xyoo 2023 dhau los ua yam uas zam tsis tau. Yog tsis muaj qhov kev hloov qauv vaj tse xyoo 2012 ntawd, cov qauv transformer (2017) thiab kev nthuav dav loj heev yuav tsis tau tsim kom muaj qib kev dav dav zoo li ChatGPT.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Zaj Xya 17</dc:title>
  <dc:subject>Qhov Uas Muaj tiag thiab Lub Zeem Muag: Daniel Ob Kab Lus Qhia Yaj Saub thiab Kev Qhib Phau Tshwm Sim</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