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Tus Zauv Kaum Cuaj</w:t>
      </w:r>
    </w:p>
    <w:p>
      <w:pPr>
        <w:pStyle w:val="ArticleSubtitle"/>
        <w:jc w:val="left"/>
      </w:pPr>
      <w:r>
        <w:rPr>
          <w:rFonts w:ascii="Arial" w:hAnsi="Arial" w:eastAsia="Arial" w:cs="Arial"/>
        </w:rPr>
        <w:t>Cov Neeg Loj: Antiochus, Constantine, thiab Tus Thawj Tswj Hwm Kawg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2026-03-01</w:t>
      </w:r>
    </w:p>
    <w:p>
      <w:pPr>
        <w:pStyle w:val="ArticleBody"/>
        <w:jc w:val="left"/>
      </w:pPr>
      <w:r>
        <w:rPr>
          <w:rFonts w:ascii="Times New Roman" w:hAnsi="Times New Roman" w:eastAsia="Times New Roman" w:cs="Times New Roman"/>
        </w:rPr>
        <w:t>Tus yuam sij rau kev faib kom raug nqe kaum mus txog kaum rau hauv Daniyees kaum ib yog pom nyob hauv cov kev siv yaj saub hauv paus uas tau raug siv ntau tshaj peb caug xyoo dhau los, hauv xyoo 1996, thaum phau ntawv xov xwm *The Time of the End* raug luam tawm. Peb caug xyoo tom qab no, tus Tswv tau qhia tawm tias tseem muaj dua ib txoj xov yaj saub uas yuav tsum raug muab teeb tsa kom ruaj raws cai ib yam li txoj xov ntawm cov Millerite tau raug teeb tsa kom ruaj raws cai hauv xyoo 1831. Hauv keeb kwm omega ntawm peb caug xyoo no, txoj xov uas yuav tsum raug muab teeb tsa kom ruaj yog sawv cev ua ib qho kev kho kom raug ntawm ib txoj xov Islam yav dhau los, raws li Yauxiyas Litch sawv cev, thiab kuj yog ib txoj xov kho kom raug ntawm lub qhov rooj kaw, raws li Xamuwees Snow sawv cev, uas yog lub cim ntawm zaj lus piv txwv txog kaum tug nkauj xwb. Ib txoj xov hais txog Islam, nrog ib lo lus ceeb toom txog cov qhov rooj ntawm lub sij hawm ntawm kev sim siab uas kaw zuj zus raws li Khetos xaus Nws tes dej num ntawm txoj kev txiav txim, yuav raug tshaj tawm. Txoj xov ntawd muaj ob ntu, muaj ib txoj kab sab hauv thiab ib txoj kab sab nraud, uas tom qab ntawd sawv cev rau ob kauj ruam thawj ntawm txoj txheej txheem peb kauj ruam ntawm kev sim uas ib txwm tshwm sim thaum ib lo lus faj lem raug qhib, ib yam li kev tshwm sim ntawm Yexus Khetos thaum Lub Kaum Ob Hlis 31, 2023.</w:t>
      </w:r>
    </w:p>
    <w:p>
      <w:pPr>
        <w:pStyle w:val="ArticleBody"/>
        <w:jc w:val="left"/>
      </w:pPr>
      <w:r>
        <w:rPr>
          <w:rFonts w:ascii="Times New Roman" w:hAnsi="Times New Roman" w:eastAsia="Times New Roman" w:cs="Times New Roman"/>
        </w:rPr>
        <w:t>Phau ntawv xov xwm Lub Sijhawm Kawg muaj qhov kev nthuav dav tseem ceeb hais txog yav tom ntej rau tebchaws Amelikas raws li tau sawv cev nyob rau hauv rau nqe kawg ntawm Daniel kaum ib, uas tau raug qhib foob rau lub sijhawm kawg xyoo 1989. Phau ntawv xov xwm ntawd twb nyob hauv ntaub ntawv pej xeem tau peb caug xyoo lawm, los tsis muaj leejtwg pom tias ib lub ntsiab tseem ceeb ntawm phau ntawv xov xwm ntawd yog kev tawm tsam kev ntseeg nruab nrab ntawm kev coj liab thiab cov koom txoos uas nyob hauv tus cwj pwm thiab hwjchim ntawm Kev Ntseeg Kas Tos Liv, tshwjxeeb yog hauv Ukraine. Tsov rog kev ntseeg ntawd txij lub sijhawm xyoo 1989 los, piav qhia txog lub ntsiab lus dav dav ntawm Putin txoj kev poob qis ntawm sab kev ntseeg raws li tau sawv cev los ntawm Ptolemy thiab Uzziah hauv txoj kev ntxeev siab uas nkawd ob leeg tau qhia tawm ntawm lub tuam tsev hauv Yeluxalees. Lub tuam tsev hauv Yeluxalees yog Uzziah lub tuam tsev, tsis yog Ptolemy lub tuam tsev. Putin thiab Zelenskyy nkawd ob leeg ua kom tib lub tuam tsev ntawd tsis huv tibsi, tabsis yog ua ob txojkev sib txawv; ib tug ua li ib tug Neeg Iyiv, hos ib tug ua li ib tug Yudais.</w:t>
      </w:r>
    </w:p>
    <w:p>
      <w:pPr>
        <w:pStyle w:val="ArticleBody"/>
        <w:jc w:val="left"/>
      </w:pPr>
      <w:r>
        <w:rPr>
          <w:rFonts w:ascii="Times New Roman" w:hAnsi="Times New Roman" w:eastAsia="Times New Roman" w:cs="Times New Roman"/>
        </w:rPr>
        <w:t>Lub pawg ntseeg uas tab tom tawm tsam vajntxwv sab qab teb nyob rau xyoo 1989 yog pawg ntseeg Kas Tos Liv. Thiab ua cas thiaj yuav tsis yog? Kev tsis lees paub Vajtswv ntawm Fab Kis tau ua kom muaj qhov txhab tuag rau vajntxwv sab qaum teb nyob rau xyoo 1798, yog li ntawd ua cas txoj kev ua Vaj Qhia Kav Teb ho yuav tsis pauj rov qab rau txoj kev tsim txom ntev mus ntev los ntawm kev tsis lees paub Vajtswv rau pawg ntseeg Kas Tos Liv, tshwj xeeb tshaj yog hauv Ukraine? Qhov tseem ceeb tshaj dua yog tias zaj lus tim khawv meej no hais txog Ukraine tau los ntawm ib phau ntawv luam tawm nyob rau xyoo 1996, uas tau xam xaj cov neeg sau keeb kwm tsis yog kev ntseeg hais txog keeb kwm xyoo 1989. Tam sim no uas tus Tswv tab tom qhib tawm keeb kwm uas tau muab zais cia ntawm nqe plaub caug, Nws tau taw tes rau txoj kev tawm tsam ntawm ob pawg ntseeg orthodox los muab lub ntsiab lus cev Vajtswv lus thiab keeb kwm ntawm kev sib ntaus sib tua ntawm Raphia thiab yam uas tau tshwm sim tom qab ntawd, thiab Nws twb tau muab cov kev nkag siab uas tsim nyog ntawd tso rau hauv phau ntawv xov xwm The Time of the End uas tau luam tawm peb caug xyoo dhau los lawm.</w:t>
      </w:r>
    </w:p>
    <w:p>
      <w:pPr>
        <w:pStyle w:val="ArticleBody"/>
        <w:jc w:val="left"/>
      </w:pPr>
      <w:r>
        <w:rPr>
          <w:rFonts w:ascii="Times New Roman" w:hAnsi="Times New Roman" w:eastAsia="Times New Roman" w:cs="Times New Roman"/>
        </w:rPr>
        <w:t>Kev ploj tuag ntawm Napoleon sib haum nrog kev ploj zuj zus ntawm Lenin, Stalin, thiab txoj kev tswj kav ntawm Koomhaum Soviet. Thaum lub tebchaws yav qab teb raws li kev yaj saub txav nws lub peev mus rau Russia, muaj ob qho kev hloov loj hauv xyoo 1917. Qhov thawj yog yam uas hu ua Kev Hloov Tshiab Lavxias thaum tus Czar raug ntiab tawm ntawm txoj hauj lwm, thiab tom qab ntawd, hauv tib lub xyoo ntawd, Kev Hloov Tshiab Bolshevik tau raws los, uas coj mus rau kev tsov rog hauv tebchaws txij xyoo 1917 mus txog xyoo 1922. Xyoo 1922, Koomhaum Soviet tau raug tsim tsa.</w:t>
      </w:r>
    </w:p>
    <w:p>
      <w:pPr>
        <w:pStyle w:val="ArticleBody"/>
        <w:jc w:val="left"/>
      </w:pPr>
      <w:r>
        <w:rPr>
          <w:rFonts w:ascii="Times New Roman" w:hAnsi="Times New Roman" w:eastAsia="Times New Roman" w:cs="Times New Roman"/>
        </w:rPr>
        <w:t>Qhov pib ntawm Russia ua vajntxwv sab qab teb ntawm sab ntsuj plig sawv cev rau ib qho kev hloov tshiab uas muaj ob kauj ruam, uas coj mus rau kev tsov rog hauv tebchaws, ces yog kev tsim tsa ib pab koom tes ntawm ntau lub tebchaws. Kev poob cev qhev ntawm Soviet Union kuj yog ob kauj ruam, pib nrog kev rhuav tshem phab ntsa Berlin rau hnub Kaum Ib Hlis tim 9, 1989, uas tom qab ntawd coj mus rau kev tawg rhuav ntawm Soviet Union rau hnub Kaum Ob Hlis tim 31, 1991. Raws li tus kav kawg ntawm Russia, uas yog vajntxwv sab qab teb, Vladimir Putin tau raug ua cim piv los ntawm thawj tus kav ntawm Russia—Vladimir Lenin.</w:t>
      </w:r>
    </w:p>
    <w:p>
      <w:pPr>
        <w:pStyle w:val="ArticleBody"/>
        <w:jc w:val="left"/>
      </w:pPr>
      <w:r>
        <w:rPr>
          <w:rFonts w:ascii="Times New Roman" w:hAnsi="Times New Roman" w:eastAsia="Times New Roman" w:cs="Times New Roman"/>
        </w:rPr>
        <w:t>Vladimir txhais hais tias “ib tug thawj coj loj,” thiab Putin txhais hais tias “txoj kev.” Lenin txhais hais tias “ib tug dej loj,” tiam sis Vladimir Lenin tau xaiv lub npe Lenin los zais nws lub npe tiag, uas yog Vladimir Ilyich Ulyanov. Ilyich txhais hais tias “tub ntawm Eliyas,” thiab Ulyanov txhais hais tias “tus tub hluas ntawm Eliyas.”</w:t>
      </w:r>
    </w:p>
    <w:p>
      <w:pPr>
        <w:pStyle w:val="ArticleBody"/>
        <w:jc w:val="left"/>
      </w:pPr>
      <w:r>
        <w:rPr>
          <w:rFonts w:ascii="Times New Roman" w:hAnsi="Times New Roman" w:eastAsia="Times New Roman" w:cs="Times New Roman"/>
        </w:rPr>
        <w:t>Tus thawj coj Lavxias loj ntawd ntawm txoj kab, hauv keeb kwm uas raug sawv cev los ntawm kev sib ntaus rog ntawm Raphia xyoo 217 BC, tau raug ua yam ntxwv los ntawm thawj tus thawj coj ntawm Russia, uas raws li Vladimir Lenin yog tus thawj coj loj ntawm tus dej muaj hwjchim loj, tiamsis nws zais nws lub npe. Ib lub npe yog ib lub cim ntawm tus cwj pwm, thiab rau Vladimir zais nws ob lub npe ntawd sawv cev rau ib tus cwj pwm uas xaiv tus dej loj ntawm kev xav nom tswv, dua li tus cwj pwm uas raug sawv cev los ntawm Elijah, uas txhais tias “Vajtswv yog Yehauvas.” Lub hauv paus ntawm kev tsis ntseeg Vajtswv yog kev tsis lees paub Vajtswv, thiab kev tsis ntseeg Vajtswv yog ib qho yam ntxwv tseem ceeb ntawm vajntxwv sab qab teb. Lub npe thib ob thiab thib peb uas muab rau Lenin hais qhia txog Elijah thiab nws tus tub, thiab qhov kawg ntawm Russia raws li vajntxwv sab qab teb raug sawv cev los ntawm Ptolemy IV, uas tau yeej hauv kev sib ntaus rog ntawm Raphia, tiamsis thaum Antiochus rov qab los xyoo 200 BC hauv kev sib ntaus rog ntawm Panium, ces Ptolemy tus tub uas muaj tsib xyoos thiaj li yog tus kav. Lenin ob lub npe qub ntawd qhia txog Elijah thiab nws tus tub, thiab phim nrog Ptolemy thiab nws tus tub. Elijah thiab txoj xov rau nws cov menyuam tshwm sim nyob rau hnub kawg, tam sim ua ntej “hnub loj thiab txaus ntshai ntawm tus Tswv;” uas yog qhov chaw uas kev sib ntaus rog ntawm Raphia thiab Panium kuj raug muab tso tseg thiab.</w:t>
      </w:r>
    </w:p>
    <w:p>
      <w:pPr>
        <w:pStyle w:val="ArticleScripture"/>
        <w:jc w:val="left"/>
      </w:pPr>
      <w:r>
        <w:rPr>
          <w:rFonts w:ascii="Times New Roman" w:hAnsi="Times New Roman" w:eastAsia="Times New Roman" w:cs="Times New Roman"/>
        </w:rPr>
        <w:t>Saib seb, Kuv yuav txib Eliyas tus yaj saub los cuag nej ua ntej hnub uas loj kawg nkaus thiab txaus ntshai kawg nkaus ntawm tus Tswv yuav los txog; thiab nws yuav tig cov txiv lub siab mus cuag cov me nyuam, thiab cov me nyuam lub siab mus cuag lawv cov txiv, tsam Kuv los ntaus lub ntiaj teb kom raug kev foom phem. Malakhi 4:5, 6.</w:t>
      </w:r>
    </w:p>
    <w:p>
      <w:pPr>
        <w:pStyle w:val="ArticleBody"/>
        <w:jc w:val="left"/>
      </w:pPr>
      <w:r>
        <w:rPr>
          <w:rFonts w:ascii="Times New Roman" w:hAnsi="Times New Roman" w:eastAsia="Times New Roman" w:cs="Times New Roman"/>
        </w:rPr>
        <w:t>Cov lus tim khawv ntawm Uxiyas thiab Ptolemy sib haum raws nqe kaum ib ntawm Daniyees kaum ib, thiab Uxiyas tseem muaj sia nyob tau kaum ib xyoos tom qab nws txoj kev ntxeev siab thiab mob ruas; hos Ptolemy kav tebchaws tag nrho kaum xya xyoos, uas yog tib tug lej xyoo ib yam li cov xyoo nyob nruab nrab ntawm cov rog sib tua hauv nqe kaum ib thiab nqe kaum tsib. Zaj lus faj lem 250 xyoo uas pib rau xyoo 457 BC, xaus rau xyoo 207 BC nyob nruab nrab ntawm ob qho kev sib tua ntawd; kaum xyoo tom qab Raphia thiab xya xyoo ua ntej Panium. Ptolemy IV txoj kev kav pib rau xyoo 221 BC, thiab nws tuag rau xyoo 204 BC, yog li kaum xya xyoo ntawm Ptolemy tsis yog tib kab ke nrog kaum xya xyoo txij Raphia mus txog Panium. Tsis yog lawv yog tib kaum xya xyoo uas raug sawv cev los ntawm qhov xaus ntawm zaj lus faj lem 250 xyoo uas pib nrog Nero rau xyoo 64 thiab xaus rau xyoo 313. Txij xyoo 313 mus rau thawj txoj cai hnub Sunday hauv xyoo 321 yog yim xyoo, thiab cuaj xyoo tom qab, hauv xyoo 330, Constantine faib lub nceeg vaj ua sab hnub tuaj thiab sab hnub poob.</w:t>
      </w:r>
    </w:p>
    <w:p>
      <w:pPr>
        <w:pStyle w:val="ArticleBody"/>
        <w:jc w:val="left"/>
      </w:pPr>
      <w:r>
        <w:rPr>
          <w:rFonts w:ascii="Times New Roman" w:hAnsi="Times New Roman" w:eastAsia="Times New Roman" w:cs="Times New Roman"/>
        </w:rPr>
        <w:t>Hauv lub sijhawm uas nyob ze heev no, Putin thiab Russia yuav kov yeej Ukraine, thiab cov hneev taw ntawm Ptolemy thiab Uzziah yuav pib rov tshwm hauv keeb kwm uas sawv cev los ntawm nqe kaum ob. Ob tug tim khawv hauv phau Vajlugkub tso qhov teebmeem kawg rau Putin rau hauv ib qho teebmeem ntawm pawg ntseeg thiab lub xeev. Lawv txoj kev ntxeev siab tau tshwm tawm hauv lub tuam tsev hauv Yeluxalees, yog li ntawd thiaj qhia tias Uzziah lub tuam tsev thiab kev ntseeg yog lub ntsiab chaw siv ua kev siv taw qhia yav tom ntej.</w:t>
      </w:r>
    </w:p>
    <w:p>
      <w:pPr>
        <w:pStyle w:val="ArticleBody"/>
        <w:jc w:val="left"/>
      </w:pPr>
      <w:r>
        <w:rPr>
          <w:rFonts w:ascii="Times New Roman" w:hAnsi="Times New Roman" w:eastAsia="Times New Roman" w:cs="Times New Roman"/>
        </w:rPr>
        <w:t>Zelenskyy, uas txhais tias “ntsuab,” yog tus roj hmab qoj hlua ntawm cov neeg ua nom ua tswv tswj hwm thoob ntiaj teb hauv European Union thiab United Nations, uas lawv txoj hauj lwm thoob ntiaj teb raug sawv cev tsim nyog los ntawm txoj kev txav nom tswv xim ntsuab uas pe hawm niam ntiaj teb. Nws tsim nyog heev uas Zelenskyy tau yog ib tug neeg ua yeeb yam, rau qhov nws pom tseeb tias yog tus sawv cev hloov chaw ntawm lwm lub hwj chim, thiab nws lub npe uas txhais tias “ntsuab” qhia txog txoj kev xav nom tswv uas coj nws tej kev txav ntawm daim laug cam chess ntawm keeb kwm tib neeg. Checkmate twb nyob ze heev rau Zelenskyy lawm.</w:t>
      </w:r>
    </w:p>
    <w:p>
      <w:pPr>
        <w:pStyle w:val="ArticleBody"/>
        <w:jc w:val="left"/>
      </w:pPr>
      <w:r>
        <w:rPr>
          <w:rFonts w:ascii="Times New Roman" w:hAnsi="Times New Roman" w:eastAsia="Times New Roman" w:cs="Times New Roman"/>
        </w:rPr>
        <w:t>Hauv hauv zaj keeb kwm kawg no, kev ntxeev siab ntawm Uzziah thiab Ptolemy yuav rov raug ua tawm ib zaug ntxiv, tiam sis Ptolemy (Putin) tau tuag plaub xyoos ua ntej kev sib ntaus ntawm Panium, thiab tus kav kawg ntawm vajntxwv sab qab teb raug sawv cev los ntawm ib tug menyuam yaus muaj tsib xyoos uas tab tom raug tswj hwm los ntawm ib co thawj kav hloov uas qias tsis ncaj thiab tsis muaj peev xwm.</w:t>
      </w:r>
    </w:p>
    <w:p>
      <w:pPr>
        <w:pStyle w:val="ArticleBody"/>
        <w:jc w:val="left"/>
      </w:pPr>
      <w:r>
        <w:rPr>
          <w:rFonts w:ascii="Times New Roman" w:hAnsi="Times New Roman" w:eastAsia="Times New Roman" w:cs="Times New Roman"/>
        </w:rPr>
        <w:t>Ptolemy V tsuas muaj kwv yees li 5–6 xyoos xwb thaum nws nce mus rau lub zwm txwv hauv xyoo 204 BC (tom qab nws txiv tuag yam muaj kev tsis meej pem), thiab lub tebchaws Ptolemaic raug ua kom tuag tes tuag taw los ntawm ib ntu kev tuav nom sawv cev uas tsis muaj peev xwm lossis muaj kev noj nyiaj txiag phem nyob rau hauv lub sijhawm nws kav. Kev tuav nom sawv cev thawj zaug kav txij xyoo 204–202 BC, tom qab kev tuag ntawm Ptolemy IV raug zais tseg thiab nws niam Arsinoe III raug tua. Cov neeg uas vaj loog fav xeeb, yog Sosibius, uas yog ib tug thawj coj ua haujlwm ntev nyob hauv qab Ptolemy IV, thiab Agathocles, tus kwv ntawm Agathoclea uas yog Ptolemy IV tus hluas nkauj fav xeeb, tau tshaj tawm lawv tus kheej ua cov tuav nom sawv cev. Lawv tau cuav lossis nthuav tawm ib daim ntawv qub txeeg qub teg uas tsa lawv ua cov saib xyuas, muab tus vaj ntxwv hluas ntawd rau hauv kev saib xyuas ntawm Agathoclea thiab nws tsev neeg, thiab tshem tawm cov uas yuav dhau los ua neeg sib tw. Sosibius yog tus tuav tes feem coob ntawm kev tswj hwm thaum chiv thawj.</w:t>
      </w:r>
    </w:p>
    <w:p>
      <w:pPr>
        <w:pStyle w:val="ArticleBody"/>
        <w:jc w:val="left"/>
      </w:pPr>
      <w:r>
        <w:rPr>
          <w:rFonts w:ascii="Times New Roman" w:hAnsi="Times New Roman" w:eastAsia="Times New Roman" w:cs="Times New Roman"/>
        </w:rPr>
        <w:t>Ib qho kev hloov tau tshwm sim nyob ib ncig ntawm xyoo 202 BC, thaum Agathocles tau los ua tus saib kav uas muaj hwjchim tshaj plaws, tiam sis neeg coob leej ntxub nws heev vim nws txoj kev phem qias neeg thiab kev tswj hwm tsis zoo. Ib qho kev sawv tawm ntawm pejxeem hauv Alexandria tau coj mus rau nws raug ib pab neeg coob tua yam lim hiam, thaum tus vajntxwv tub hluas tsuas pom zoo raws npe xwb. Cov neeg saib kav tom qab ntawd yog Tlepolemus tus thawj xeev ntawm Pelusium, thiab ces Aristomenes. Txog thaum muaj tsov rog ntawm Panium xyoo 200 BC, lub nceeg vaj nyob hauv qab txoj kev hloov mus hloov los no ntawm cov neeg saib kav thiab cov kws pab tswv yim hauv vaj cours.</w:t>
      </w:r>
    </w:p>
    <w:p>
      <w:pPr>
        <w:pStyle w:val="ArticleBody"/>
        <w:jc w:val="left"/>
      </w:pPr>
      <w:r>
        <w:rPr>
          <w:rFonts w:ascii="Times New Roman" w:hAnsi="Times New Roman" w:eastAsia="Times New Roman" w:cs="Times New Roman"/>
        </w:rPr>
        <w:t>Hauv qhov kev sib ntaus sib tua ntawm Panium, cov tub rog Ptolemaic raug coj tawm mus hauv tshav rog los ntawm tus thawj tub rog Scopas ntawm Aetolia, uas yog ib tug thawj tub rog ntiav ua rog uas raug tsa los tuav haujlwm raws li kev sawv cev kav teb chaws, tsis yog los ntawm Ptolemy V nws tus kheej. Tus vajntxwv hluas ntawd tsis muaj kev tswj kav tiag tiag li—cov kev txiav txim siab, kev npaj tswv yim ua rog, thiab tag nrho txoj kev qaug zog ntawm lub nceeg vaj yog los ntawm cov neeg sawv cev kav teb chaws txoj kev tuag tes tuag taw, kev ntxhov siab sawv tawm sab hauv (xws li cov neeg Iyiv hauv teb chaws sawv ntxeev), thiab kev ntxias dag sib tw hauv vaj loog. Qhov kev tsis ruaj khov no thiaj ua rau Antiochus III tus Huab Tais Loj muaj peev xwm yeej Scopas ntawm Panium ib zaug txiav npluav, thiab txeeb tau Coele-Syria, nrog rau Yudas tebchaws, tawm ntawm Ptolemaic txoj kev tswj kav mus ib txhis.</w:t>
      </w:r>
    </w:p>
    <w:p>
      <w:pPr>
        <w:pStyle w:val="ArticleBody"/>
        <w:jc w:val="left"/>
      </w:pPr>
      <w:r>
        <w:rPr>
          <w:rFonts w:ascii="Times New Roman" w:hAnsi="Times New Roman" w:eastAsia="Times New Roman" w:cs="Times New Roman"/>
        </w:rPr>
        <w:t>Cov kws keeb kwm sib tham txog qhov yuav ua tau tias kev tuag ntawm Ptolemy IV yog los ntawm kev muab tshuaj lom, uas kuj yog ib feem ntawm kev twv xav raws keeb kwm hais txog Vladimir Lenin, Joseph Stalin, thiab tus huab tais poj niam ntawm sab qab teb, Cleopatra. Putin yeej hauv Tsov Rog Ukrainian, tiam sis nws txoj kev puas tsuaj pib nrog nws txoj kev ntshaw los siv dua txoj kev sib raug zoo ntawm kev tswj hwm uas yav tas los Lub Koomhaum Soviet tau muaj nrog lub koom txoos Ukrainian, uas thaum raug tshem tawm xyoo 1989, tau yog lub cim ntawm txoj kev yeej ntawm tus huab tais ntawm sab qaum teb saum tus huab tais ntawm sab qab teb.</w:t>
      </w:r>
    </w:p>
    <w:p>
      <w:pPr>
        <w:pStyle w:val="ArticleBody"/>
        <w:jc w:val="left"/>
      </w:pPr>
      <w:r>
        <w:rPr>
          <w:rFonts w:ascii="Times New Roman" w:hAnsi="Times New Roman" w:eastAsia="Times New Roman" w:cs="Times New Roman"/>
        </w:rPr>
        <w:t>Ukraine yog lub txaj yug ntawm Kev Ntseeg Kas Tos Liv Sab Hnub Tuaj ntawm haiv Slav Sab Hnub Tuaj. Kev ua kevcai raus dej ntawm Vladimir tus Loj tau muaj chaw nyob rau xyoo 988 hauv Kyiv. Tom qab no Moscow tau lees tias yog “Loos Thib Peb” tom qab Constantinople poob lawm, tsa nws tus kheej ua tus txais cuab tam raug cai thiab tus saib xyuas sab ntsuj plig ntawm txhua thaj av Lavxias, nrog rau Ukraine uas yog nws “thaj av raws cai hauv lub Koom Txoos”.</w:t>
      </w:r>
    </w:p>
    <w:p>
      <w:pPr>
        <w:pStyle w:val="ArticleBody"/>
        <w:jc w:val="left"/>
      </w:pPr>
      <w:r>
        <w:rPr>
          <w:rFonts w:ascii="Times New Roman" w:hAnsi="Times New Roman" w:eastAsia="Times New Roman" w:cs="Times New Roman"/>
        </w:rPr>
        <w:t>Lub Moscow Patriarchate yeej ib txwm saib Ukraine tias yog yam tsis tuaj yeem cais tawm ntawm Russia hauv sab ntsuj plig, raws li lo lus hais tias “Ib haiv neeg, ib txoj kev ntseeg,” uas yog ib lo lus uas Putin nws tus kheej tau rov hais ntau zaus. Ukraine, tshwj xeeb txij li xyoo 2014/2022 los, tau nce zuj zus los saib xyuas ntawm Moscow tias yog kev kav tswj raws li txoj kev ua tswv xeev thiab faj tim teb chaws, tsis yog kev ua niam ntawm sab ntsuj plig tiag tiag. Txog lub Ob Hlis 2026, muaj ob lub qauv Orthodox uas sib tw nhau. Ib lub yog Orthodox Church of Ukraine, uas txij li xyoo 2019 los tau muaj kev ywj pheej los ntawm Ecumenical Patriarch Bartholomew ntawm Constantinople. Hauv Kyiv, Orthodox Church of Ukraine raug suav tias yog lub koom txoos teb chaws tiag tiag.</w:t>
      </w:r>
    </w:p>
    <w:p>
      <w:pPr>
        <w:pStyle w:val="ArticleBody"/>
        <w:jc w:val="left"/>
      </w:pPr>
      <w:r>
        <w:rPr>
          <w:rFonts w:ascii="Times New Roman" w:hAnsi="Times New Roman" w:eastAsia="Times New Roman" w:cs="Times New Roman"/>
        </w:rPr>
        <w:t>Tus neeg nyeem ceev faj: Lub Koom Txoos Orthodox ntawm Ukraine yog ib lub koom txoos txawv ntawm lub Koom Txoos Orthodox Ukrainian. Lub Koom Txoos Orthodox Ukrainian txuas nrog lub koom txoos Orthodox ntawm Russia, thiab vim li no Zelenskyy tau tawm tsam nws. Lub Vatican tawm tsam cov kev tawm tsam ntawm Zelenskyy uas twb tab tom muaj lawm, tiam sis kev ntxeev siab ntawm Putin hauv nqe kaum ob los tom qab nws txoj kev yeej ntawm Raphia, thiab tseem yog yam yuav tshwm sim yav tom ntej.</w:t>
      </w:r>
    </w:p>
    <w:p>
      <w:pPr>
        <w:pStyle w:val="ArticleBody"/>
        <w:jc w:val="left"/>
      </w:pPr>
      <w:r>
        <w:rPr>
          <w:rFonts w:ascii="Times New Roman" w:hAnsi="Times New Roman" w:eastAsia="Times New Roman" w:cs="Times New Roman"/>
        </w:rPr>
        <w:t>Lub Tsev Teev Ntuj Orthodox hauv Ukraine yeej ib txwm muaj kev txuas nrog lub cev teev ntuj ntawm Moscow yav dhau los. Tom qab kev txeeb teb chaws xyoo 2022, Lub Tsev Teev Ntuj Orthodox hauv Ukraine tau tshaj tawm txog kev ywj pheej tag nrho thaum lub Tsib Hlis 2022, los xij, cov kev tshawb nrhiav ntawm lub xeev Ukraine (DESS) tau rov hais ntau zaus tias nws tseem nyob hauv kev koom nrog Moscow raws li cai teev ntuj thiab raws li cai lij choj. Ukraine tau dhau ib txoj cai lij choj thaum lub Yim Hli 2024 (uas Zelenskyy tau kos npe) txwv tsis pub ib lub koom haum kev ntseeg twg uas muaj kev sib txuas nrog Lavxias Lub Tsev Teev Ntuj Orthodox (uas yog “lub xeev tus neeg ua phem”). Lub Tsev Teev Ntuj Orthodox hauv Ukraine tau raug txib kom txiav txhua txoj kev sib txuas kom tiav, tsis li ntawd nws yuav ntsib kev rhuav tshem nws lub Kyiv Metropolis raws li tsev hais plaub txib. Txog rau thaum kawg xyoo 2025 thiab thaum ntxov xyoo 2026, tseem muaj kev tshawb nrhiav thiab kev ntes tshawb txuas ntxiv, kev hloov cov pawg ntseeg mus rau Lub Tsev Teev Ntuj Orthodox hauv Ukraine (ntau dua 1,300 pawg txij xyoo 2022 los), rooj plaub hauv tsev hais plaub, thiab cov kws tshaj lij ntawm UN ceeb toom txog kev txhawj xeeb ntawm kev ywj pheej kev ntseeg hais txog Lub Tsev Teev Ntuj Orthodox hauv Ukraine.</w:t>
      </w:r>
    </w:p>
    <w:p>
      <w:pPr>
        <w:pStyle w:val="ArticleBody"/>
        <w:jc w:val="left"/>
      </w:pPr>
      <w:r>
        <w:rPr>
          <w:rFonts w:ascii="Times New Roman" w:hAnsi="Times New Roman" w:eastAsia="Times New Roman" w:cs="Times New Roman"/>
        </w:rPr>
        <w:t>Lub Vatican tau tawm suab tawm tsam pej xeem qhib txog txhua yam kev yuam kom rhuav tshem lub Koom Txoos Orthodox hauv Ukraine. Russia thiab Putin piav qhov no tias yog kev tsim txom ncaj qha rau canonical Orthodoxy, thiab tau ua kom kev tiv thaiv “cov koom txoos Lavxias Orthodox” los ua ib qho kev thov meej tseeb hauv txhua qhov kev sib tham txog kev thaj yeeb. Kev tshaj tawm dag ntxias ntawm Lavxias pheej txuas lub Koom Txoos Orthodox hauv Ukraine thiab cov kev tawm tsam uas lub xeev Ukraine ua rau nws tias yog “Nazism” thiab yog ib feem ntawm lawv qhov kev ncaj ncees hu ua “denazification.”</w:t>
      </w:r>
    </w:p>
    <w:p>
      <w:pPr>
        <w:pStyle w:val="ArticleBody"/>
        <w:jc w:val="left"/>
      </w:pPr>
      <w:r>
        <w:rPr>
          <w:rFonts w:ascii="Times New Roman" w:hAnsi="Times New Roman" w:eastAsia="Times New Roman" w:cs="Times New Roman"/>
        </w:rPr>
        <w:t>Putin yuav coj tus cwj pwm khav theeb “nkag mus rau hauv lub tuam tsev” thiab yuav lees tias nws muaj txoj cai kav sab ntsuj plig tag nrho saum Ukrainian Orthodoxy, hauv kev sim coj tag nrho qauv koom txoos Ukrainian rov qab los nyob hauv qab Moscow dua, thov kom sawv daws lees paub nws tias yog tus thawj coj sab ntsuj plig uas muaj cai raws li txoj cai ntawm lub ntiaj teb Russian Orthodox.</w:t>
      </w:r>
    </w:p>
    <w:p>
      <w:pPr>
        <w:pStyle w:val="ArticleBody"/>
        <w:jc w:val="left"/>
      </w:pPr>
      <w:r>
        <w:rPr>
          <w:rFonts w:ascii="Times New Roman" w:hAnsi="Times New Roman" w:eastAsia="Times New Roman" w:cs="Times New Roman"/>
        </w:rPr>
        <w:t>Qhov no yog ib qho kev sib txuam raws nraim rau Ptolemy nkag mus rau hauv Qhov Chaw Dawb Huv Tshaj Plaws, thaum Uzziah yog Zelenskyy nrhiav kev hlawv xyab. Ptolemy txoj kev ntxeev siab nyob hauv Qhov Chaw Dawb Huv Tshaj Plaws, hos Uzziah txoj kev ntxeev siab nyob hauv qhov chaw dawb huv. Ib tug vajntxwv sab qab teb, muaj kev khav theeb vim txoj kev yeej ntawm tus “kab ciam teb,” xaus lub hwjchim sawv cev ntawm Nazism, thiab tom qab ntawd hla ciam mus rau hauv qhov chaw uas yog tshwj rau lub tebchaws ntawm kev ntseeg xwb. Ces yuav muaj ib qho kev txo hwjchim tam sim ntawd uas yog los ntawm Vajtswv txoj kev coj, thiab Putin yuav ploj ntawm lub tshav xwm txheej (ib yam li Ptolemy IV tau tuag hauv 204 BC). Tom qab lub hwjchim khoob ntawm ib theem ‘cov neeg los hloov chaw uas qaug zog,’ tus vajntxwv sab qaum teb yuav rov qab los nrog lub zog loj dua thiab yuav kov yeej hauv kev sib ntaus niaj hnub no ntawm Panium hauv nqe 15.</w:t>
      </w:r>
    </w:p>
    <w:p>
      <w:pPr>
        <w:pStyle w:val="ArticleHeading"/>
        <w:jc w:val="left"/>
      </w:pPr>
      <w:r>
        <w:rPr>
          <w:rFonts w:ascii="Arial" w:hAnsi="Arial" w:eastAsia="Arial" w:cs="Arial"/>
        </w:rPr>
        <w:t>Kaum Xyaum Tob Qab Tais</w:t>
      </w:r>
    </w:p>
    <w:p>
      <w:pPr>
        <w:pStyle w:val="ArticleBody"/>
        <w:jc w:val="left"/>
      </w:pPr>
      <w:r>
        <w:rPr>
          <w:rFonts w:ascii="Times New Roman" w:hAnsi="Times New Roman" w:eastAsia="Times New Roman" w:cs="Times New Roman"/>
        </w:rPr>
        <w:t>Kaum xya xyoo tshwm sim peb zaug hauv keeb kwm uas cov kev sib ntaus ntawm Raphia thiab Panium los koom ua ke, kab saum kab. Kaum xya xyoo txij thaum txoj cai tshaj tawm ntawm Milan uas lub zwm txwv sab hnub tuaj thiab sab hnub poob ntawm lub teb chaws kav teb chaws raug coj los sib koom ua ke los ntawm kev sib yuav, mus txog rau thaum lub nceeg vaj raug faib thiab sib nrauj xyoo 330. Kaum xya xyoo uas pib thiab xaus yog cov cim taw tes ntawm ob lub sijhawm yaj saub uas muaj kev sib txheeb ntxiv. Pib nrog Nero hauv xyoo 64 muaj ib lub sijhawm ntawm kev tsim txom raug cim tseg uas xaus rau hauv keeb kwm ntawm Constantine tus Loj. Kev hloov ntawm Nero lub sijhawm tsim txom mus rau qhov kev sib haum xeeb sawv cev los ntawm Constantine qhia txog kev hloov ntawm pawg ntseeg Smyrna mus rau pawg ntseeg Pergamos. Xyoo 313 thiab txoj cai tshaj tawm ntawm Milan qhia txog qhov kawg ntawm pawg ntseeg Smyrna, thiab qhov kawg ntawm lub sijhawm kaum xya xyoo yog xyoo 330, uas yog kev ua tiav ntawm zaj lus yaj saub peb puas rau caum xyoo ntawm Daniel 11:24.</w:t>
      </w:r>
    </w:p>
    <w:p>
      <w:pPr>
        <w:pStyle w:val="ArticleScripture"/>
        <w:jc w:val="left"/>
      </w:pPr>
      <w:r>
        <w:rPr>
          <w:rFonts w:ascii="Times New Roman" w:hAnsi="Times New Roman" w:eastAsia="Times New Roman" w:cs="Times New Roman"/>
        </w:rPr>
        <w:t>Nws yuav nkag los nyob kaj siab lug txawm rau tej chaw nplua nuj tshaj plaws ntawm lub xeev; thiab nws yuav ua yam uas nws cov yawg koob tsis tau ua, los yog nws cov yawg koob thaum ub tsis tau ua; nws yuav faib rau lawv tej khoom txeeb tau, thiab tej khoom nyiag tau, thiab tej kev nplua nuj: muaj tseeb, nws yuav npaj nws tej tswv yim tawm tsam cov chaw ruaj khov, tsuas yog ib ntus xwb. Daniel 11:24.</w:t>
      </w:r>
    </w:p>
    <w:p>
      <w:pPr>
        <w:pStyle w:val="ArticleBody"/>
        <w:jc w:val="left"/>
      </w:pPr>
      <w:r>
        <w:rPr>
          <w:rFonts w:ascii="Times New Roman" w:hAnsi="Times New Roman" w:eastAsia="Times New Roman" w:cs="Times New Roman"/>
        </w:rPr>
        <w:t>Kaum xya xyoo txij li xyoo 313 thiab txoj cai tshaj tawm ntawm Milan pib nrog ib qho kev ua tiav ntawm yaj saub lus faj lem, thiab xaus rau qhov kev ua tiav ntawm dua ib qho lus faj lem. Thawj qhov kev ua tiav raws yaj saub uas cim qhov pib ntawd qhia txog txoj kev hloov ntawm pawg ntseeg Smyrna mus rau pawg ntseeg Pergamos, thiab cov lus faj lem uas cim qhov kawg ntawm kaum xya xyoo ntawd qhia txog kev faib ntawm Loos ua Loos sab hnub tuaj thiab Loos sab hnub poob. Kaum xya xyoo ntawd raug txheeb paub los ntawm keeb kwm yaj saub, tsis yog los ntawm ib qho kev tshaj tawm tshwj xeeb twg txog kaum xya xyoo. Tus alpha ntawm kev cais pawg ntseeg thib ob tawm ntawm pawg ntseeg thib peb sib haum nrog kev faib lub teb chaws vaj kav ua sab hnub tuaj thiab sab hnub poob thaum muaj kev ua tiav ntawm lub sij hawm lus faj lem ntawm 360 xyoo. Ob lo lus faj lem ntawd tsa kom muaj ib ntu kaum xya xyoo, thiab lawv yuav tsum raug tsa kom ruaj ua ib ntu yaj saub raws cai raws li tim khawv ntawm ob los yog peb leeg; yog hais tias kaum xya yog ib lub cim yaj saub uas raug cai.</w:t>
      </w:r>
    </w:p>
    <w:p>
      <w:pPr>
        <w:pStyle w:val="ArticleBody"/>
        <w:jc w:val="left"/>
      </w:pPr>
      <w:r>
        <w:rPr>
          <w:rFonts w:ascii="Times New Roman" w:hAnsi="Times New Roman" w:eastAsia="Times New Roman" w:cs="Times New Roman"/>
        </w:rPr>
        <w:t>Cov tim khawv ntawd muaj nyob hauv ib lub sijhawm ntxiv 250 xyoo uas tau pib xyoo 457 BC. Hnub ntawd, lus faj lem 2,300 xyoo hauv Daniel 8:14 tau pib. Xyoo 457 BC yog ib lub chaw pib yaj saub, thiab yog ib lub cim taw qhia yaj saub uas twb raug tsa ruaj lawm. Thaum nthuav ntxiv 250 xyoo mus rau yav tom ntej, koj mus txog xyoo 207 BC, uas yog keeb kwm nyob nruab nrab ntawm kev sib ntaus sib tua ntawm Raphia thiab Panium. Kev sib ntaus ntawm Raphia thiab Panium cais tsis tau, vim ob qho tib si yog Antiochus tus Loj tau koom ua. Txij kev sib ntaus ntawm Raphia xyoo 217 BC mus txog kev sib ntaus ntawm Panium xyoo 200 BC muaj kaum xya xyoo. Lus faj lem 2,300 xyoo qhia txog ib qho kev hloov ntawm txoj kev faib caij nyoog thaum pib, thaum txoj cai txib thib peb tau rov kho Yudas txoj kev muaj hwj chim kav teb chaws, thiab thaum kawg kuj muaj ib qho kev hloov ntawm txoj kev faib caij nyoog thaum Khetos txav ntawm qhov chaw dawb huv mus rau Qhov Chaw Dawb Huv Tshaj. Xyoo 207 BC sawv cev rau kev hloov ntawm txoj kev faib caij nyoog ntawm kev kav ntawm tim Ejypt saum Yudea, mus rau txoj kev faib caij nyoog ntawm Seleucid txoj kev kav saum lub teb chaws uas muaj yeeb koob. Txoj kev faib caij nyoog ntawm Seleucid txoj kev tswj lub teb chaws uas muaj yeeb koob tau tsim kom muaj kev sawv tawm tsam ntawm cov Maccabees xyoo 167 BC.</w:t>
      </w:r>
    </w:p>
    <w:p>
      <w:pPr>
        <w:pStyle w:val="ArticleBody"/>
        <w:jc w:val="left"/>
      </w:pPr>
      <w:r>
        <w:rPr>
          <w:rFonts w:ascii="Times New Roman" w:hAnsi="Times New Roman" w:eastAsia="Times New Roman" w:cs="Times New Roman"/>
        </w:rPr>
        <w:t>Lub sijhawm Nero uas kav 250 xyoo xaus nrog zaj keeb kwm ntawm Constantine tus LOJ, thiab 250 xyoo uas xaus nyob nruab nrab ntawm ob qhov kev sib ntaus yog zaj keeb kwm ntawm Antiochus tus LOJ. Hauv qhov kev sib ntaus ntawm Raphia, Ptolemy IV tau yeej Antiochus tus Loj, thiab Ptolemy tau kav kaum xya xyoo. Ob lub sijhawm 250 xyoo no muaj ib ntu kaum xya xyoo uas cais meej. Ob leeg xaus rau hauv zaj keeb kwm ntawm ib tug kav uas raug hu ua tus LOJ. Ob lub sijhawm 250 xyoo no pib ntawm ib lub cim ciam yav tom ntej uas raug tsa ruaj, thiab nkawd ob leeg xaus ntawm ib lub cim ciam yav tom ntej uas raug tsa ruaj.</w:t>
      </w:r>
    </w:p>
    <w:p>
      <w:pPr>
        <w:pStyle w:val="ArticleBody"/>
        <w:jc w:val="left"/>
      </w:pPr>
      <w:r>
        <w:rPr>
          <w:rFonts w:ascii="Times New Roman" w:hAnsi="Times New Roman" w:eastAsia="Times New Roman" w:cs="Times New Roman"/>
        </w:rPr>
        <w:t>Tebchaws Meskas tau pib rau hnub tim 4 Lub Xya hli ntuj, 1776, thiab 250 xyoo tom qab coj koj mus rau hnub tim 4 Lub Xya hli ntuj, 2026, thaum Donald Trump, tus uas paub tias yog tus nrhiav ua kom America “zoo kawg,” yuav ua kev nco txog 250 xyoo ntawd. Xyoo 2026, zoo ib yam li 250 xyoo suav txij 457 BC, xaus rau nruab nrab ntawm keeb kwm ntawm cov rog niaj hnub no ntawm Raphia thiab Panium, uas paub tias yog Tsov Rog Ukrainian thiab Tsov Rog Thoob Ntiaj Teb Zaum Peb. Lub caij kav ntawm ib tug vajntxwv qab teb, lub sijhawm ntawm thawj txoj cai Sunday, thiab lub sijhawm txij li rog Raphia mus txog Panium, muab peb ntu sijhawm ntawm kaum xya xyoo uas txhua ntu puav leej txuas nrog tib zaj keeb kwm yaj saub. Peb ntu sijhawm ntawm 250 xyoo puav leej tuaj txog ua ke hauv tib cov keeb kwm yaj saub. Peb ntu sijhawm ntawm 250 xyoo no tsa peb txoj kab ntawm qhov tseeb yaj saub, nrog keeb kwm uas txuas nrog Donald Trump, uas sawv cev tau xws li Constantine tus Loj, lossis Antiochus tus Loj.</w:t>
      </w:r>
    </w:p>
    <w:p>
      <w:pPr>
        <w:pStyle w:val="ArticleBody"/>
        <w:jc w:val="left"/>
      </w:pPr>
      <w:r>
        <w:rPr>
          <w:rFonts w:ascii="Times New Roman" w:hAnsi="Times New Roman" w:eastAsia="Times New Roman" w:cs="Times New Roman"/>
        </w:rPr>
        <w:t>Peb txoj kab ntawm 250 xyoo ntawd muab peb daim duab piv txwv sib txawv, tab sis sib txhawb sib haum, txog tej hnub kawg. Nero txoj kab qhia txog keeb kwm kaum xya xyoo ntawm kev sib haum xeeb nrog kev dag ntxias uas hais tau meej kawg nkaus txog tej yam ntxwv yaj saub ntawm kev tsim tsa tus duab ntawm tus tsiaj nyaum.</w:t>
      </w:r>
    </w:p>
    <w:p>
      <w:pPr>
        <w:pStyle w:val="ArticleScripture"/>
        <w:jc w:val="left"/>
      </w:pPr>
      <w:r>
        <w:rPr>
          <w:rFonts w:ascii="Times New Roman" w:hAnsi="Times New Roman" w:eastAsia="Times New Roman" w:cs="Times New Roman"/>
        </w:rPr>
        <w:t>“Tswv tau qhia rau kuv kom meej tseeb tias tus mlom ntawm tus tsiaj qus yuav raug tsim ua ntej lub sijhawm ntawm kev sim siab kaw; vim nws yuav yog txoj kev xeem loj rau Vajtswv haiv neeg, uas lawv txoj hmoo nyob mus ib txhis yuav raug txiav txim los ntawm qhov ntawd. Koj txoj kev sawv yog ib pawg kev tsis sib xws ntxhov heev uas tsuas muaj ob peb leeg xwb thiaj yuav raug dag.”</w:t>
      </w:r>
    </w:p>
    <w:p>
      <w:pPr>
        <w:pStyle w:val="ArticleScripture"/>
        <w:jc w:val="left"/>
      </w:pPr>
      <w:r>
        <w:rPr>
          <w:rFonts w:ascii="Times New Roman" w:hAnsi="Times New Roman" w:eastAsia="Times New Roman" w:cs="Times New Roman"/>
        </w:rPr>
        <w:t>“Hauv hauv Tshwm Sim 13, zaj lus no raug nthuav tawm meej tseeb; [Tshwm Sim 13:11–17, quoted].”</w:t>
      </w:r>
    </w:p>
    <w:p>
      <w:pPr>
        <w:pStyle w:val="ArticleScripture"/>
        <w:jc w:val="left"/>
      </w:pPr>
      <w:r>
        <w:rPr>
          <w:rFonts w:ascii="Times New Roman" w:hAnsi="Times New Roman" w:eastAsia="Times New Roman" w:cs="Times New Roman"/>
        </w:rPr>
        <w:t>“Qhov no yog txoj kev sim uas Vajtswv haiv neeg yuav tsum ntsib ua ntej lawv raug ntim cim. Txhua tus uas tau ua pov thawj txog lawv txoj kev ncaj ncees rau Vajtswv los ntawm kev ua raws li Nws txoj kevcai, thiab tsis kam lees txais ib hnub Xanpataus cuav, yuav sawv nyob hauv tus chij ntawm tus Tswv Vajtswv Yehauvas, thiab yuav txais lub cim ntim ntawm Vajtswv uas muaj sia nyob. Cov uas tso tseg qhov tseeb uas los saum ntuj ceeb tsheej tuaj thiab lees txais hnub Xanpataus Hnub Sunday, yuav txais lub cim ntawm tus tsiaj nyaum.” Manuscript Releases, volume 15, 15.</w:t>
      </w:r>
    </w:p>
    <w:p>
      <w:pPr>
        <w:pStyle w:val="ArticleBody"/>
        <w:jc w:val="left"/>
      </w:pPr>
      <w:r>
        <w:rPr>
          <w:rFonts w:ascii="Times New Roman" w:hAnsi="Times New Roman" w:eastAsia="Times New Roman" w:cs="Times New Roman"/>
        </w:rPr>
        <w:t>Tus duab ntawm tus tsiaj qus yog kev sib koom ua ke ntawm pawg ntseeg thiab tsoom fwv, uas pawg ntseeg yog tus kav txoj kev sib raug zoo ntawd. Qhov kev sib haum xeeb uas Constantine tau ua hauv kev sim coj kev pe dab qhuas los koom ua ke nrog kev ntseeg Khetos yog tus qauv qub tshaj plaws ntawm txoj kev sib haum xeeb ntawm hnub kawg.</w:t>
      </w:r>
    </w:p>
    <w:p>
      <w:pPr>
        <w:pStyle w:val="ArticleScripture"/>
        <w:jc w:val="left"/>
      </w:pPr>
      <w:r>
        <w:rPr>
          <w:rFonts w:ascii="Times New Roman" w:hAnsi="Times New Roman" w:eastAsia="Times New Roman" w:cs="Times New Roman"/>
        </w:rPr>
        <w:t>“Hauv tej kev txav tam sim no uas tab tom tshwm sim hauv Tebchaws Meskas no kom nrhiav tau kev txhawb nqa ntawm lub xeev rau tej koom haum thiab tej kev coj siv ntawm pawg ntseeg, cov Protestants tab tom taug raws li cov papists tej kauj ruam. Tsis yog li ntawd xwb, lawv tseem tab tom qhib qhov rooj rau papacy kom rov qab tau txoj kev ua thawj loj hauv Protestant America uas nws tau plam lawm hauv Lub Qub Ntiajteb. Thiab yam uas ua rau qhov kev txav no muaj lub ntsiab tseem ceeb dua yog qhov tseeb tias lub hom phiaj tseem ceeb uas raug npaj tseg yog kev yuam kom hwm Hnub Sunday—ib txoj kev coj uas pib los ntawm Rome, thiab uas nws lees tias yog lub cim ntawm nws txoj cai. Nws yog tus ntsuj plig ntawm papacy—tus ntsuj plig ntawm kev yoog raws tej kev cai ntawm lub ntiajteb no, kev tsa neeg tej kab ke qub kom siab dua Vajtswv tej lus txib—uas tab tom nkag mus thoob plaws hauv cov Protestant pawg ntseeg thiab tab tom coj lawv mus ua tib txoj haujlwm ntawm kev tsa Hnub Sunday kom siab uas papacy twb tau ua ua ntej lawv lawm.”</w:t>
      </w:r>
    </w:p>
    <w:p>
      <w:pPr>
        <w:pStyle w:val="ArticleScripture"/>
        <w:jc w:val="left"/>
      </w:pPr>
      <w:r>
        <w:rPr>
          <w:rFonts w:ascii="Times New Roman" w:hAnsi="Times New Roman" w:eastAsia="Times New Roman" w:cs="Times New Roman"/>
        </w:rPr>
        <w:t>“Yog tus neeg nyeem xav nkag siab txog tej quab yeej uas yuav raug siv hauv kev sib ceg loj uas yuav los sai no, nws tsuas yog yuav tsum taug qab cov keeb kwm teev tseg txog tej kev uas Loos tau siv rau tib lub hom phiaj ntawd nyob rau tiam dhau los. Yog nws xav paub tias cov Papist thiab cov Protestant uas koom siab ua ke yuav ua li cas rau cov uas tsis lees txais lawv tej lus qhuab qhia, cia nws saib tus ntsuj plig uas Loos tau qhia tawm rau hnub Xanpataus thiab rau cov uas tiv thaiv nws.”</w:t>
      </w:r>
    </w:p>
    <w:p>
      <w:pPr>
        <w:pStyle w:val="ArticleScripture"/>
        <w:jc w:val="left"/>
      </w:pPr>
      <w:r>
        <w:rPr>
          <w:rFonts w:ascii="Times New Roman" w:hAnsi="Times New Roman" w:eastAsia="Times New Roman" w:cs="Times New Roman"/>
        </w:rPr>
        <w:t>“Cov lus txib ntawm vaj ntxwv, cov rooj sablaj loj dav dav, thiab tej kevcai hauv pawg ntseeg uas raug txhawb los ntawm hwjchim ntiajteb yog tej theem uas ua rau hnub caiv pagan ntawd tau mus txog nws txoj hauj lwm muaj meejmom hauv lub ntiajteb Khixatia. Thawj txoj kev ntsuas pejxeem uas yuam kom ceev hnub Sunday yog txoj cai uas Constantine tau tsim tawm. (A.D. 321) Tsab cai no yuam kom cov neeg nyob hauv nroog so rau ‘hnub uas hwm lub hnub,’ tabsis tso cai rau cov neeg nyob tom teb chaws txuas ntxiv lawv tej hauj lwm ua liaj ua teb. Txawm yog nws yeej yog ib txoj cai heathen tiag tiag los xij, vajntxwv tau yuam kom coj raws tom qab nws tau txais kev ntseeg Khixatia nyob rau npe xwb.” The Great Controversy, 574.</w:t>
      </w:r>
    </w:p>
    <w:p>
      <w:pPr>
        <w:pStyle w:val="ArticleBody"/>
        <w:jc w:val="left"/>
      </w:pPr>
      <w:r>
        <w:rPr>
          <w:rFonts w:ascii="Times New Roman" w:hAnsi="Times New Roman" w:eastAsia="Times New Roman" w:cs="Times New Roman"/>
        </w:rPr>
        <w:t>Kev txhim kho zuj zus ntawm txoj kev sib haum xeeb uas tau coj mus rau, thiab yuav rov coj dua mus rau, txoj cai Hnub Caiv Xya Hnub yog sawv cev los ntawm lub sijhawm kaum xya xyoos txij xyoo 313 mus txog 330, nrog thawj txoj cai Hnub Caiv Xya Hnub xyoo 321 ua lub cim nruab nrab ntawm zaj keeb kwm ntawd. Thaum pib muaj kev sib yuav ntawm sab hnub tuaj thiab sab hnub poob, thiab thaum kawg yog kev sib nrauj ntawm sab hnub tuaj thiab sab hnub poob. Thawj txoj cai Hnub Caiv Xya Hnub yog lub cim nruab nrab uas sawv cev rau kev ntxeev siab, ib yam li tsab ntawv kaum peb ntawm cov ntawv Hebrew, thaum muaj tsab ntawv thawj nyob ua ntej thiab muaj tsab ntawv nees nkaum ob, uas yog tsab kawg ntawm cov ntawv ntawd, nyob tom qab, ces ua ke tsim tau lo lus Hebrew txhais tias qhov tseeb. Kev sib yuav thaum pib thiab kev sib nrauj thaum kawg qhia txog tsab ntawv alpha uas sib haum nrog tsab ntawv omega. Lub sijhawm ob puas tsib caug xyoo uas pib nrog Nero muaj tus cwj pwm kos npe ntawm Khetos, thiab nws hais txog ib zaj lus ntawm qhov tseeb tam sim no rau cov hnub kawg.</w:t>
      </w:r>
    </w:p>
    <w:p>
      <w:pPr>
        <w:pStyle w:val="ArticleBody"/>
        <w:jc w:val="left"/>
      </w:pPr>
      <w:r>
        <w:rPr>
          <w:rFonts w:ascii="Times New Roman" w:hAnsi="Times New Roman" w:eastAsia="Times New Roman" w:cs="Times New Roman"/>
        </w:rPr>
        <w:t>Lub sij hawm 250 xyoo uas pib ntawm 457 BC tab tom hais kom meej txog kev txawj kav teb chaws uas Antiochus tus Loj sawv cev rau thaum nws nyob hauv lub sij hawm kaum xya xyoo txij Raphia mus txog Panium. Peb to taub qhov no tias yog kev txawj kav teb chaws, vim hais tias hauv 457 BC ib txoj lus faj lem ntawm 2,300 xyoo kuj tau pib thiab. Lub 2,300 xyoo yog txoj kab lus faj lem sab hauv uas hais txog Vajtswv txoj hauj lwm ntawm kev txhiv dim, uas sib haum nrog ib lub cim ntawm kev txawj kav pawg ntseeg. Tsis zoo li lub sij hawm 250 xyoo uas pib nrog Nero, lub sij hawm uas pib hauv 457 BC tab tom hais txog txoj hauj lwm nom tswv ntawm tus thawj tswj hwm Asmeskas kawg uas tab tom nrhiav kom ua rau Asmeskas, thiab tom qab ntawd lub ntiaj teb, loj dua qub, thaum nws txhawb nqa lub tswv yim Kas Tos Liv yuam kev hais txog ib tiam kub ntawm ib txhiab xyoo ntawm kev thaj yeeb.</w:t>
      </w:r>
    </w:p>
    <w:p>
      <w:pPr>
        <w:pStyle w:val="ArticleBody"/>
        <w:jc w:val="left"/>
      </w:pPr>
      <w:r>
        <w:rPr>
          <w:rFonts w:ascii="Times New Roman" w:hAnsi="Times New Roman" w:eastAsia="Times New Roman" w:cs="Times New Roman"/>
        </w:rPr>
        <w:t>Ob puas tsib caug xyoo ntawm Tebchaws Meskas, uas yog tus tsiaj qus hauv ntiajteb ntawm Tshwmsim kaum peb, qhia kom pom qhov xaus ntawm lub nceeg vaj thib rau ntawm tej lus faj lem hauv Vajlugkub, uas xaus rau qhov chaw uas nws tau pib, nyob nruab nrab ntawm kev ua tsov rog. Cov uas yeej hauv keeb kwm yog cov txhais thiab txiav txim rau daim ntawv teev keeb kwm uas raug khaws cia tseg. Cov Democrat uas tus zaj ntiajteb no txhawb hwjchim rau, uas sawv cev rau kev ntiajteb ib lub cev, saib qhov kev tsis muaj cai tsis muaj txheej txheem tam sim no no tias yog ib qho kev hloov tshiab; hos cov Republican uas hais ntau tiam sis tsis ua dabtsi, saib keeb kwm tam sim no no tias yog ib qho kev ua tsov rog hauv tebchaws. Cov Democrat yog cov sawv cev ntawm tus zaj ntawm tej lus faj lem hauv Vajlugkub, hos cov Republican raug sawv cev ua cov Protestant uas twb thim txojkev ntseeg lawm lawm, lossis raws li Yauhas hais hauv Tshwmsim kaum rau, lawv yog tus yaj saub cuav. Tebchaws Meskas pib los ntawm ib qho kev ua tsov rog hloov tshiab, thiab nws xaus nrog ib qho kev ua tsov rog hloov tshiab. Pawg Republican pib hauv ib qho kev ua tsov rog hauv tebchaws, thiab lawv xaus hauv ib qho kev ua tsov rog hauv tebchaws. Cov Republican pom qhov kev ua tsov rog hauv tebchaws uas cov Democrat hu ua ib qho kev hloov tshiab.</w:t>
      </w:r>
    </w:p>
    <w:p>
      <w:pPr>
        <w:pStyle w:val="ArticleBody"/>
        <w:jc w:val="left"/>
      </w:pPr>
      <w:r>
        <w:rPr>
          <w:rFonts w:ascii="Times New Roman" w:hAnsi="Times New Roman" w:eastAsia="Times New Roman" w:cs="Times New Roman"/>
        </w:rPr>
        <w:t>Trump, raws li tus thawj tswj hwm Republican kawg, muaj cov cwj pwm yaj saub ib yam li tus thawj tswj hwm Republican thawj tus, uas tau los tshwm hauv keeb kwm sab nraud ntawm Tsov Rog Nam Tsev. Lincoln qhov Tsov Rog Nam Tsev sab nraud ntawd kuj yog keeb kwm sab hauv ntawm Yaxayas tej lus faj lem hauv tshooj xya, nqe yim, uas tau xaus rau xyoo 1863, yog tib lub xyoo uas muaj Tsab Ntawv Tshaj Tawm Kev Tso Qhev Dim. Kev sib txawv ntawm ob tog ntawd yog ib txoj cai yaj saub tseem ceeb thiab yog lub hauv paus. Nws tau pib nrog Khayee thiab Anpee, uas nyob rau lub sij hawm Khetos raug sawv cev los ntawm cov Xadukais thiab cov Falixais, ob pab neeg ntawm Khayee uas yuav tsum tua ib tug Anpee.</w:t>
      </w:r>
    </w:p>
    <w:p>
      <w:pPr>
        <w:pStyle w:val="ArticleBody"/>
        <w:jc w:val="left"/>
      </w:pPr>
      <w:r>
        <w:rPr>
          <w:rFonts w:ascii="Times New Roman" w:hAnsi="Times New Roman" w:eastAsia="Times New Roman" w:cs="Times New Roman"/>
        </w:rPr>
        <w:t>Cov Falixais thiab cov Xadusais sawv cev rau cov uas tau pom zoo muab lawv tus Mexiyas ntsia saum ntoo khaub lig, vim ntau yam laj thawj sib txawv, los lawv yeej pom zoo ib yam nkaus. Cov Falixais tau lees tias lawv txhawb txoj cai, los lawv tsis tau ua li ntawd, ib yam li cov Republicans. Cov Falixais tau lees tias lawv txhawb thawj txoj Kevcai los saum ntuj los, los lawv txhais txoj Kevcai ntawd raws li lawv tus kheej txoj kev xav ntxub ntxaug. Thawj Txoj Kevcai rau cov Falixais yog Txoj Cai Lij Choj rau cov Republicans, yog tib Txoj Cai Lij Choj uas lawv hais tias lawv txhawb, los lawv tsis txhawb. Cov Xadusais tsis lees txais Vajtswv lub hwjchim, thiab txawm yog ib pab me dua cov Falixais los, cov Xadusais yeej tswj hwm daim av kev cai dab qhuas thiab kev nom kev tswv hauv Yudias thaum Khetos lub sijhawm. Cov Democrats yog ib pab me dua cov Republicans, me heev npaum li lawv yuav tsum dag ntxias thiaj nyob tau hauv hwjchim, los lawv yeej nyob hauv hwjchim tiag, rau qhov lawv cov neeg tawm tsam uas hais tias lawv txhawb kev ncaj ncees sib npaug rau sawvdaws, tsis ua dabtsi los siv kom muaj zog rau tej hauv paus ntsiab lus ntawm txoj cai uas lawv hais tias lawv txhawb.</w:t>
      </w:r>
    </w:p>
    <w:p>
      <w:pPr>
        <w:pStyle w:val="ArticleBody"/>
        <w:jc w:val="left"/>
      </w:pPr>
      <w:r>
        <w:rPr>
          <w:rFonts w:ascii="Times New Roman" w:hAnsi="Times New Roman" w:eastAsia="Times New Roman" w:cs="Times New Roman"/>
        </w:rPr>
        <w:t>Tsis muaj ib yam dab tsi tshiab nyob hauv qab lub hnub, thiab ob tog nom tswv hauv Tebchaws Meskas kuj yog ib feem ntawm daim duab yaj saub ib yam li cov Falixais thiab cov Xadukais. Muaj tseeb tiag tias tseem muaj ntau yam kev sib piv ntxiv raws kab yaj saub no, tiamsis tsuas yog thaum koj pom txoj kev sib raug yaj saub ntawm ob lub hwjchim tsis dawb huv no, uas txawm yog yeeb ncuab sib tawm tsam los tseem sib koom ua ke tawm tsam qhov dawb huv, thaum ntawd koj mam li pom Ptolemy thiab Uzziah hauv qhov kaj uas raug. Ob tug vajntxwv qab teb no nkawd puav leej tau sim coj kev txi rau hauv tib lub tuam tsev, tiamsis Ptolemy, uas tuaj ntawm Iyi tebchaws, sawv cev rau ib lub hwjchim zaj—cov Democrats. Hos Uzziah, uas yog vajntxwv ntawm Yudas tebchaws, yog tus thawj coj ntawm thaj av muaj yeeb koob, uas yog Protestantism uas tau tso txojkev ntseeg tseg, lossis tus yaj saub cuav—cov Republicans.</w:t>
      </w:r>
    </w:p>
    <w:p>
      <w:pPr>
        <w:pStyle w:val="ArticleBody"/>
        <w:jc w:val="left"/>
      </w:pPr>
      <w:r>
        <w:rPr>
          <w:rFonts w:ascii="Times New Roman" w:hAnsi="Times New Roman" w:eastAsia="Times New Roman" w:cs="Times New Roman"/>
        </w:rPr>
        <w:t>Kev kev sib raug zoo ntawm tus zaj thiab tus cev Vajtswv lus cuav yog raug sawv cev raws li qauv qub ntawm Roob Khasmel. Nyob rau saum roob ntawd, Akhas sawv cev rau tus zaj, thiab Yexenpees cov xibhwb npis sov ntawm Npas-as thiab Ashtalauj sawv cev rau cov cev Vajtswv lus cuav uas sawv tawm tsam Eliyas. Tus tsiaj qus uas yog Yexenpees tseem nyob tom qab daim ntaub hauv Xamalis. Tus zaj uas koom nrog tus cev Vajtswv lus cuav kuj tau raug sawv cev los ntawm Loos pagan thiab cov Yudais kev koom ua ke ntawm tus ntoo khaublig, ib yam li yuav muaj kev koom ua ke ntawm cov Democrats thiab cov Republicans ntawm txoj cai Hnub Caiv. Cov ntsiab tseem ceeb ntawm ib lub hwj chim uas koom ua ke raug sawv cev los ntawm cov Democrats thiab cov Republicans nyob hauv lub kub Republican ntawm tus tsiaj qus hauv ntiajteb. Ob lub hwj chim nom tswv tsis dawb huv ntawd raug sawv cev los ntawm Khayee, thiab caj ces ntawm Anpee kuj muaj ib qho kev faib ua ob seem thiab.</w:t>
      </w:r>
    </w:p>
    <w:p>
      <w:pPr>
        <w:pStyle w:val="ArticleBody"/>
        <w:jc w:val="left"/>
      </w:pPr>
      <w:r>
        <w:rPr>
          <w:rFonts w:ascii="Times New Roman" w:hAnsi="Times New Roman" w:eastAsia="Times New Roman" w:cs="Times New Roman"/>
        </w:rPr>
        <w:t>Kab ntawm Abel, uas hauv kev txheeb rau Kab sab nraud ntawm Cain yog Kab sab hauv, thiab raug sawv cev los ntawm ob pawg nkauj xwb. Kev nce mus ntxiv ntawm tus kub Protestant ntawm tus tsiaj qus hauv ntiajteb uas yog Tebchaws Meskas raug sawv cev los ntawm ib txheej kev ntxuav kom dawb huv ntawm txoj kev ntseeg pib nrog pawg ntseeg Sardis xyoo 1798, thaum Tebchaws Meskas tau los ua lub nceeg vaj thib rau ntawm zaj lus faj lem hauv Phau Vajlugkub. Sardis yog ib pawg ntseeg uas muaj ib lub npe hais tias nws ciaj sia, tiamsis nws twb tuag lawm. Txog xyoo 1798, cov xeem Protestant uas tau cais tawm ntawm pawg ntseeg papal twb tab tom rov qab mus rau Loos lawm. Cov Khixatia thawj zaug raug hu ua Khixatia hauv Anti-aus.</w:t>
      </w:r>
    </w:p>
    <w:p>
      <w:pPr>
        <w:pStyle w:val="ArticleScripture"/>
        <w:jc w:val="left"/>
      </w:pPr>
      <w:r>
        <w:rPr>
          <w:rFonts w:ascii="Times New Roman" w:hAnsi="Times New Roman" w:eastAsia="Times New Roman" w:cs="Times New Roman"/>
        </w:rPr>
        <w:t>“Nyob hauv Antioch thiaj yog qhov chaw uas cov thwjtim thawj zaug raug hu ua cov Khixatia. Lub npe ntawd tau muab rau lawv vim Khetos yog lub ntsiab lus loj ntawm lawv txoj kev qhuab qhia, lawv txoj kev xyaum qhia, thiab lawv tej kev sib tham. Tas mus li lawv rov hais txog tej xwm txheej uas tau tshwm sim nyob rau hauv cov hnub uas Nws ua haujlwm qhuab qhia saum ntiajteb no, thaum Nws cov thwjtim tau txais koob hmoov los ntawm Nws tus kheej lub xub ntiag. Lawv tsis qaug zog li los xyaum nyob rau hauv Nws tej lus qhia thiab Nws tej txujci kho mob. Nrog daim di ncauj tshee hnyo thiab ob lub qhov muag puv kua muag lawv hais txog Nws txoj kev txom nyem ntsuav nyob hauv lub vaj, Nws txoj kev raug ntxeev siab, kev raug txiav txim, thiab kev raug tua, txog txoj kev ua siab ntev thiab kev txo hwjchim uas Nws tau ris dhau tej kev saib tsis taus thiab kev tsim txom uas Nws cov yeeb ncuab tau muab rau Nws, thiab txog txoj kev khuvleej zoo li Vajtswv uas Nws tau thov Vajtswv rau cov uas tsim txom Nws. Nws txojkev sawv hauv qhov tuag rov los thiab kev nce mus saum ntuj, thiab Nws tes haujlwm saum ntuj ceeb tsheej ua tus Neeg Nruab Nrab rau noob neej uas poob rau hauv kev txhaum, yog tej ntsiab lus uas lawv zoo siab nyob twj ywm xav txog. Cov neeg tsis paub Vajtswv yeej tsim nyog hu lawv ua cov Khixatia, vim lawv tshaj tawm txog Khetos thiab tsa lawv tej lus thov Vajtswv rau Vajtswv los ntawm Nws.”</w:t>
      </w:r>
    </w:p>
    <w:p>
      <w:pPr>
        <w:pStyle w:val="ArticleScripture"/>
        <w:jc w:val="left"/>
      </w:pPr>
      <w:r>
        <w:rPr>
          <w:rFonts w:ascii="Times New Roman" w:hAnsi="Times New Roman" w:eastAsia="Times New Roman" w:cs="Times New Roman"/>
        </w:rPr>
        <w:t>“Vajtswv yog tus uas tau muab lub npe Khixatia rau lawv. Lub npe no yog ib lub npe muaj koob muaj npe, muab rau txhua tus uas koom lawv tus kheej nrog Khetos. Yog hais txog lub npe no uas Yakaunpaus tau sau tom qab hais tias, ‘Cov neeg nplua nuj puas tsis tsim txom nej, thiab cab nej mus rau ntawm tej rooj txiav txim? Lawv puas tsis thuam lub npe tsim txiaj ntawd uas nej raug hu raws li nws?’ Yakaunpaus 2:6, 7. Thiab Petus tau tshaj tawm tias, ‘Yog leejtwg raug kev txom nyem ua ib tug Khixatia, nws txhob txaj muag; tiam sis cia nws qhuas Vajtswv vim qhov no.’ ‘Yog nej raug thuam vim lub npe ntawm Khetos, nej yog cov tau koob hmoov; rau qhov tus Ntsujplig uas muaj yeeb koob thiab yog Vajtswv nyob saum nej.’ 1 Petus 4:16, 14.” Cov Tubtxib Tes Haujlwm, 157.</w:t>
      </w:r>
    </w:p>
    <w:p>
      <w:pPr>
        <w:pStyle w:val="ArticleBody"/>
        <w:jc w:val="left"/>
      </w:pPr>
      <w:r>
        <w:rPr>
          <w:rFonts w:ascii="Times New Roman" w:hAnsi="Times New Roman" w:eastAsia="Times New Roman" w:cs="Times New Roman"/>
        </w:rPr>
        <w:t>Pawg ntseeg hauv Ephesus tau txais lub npe Khetos uas coj mus rau pawg ntseeg uas raug tsim txom hauv Smyrna, thiab tom qab ntawd yog pawg ntseeg ntawm kev sib haum xeeb hauv keeb kwm ntawm Pergamos. Thaum txoj kev ua papacy tau nce mus tuav lub zwm txwv, ib txoj kev sib cais tau qhia kom paub pawg ntseeg tseeb ntawm Vajtswv tias yog pawg ntseeg nyob hauv roob moj sab qhua. Pawg ntseeg Loos yog Thyatira. Thaum txog qhov kawg ntawm roob moj sab qhua ntev ib txhiab ob puas rau caum xyoo, pawg ntseeg ntawm Protestantism tau sawv los, thiab txij thaum ntawd mus ntxiv, lub kub ntawm Protestant raug sawv cev los ntawm ib txoj kab txheej ntawm kev sim siab thiab kev lim kom dawb huv uas yog los saum ntuj los.</w:t>
      </w:r>
    </w:p>
    <w:p>
      <w:pPr>
        <w:pStyle w:val="ArticleBody"/>
        <w:jc w:val="left"/>
      </w:pPr>
      <w:r>
        <w:rPr>
          <w:rFonts w:ascii="Times New Roman" w:hAnsi="Times New Roman" w:eastAsia="Times New Roman" w:cs="Times New Roman"/>
        </w:rPr>
        <w:t>Kev Protestantism pib thaum Martin Luther ntsia nws 95 nqe lus tawm tsam rau saum lub qhov rooj xyoo 1517, thiab “23” xyoos tom qab ntawd, xyoo 1540, lub koom txoos Jesuit thiaj pib muaj. Xyoo 2013, qhov kev nthuav tawm thib 95 thiab yog qhov kawg ntawm Habakkuk’s Tables tau raug ntsia rau saum lub qhov rooj, thiab hnub tim 13 Lub Peb Hlis, 2013, thawj tus pope Jesuit tau raug tsa ua haujlwm. Martin Luther raug txiav tawm ntawm lub Koom Txoos nyob rau hauv keeb kwm ntawd los ntawm pope Leo. Xav saib mas…</w:t>
      </w:r>
    </w:p>
    <w:p>
      <w:pPr>
        <w:pStyle w:val="ArticleBody"/>
        <w:jc w:val="left"/>
      </w:pPr>
      <w:r>
        <w:rPr>
          <w:rFonts w:ascii="Times New Roman" w:hAnsi="Times New Roman" w:eastAsia="Times New Roman" w:cs="Times New Roman"/>
        </w:rPr>
        <w:t>Xyoo 1798 pawg ntseeg Sardis tau hais tias lawv tuav rawv lub npe “Protestant,” tiam sis los ntawm lawv txoj kev tig rov qab mus rau Loos lawm, lawv twb tab tom poob tsis taus sawv cev rau lawv lub npe ntawd. Thaum Millerite Adventism tau txais lub teeb hneev ntawm Protestantism xyoo 1844, lawv sawv cev rau ib lo lus cem tawm tsam Yerobo-as, tus vajntxwv thawj ntawm Ixayees, ib haiv neeg uas yog cov txheeb ze ntshav ntawm xeem Yudas, qhov chaw uas Vajtswv tau tsa Nws lub tuam tsev. Yerobo-as tau tsa ib yam cuav los hloov qhov tseeb, raws li txoj kev ntseeg uas sawv cev rau txoj kev qub qhev uas nws haiv neeg tau raug yav tas los. Nws rov ua dua Aloos txoj kev ntxeev siab uas yog lub hauv paus, yog kev tsa ib daim duab ntawm ib tug tsiaj qus nrog txhua yam tseemceeb hauv lus faj lem uas txuas nrog zaj keeb kwm ntawd. Tiam sis nyob rau nws qhov kev fij tseg ntawd, Millerite Adventism tau cem nws txoj kev tsis kam txuas ntxiv coj kev pe hawm tseeb mus rau lub chaw dawb huv uas Vajtswv nyob. Yerobo-as xav kom qhov chaw tseemceeb ntawm kev pe hawm nyob hauv Npe-ees thiab Das, uas sawv cev rau cov uas los ntawm Sardis xyoo 1844 uas tsis kam raws Khetos mus rau hauv Chaw Dawb Huv Tshaj Plaws.</w:t>
      </w:r>
    </w:p>
    <w:p>
      <w:pPr>
        <w:pStyle w:val="ArticleBody"/>
        <w:jc w:val="left"/>
      </w:pPr>
      <w:r>
        <w:rPr>
          <w:rFonts w:ascii="Times New Roman" w:hAnsi="Times New Roman" w:eastAsia="Times New Roman" w:cs="Times New Roman"/>
        </w:rPr>
        <w:t>Kev Ntseeg Adventist raws li Miller tau xaiv rov qab mus rau txoj kev ntseeg ntawm Loos, thiab tau txais kiag cov lus sib cav qhia ncaj ncees ntawm cov uas nyuam qhuav raug nthuav tawm tias yog cov yaj saub cuav vim lawv tsis kam lees Miller cov lus; los ua lawv cov xibfwb loj hauv kev ntseeg kom thiaj txhawb tau lawv txoj kev tsis lees txais cov lus yaj saub hais txog xya lub sij hawm. Kev Ntseeg Adventist raws li Miller, ib yam li tus yaj saub uas tsis mloog lus, tau xaiv lawv tus kheej txoj kev, tsis yog ua raws li Vajtswv txoj kev coj. Txoj kev uas cov ruam xaiv hauv txhua qhov kev sim siab thiab kev lim kom cais cov nkauj xwb muaj tswvyim thiab cov nkauj xwb ruam txij thaum lub Protestant reformation los mus hauv keeb kwm yaj saub, yog txoj kev uas rov qab mus pe hawm lub tebchaws uas nej tau raug cawm dim tawm ntawm ntawd, thiab raws li lawv hais, “txhua txoj kev mus txog Loos.” Txhua txoj kev tsuas tsis suav nrog Yelemis cov kev qub xwb.</w:t>
      </w:r>
    </w:p>
    <w:p>
      <w:pPr>
        <w:pStyle w:val="ArticleBody"/>
        <w:jc w:val="left"/>
      </w:pPr>
      <w:r>
        <w:rPr>
          <w:rFonts w:ascii="Times New Roman" w:hAnsi="Times New Roman" w:eastAsia="Times New Roman" w:cs="Times New Roman"/>
        </w:rPr>
        <w:t>Kev Hloov Tshiab Protestant twb raug ua qauv piv txwv los ntawm Mauxes txoj kev rov qab mus rau tim lyiv teb chaws kom coj Vajtswv haiv neeg mus rau hauv Lub Tebchaws Uas Tau Cog Tseg. Thaum lawv tawm hauv thaj av kev poob cev qhev lawm, Vajtswv tau npaj siab yuav muab Nws txoj kevcai rau Nws haiv neeg uas Nws tau xaiv. Hauv txoj kab ntawm Mauxes thiab Kev Hloov Tshiab Protestant, kev ntxeev siab tau tshwm sim tam sim ntawd tom qab txoj kev cawm dim. Vajtswv tau sim Sardis, ib haiv neeg uas lees tias lawv muaj ib lub npe uas ciaj sia, tiamsis twb tuag lawm thaum txog lub sijhawm ntawm William Miller txoj lus tshaj tawm. Muaj ob txoj kev lim kom dawb huv tau tshwm sim hauv xyoo 1844; thawj zaug yog txoj kev lim kom dawb huv ntawm pawg ntseeg Sardis, uas tau lees tias yog Protestant, tiamsis raug pov thawj tias twb tuag lawm; thiab tom qab ntawd cov Millerites kuj raug lim kom dawb huv hauv tib lub xyoo ntawd, raws li kev ua tiav ntawm zaj lus piv txwv txog kaum tus ntxhais nkauj xwb.</w:t>
      </w:r>
    </w:p>
    <w:p>
      <w:pPr>
        <w:pStyle w:val="ArticleBody"/>
        <w:jc w:val="left"/>
      </w:pPr>
      <w:r>
        <w:rPr>
          <w:rFonts w:ascii="Times New Roman" w:hAnsi="Times New Roman" w:eastAsia="Times New Roman" w:cs="Times New Roman"/>
        </w:rPr>
        <w:t>Cov Democrat thiab Republican sawv cev rau ob pawg nom tswv uas ua ke ua tus kub ntawm Republican nyob saum tus tsiaj qus hauv ntiajteb ntawm Tshwmsim tshooj kaum peb. Cov nkauj xwb uas muaj tswvyim thiab cov uas ruam yog ob pawg kev ntseeg uas ua ke ua tus kub Protestant nyob saum tus tsiaj qus hauv ntiajteb. Cov nkauj xwb uas muaj tswvyim tuav thawj lub npe uas tau muab rau ntawm Antioch. Cov nkauj xwb uas muaj tswvyim yog cov Khixatia, tiam sis lawv kuj yog cov Filadelefias uas muaj lo lus cog tseg tias yuav tau txais ib lub npe.</w:t>
      </w:r>
    </w:p>
    <w:p>
      <w:pPr>
        <w:pStyle w:val="ArticleScripture"/>
        <w:jc w:val="left"/>
      </w:pPr>
      <w:r>
        <w:rPr>
          <w:rFonts w:ascii="Times New Roman" w:hAnsi="Times New Roman" w:eastAsia="Times New Roman" w:cs="Times New Roman"/>
        </w:rPr>
        <w:t>Tus uas kov yeej, kuv yuav ua nws ua ib tug ncej rau hauv lub tuam tsev ntawm kuv tus Vajtswv, thiab nws yuav tsis tawm mus ntxiv lawm li: thiab kuv yuav sau rau saum nws lub npe ntawm kuv tus Vajtswv, thiab lub npe ntawm lub nroog ntawm kuv tus Vajtswv, uas yog Yeluxalees tshiab, uas nqis saum ntuj ceeb tsheej los ntawm kuv tus Vajtswv los: thiab kuv yuav sau rau saum nws kuv lub npe tshiab. Qhia Tshwm 3:12.</w:t>
      </w:r>
    </w:p>
    <w:p>
      <w:pPr>
        <w:pStyle w:val="ArticleBody"/>
        <w:jc w:val="left"/>
      </w:pPr>
      <w:r>
        <w:rPr>
          <w:rFonts w:ascii="Times New Roman" w:hAnsi="Times New Roman" w:eastAsia="Times New Roman" w:cs="Times New Roman"/>
        </w:rPr>
        <w:t>Thawj zaug thawj uas Vajtswv hu Nws haiv neeg tias Khetos yog nyob rau hauv Antioch, thiab keeb kwm uas txoj kev txav Laodicea ntawm ib puas plaub caug plaub txhiab hloov mus ua txoj kev txav Philadephia ntawm ib puas plaub caug plaub txhiab kuj yog keeb kwm ntawm Antiochus tus Loj, tus uas lub nroog Antioch raug muab hu raws nws lub npe, thiab tus uas raug sawv cev nyob rau thaum kawg ntawm ib lub sijhawm 250 xyoo nyob nruab nrab ntawm cov kev sib ntaus sib tua ntawm Raphia thiab Panium.</w:t>
      </w:r>
    </w:p>
    <w:p>
      <w:pPr>
        <w:pStyle w:val="ArticleBody"/>
        <w:jc w:val="left"/>
      </w:pPr>
      <w:r>
        <w:rPr>
          <w:rFonts w:ascii="Times New Roman" w:hAnsi="Times New Roman" w:eastAsia="Times New Roman" w:cs="Times New Roman"/>
        </w:rPr>
        <w:t>Peb yuav txuas ntxiv cov no hauv zaj lus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Tus Zauv Kaum Cuaj</dc:title>
  <dc:subject>Cov Neeg Loj: Antiochus, Constantine, thiab Tus Thawj Tswj Hwm Kawg</dc:subject>
  <dc:creator>Jeff Pippenger</dc:creator>
  <cp:keywords/>
  <dc:description>Generated by ArticleDigger from panium\19_panium.json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