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Zauv Nees Nkaum</w:t>
      </w:r>
    </w:p>
    <w:p>
      <w:pPr>
        <w:pStyle w:val="ArticleSubtitle"/>
        <w:jc w:val="left"/>
      </w:pPr>
      <w:r>
        <w:rPr>
          <w:rFonts w:ascii="Arial" w:hAnsi="Arial" w:eastAsia="Arial" w:cs="Arial"/>
        </w:rPr>
        <w:t>Txoj Kev Sib Law Liag hauv Daniyees 11 thiab Cov Lus Ceeb Toom Xyoo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Kev siv ntawm cov keeb kwm raws li cov pioneers tau ua txog zaj keeb kwm uas tau ua kom nqe kaum txog kaum rau tiav, tau qhia tias Loos, uas tsa lub zeem muag ntawd, tau los txog rau xyoo 200 BC, tib lub xyoo uas muaj tsov rog Panium; thiab kuv tab tom hais tias nyob rau xyoo 2025 Loos tau los txog thiab tsa lub zeem muag ntawd nrog kev cog lus ua thawj coj ntawm Trump thiab Pope Leo. Xyoo 2025 sawv cev rau tib lub sijhawm xwb uas ib tug pope thiab ib tug Thawj Tswj Hwm tau raug tsa los ua haujlwm hauv tib lub xyoo. Tus tsiaj qus thiab nws daim duab tau raug tsa kom sawv rau txhua tus uas kam pom nyob rau xyoo 2025. Tsis zoo li cov pioneers, kuv tab tom siv kab ke ntawm cov nqe, tsis yog zaj keeb kwm uas thawj zaug tau ua kom cov nqe ntawd tiav. Kuv pom zoo nrog zaj keeb kwm ntawd, tiam sis kuv tab tom coj ib kab ke nyob hauv cov nqe ntawd los ua tus qauv rau zaj keeb kwm, es tsis yog siv zaj keeb kwm los txhais tus qauv ntawm cov nqe. Kuv khov kho hais tias ob txoj kev no puav leej raug lawm.</w:t>
      </w:r>
    </w:p>
    <w:p>
      <w:pPr>
        <w:pStyle w:val="ArticleHeading"/>
        <w:jc w:val="left"/>
      </w:pPr>
      <w:r>
        <w:rPr>
          <w:rFonts w:ascii="Arial" w:hAnsi="Arial" w:eastAsia="Arial" w:cs="Arial"/>
        </w:rPr>
        <w:t>Kev Tawm Tsam ntawm Cov Maccabees</w:t>
      </w:r>
    </w:p>
    <w:p>
      <w:pPr>
        <w:pStyle w:val="ArticleBody"/>
        <w:jc w:val="left"/>
      </w:pPr>
      <w:r>
        <w:rPr>
          <w:rFonts w:ascii="Times New Roman" w:hAnsi="Times New Roman" w:eastAsia="Times New Roman" w:cs="Times New Roman"/>
        </w:rPr>
        <w:t>Kuv siv caj ces ntawm cov Makkabi nyob rau hauv ib yam nkaus li ntawd. Kev tawm tsam ntawm cov Makkabi nyob rau xyoo 167 BC yog tom qab deb ntawm kev sib ntaus ntawm Panium hauv xyoo 200 BC, thiab ua ntej deb ntawm Pompey txeeb tau Yeluxalees hauv xyoo 63 BC. Caj ces uas pib ntawm nqe kaum rau nrog tus thawj tub rog loj Pompey qhov kev kov yeej Yeluxalees hauv xyoo 63 BC, thiab txuas ntxiv mus txog Tiberias Caesar uas kav thaum Yexus raug ntsia saum tus ntoo khaub lig. Tus ntoo khaub lig thiab Tiberias raug sawv cev nyob rau hauv nqe nees nkaum ob ntawm tshooj kaum ib.</w:t>
      </w:r>
    </w:p>
    <w:p>
      <w:pPr>
        <w:pStyle w:val="ArticleScripture"/>
        <w:jc w:val="left"/>
      </w:pPr>
      <w:r>
        <w:rPr>
          <w:rFonts w:ascii="Times New Roman" w:hAnsi="Times New Roman" w:eastAsia="Times New Roman" w:cs="Times New Roman"/>
        </w:rPr>
        <w:t>Thiab nrog tej caj npab ntawm ib lub dej nyab lawv yuav raug dej nyab los ntawm nws xub ntiag, thiab yuav raug rhuav tshem; muaj tseeb, tus thawj ntawm txoj kev cog lus thiab. Daniel 11:22.</w:t>
      </w:r>
    </w:p>
    <w:p>
      <w:pPr>
        <w:pStyle w:val="ArticleBody"/>
        <w:jc w:val="left"/>
      </w:pPr>
      <w:r>
        <w:rPr>
          <w:rFonts w:ascii="Times New Roman" w:hAnsi="Times New Roman" w:eastAsia="Times New Roman" w:cs="Times New Roman"/>
        </w:rPr>
        <w:t>Tus General Pompey kev kov yeej Yeluxalees xyoo 63 BC hauv nqe kaum rau, thiab tom qab ntawd tus ntoo khaub lig xyoo 31 AD hauv nqe nees nkaum ob, sawv cev rau ib txoj kab lus faj lem uas pib ntawm ib lub cim ntawm txoj cai Hnub Caiv thiab xaus rau ntawm ib lub cim ntawm txoj cai Hnub Caiv. Nqe nees nkaum peb yog ib qho kev ncua hauv zaj lus ntawd, yog li ntawd cim nqe nees nkaum ob tias yog qhov kawg ntawm txoj kab lus faj lem uas tau pib hauv nqe kaum rau. Nrog rau qhov xaus meej tshwj xeeb ntawm txoj kab ntawd hauv nqe nees nkaum ob, tseem muaj qhov tseeb tias nqe nees nkaum ob yog ib lub cim ntawm tib lub chaw cim uas sawv cev hauv nqe kaum rau, yog li muab ib zaj tim khawv alpha thiab omega tias nqe kaum rau mus txog nqe nees nkaum ob sawv cev rau ib txoj kab lus faj lem cais tshwj xeeb.</w:t>
      </w:r>
    </w:p>
    <w:p>
      <w:pPr>
        <w:pStyle w:val="ArticleBody"/>
        <w:jc w:val="left"/>
      </w:pPr>
      <w:r>
        <w:rPr>
          <w:rFonts w:ascii="Times New Roman" w:hAnsi="Times New Roman" w:eastAsia="Times New Roman" w:cs="Times New Roman"/>
        </w:rPr>
        <w:t>Ntxiv rau qhov no tias nqe kaum tsib thiab kaum rau tab tom cim qhia txog kev hloov ntawm lub nceeg vaj Seleucid mus rau lub hwjchim Loos, ces koj yuav pom ib qho kev txiav kev txuas ntxiv ntawm cov Seleucid hauv nqe kaum tsib mus txog cov Loos hauv nqe kaum rau, thiab txoj kab ntawm nqe kaum rau mus txog nees nkaum ob raug cais tawm meej tias yog ib txoj kab cev Vajtswv lus tshwj xeeb ib leeg. Nqe kaum rau qhia txog lub hwjchim tom ntej uas yuav kav tebchaws Yudas, yog li ntawd thiaj cim ib qho kev hloov ntawm keeb kwm cev Vajtswv lus ib yam li hauv nqe nees nkaum peb. Txoj kab no pib thiab xaus nrog ib lub cim ntawm txoj cai hnub Sunday, thiab txoj kab ntawd xaus rau hauv nqe nees nkaum ob ntawm tshooj kaum ib.</w:t>
      </w:r>
    </w:p>
    <w:p>
      <w:pPr>
        <w:pStyle w:val="ArticleHeading"/>
        <w:jc w:val="left"/>
      </w:pPr>
      <w:r>
        <w:rPr>
          <w:rFonts w:ascii="Arial" w:hAnsi="Arial" w:eastAsia="Arial" w:cs="Arial"/>
        </w:rPr>
        <w:t>Smith—thiab Peb Tug Caesar</w:t>
      </w:r>
    </w:p>
    <w:p>
      <w:pPr>
        <w:pStyle w:val="ArticleBody"/>
        <w:jc w:val="left"/>
      </w:pPr>
      <w:r>
        <w:rPr>
          <w:rFonts w:ascii="Times New Roman" w:hAnsi="Times New Roman" w:eastAsia="Times New Roman" w:cs="Times New Roman"/>
        </w:rPr>
        <w:t>Qhov tseeb uas nqe kaum rau sawv cev rau txoj cai Hnub Caiv, ib yam li nqe nees nkaum ob thiab—yuam kom ob nqe ntawd yuav tsum raug muab sib txuam kom haum rau saum ib leeg. Uriah Smith hais lus txog nqe nees nkaum peb, thiab piav tias vim li cas nws sawv cev rau ib zaj keeb kwm uas pib rov qab mus deb dua hauv keeb kwm ntawm cov nqe uas los ua ntej no, tsis yog sawv cev rau ib zaj keeb kwm uas txuas ntxiv tam sim tom qab tus ntoo khaub lig ntawm nqe nees nkaum ob.</w:t>
      </w:r>
    </w:p>
    <w:p>
      <w:pPr>
        <w:pStyle w:val="ArticleScripture"/>
        <w:jc w:val="left"/>
      </w:pPr>
      <w:r>
        <w:rPr>
          <w:rFonts w:ascii="Times New Roman" w:hAnsi="Times New Roman" w:eastAsia="Times New Roman" w:cs="Times New Roman"/>
        </w:rPr>
        <w:t>“‘NQE 23. Thiab tom qab uas tau cog lus sib koom tes nrog nws lawm, nws yuav ua hauj lwm dag ntxias: rau qhov nws yuav sawv los, thiab yuav muaj zog nrog ib haiv neeg me me.’</w:t>
      </w:r>
    </w:p>
    <w:p>
      <w:pPr>
        <w:pStyle w:val="ArticleScripture"/>
        <w:jc w:val="left"/>
      </w:pPr>
      <w:r>
        <w:rPr>
          <w:rFonts w:ascii="Times New Roman" w:hAnsi="Times New Roman" w:eastAsia="Times New Roman" w:cs="Times New Roman"/>
        </w:rPr>
        <w:t>“Tus ‘nws’ uas txoj kev cog lus uas hais txog ntawm no raug tsim nrog, yuav tsum yog tib lub hwjchim uas tau yog yam uas zaj lus faj lem tau hais txog txij nqe 14 los; thiab tias qhov no yog lub hwjchim Loos kuj raug qhia meej dhau qhov yuav sib cav tau nyob hauv kev ua tiav ntawm zaj lus faj lem hauv peb tug neeg, raws li twb tau hais lawm, uas tau kav lub Faj Tim Tebchaws Loos sib law liag; yog Julius, Augustus, thiab Tiberius Caesar. Tus thawj, thaum rov qab los rau hauv lub chaw ruaj khov ntawm nws tebchaws hauv kev yeej muaj koob meej, tau ntog dawm thiab poob, thiab tsis pom nws lawm. Nqe 19. Tus thib ob yog tus tsa se; thiab nws kav nyob hauv lub meej mom ci ntsa iab ntawm lub nceeg vaj, thiab nws tuag tsis yog hauv kev chim los sis hauv kev sib ntaus sib tua, tiamsis nyob kaj siab lug saum nws lub txaj. Nqe 20. Tus thib peb yog tus txawj zais ntsej muag dag ntxias, thiab yog ib tug ntawm cov cwj pwm phem tshaj plaws. Nws tau los kav lub nceeg vaj hauv txoj kev kaj siab lug, tiamsis ob qho tib si nws txoj kev kav thiab nws txoj sia raug xaus los ntawm kev kub ntxhov. Thiab hauv nws lub sijhawm kav ntawd Tus Tub Vaj Ntxwv ntawm txoj kev cog lus, Yexus uas yog neeg Naxales, raug muab tua saum ntoo khaub lig. Nqe 21, 22. Khetos yuav tsis muaj hnub raug rhuav los sis raug muab tua dua ntxiv lawm; yog li ntawd hauv tsis muaj lwm lub tseemfwv twg, thiab tsis muaj lwm lub sijhawm twg li, peb thiaj nrhiav tau kev ua tiav ntawm tej xwm txheej no. Qee leej sim muab cov nqe no siv rau Antiochus, thiab ua rau ib tug pov thawj hlob Yudais los ua tus tub vaj ntxwv ntawm txoj kev cog lus, txawm yog lawv yeej tsis tau raug hu li ntawd kiag li. Qhov no yog tib hom kev xav sib cav uas mob siab ua kom lub sijhawm kav ntawm Antiochus yog kev ua tiav ntawm tus kub me ntawm Daniyee 8; thiab nws raug muab los siv rau tib lub hom phiaj; yog, kom rhuav txoj saw loj ntawm cov pov thawj uas qhia meej tias txoj kev qhuab qhia txog Kev Los Zaum Ob yog txoj kev qhuab qhia ntawm Phau Vajlugkub, thiab tias Khetos tam sim no twb nyob ze ntawm qhov rooj lawm. Tiamsis cov pov thawj ntawd rhuav tsis tau; txoj saw ntawd txiav tsis tau.”</w:t>
      </w:r>
    </w:p>
    <w:p>
      <w:pPr>
        <w:pStyle w:val="ArticleScripture"/>
        <w:jc w:val="left"/>
      </w:pPr>
      <w:r>
        <w:rPr>
          <w:rFonts w:ascii="Times New Roman" w:hAnsi="Times New Roman" w:eastAsia="Times New Roman" w:cs="Times New Roman"/>
        </w:rPr>
        <w:t>“Tom qab uas tus yaj saub tau coj peb nqes los raws li tej xwm txheej hauv ntiajteb no ntawm lub tebchaws faj tim teb chaws mus txog thaum kawg ntawm xya caum lub limtiam lawm, nyob hauv nqe 23 nws thiaj coj peb rov qab mus rau lub sijhawm uas cov Loos tau los muaj kev txuas ncaj qha nrog haiv neeg ntawm Vajtswv los ntawm cov Yudais daim ntawv cog lus, xyoo BC 161; txij ntawm lub ntsiab ntawd ces peb raug coj nqes mus raws ib txoj kab ncaj ntawm tej xwm txheej mus txog rau txoj kev yeej kawg ntawm pawg ntseeg, thiab kev tsa Vajtswv lub nceeg vaj uas nyob mus ib txhis. Cov Yudais, raug cov vajntxwv Xiliya tsim txom hnyav heev, tau xa ib pawg sawv cev mus rau Loos, thov kom cov Loos pab, thiab kom lawv koom lawv tus kheej rau hauv ‘ib daim ntawv cog lus ntawm kev phooj ywg thiab kev sib koom tes nrog lawv.’ 1 Mac.8; Prideaux, II, 234; Josephus’s Antiquities, phau 12, tshooj 10, nqe 6. Cov Loos tau mloog cov Yudais lo lus thov, thiab tau pub rau lawv ib daim ntawv txib, sau tseg raws li cov lus no:—</w:t>
      </w:r>
    </w:p>
    <w:p>
      <w:pPr>
        <w:pStyle w:val="ArticleScripture"/>
        <w:jc w:val="left"/>
      </w:pPr>
      <w:r>
        <w:rPr>
          <w:rFonts w:ascii="Times New Roman" w:hAnsi="Times New Roman" w:eastAsia="Times New Roman" w:cs="Times New Roman"/>
        </w:rPr>
        <w:t>“‘Txoj kev cai txiav txim ntawm pawg senate hais txog ib daim ntawv cog lus ntawm kev pab thiab kev phooj ywg nrog haiv neeg Yudais. Yuav tsis raug cai rau leej twg uas nyob hauv qab cov Loos txoj cai, kom ua rog tawm tsam haiv neeg Yudais, los sis pab cov uas ua li ntawd, txawm yog xa nplej, los yog nkoj, los yog nyiaj rau lawv; thiab yog muaj kev tawm tsam twg raug tsa tawm tsam cov Yudais, cov Loos yuav pab lawv raws li lawv muaj peev xwm; thiab dua li ntawd, yog muaj kev tawm tsam twg raug tsa tawm tsam cov Loos, cov Yudais yuav pab lawv. Thiab yog cov Yudais muaj lub siab xav ntxiv rau, los yog rho tawm ntawm, daim ntawv cog lus no ntawm kev pab, qhov ntawd yuav tsum ua nrog kev pom zoo ib yam ntawm cov Loos. Thiab yam uas yuav raug ntxiv li no, nws yuav muaj hwj chim siv tau.’ ‘Yauxejfus hais tias, ‘Txoj cai txiav txim no tau raug sau los ntawm Eupolemus, tus tub ntawm Yauhas, thiab los ntawm Yaxoos, tus tub ntawm Ele-a-xas, thaum Yudas yog tus pov thawj hlob ntawm haiv neeg ntawd, thiab Ximoos, nws tus kwv, yog tus thawj tub rog ntawm pab tub rog. Thiab qhov no yog thawj daim ntawv cog lus uas cov Loos tau ua nrog cov Yudais, thiab tau raug coj raws li yam no.’”</w:t>
      </w:r>
    </w:p>
    <w:p>
      <w:pPr>
        <w:pStyle w:val="ArticleScripture"/>
        <w:jc w:val="left"/>
      </w:pPr>
      <w:r>
        <w:rPr>
          <w:rFonts w:ascii="Times New Roman" w:hAnsi="Times New Roman" w:eastAsia="Times New Roman" w:cs="Times New Roman"/>
        </w:rPr>
        <w:t>“Nyob rau lub sijhawm no cov Loos tseem yog ib haiv neeg me, thiab lawv pib ua haujlwm nrog kev dag ntxias, lossis nrog kev txawj ntxias raws li lo lus ntawd qhia. Thiab txij ntawm qhov no mus lawv tau sawv nce los ntawm ib txoj kev nce siab uas ruaj khov thiab ceev nrooj mus txog rau qhov siab tshaj ntawm hwjchim uas tom qab ntawd lawv tau mus txog.” Uriah Smith, Daniel and the Revelation, 270, 271.</w:t>
      </w:r>
    </w:p>
    <w:p>
      <w:pPr>
        <w:pStyle w:val="ArticleBody"/>
        <w:jc w:val="left"/>
      </w:pPr>
      <w:r>
        <w:rPr>
          <w:rFonts w:ascii="Times New Roman" w:hAnsi="Times New Roman" w:eastAsia="Times New Roman" w:cs="Times New Roman"/>
        </w:rPr>
        <w:t>Tsis yog tias tus ntoo khaub lig ntawm nqe nees nkaum-ob xaus ib txoj kab nrog ib lub cim uas kuj nyob ntawm qhov pib ntawm txoj kab ntawd xwb, tiam sis nqe tom ntej rov nqis mus rau hauv keeb kwm uas muaj ua ntej tus ntoo khaub lig, mus txog kwv yees peb caug xyoo tom qab Panium thiab kwv yees ib puas xyoo ua ntej Loos kov yeej Yeluxalees. Lub cim taw qhia ntawm kev sib koom tes ntawm cov Yudais uas Smith ntawm no txheeb tias yog 161 BC, lwm cov pioneer kuj txheeb tias yog 158 BC. Lub ntsiab lus uas kuv tsom ntsoov rau ntawm no tsis yog hnub tim ntawd ntau npaum li cas, tiam sis yog tias nqe kaum rau mus txog nees nkaum-ob sawv cev rau ib txoj kab ntawm keeb kwm yaj saub uas txoj cai Hnub Caiv yog ob qho tib si alpha thiab omega ntawm txoj kab ntawd. Tom qab ntawd, thaum txoj kab ntawm nqe kaum rau mus txog nees nkaum-ob raug muab nthuav tawm lawm, nqe nees nkaum-peb rov hais dua thiab nthuav dav ntxiv txog keeb kwm uas nyob hauv txoj kab ntawm nqe kaum rau mus txog nees nkaum-ob. Txoj kab yaj saub ntawm keeb kwm uas nqe nees nkaum-peb sawv cev yog keeb kwm ntawm cov Maccabees, thiab keeb kwm ntawm cov Maccabees yog ib qho kev sib txig sib luag zoo kawg nkaus nrog keeb kwm ntawm Tebchaws Meskas.</w:t>
      </w:r>
    </w:p>
    <w:p>
      <w:pPr>
        <w:pStyle w:val="ArticleHeading"/>
        <w:jc w:val="left"/>
      </w:pPr>
      <w:r>
        <w:rPr>
          <w:rFonts w:ascii="Arial" w:hAnsi="Arial" w:eastAsia="Arial" w:cs="Arial"/>
        </w:rPr>
        <w:t>Ob Txoj Hwv Kav</w:t>
      </w:r>
    </w:p>
    <w:p>
      <w:pPr>
        <w:pStyle w:val="ArticleBody"/>
        <w:jc w:val="left"/>
      </w:pPr>
      <w:r>
        <w:rPr>
          <w:rFonts w:ascii="Times New Roman" w:hAnsi="Times New Roman" w:eastAsia="Times New Roman" w:cs="Times New Roman"/>
        </w:rPr>
        <w:t>Cov Maccabees sawv cev rau ib qho kev ntxeev siab tawm tsam lub nceeg vaj Seleucid uas pib thaum lub caij uas Antiochus Epiphanes kav. Qhov kev ntxeev siab ntawd yog tawm tsam lub nceeg vaj Seleucid sab qaum teb, thiab nws tau xaus rau hauv ib qho kev yeej uas coj mus rau ib qho ntawm ob lub koob vajntxwv Yudais nyob rau lub sijhawm uas thaum kawg tau coj mus rau kev rhuav tshem Yeluxalees xyoo 70 AD. Lub koob vajntxwv thawj yog Hasmonean, thiab lub koob vajntxwv thib ob yog Herodian. Lub koob vajntxwv Herodian yog tsoom fwv Yudais thib ob tom qab kev dim tawm ntawm lub nceeg vaj Seleucid sab qaum teb. Nws muaj kev txuas ncaj qha rau lub txheej txheem Loos, thaum uas lub koob vajntxwv Hasmonean uas ua ntej ntawd yeej yog Yudais raws li nws qhov tseem ceeb. Lub koob vajntxwv Hasmonean pib xyoo 141 BC, thiab xyoo 37 BC lub koob vajntxwv Herodian pib thiab kav mus txog xyoo 70 AD.</w:t>
      </w:r>
    </w:p>
    <w:p>
      <w:pPr>
        <w:pStyle w:val="ArticleBody"/>
        <w:jc w:val="left"/>
      </w:pPr>
      <w:r>
        <w:rPr>
          <w:rFonts w:ascii="Times New Roman" w:hAnsi="Times New Roman" w:eastAsia="Times New Roman" w:cs="Times New Roman"/>
        </w:rPr>
        <w:t>Cov vajntxwv no sawv cev rau txoj kev kav tebchaws ntawm Yudas, uas yog thaj av qub thiab tiag tiag uas muaj koob meej. Kev sawv tawm tsam ntawm cov Maccabees kav txij xyoo 167 mus txog 160 BC. Xyoo 164 BC, cov Maccabees tau ntiab Antiochus Epiphanes tawm hauv Yeluxalees thiab ntxuav kom huv thiab rov muab lub tuam tsev fij dua tshiab tom qab Antiochus tau ua kom nws qias neeg lawm, tiamsis tsuas yog txog xyoo 141 BC xwb mam li yog lub hwjchim Seleucid sab qaum teb raug kov yeej tag nrho thiab caj ces Hasmonean thiaj pib.</w:t>
      </w:r>
    </w:p>
    <w:p>
      <w:pPr>
        <w:pStyle w:val="ArticleBody"/>
        <w:jc w:val="left"/>
      </w:pPr>
      <w:r>
        <w:rPr>
          <w:rFonts w:ascii="Times New Roman" w:hAnsi="Times New Roman" w:eastAsia="Times New Roman" w:cs="Times New Roman"/>
        </w:rPr>
        <w:t>Tsev Herauj yog ib qho tseem ceeb rau kab no, rau qhov yog Herauj Tus Loj uas tau hu kom tua cov me nyuam mos thaum lub caij Yexus yug los, thiab nws tus tub yog tus uas kav thaum Yexus tuag. Herauj Tus Loj yog leej txiv, thiab nws yog ib tug vajntxwv kav saum Yudas tebchaws, tiam sis nws tus tub tsuas yog ib tug tetrarch xwb, uas txhais hais tias nws yog tus kav ib feem plaub ntawm lub nceeg vaj, zoo ib yam li ib tug tswv xeev dua li ib tug vajntxwv. Vim li ntawd nws thiaj tsis muaj txoj cai uas yuav tsum kom nws txuas nrog Philaj kom muab Khetos ntsia saum ntoo khaub lig. Kev yug los ntawm Yexus yog lub sijhawm faj lem hu ua “lub sijhawm kawg” hauv nws kab lus faj lem, thiab Nws txoj kev tuag sawv cev rau txoj cai Sunday. Thawj Herauj sawv cev rau xyoo 1989, thiab Herauj kawg yog txoj cai Sunday. Herauj tus txiv mus rau Herauj tus tub yog kab lus faj lem ntawm Khetos.</w:t>
      </w:r>
    </w:p>
    <w:p>
      <w:pPr>
        <w:pStyle w:val="ArticleBody"/>
        <w:jc w:val="left"/>
      </w:pPr>
      <w:r>
        <w:rPr>
          <w:rFonts w:ascii="Times New Roman" w:hAnsi="Times New Roman" w:eastAsia="Times New Roman" w:cs="Times New Roman"/>
        </w:rPr>
        <w:t>Kab ke ntawm cov Maccabees pib nrog ib qho kev ntxeev siab uas muaj yeej tawm tsam ib tug vajntxwv sab qaum teb uas tau yuam nws tej kev cai Kili, kab lis kev cai, thiab txoj kev ntseeg Kili rau saum cov Yudais. Pib ntawm haiv Hasmonean sawv cev rau xyoo 1798. Vim li cas thiaj zoo li ntawd, tej zaum nej yuav nug? Yog ib haiv vajntxwv pib ntawm ib lub “sijhawm kawg” raws li tej lus cev Vajtswv lus, ib yam li tau muaj rau haiv Herod thaum lub caij yug Khetos, ces lwm haiv vajntxwv ntawd los kuj yuav tsum muaj tib yam pib raws li qhov yuav tsum tau ua ntawm tej lus cev Vajtswv lus. Ob haiv vajntxwv no tib si pib nrog ib lub sijhawm kawg, thaum peb siv kev yug los ntawm Khetos ua “lub sijhawm kawg,” tiam sis cov ruam yeej tsis pom qhov kaj uas tau qhib tawm uas txuas nrog lub sijhawm kawg.</w:t>
      </w:r>
    </w:p>
    <w:p>
      <w:pPr>
        <w:pStyle w:val="ArticleScripture"/>
        <w:jc w:val="left"/>
      </w:pPr>
      <w:r>
        <w:rPr>
          <w:rFonts w:ascii="Times New Roman" w:hAnsi="Times New Roman" w:eastAsia="Times New Roman" w:cs="Times New Roman"/>
        </w:rPr>
        <w:t>“Nyob rau hauv peb tiam, ib yam li nyob rau hauv Khetos tiam, kuj yuav muaj kev nyeem tsis raug lossis txhais tsis raug Vajluskub. Yog hais tias cov Yudais tau kawm Vajluskub nrog lub siab kub siab thiab thov Vajtswv, lawv qhov kev tshawb nrhiav yuav tau txais nqi zog nrog txoj kev paub tseeb txog lub sijhawm, thiab tsis yog hais txog lub sijhawm xwb, tiam sis kuj txog yam uas Khetos yuav tshwm los thiab. Lawv yuav tsis tau muab txoj kev tshwm sim los zaum ob uas muaj hwjchim ci ntsa iab ntawm Khetos xam tias yog nws thawj zaug kev los. Lawv muaj Daniyee tej lus timkhawv; lawv muaj Yaxayas thiab lwm cov yaj saub tej lus timkhawv; lawv muaj Mauxes tej lus qhia; thiab ntawm no Khetos twb nyob hauv lawv nruab nrab lawm los lawv tseem tab tom tshawb nrhiav Vajluskub nrhiav pov thawj hais txog nws txoj kev los. Thiab lawv tau ua rau Khetos tej yam uas twb tau raug yaj saub hais tseg lawm tias lawv yuav ua. Lawv dig muag heev ua rau lawv tsis paub tias lawv tab tom ua dabtsi.”</w:t>
      </w:r>
    </w:p>
    <w:p>
      <w:pPr>
        <w:pStyle w:val="ArticleScripture"/>
        <w:jc w:val="left"/>
      </w:pPr>
      <w:r>
        <w:rPr>
          <w:rFonts w:ascii="Times New Roman" w:hAnsi="Times New Roman" w:eastAsia="Times New Roman" w:cs="Times New Roman"/>
        </w:rPr>
        <w:t>“Thiab coob leej coob tus niaj hnub no, nyob rau xyoo 1897, kuj tab tom ua tej yam ib yam nkaus, vim lawv tsis tau muaj kev paub dhau los hauv cov lus sim siab uas muaj nyob hauv thawj tus timtswv, tus timtswv thib ob, thiab tus timtswv thib peb tej lus. Muaj cov uas tab tom tshawb nrhiav Vajluskub kom nrhiav tau pov thawj tias cov lus no tseem nyob yav tom ntej. Lawv sau ua ke qhov tseeb ntawm cov lus ntawd, tiam sis lawv tsis muab cov lus ntawd tso rau lawv qhov chaw uas tsim nyog nyob hauv keeb kwm yav tom ntej raws li tej lus faj lem. Yog li ntawd, cov neeg zoo li no nyob rau hauv kev phom sij uas yuav coj cov neeg mus yuam kev txog kev txheeb qhov chaw ntawm cov lus ntawd. Lawv tsis pom thiab tsis to taub txog lub sijhawm kawg, los sis thaum twg yuav tsum muab cov lus ntawd tso rau. Hnub ntawm Vajtswv tab tom los nrog kauj ruam ntsiag to; tiam sis cov neeg uas luag xav tias muaj tswvyim thiab yog neeg loj tab tom tham tsis tseg txog ‘Kev Kawm Qib Siab.’ Lawv tsis paub tej cim qhia txog Khetos txoj kev rov los, los sis txog hnub kawg ntawm lub ntiajteb.” Paulson Collection, 423, 424.</w:t>
      </w:r>
    </w:p>
    <w:p>
      <w:pPr>
        <w:pStyle w:val="ArticleBody"/>
        <w:jc w:val="left"/>
      </w:pPr>
      <w:r>
        <w:rPr>
          <w:rFonts w:ascii="Times New Roman" w:hAnsi="Times New Roman" w:eastAsia="Times New Roman" w:cs="Times New Roman"/>
        </w:rPr>
        <w:t>Kev txheeb tias Khetos txoj kev yug yog “lub sijhawm kawg,” thiab yog li ntawd yog tus yuam sij coj kab ke ntawm cov Maccabees los rau hauv lub ntsiab lus ntawm qhov tseeb tam sim no ntawm cov hnub kawg, yog muab Khetos los ua lub chaw nruab nrab tiag tiag ntawm nqe lus ntawd, uas kuj yog pov thawj tias qhov kev siv ntawd raug lawm.</w:t>
      </w:r>
    </w:p>
    <w:p>
      <w:pPr>
        <w:pStyle w:val="ArticleBody"/>
        <w:jc w:val="left"/>
      </w:pPr>
      <w:r>
        <w:rPr>
          <w:rFonts w:ascii="Times New Roman" w:hAnsi="Times New Roman" w:eastAsia="Times New Roman" w:cs="Times New Roman"/>
        </w:rPr>
        <w:t>Kab ntawm cov Maccabees qhia piv txwv txog lub tebchaws uas muaj yeeb koob ntawm sab ntsuj plig, thiab qhov piv txwv ntawd pib nyob rau hauv ib lub sijhawm uas cov pej xeem ntawm lub tebchaws uas muaj yeeb koob ntawd cais tawm ntawm vajntxwv sab qaum teb txoj kev kav tswj ntawm kev nom kev tswv thiab kev ntseeg. Kev sawv tawm tsam ntawm cov Maccabees uas coj mus rau txoj kab ke Hasmonean sawv cev rau xyoo 1776, thiab kev sawv tawm tsam vajntxwv sab qaum teb uas cov Maccabees ua tiav ntawd sawv cev rau Tsov Rog Kev Tawm Tsam. Nees nkaum ob xyoos txij xyoo 1776 mus txog 1798 sawv cev rau kev tawm tsam ntawm cov Maccabees uas coj mus rau txoj kab ke Hasmonean thaum lub sijhawm kawg hauv xyoo 1798, uas txuas ntxiv mus txog thaum txoj kab ke Herodian pib thaum lub sijhawm kawg hauv xyoo 1989. Txoj kab ke Herodian txuas ntxiv mus txog thaum Yeluxalees raug rhuav tshem hauv xyoo 70 AD.</w:t>
      </w:r>
    </w:p>
    <w:p>
      <w:pPr>
        <w:pStyle w:val="ArticleBody"/>
        <w:jc w:val="left"/>
      </w:pPr>
      <w:r>
        <w:rPr>
          <w:rFonts w:ascii="Times New Roman" w:hAnsi="Times New Roman" w:eastAsia="Times New Roman" w:cs="Times New Roman"/>
        </w:rPr>
        <w:t>Yam uas tseem ceeb yuav tsum paub hauv kab keeb kwm no muaj ob yam; nws yog ib daim duab piv txwv txog thaj av muaj hwjchim ci ntsa iab thaum ub uas ua qauv rau thaj av muaj hwjchim ci ntsa iab niaj hnub no, thiab nws pib nyob hauv ib kab keeb kwm uas pib nrog nqe kaum rau, qhov chaw Loos kov yeej thaj av muaj hwjchim ci ntsa iab thawj zaug, yog li ntawd thiaj qhia kom paub txog lub ntsiab tseem ceeb ntawm kab ntawd. Kab keeb kwm txij nqe kaum rau mus txog nqe nees nkaum ob sawv cev rau thaj av muaj hwjchim ci ntsa iab, thiab nws lub ntsiab lus raws ntsiab teb yog txoj cai Hnub Caiv uas yuav los sai no. Kab keeb kwm ntawd kuj sawv cev rau ob pawg neeg pe hawm uas muaj kev cuam tshuam rau ob tsoom fwv raws vajntxwv cajces. Cov Xadukais muaj tsawg dua hauv suav, tiamsis feem ntau lawv tswj hwm cov txheej txheem kev cai dab qhuas thiab kev nom kev tswv ntawm cov Yudais nyob hauv ob lub caij kav raws vajntxwv cajces ntawd. Lub txheej txheem kev cai dab qhuas raug tswj los ntawm ib pawg pov thawj, thiab pawg pov thawj ntawd kuj raug ob tog Xadukais thiab Falixais cuam tshuam. Ob tsoom fwv Hasmonean thiab Herodian puav leej raug cov Falixais thiab cov Xadukais cuam tshuam, thiab ob tug vajntxwv cajces ntawd sawv cev rau tsoom fwv ntawm Tebchaws Meskas txij xyoo 1798 mus txog rau txoj cai Hnub Caiv.</w:t>
      </w:r>
    </w:p>
    <w:p>
      <w:pPr>
        <w:pStyle w:val="ArticleBody"/>
        <w:jc w:val="left"/>
      </w:pPr>
      <w:r>
        <w:rPr>
          <w:rFonts w:ascii="Times New Roman" w:hAnsi="Times New Roman" w:eastAsia="Times New Roman" w:cs="Times New Roman"/>
        </w:rPr>
        <w:t>Cov Falixais thiab Cov Xadukais sawv cev rau ob tog kev xav nom tswv uas sib txawv vim lawv txoj hauj lwm hais txog teeb meem kev ua qhev. Cov Democrats txhawb kev ua qhev, hos cov Republicans tawm tsam kev ua qhev; thiab ob tog no koom tes ua haujlwm nrog lub tshuab nom tswv ntawm tsoom fwv raws cai lij choj ntawm Tebchaws Meskas. Tsoom fwv ntawd yog tus tsiaj nyaum hauv ntiajteb ntawm Tshwmsim kaum peb, thiab keeb kwm sab nraud ntawm tus tsiaj nyaum hauv ntiajteb ntawd yog sawv cev los ntawm nws lub kub republican. Keeb kwm sab hauv yog sawv cev los ntawm lub kub protestant. Cov kub raug cais tawm ntawm tus tsiaj nyaum, rau qhov tus tsiaj nyaum yog Txoj Cai Lij Choj uas cais lub kub xeev tawm ntawm lub kub pawg ntseeg, tiam sis lawv txav mus dhau keeb kwm ua ke. Lub kub republican muaj ob yam kev cuam tshuam, txawm yog txhawb los yog tawm tsam kev ua qhev. Lub kub protestant muaj ob yam kev cuam tshuam, txawm yog txhawb Hnub Xanpataus hnub xya los yog thawj hnub ntawm lub hnub.</w:t>
      </w:r>
    </w:p>
    <w:p>
      <w:pPr>
        <w:pStyle w:val="ArticleBody"/>
        <w:jc w:val="left"/>
      </w:pPr>
      <w:r>
        <w:rPr>
          <w:rFonts w:ascii="Times New Roman" w:hAnsi="Times New Roman" w:eastAsia="Times New Roman" w:cs="Times New Roman"/>
        </w:rPr>
        <w:t>Kwv yees peb caug xyoo tom qab tsov rog ntawm Panium, cov Maccabees cim tseg keeb kwm ntawm Tebchaws Meskas ua lub nceeg vaj thib rau ntawm kev yaj saub hauv phau Vajlugkub. Tom qab ntawd kwv yees ib puas xyoo ntxiv, nqe kaum rau raug ua tiav thaum Yeluxalees raug kov yeej, uas ua qauv txog tus ntoo khaub lig. Yudas tebchaws yog qhov thib ob hauv peb qho kev thaiv uas Loos kov yeej thaum nws tab tom txeeb tswj hwm lub ntiajteb. Tus thawj tub rog Pompey tau kov yeej Xileeya xyoo 65 BC, thiab tom qab ntawd Yudas xyoo 63 BC. Augustus Caesar yuav kov yeej qhov kev thaiv thib peb hauv tsov rog Actium xyoo 31 BC. Keeb kwm no raug sawv cev nyob hauv kab ntawm nqe kaum rau mus txog nees nkaum ob.</w:t>
      </w:r>
    </w:p>
    <w:p>
      <w:pPr>
        <w:pStyle w:val="ArticleBody"/>
        <w:jc w:val="left"/>
      </w:pPr>
      <w:r>
        <w:rPr>
          <w:rFonts w:ascii="Times New Roman" w:hAnsi="Times New Roman" w:eastAsia="Times New Roman" w:cs="Times New Roman"/>
        </w:rPr>
        <w:t>Txog thaum txog lub sij hawm ntawm tus ntoo khaub lig, keeb kwm ntawm cov Maccabees twb khiav los yuav luag ob puas xyoo lawm. Uriah Smith qhia tias keeb kwm uas sawv cev los ntawm txoj kev cog lus koom nrog cov Yudais hauv nqe nees nkaum peb yuav tsum raug muab phim rau ib qho chaw pib hauv keeb kwm uas tau tshwm sim yuav luag ob puas xyoo ua ntej keeb kwm ntawm tus ntoo khaub lig hauv nqe nees nkaum ob. Keeb kwm ntawm tus ntoo khaub lig hauv nqe nees nkaum ob yuav tsum raug muab phim nrog nqe kaum rau, vim nqe kaum rau kuj yog txoj cai Sunday. Qhov no txhais tau tias txoj kab ntawm cov Maccabees, uas yog keeb kwm ntawm thaj av muaj yeeb koob ntawm Yudas, pib ntev ua ntej txoj cai Sunday hauv nqe kaum rau.</w:t>
      </w:r>
    </w:p>
    <w:p>
      <w:pPr>
        <w:pStyle w:val="ArticleBody"/>
        <w:jc w:val="left"/>
      </w:pPr>
      <w:r>
        <w:rPr>
          <w:rFonts w:ascii="Times New Roman" w:hAnsi="Times New Roman" w:eastAsia="Times New Roman" w:cs="Times New Roman"/>
        </w:rPr>
        <w:t>Thaum peb nkag siab tias keeb kwm ntawm cov Millerite yog ib daim duab piv txwv qhia txog keeb kwm ntawm ib puas plaub caug plaub txhiab leej, peb thiaj yuav muab lub sij hawm kawg rau cov Millerite hauv xyoo 1798 los phim nrog lub sij hawm kawg rau ib puas plaub caug plaub txhiab leej hauv xyoo 1989. Thaum peb ua li no, peb tab tom muab keeb kwm ntawm tus tim tswv thawj thiab tus tim tswv thib ob los txheej nrog keeb kwm ntawm tus tim tswv thib peb. Xyoo 1798 thiab 1989 yog cov cim alpha thiab omega hauv keeb kwm ntawm nqe plaub caug ntawm Daniyee kaum ib.</w:t>
      </w:r>
    </w:p>
    <w:p>
      <w:pPr>
        <w:pStyle w:val="ArticleBody"/>
        <w:jc w:val="left"/>
      </w:pPr>
      <w:r>
        <w:rPr>
          <w:rFonts w:ascii="Times New Roman" w:hAnsi="Times New Roman" w:eastAsia="Times New Roman" w:cs="Times New Roman"/>
        </w:rPr>
        <w:t>Nqe plaub caug pib rau ntawm “lub sijhawm kawg,” uas yooj yim ua pov thawj tias yog xyoo 1798; thiab thaum to taub kom raug lawm, kev poob ntawm Soviet Union hauv xyoo 1989 tau ua kom nqe plaub caug tiav, thiab qhov kev ua tiav ntawd kuj yog “lub sijhawm kawg.” Ob zaug “lub sijhawm kawg,” nyob hauv ib nqe xwb, uas kuj nyob hauv tib tshooj nrog kab ke ntawm cov Maccabees. Kev sawv tawm tsam ntawm cov Maccabees uas coj mus rau kev kav ntawm Hasmonean sawv cev rau nees nkaum ob xyoos txij xyoo 1776 mus txog xyoo 1798. Xyoo 1798 kev kav ntawm Hasmonean tau pib, thiab kev kav ntawm Herodian tau pib hauv xyoo 1989.</w:t>
      </w:r>
    </w:p>
    <w:p>
      <w:pPr>
        <w:pStyle w:val="ArticleBody"/>
        <w:jc w:val="left"/>
      </w:pPr>
      <w:r>
        <w:rPr>
          <w:rFonts w:ascii="Times New Roman" w:hAnsi="Times New Roman" w:eastAsia="Times New Roman" w:cs="Times New Roman"/>
        </w:rPr>
        <w:t>Nqe kaum ntawm Daniyee kaum ib qhia txog xyoo 1989, thiab nqe kaum rau yog txoj cai Sunday. Kab keeb kwm uas nyob hauv cov nqe ntawd sawv cev rau peb txoj kev sib ntaus sib tua, thiab rau kev tuag ntawm ib tug vajntxwv sab qab teb thiab kev nkag los ntawm Loos rau hauv keeb kwm yaj saub. Nws kuj muaj kab ntawm ob tiam vaj ntxwv uas ua qauv qhia txog txoj kev hloov uas tshwm sim thaum tus tsiaj qus hauv ntiajteb ntawm Qhia Tshwm kaum peb uas “muaj ob tug kub zoo li menyuam yaj, thiab” “hais lus zoo li ib tug nab loj.” Raws li kev txiav txim zuj zus, thawj tiam Yudais yog tus menyuam yaj, hos tiam thib ob ntawm Loos yog tus nab loj. Thawj tiam ntawd yog Yudais, tiam thib ob yog Loos. Txawm yog Yudais los yog Loos, tus tsiaj qus hauv ntiajteb yeej muaj ob tug kub.</w:t>
      </w:r>
    </w:p>
    <w:p>
      <w:pPr>
        <w:pStyle w:val="ArticleBody"/>
        <w:jc w:val="left"/>
      </w:pPr>
      <w:r>
        <w:rPr>
          <w:rFonts w:ascii="Times New Roman" w:hAnsi="Times New Roman" w:eastAsia="Times New Roman" w:cs="Times New Roman"/>
        </w:rPr>
        <w:t>Vajntxwv Yudais sawv cev rau tus kub Protestant, thiab vajntxwv Loos sawv cev rau tus kub Republican. Ob tug kub no kuj muaj ib qho kev faib ua ob raws li lus faj lem. Cov Xadukais thiab cov Falixais muab tus qauv rau cov Democrats txhawb kev qhev raws qhov sib txawv ntawm cov Republicans tawm tsam kev qhev; tib lub sijhawm lawv kuj sawv cev rau ib qho kev faib ua ob npaug ntawm cov nkauj xwb ruam raws qhov sib piv nrog cov nkauj xwb txawj ntse. Cov Falixais, uas yog cov nkauj xwb ruam, raug ntxuav tawm thaum thawj zaug kev poob siab, hos cov Xadukais raug ntxuav tawm thaum kev ntxuav lub tuam tsev zaum ob. Cov Falixais, zoo ib yam li pawg ntseeg Xatees, tau lees tias muaj ib lub npe ntawm txoj sia, tiamsis twb tuag lawm, thiab raug ntxuav tawm ua ntej; ces yog cov Xadukais, cov uas tsis lees lub hwjchim ntawm Vajtswv, tsis lees lub hwjchim thiab txoj xov ntawm Kev Quaj Thaum Ib Tag Hmo. Cov Xadukais yog haiv neeg ntawm txoj kev khi lus uas raug hla dhau mus, cov Xadukais yog cov uas txaus siab rau qhov kev hnov zoo ntawm tej kev xav zoo xwb.</w:t>
      </w:r>
    </w:p>
    <w:p>
      <w:pPr>
        <w:pStyle w:val="ArticleScripture"/>
        <w:jc w:val="left"/>
      </w:pPr>
      <w:r>
        <w:rPr>
          <w:rFonts w:ascii="Times New Roman" w:hAnsi="Times New Roman" w:eastAsia="Times New Roman" w:cs="Times New Roman"/>
        </w:rPr>
        <w:t>“Kev los txog ntawm Khetos, raws li tau tshaj tawm hauv thawj tus timtswv txoj xov, raug to taub tias yog sawv cev los ntawm tus nraug vauv txoj kev los txog. Txoj kev kho dua tshiab uas nthuav dav nyob rau hauv txoj kev tshaj tawm txog Nws txoj kev yuav los sai sai, yog qhov phim nrog cov nkauj xwb txoj kev tawm mus. Hauv zaj lus piv txwv no, ib yam li hauv zaj ntawm Mathais 24, muaj sawv cev rau ob pab neeg. Lawv txhua tus tau nqa lawv tej teeb, yog phau Vajlugkub, thiab los ntawm nws lub teeb tau tawm mus ntsib tus Nraug Vauv. Tiamsis thaum ‘cov uas ruam tau nqa lawv tej teeb, los tsis nqa roj nrog lawv,’ ‘cov uas txawj ntse tau nqa roj rau hauv lawv tej hub nrog lawv tej teeb.’ Pab tom qab no tau txais Vajtswv txoj kev tshav ntuj, uas yog tus Vaj Ntsuj Plig Dawb Huv lub hwjchim uas yug dua tshiab thiab ua kom pom kev, hwjchim uas ua rau Nws Txojlus yog ib lub teeb rau ko taw thiab yog ib txoj kev kaj rau txoj kev taug. Nyob hauv txoj kev ntshai Vajtswv lawv tau kawm Vajluskub kom paub qhov tseeb, thiab tau mob siab nrhiav kev dawb huv ntawm lub siab thiab lub neej. Cov no muaj kev paub tus kheej, muaj txoj kev ntseeg rau Vajtswv thiab rau Nws Txojlus, uas kev chim siab thiab kev ncua sijhawm tsis muaj peev xwm rhuav tshem tau. Lwm cov ‘tau nqa lawv tej teeb, los tsis nqa roj nrog lawv.’ Lawv tau txav los ntawm kev kub siab ib ntus. Lawv tej kev ntshai tau raug tsa sawv los ntawm txoj xov uas hnyav thiab dawb ceev ntawd, tiamsis lawv tau vam khom lawv cov kwvtij txoj kev ntseeg, txaus siab rau qhov kaj ntsais ploj ntsais tuaj ntawm tej kev xav zoo, tsis muaj kev to taub tob txog qhov tseeb lossis tsis muaj txoj haujlwm tseeb ntawm txoj kev tshav ntuj hauv lub siab. Cov no tau tawm mus ntsib tus Tswv, puv npo kev cia siab nyob rau hauv kev cia siab txog nqi zog tam sim ntawd; tiamsis lawv tsis tau npaj txhij rau kev ncua sijhawm thiab kev chim siab. Thaum kev sim siab los txog, lawv txoj kev ntseeg poob qis, thiab lawv tej teeb ci tsaus nti.” The Great Controversy, 393.</w:t>
      </w:r>
    </w:p>
    <w:p>
      <w:pPr>
        <w:pStyle w:val="ArticleBody"/>
        <w:jc w:val="left"/>
      </w:pPr>
      <w:r>
        <w:rPr>
          <w:rFonts w:ascii="Times New Roman" w:hAnsi="Times New Roman" w:eastAsia="Times New Roman" w:cs="Times New Roman"/>
        </w:rPr>
        <w:t>Txawm yog sab nom tswv los yog sab kev ntseeg, ob pab no puav leej koom siab tawm tsam cov neeg txawj ntse thaum lub sijhawm kev kub ntxhov thaum ib tag hmo. Thaum tau hais li no lawm, peb tau pib tsab ntawv no los ntawm kev tsa ib lub ntsiab lus tias kuv tab tom siv nqe kaum plaub raws li nws qhov chaw nyob hauv txoj kev ntws ntawm cov nqe, uas tsis sib haum nrog txoj kab keeb kwm uas cov nqe ntawd sawv cev. Kuv siv txoj kev xav ntawd kom phim nrog qhov chaw tso nqe nees nkaum peb. Qhov chaw tso ib lub waymark yuav tsum phim nrog nws qhov kev ua tiav hauv keeb kwm. Cov neeg Yudais txoj kev cog lus uas lawv tau ua nrog Loos nyob rau lub sijhawm Maccabean tau txiav txim qhov chaw uas nqe ntawd yuav raug siv. Cov “tub sab” hauv nqe kaum plaub, uas tsa lub zeem muag ntawd ruaj khov, tau ua li ntawd nyob rau xyoo 200 BC, yog tib lub xyoo ntawm kev sib tua ntawm Panium, tiam sis kev sib tua thiab cov tub sab yog ob lub cim sib txawv.</w:t>
      </w:r>
    </w:p>
    <w:p>
      <w:pPr>
        <w:pStyle w:val="ArticleBody"/>
        <w:jc w:val="left"/>
      </w:pPr>
      <w:r>
        <w:rPr>
          <w:rFonts w:ascii="Times New Roman" w:hAnsi="Times New Roman" w:eastAsia="Times New Roman" w:cs="Times New Roman"/>
        </w:rPr>
        <w:t>Cov “tub sab” los ua ib feem ntawm zaj lus piav no, tsis yog kom tsim kom muaj ib txoj kev txuas ncaj qha nrog hnub tim ntawm tsov rog Panium, tiam sis kom qhia txog txoj kev sib raug zoo uas lawv tau tsim nrog tus kav tebchaws Iziv uas muaj tsib xyoos xwb thiab twb qaug zog lawm, tus uas tab tom yuav raug Antiochus kov yeej. Lawv tsis xav kom muaj kev cuam tshuam rau kev thauj nplej mog ntawm Iziv los rau lub Faj Tim Tebchaws Loos. Txoj kev sib raug zoo raws li yaj saub ntawm Loos nrog tus vajntxwv Iziv uas muaj tsib xyoos thiab nyob rau hauv kev tsis muaj zog yog lub ntsiab lus ntawm nqe no. Txoj kev sawv cev ntawd yog qhia txog tej xwm txheej tom qab kev poob nthav uas ua raws li Putin txoj kev sim los muab pawg ntseeg Ukrainian rov los nyob hauv qab pawg ntseeg Lavxias raws li yav tas los nws tau nyob, ua ntej xyoo 1989. Txoj kev sim ntawd yog qhov pib ntawm txoj kev puas tsuaj zuj zus ntawm nws lub nceeg vaj sab qab teb, thiab thaum Putin tuag ib yam li Ptolemy tau tuag, los yog raug ntiab tawm mus nyob deb qee yam ib yam li Uzziah thiab Napoleon, raws li yaj saub nws raug tshem tawm lawm thiab ces nws lub nceeg vaj raug tuav los ntawm ib pab thawj coj uas tsis muaj peev xwm npaum li nws. Ces, nyob rau lub sijhawm ntawm tus vajntxwv uas muaj tsib xyoos ntawd, Loos papal sawv cev los tiv thaiv nws tej kev txaus siab, uas yog pawg ntseeg Ukrainian.</w:t>
      </w:r>
    </w:p>
    <w:p>
      <w:pPr>
        <w:pStyle w:val="ArticleBody"/>
        <w:jc w:val="left"/>
      </w:pPr>
      <w:r>
        <w:rPr>
          <w:rFonts w:ascii="Times New Roman" w:hAnsi="Times New Roman" w:eastAsia="Times New Roman" w:cs="Times New Roman"/>
        </w:rPr>
        <w:t>Lub papacy tsis yog xaiv ib tog ntawm Lavxias los yog Ukrainian orthodoxy; nws tab tom ua si nrog txhua tog kom coj txhua pawg ntseeg kev cai dab qhuas los nyob hauv nws txoj cai raws li tau sawv cev nyob hauv Yaxayas plaub.</w:t>
      </w:r>
    </w:p>
    <w:p>
      <w:pPr>
        <w:pStyle w:val="ArticleScripture"/>
        <w:jc w:val="left"/>
      </w:pPr>
      <w:r>
        <w:rPr>
          <w:rFonts w:ascii="Times New Roman" w:hAnsi="Times New Roman" w:eastAsia="Times New Roman" w:cs="Times New Roman"/>
        </w:rPr>
        <w:t>Thiab nyob rau hnub ntawd, xya tus pojniam yuav los tuav ib tug txivneej, hais tias, Peb yuav noj peb tus kheej ncuav, thiab hnav peb tus kheej tsoos tsho: tsuas yog cia peb raug hu los ntawm koj lub npe xwb, kom tshem tau peb txoj kev poob ntsej muag. Nyob rau hnub ntawd tus Ceg ntawm tus Tswv yuav zoo nkauj thiab muaj hwjchim ci ntsa iab, thiab tej txiv ntawm lub ntiajteb yuav zoo kawg thiab ntxim saib rau cov uas dim dim ntawm cov Yixayee. Thiab yuav muaj li no tias, tus uas tseem tshuav nyob hauv Xi-oos, thiab tus uas tseem nyob hauv Yeluxalees, yuav raug hu ua neeg dawb huv, yog txhua tus uas raug sau tseg nrog cov neeg ciaj sia hauv Yeluxalees. Yaxayas 4:1–3.</w:t>
      </w:r>
    </w:p>
    <w:p>
      <w:pPr>
        <w:pStyle w:val="ArticleBody"/>
        <w:jc w:val="left"/>
      </w:pPr>
      <w:r>
        <w:rPr>
          <w:rFonts w:ascii="Times New Roman" w:hAnsi="Times New Roman" w:eastAsia="Times New Roman" w:cs="Times New Roman"/>
        </w:rPr>
        <w:t>Pab kav thawj tswj hwm ntawm lub koom txoos Loos kav tswj tag nrho txhua pab pawg kev ntseeg, uas raug sawv cev ua xya tug poj niam, txhais hais tias tag nrho txhua lub koom txoos. Xya lub koom txoos ntawd xav kom raug hu ua catholic, uas txhais hais tias dav thoob qab ntuj, thiab lawv yeej meej tseeb tias tsis yog Vajtswv haiv neeg, rau qhov lawv npaj siab yuav hnav lawv tus kheej tej tsoos tsho. Kev koom ua ib ntawm txhua pab pawg kev ntseeg uas xav hnav lawv tus kheej tej tsoos tsho tib neeg ntawd yuav tshwm sim nyob rau lub sijhawm uas cov nyob hauv “Yeluxalees yuav raug hu ua dawb huv,” uas yog thaum tus Tswv ceg txhawv hloov ntawm ib haiv neeg Laodicea mus ua ib haiv neeg Filadefias, uas yog qhov chaw uas pab kav thawj tswj hwm ntawm lub koom txoos Loos dhau los ua lub taub hau ntawm txhua pab pawg kev ntseeg tib lub sijhawm uas nws kuj yuav raug tsa ua lub taub hau ntawm cov koom haum nom tswv thiab.</w:t>
      </w:r>
    </w:p>
    <w:p>
      <w:pPr>
        <w:pStyle w:val="ArticleBody"/>
        <w:jc w:val="left"/>
      </w:pPr>
      <w:r>
        <w:rPr>
          <w:rFonts w:ascii="Times New Roman" w:hAnsi="Times New Roman" w:eastAsia="Times New Roman" w:cs="Times New Roman"/>
        </w:rPr>
        <w:t>Xyoo 1989, pawg ntseeg Ukrainian yog ib lub cim ntawm tus vajntxwv sab qaum teb uas cheb rhuav tshem lub Soviet Union, thiab Putin yuav nrhiav rov qab tsa txoj kev sib raug zoo qub ntawm kev nyob hauv qab lus txib, thiab yuav txais tus mob ruas rau ntawm nws lub hauv pliaj thiab pib kev tsim txom tawm tsam txoj kev ntseeg uas tsis kam raws li nws tej kev thov. Txoj kev tsim txom ntawd tau tshwm sim hauv Ptolemy tus kheej tebchaws, hauv lub nroog Alexandria, yog li ntawd cov pawg ntseeg nyob hauv Russia uas raug Rome lub hwjchim ntxias yuav dhau los ua Putin lub hom phiaj, thiab yuav yog nws qhov kawg. Thaum Trump tab tom npaj rau kev sib ntaus ntawm Panium, nws txoj kev sib raug zoo qhib lug nrog tus tiv thaiv ntawm tus vajntxwv me nyuam Iyiv uas qaug zog raug qhia tawm nyob rau xyoo 2025. Lub hwjchim Roman uas xyoo 200 BC tau tiv thaiv tus vajntxwv me nyuam Iyiv, yuav tsis tiv thaiv tus vajntxwv me nyuam ntawd lawm thaum ntawd. Nws yuav pab ua kom tus vajntxwv me nyuam xaus. Rome raws li tus tiv thaiv ntawm Iyiv xyoo 200 BC sawv cev rau Rome raws li tus rhuav tshem Iyiv nyob rau hauv kev sib ntaus ntawm Panium.</w:t>
      </w:r>
    </w:p>
    <w:p>
      <w:pPr>
        <w:pStyle w:val="ArticleHeading"/>
        <w:jc w:val="left"/>
      </w:pPr>
      <w:r>
        <w:rPr>
          <w:rFonts w:ascii="Arial" w:hAnsi="Arial" w:eastAsia="Arial" w:cs="Arial"/>
        </w:rPr>
        <w:t>Cov neeg Millerite</w:t>
      </w:r>
    </w:p>
    <w:p>
      <w:pPr>
        <w:pStyle w:val="ArticleBody"/>
        <w:jc w:val="left"/>
      </w:pPr>
      <w:r>
        <w:rPr>
          <w:rFonts w:ascii="Times New Roman" w:hAnsi="Times New Roman" w:eastAsia="Times New Roman" w:cs="Times New Roman"/>
        </w:rPr>
        <w:t>Cov Millerite tsis tau pom peb lub hwjchim Loos, lawv tsuas pom ob lub xwb, los lawv qhov tseeb yeej tseem yog qhov tseeb ib yam nkaus. Txoj kev txawj xav raws li yaj saub uas hais txog Antiochus ua ib lub cim pub rau peb siv nqe kaum plaub rau hauv ib zaj keeb kwm uas los ua ntej nqe kaum tsib, txawm yog tias zaj keeb kwm uas thaum chiv thawj ua kom cov nqe ntawd tiav tau muab ob nqe kaum plaub thiab kaum tsib tso rau hauv xyoo 200 BC. Kuv tab tom hais tias nqe kaum rau yog txoj cai Sunday uas yuav los sai sai no, thiab nqe kaum plaub yog xyoo 2025, hos nqe kaum tsib yog tsov rog Panium uas tseem yuav tshwm sim yav tom ntej. Antiochus ua pov thawj tias peb qhov tsov rog no yog ib txoj kab yaj saub xwb vim nws nyob hauv tag nrho peb qhov tsov rog ntawd, tab sis nws kuj ua pov thawj txog qhov kev thov uas kuv tab tom tshaj tawm no, uas yog daim ntawv siv ntawm cov nqe no rau tiam kawg, thaum muab faib kom raug raws li txoj kev “line upon line” methodology.</w:t>
      </w:r>
    </w:p>
    <w:p>
      <w:pPr>
        <w:pStyle w:val="ArticleBody"/>
        <w:jc w:val="left"/>
      </w:pPr>
      <w:r>
        <w:rPr>
          <w:rFonts w:ascii="Times New Roman" w:hAnsi="Times New Roman" w:eastAsia="Times New Roman" w:cs="Times New Roman"/>
        </w:rPr>
        <w:t>Antiochus nyob hauv tag nrho peb zaug kev tsov rog, thiab nyob rau hnub kawg nws sawv cev rau hwjchim sawv cev ntawm papacy xyoo 1989 (Reagan thiab Tebchaws Meskas), xyoo 2014 (Zelenskyy thiab Ukraine), thiab tom qab ntawd hauv kev tsov rog ntawm Panium nws yog tib lub hwjchim sawv cev ib yam li xyoo 1989, rau qhov Yexus ib txwm sawv cev rau qhov kawg nrog qhov pib. Ronald Reagan twb tuag thiab raug faus lawm, yog li ntawd zaj lus timkhawv keeb kwm ntawm Antiochus yog raug raws li Millerite txoj kev to taub, tiamsis nws nyob hauv qab cov cai uas kav ib txoj kab rau saum ib txoj kab txoj kev siv. Lub hwjchim sawv cev kawg ntawm papacy hauv cov nqe lus no yog Trump, txawm yog hais tias raws keeb kwm Antiochus nyob hauv tag nrho peb zaug kev tsov rog. Kom thiaj ua tiav tau nqe kaum peb, Trump yuav tsum tau swb qhov kev xaiv tsa zaum ob, rau qhov hauv nqe kaum peb nws “rov qab los,” muaj zog dua yav tas los, muaj zog txaus kom raug ib lub mos txwv nkag dhau pob ntseg, uas nrog rau tus xoo tes xis thiab tus ntiv taw loj xis yog yam uas yuav tsum raug pleev roj nrog ntshav, thaum cov pov thawj raug tsa ua haujlwm.</w:t>
      </w:r>
    </w:p>
    <w:p>
      <w:pPr>
        <w:pStyle w:val="ArticleBody"/>
        <w:jc w:val="left"/>
      </w:pPr>
      <w:r>
        <w:rPr>
          <w:rFonts w:ascii="Times New Roman" w:hAnsi="Times New Roman" w:eastAsia="Times New Roman" w:cs="Times New Roman"/>
        </w:rPr>
        <w:t>Reagan yog tus sawv cev ua ntej txog Trump, rau qhov Reagan yog thawj tus ntawm yim tus thawj tswj hwm kawg txij thaum lub sijhawm kawg pib xyoo 1989. Lincoln yog tus sawv cev ua ntej txog Trump, rau qhov nws yog thawj tus thawj tswj hwm Republican. Lincoln raug tua los ntawm cov Democrats uas txhawb kev qhev hauv kev koom tes nrog Loos, thiab ob leeg Ronald Reagan thiab nws tus npoj yaig papal John Paul II dim txoj kev sim tua. Trump raug tua raws kev nom kev tswv xyoo 2020, nrog rau kev xaiv tsa raug nyiag raws li kev ua tiav ntawm Qhia Tshwm tshooj kaum ib, nqe xya, thiab tom qab ntawd xyoo 2024 nws raug tsa sawv rov los raws li kev ua tiav ntawm nqe kaum ib.</w:t>
      </w:r>
    </w:p>
    <w:p>
      <w:pPr>
        <w:pStyle w:val="ArticleScripture"/>
        <w:jc w:val="left"/>
      </w:pPr>
      <w:r>
        <w:rPr>
          <w:rFonts w:ascii="Times New Roman" w:hAnsi="Times New Roman" w:eastAsia="Times New Roman" w:cs="Times New Roman"/>
        </w:rPr>
        <w:t>Thiab thaum lawv ua tiav lawv zaj lus tim khawv lawm, tus tsiaj qus uas nce tawm hauv lub qhov tob uas tsis muaj chaw kawg yuav ua rog tawm tsam lawv, thiab yuav kov yeej lawv, thiab tua lawv. … Thiab tom qab peb hnub thiab ib nrab, tus Ntsuj Plig ntawm txoj sia uas los ntawm Vajtswv nkag los rau hauv lawv, thiab lawv sawv ntsug rau saum lawv ob txhais taw; thiab kev ntshai loj heev poob los rau saum cov uas pom lawv. Qhia Tshwm 11:7, 11.</w:t>
      </w:r>
    </w:p>
    <w:p>
      <w:pPr>
        <w:pStyle w:val="ArticleBody"/>
        <w:jc w:val="left"/>
      </w:pPr>
      <w:r>
        <w:rPr>
          <w:rFonts w:ascii="Times New Roman" w:hAnsi="Times New Roman" w:eastAsia="Times New Roman" w:cs="Times New Roman"/>
        </w:rPr>
        <w:t>Kev sawv hauv qhov tuag rov qab los ntawm Trump yog nws “rov qab los” hauv nqe kaum peb, thiab qhov no kuj muab ib qho piv txwv sib luag ntawm ib yam cwj pwm ntawm Loos, rau qhov Loos yog “tus thib yim uas yog los ntawm xya tus,” thiab Trump yog ib daim duab ntawm Loos.</w:t>
      </w:r>
    </w:p>
    <w:p>
      <w:pPr>
        <w:pStyle w:val="ArticleScripture"/>
        <w:jc w:val="left"/>
      </w:pPr>
      <w:r>
        <w:rPr>
          <w:rFonts w:ascii="Times New Roman" w:hAnsi="Times New Roman" w:eastAsia="Times New Roman" w:cs="Times New Roman"/>
        </w:rPr>
        <w:t>Thiab tus tsiaj qus uas twb muaj lawm, thiab tam sim no tsis muaj lawm, txawm yog nws tus ntawd los yog tus yim, thiab nws yog los ntawm xya tus ntawd, thiab nws mus rau kev puas tsuaj. Tshwmsim 17:11.</w:t>
      </w:r>
    </w:p>
    <w:p>
      <w:pPr>
        <w:pStyle w:val="ArticleBody"/>
        <w:jc w:val="left"/>
      </w:pPr>
      <w:r>
        <w:rPr>
          <w:rFonts w:ascii="Times New Roman" w:hAnsi="Times New Roman" w:eastAsia="Times New Roman" w:cs="Times New Roman"/>
        </w:rPr>
        <w:t>Lub sij hawm thib ob ntawm Trump ua rau nws yog tus thawj tswj hwm thib yim txij li Reagan los, thiab vim nws kuj yog tus thib rau thiab, Trump, raws li kev haum nrog lub hwj chim papacy, yog “tus thib yim, uas yog los ntawm xya tus.” Tus lej yim yog lub cim ntawm kev sawv rov qab los, uas hais kom meej tias nws, raws li ib daim duab piv txwv ntawm lub papacy, yuav tsum tau muaj ib qho kev raug mob tuag taus uas raug kho kom zoo thiaj li “rov qab los.”</w:t>
      </w:r>
    </w:p>
    <w:p>
      <w:pPr>
        <w:pStyle w:val="ArticleScripture"/>
        <w:jc w:val="left"/>
      </w:pPr>
      <w:r>
        <w:rPr>
          <w:rFonts w:ascii="Times New Roman" w:hAnsi="Times New Roman" w:eastAsia="Times New Roman" w:cs="Times New Roman"/>
        </w:rPr>
        <w:t>Thiab kuv pom ib lub taub hau ntawm nws zoo li raug mob txog kev tuag; thiab nws lub qhov txhab uas ua rau tuag ntawd twb raug kho kom zoo lawm: thiab tag nrho lub ntiajteb xav tsis thoob raws tus tsiaj qus qab. Tshwmsim 13:3.</w:t>
      </w:r>
    </w:p>
    <w:p>
      <w:pPr>
        <w:pStyle w:val="ArticleBody"/>
        <w:jc w:val="left"/>
      </w:pPr>
      <w:r>
        <w:rPr>
          <w:rFonts w:ascii="Times New Roman" w:hAnsi="Times New Roman" w:eastAsia="Times New Roman" w:cs="Times New Roman"/>
        </w:rPr>
        <w:t>Thaum txoj kev raug mob uas ua kom tuag rov zoo lawm, lub ntiajteb “xav tsis thoob raws tus tsiaj qus,” thiab thaum Trump raug tsa sawv rov los ua tus yim uas yog ntawm xya leej hauv xyoo 2024, nws “rov qab los,” thiab tag nrho lub ntiajteb xav tsis thoob raws nws.</w:t>
      </w:r>
    </w:p>
    <w:p>
      <w:pPr>
        <w:pStyle w:val="ArticleScripture"/>
        <w:jc w:val="left"/>
      </w:pPr>
      <w:r>
        <w:rPr>
          <w:rFonts w:ascii="Times New Roman" w:hAnsi="Times New Roman" w:eastAsia="Times New Roman" w:cs="Times New Roman"/>
        </w:rPr>
        <w:t>Thiab tom qab peb hnub thiab ib nrab, tus Ntsuj Plig uas pub txojsia los ntawm Vajtswv tau los rau hauv nkawd, thiab nkawd sawv ntsug rau saum nkawd ob txhais taw; ces kev ntshai loj tau poob rau saum cov uas pom nkawd. Thiab nkawd hnov ib lub suab nrov nrov loj los saum ntuj ceeb tsheej hais rau nkawd tias, Nej cia li nce los ntawm no. Thiab nkawd tau nce mus rau saum ntuj ceeb tsheej hauv ib tauv huab; thiab nkawd cov yeeb ncuab tau ntsia pom nkawd. Qhia Tshwm 11:11, 12.</w:t>
      </w:r>
    </w:p>
    <w:p>
      <w:pPr>
        <w:pStyle w:val="ArticleBody"/>
        <w:jc w:val="left"/>
      </w:pPr>
      <w:r>
        <w:rPr>
          <w:rFonts w:ascii="Times New Roman" w:hAnsi="Times New Roman" w:eastAsia="Times New Roman" w:cs="Times New Roman"/>
        </w:rPr>
        <w:t>Trump tau “rov qab los” hauv qhov kev xaiv tsa xyoo 2024, thiab tom qab ntawd hauv xyoo 2025 nws thiab pope Leo nkawd ob leeg raug tsa los ua haujlwm. Yexus tau muab ib lo lus ceeb toom ncaj qha thiab ncaj ncees, rau txhua tus uas xav pom.</w:t>
      </w:r>
    </w:p>
    <w:p>
      <w:pPr>
        <w:pStyle w:val="ArticleScripture"/>
        <w:jc w:val="left"/>
      </w:pPr>
      <w:r>
        <w:rPr>
          <w:rFonts w:ascii="Times New Roman" w:hAnsi="Times New Roman" w:eastAsia="Times New Roman" w:cs="Times New Roman"/>
        </w:rPr>
        <w:t>Yog li ntawd, thaum nej pom yam qias vuab tsuab uas ua rau kev puam tsuaj, uas yaj saub Daniyee tau hais txog, sawv hauv qhov chaw dawb huv, (tus uas nyeem, cia nws nkag siab.) Mathais 24:15.</w:t>
      </w:r>
    </w:p>
    <w:p>
      <w:pPr>
        <w:pStyle w:val="ArticleBody"/>
        <w:jc w:val="left"/>
      </w:pPr>
      <w:r>
        <w:rPr>
          <w:rFonts w:ascii="Times New Roman" w:hAnsi="Times New Roman" w:eastAsia="Times New Roman" w:cs="Times New Roman"/>
        </w:rPr>
        <w:t>Malakaus hais tej zaum me ntsis meej dua.</w:t>
      </w:r>
    </w:p>
    <w:p>
      <w:pPr>
        <w:pStyle w:val="ArticleScripture"/>
        <w:jc w:val="left"/>
      </w:pPr>
      <w:r>
        <w:rPr>
          <w:rFonts w:ascii="Times New Roman" w:hAnsi="Times New Roman" w:eastAsia="Times New Roman" w:cs="Times New Roman"/>
        </w:rPr>
        <w:t>Tiamsis thaum nej yuav pom yam qias vuab tsuab uas ua rau kev puam tsuaj, uas tus cev Vajtswv lus Daniyees tau hais tseg lawm, sawv hauv qhov chaw uas nws tsis tsim nyog sawv, (cia tus uas nyeem to taub,) ces cia cov uas nyob hauv Yudas tebchaws khiav mus rau saum tej roob. Malakaus 13:14.</w:t>
      </w:r>
    </w:p>
    <w:p>
      <w:pPr>
        <w:pStyle w:val="ArticleBody"/>
        <w:jc w:val="left"/>
      </w:pPr>
      <w:r>
        <w:rPr>
          <w:rFonts w:ascii="Times New Roman" w:hAnsi="Times New Roman" w:eastAsia="Times New Roman" w:cs="Times New Roman"/>
        </w:rPr>
        <w:t>Qhov qias vuab tsuab uas ua rau kev puam tsuaj yog Loos hauv txhua yam ntawm nws peb ntu. Loos uas yog pagan, Loos papal, thiab Loos niaj hnub nim no, txhua yam nyias yog ib lub cim ceeb toom rau Vajtswv haiv neeg. Qhov ceeb toom ntawd yuav tsum raug lees paub thaum Loos nyob hauv ib qho “chaw dawb huv” los yog hauv qhov chaw uas “nws tsis tsim nyog” nyob ntawd. Lub tebchaws muaj koob meej yog lub tebchaws dawb huv hauv Vajlugkub, thiab Tebchaws Meskas yog lub tebchaws muaj koob meej ntawm sab ntsuj plig.</w:t>
      </w:r>
    </w:p>
    <w:p>
      <w:pPr>
        <w:pStyle w:val="ArticleScripture"/>
        <w:jc w:val="left"/>
      </w:pPr>
      <w:r>
        <w:rPr>
          <w:rFonts w:ascii="Times New Roman" w:hAnsi="Times New Roman" w:eastAsia="Times New Roman" w:cs="Times New Roman"/>
        </w:rPr>
        <w:t>Thiab tus Tswv yuav txais Yudas ua nws feem qub txeeg qub teg hauv thaj av dawb huv, thiab yuav xaiv Yeluxalees dua ib zaug ntxiv. Cia txhua tus neeg nyob ntsiag to ntawm tus Tswv xub ntiag; rau qhov nws tau sawv tawm hauv nws qhov chaw nyob dawb huv. Xakhaliyas 2:12, 13.</w:t>
      </w:r>
    </w:p>
    <w:p>
      <w:pPr>
        <w:pStyle w:val="ArticleBody"/>
        <w:jc w:val="left"/>
      </w:pPr>
      <w:r>
        <w:rPr>
          <w:rFonts w:ascii="Times New Roman" w:hAnsi="Times New Roman" w:eastAsia="Times New Roman" w:cs="Times New Roman"/>
        </w:rPr>
        <w:t>Thaum nej pom Loos sawv hauv qhov chaw dawb huv, tus Tswv tab tom xaiv Yeluxalees ua Nws haiv neeg ntawm txojkev cog lus zaum kawg. Thaum Reagan, tus thawj ntawm yim tus thawj tswj hwm, tau npaj ib txojkev koom tes zais cia nrog tus yeeb ncuab ntawm Khetos uas nyob hauv Vajlugkub tej lus faj lem, qhov ntawd sawv cev rau ib txojkev koom tes qhib nrog Loos los ntawm tus thawj tswj hwm thib yim thiab tus kawg txij thaum lub sijhawm kawg xyoo 1989 los. Tej cim omega feem ntau tig cov cwj pwm tshwj xeeb ntawm lub cim alpha rov qab.</w:t>
      </w:r>
    </w:p>
    <w:p>
      <w:pPr>
        <w:pStyle w:val="ArticleBody"/>
        <w:jc w:val="left"/>
      </w:pPr>
      <w:r>
        <w:rPr>
          <w:rFonts w:ascii="Times New Roman" w:hAnsi="Times New Roman" w:eastAsia="Times New Roman" w:cs="Times New Roman"/>
        </w:rPr>
        <w:t>Kev tsa pope Leo thiab Trump sawv ua txoj hauj lwm xyoo 2025 tab tom qhia kom pom ib txoj kev sib raug zoo qhib ntawm tus tsiaj qus hauv hiav txwv thiab tus tsiaj qus hauv ntiajteb ntawm Tshwmsim tshooj kaum peb. Kev tig rov qab mus rau ib txoj kev koom tes qhib ntawm Trump thiab Leo, uas twb raug ua qauv qhia los ntawm kev koom tes zais cia ntawm Reagan thiab John Paul II, qhia rau peb tias txoj kev txhawb nqa ntawm tus me nyuam-vajntxwv Iyiv uas tau ua kom nqe kaum plaub tiav rau xyoo 200 BC, sawv cev rau kev tsis muaj kev txhawb nqa hauv tiam kawg.</w:t>
      </w:r>
    </w:p>
    <w:p>
      <w:pPr>
        <w:pStyle w:val="ArticleBody"/>
        <w:jc w:val="left"/>
      </w:pPr>
      <w:r>
        <w:rPr>
          <w:rFonts w:ascii="Times New Roman" w:hAnsi="Times New Roman" w:eastAsia="Times New Roman" w:cs="Times New Roman"/>
        </w:rPr>
        <w:t>Xyoo 2025 tsa lub zeem muag lossis lus faj lem uas yog lub hauv paus sab nraud ruaj khov, rau qhov nws tsa Loos sawv los ua Loos txoj kev ceeb toom uas Daniyees tau qhia tseg nrog lub cim txhais tias “yam qias vuab tsuab uas ua rau kev piam sij.” Txoj kev ceeb toom txog yam qias vuab tsuab uas ua rau kev piam sij ntawd tshwm sim ua ntej txoj kev rhuav tshem uas “kev piam sij” sawv cev. Hauv lub sijhawm uas Yeluxalees raug Cestius tuaj vij, txoj kev ceeb toom ntawd tau raug sawv cev los ntawm tej chij ntawm Loos txoj cai kav raug muab tso rau hauv thaj tsam dawb huv ntawm lub tuam tsev. Cov uas pom, to taub, mloog lus, thiab tawm hauv lub nroog mus, tau raug tiv thaiv thaum txoj kev vij rov pib dua. Lawv tau pom Loos lub cim ceeb toom. Cov Khixatia uas tau cais lawv tus kheej tawm ntawm pawg ntseeg Pergamos uas tau poob kev ncaj, thiab tom qab ntawd pawg ntseeg Thyatira, tau khiav mus rau hauv roob moj sab qhua thaum lawv pom tus neeg txhaum zaum nyob hauv Vajtswv lub tuam tsev. Cov tim khawv ntawd qhia txog txoj kev ceeb toom ntawm yam qias vuab tsuab uas ua rau kev piam sij uas Daniyees tau hais tseg, nyob rau hnub kawg.</w:t>
      </w:r>
    </w:p>
    <w:p>
      <w:pPr>
        <w:pStyle w:val="ArticleBody"/>
        <w:jc w:val="left"/>
      </w:pPr>
      <w:r>
        <w:rPr>
          <w:rFonts w:ascii="Times New Roman" w:hAnsi="Times New Roman" w:eastAsia="Times New Roman" w:cs="Times New Roman"/>
        </w:rPr>
        <w:t>Peb tau rov ua pov thawj ntau zaus lawm tias xyoo 1888 yog kev v</w:t>
      </w:r>
      <w:r>
        <w:rPr>
          <w:rFonts w:ascii="Microsoft YaHei" w:hAnsi="Microsoft YaHei" w:eastAsia="Microsoft YaHei" w:cs="Microsoft YaHei"/>
        </w:rPr>
        <w:t>围城</w:t>
      </w:r>
      <w:r>
        <w:rPr>
          <w:rFonts w:ascii="Times New Roman" w:hAnsi="Times New Roman" w:eastAsia="Times New Roman" w:cs="Times New Roman"/>
        </w:rPr>
        <w:t xml:space="preserve"> ntawm Cestius, thiab qhov xaus ntawm kev kub ntxhov txog txoj cai Hnub Caiv yog kev v</w:t>
      </w:r>
      <w:r>
        <w:rPr>
          <w:rFonts w:ascii="Microsoft YaHei" w:hAnsi="Microsoft YaHei" w:eastAsia="Microsoft YaHei" w:cs="Microsoft YaHei"/>
        </w:rPr>
        <w:t>围城</w:t>
      </w:r>
      <w:r>
        <w:rPr>
          <w:rFonts w:ascii="Times New Roman" w:hAnsi="Times New Roman" w:eastAsia="Times New Roman" w:cs="Times New Roman"/>
        </w:rPr>
        <w:t xml:space="preserve"> ntawm Titus. Cov ntawv Blair Sunday law ntawm xyoo 1880s, nrog rau cov Sunday law uas raug coj los siv hauv qee lub xeev sab qab teb thaum xyoo 1880s, yog qhov lus ceeb toom ntawm Cestius, uas kuj cim txoj kab faib hauv Sister White txoj kev ntuas txog kev nyob tom teb chaws. Ua ntej xyoo 1880s, nws txoj kev ntuas yog tias yav tom ntej peb yuav tsum tau tsiv mus nyob tom teb chaws, tiam sis tom qab xyoo 1880s, kev nyob tom teb chaws yog ib yam uas yuav tsum tau ua tiav lawm. Lub cim ceeb toom ntawm cov Blair Bills, uas txhawb nqa lub hwj chim papal lub cim ntawm txoj cai raug sib tham txog thaum xyoo 1880s, tau ua qauv qhia txog Patriot Act thaum 9/11, rau qhov tus tim tswv hauv Phau Ntawv Qhia Tshwm kaum yim tau tshwm sim hauv ob zaj keeb kwm ntawd.</w:t>
      </w:r>
    </w:p>
    <w:p>
      <w:pPr>
        <w:pStyle w:val="ArticleBody"/>
        <w:jc w:val="left"/>
      </w:pPr>
      <w:r>
        <w:rPr>
          <w:rFonts w:ascii="Times New Roman" w:hAnsi="Times New Roman" w:eastAsia="Times New Roman" w:cs="Times New Roman"/>
        </w:rPr>
        <w:t>9/11 yog qhov ceeb toom ntawm Cestius uas tsa nws txoj cai rau hauv qhov chaw dawb huv uas nws tsis tsim nyog nyob ntawd, rau qhov thaum 9/11 txoj cai Roman tau hloov txoj cai Askiv. Hauv Pelosi Trials xyoo 2021, nqe cai hais txog txoj txheej txheem raws cai tau raug tsis lees paub, thiab qhov no sawv cev rau ib kauj ruam ntxiv mus rau txoj kev ncig nroog ntawm Titus, uas xaus rau ntawm txoj cai Sunday uas yuav los sai sai no hauv Tebchaws Meskas. Txoj kev ncig nroog ntawd yog ib ntu sijhawm. Xyoo 1888 hais txog kev ntxeev siab ntawm tus kub Protestant sab hauv, thiab 9/11 hais txog kev ntxeev siab ntawm tus kub Republican sab nraud. Kev tsa tus pope los ntawm thaj av muaj hwjchim ci ntsa iab nyob rau tib lub xyoo uas tus thawj tswj hwm kawg kuj raug tsa sawv cev rau qhov ceeb toom kawg ntawm qhov qias neeg uas ua kom puas tsuaj sawv hauv qhov chaw uas nws tsis tsim nyog nyob, ua ntej me ntsis ntawm tsov rog Panium. Tsov rog Panium coj ncaj qha mus rau txoj cai Sunday thiab tsov rog Actium, uas sawv cev rau qhov chaw khuam thib peb thiab kawg rau Loos pagan, ces Loos pagan kav siab tshaj plaws tau 360 xyoo raws li kev ua tiav ntawm Daniel 11:24. Thaum txog txoj cai Sunday, lub nceeg vaj thib rau thiab thib xya nkawd ob leeg raug Loos kov yeej, thiab Loos niaj hnub no thiaj li kav ib teev cim xwb, lossis plaub caug ob lub hlis cim.</w:t>
      </w:r>
    </w:p>
    <w:p>
      <w:pPr>
        <w:pStyle w:val="ArticleBody"/>
        <w:jc w:val="left"/>
      </w:pPr>
      <w:r>
        <w:rPr>
          <w:rFonts w:ascii="Times New Roman" w:hAnsi="Times New Roman" w:eastAsia="Times New Roman" w:cs="Times New Roman"/>
        </w:rPr>
        <w:t>Hauv nqe kaum, Pompey, tus uas nyuam qhuav kov yeej tej thawj qhov chaw khuam kev ntawm Loos tsis teev dab mlom hauv Syria, mam li kov yeej Yeluxalees. Pompey rhuav tshem Loos ob qho chaw khuam kev thawj zaug, thiab Augustus Caesar kov yeej qhov thib peb ntawm Actium. Loos niaj hnub xub kov yeej tus vaj ntxwv sab qab teb xyoo 1989 raws li nqe plaub caug tau ua tiav, thiab raws li tau raug ua hom ua piv txwv hauv nqe kaum. Ces thaum muaj txoj cai Hnub Caiv, Loos niaj hnub kov yeej nws qhov chaw khuam kev thib ob thiab thib peb nrog Tebchaws Meskas, thiab tam sim ntawd ces United Nations kuj pom zoo muab lawv lub nceeg vaj rau hwjchim papal. Loos tsis teev dab mlom tau kov yeej ob qho nrog Pompey thiab mam li ib qho ntxiv, hos Loos papal kov yeej ib qho xyoo 1989, ces ob qho tom ntej ntawm nws nyob hauv nqe kaum rau, uas yog qhov chaw uas Pompey raug cim nrog nws qhov kev kov yeej zaum ob.</w:t>
      </w:r>
    </w:p>
    <w:p>
      <w:pPr>
        <w:pStyle w:val="ArticleBody"/>
        <w:jc w:val="left"/>
      </w:pPr>
      <w:r>
        <w:rPr>
          <w:rFonts w:ascii="Times New Roman" w:hAnsi="Times New Roman" w:eastAsia="Times New Roman" w:cs="Times New Roman"/>
        </w:rPr>
        <w:t>Txawm yog qhov chaw txwv thib peb ntawm Actium rau Loos uas pe hawm dab qhuas, los yog thaum qhov chaw txwv thib peb, uas sawv cev los ntawm cov Goths raug ntiab tawm hauv lub nroog Loos xyoo 538, thaum Loos kov yeej qhov chaw txwv thib peb lawm nws yuav kav nrog hwjchim siab tshaj plaws.</w:t>
      </w:r>
    </w:p>
    <w:p>
      <w:pPr>
        <w:pStyle w:val="ArticleScripture"/>
        <w:jc w:val="left"/>
      </w:pPr>
      <w:r>
        <w:rPr>
          <w:rFonts w:ascii="Times New Roman" w:hAnsi="Times New Roman" w:eastAsia="Times New Roman" w:cs="Times New Roman"/>
        </w:rPr>
        <w:t>Muaj tseeb tiag, tus Tswv Vajtswv yuav tsis ua ib yam dabtsi li, tsuas yog nws xub nthuav nws tej lus zais rau nws cov tub qhe uas yog cov yaj saub. Amos 3:7.</w:t>
      </w:r>
    </w:p>
    <w:p>
      <w:pPr>
        <w:pStyle w:val="ArticleBody"/>
        <w:jc w:val="left"/>
      </w:pPr>
      <w:r>
        <w:rPr>
          <w:rFonts w:ascii="Times New Roman" w:hAnsi="Times New Roman" w:eastAsia="Times New Roman" w:cs="Times New Roman"/>
        </w:rPr>
        <w:t>Tus Tswv yeej yuav muab qhov kev tshwm sim kawg ntawm lub cim ceeb toom uas raug sawv cev ua qhov qias neeg uas ua kom puam tsuaj nyob hauv phau Daniel, ua ntej qhov kev puam tsuaj los txog. Lub cim ceeb toom ntawd yog txoj kev koom tes qhib rau sawv daws pom, uas sawv ua qhov txawv ntawm Reagan txoj kev koom tes zais cia uas raug sawv cev nyob rau xyoo 2025. Tus Tswv yuav tsis coj kev rau txim los, yog tias Nws tsis xub muab lus ceeb toom ua ntej; thiab Amos hais meej heev txog yam uas yog txoj kev tshwm sim zais cia rau Nws cov tub qhe, thiab hais tias nws raug xa mus rau leej twg.</w:t>
      </w:r>
    </w:p>
    <w:p>
      <w:pPr>
        <w:pStyle w:val="ArticleScripture"/>
        <w:jc w:val="left"/>
      </w:pPr>
      <w:r>
        <w:rPr>
          <w:rFonts w:ascii="Times New Roman" w:hAnsi="Times New Roman" w:eastAsia="Times New Roman" w:cs="Times New Roman"/>
        </w:rPr>
        <w:t>Nej mloog lo lus no uas tus Tswv tau hais tawm tsam nej, nej cov menyuam Ixayees, tawm tsam tag nrho tsev neeg uas Kuv tau coj tawm hauv tebchaws Iyiv los, hais tias, Ntawm txhua tsev neeg hauv ntiajteb no, tsuas yog nej xwb uas Kuv tau paub; yog li ntawd Kuv yuav rau txim rau nej vim nej tej kev ua tsis ncaj ncees txhua yam. Amos 3:1, 2.</w:t>
      </w:r>
    </w:p>
    <w:p>
      <w:pPr>
        <w:pStyle w:val="ArticleBody"/>
        <w:jc w:val="left"/>
      </w:pPr>
      <w:r>
        <w:rPr>
          <w:rFonts w:ascii="Times New Roman" w:hAnsi="Times New Roman" w:eastAsia="Times New Roman" w:cs="Times New Roman"/>
        </w:rPr>
        <w:t>Amaus tab tom hais rau tiam kawg ntawm Vajtswv haiv neeg uas raug xaiv raws li lo lus cog tseg, cov uas yuav raug txim, raws li 25 tus txivneej uas pe hawm lub hnub nyob hauv Ezekiel yim. Amaus tab tom nthuav tawm txoj xov Laodicea, uas yog txoj xov ntawm tus tim tswv thib peb thaum lub sijhawm tshem tawm kev txhaum nyob rau hauv lub caij txiav txim rau cov ciaj sia. Amaus txoj kev ceeb toom yog tsim los saum kev koom ua ke ntawm ob pab.</w:t>
      </w:r>
    </w:p>
    <w:p>
      <w:pPr>
        <w:pStyle w:val="ArticleScripture"/>
        <w:jc w:val="left"/>
      </w:pPr>
      <w:r>
        <w:rPr>
          <w:rFonts w:ascii="Times New Roman" w:hAnsi="Times New Roman" w:eastAsia="Times New Roman" w:cs="Times New Roman"/>
        </w:rPr>
        <w:t>Ob leeg puas yuav taug kev ua ke tau, yog lawv tsis tau sib haum xeeb? Tsov ntxhuav puas yuav quaj nrov hauv hav zoov, thaum nws tsis muaj tsiaj raug ntes? Tsov ntxhuav hluas puas yuav qw tawm hauv nws lub chaw nkaum, yog nws tsis tau ntes dab tsi li? Noog puas yuav poob rau hauv cuab rau saum npoo av, qhov uas tsis muaj cuab rau nws? Puas yuav muaj leejtwg rub cuab tawm hauv av los, thaum tseem tsis tau ntes dab tsi hlo li? Raj puas yuav raug tshuab hauv lub nroog, thiab cov neeg tsis ntshai? Puas yuav muaj kev phem hauv ib lub nroog, thiab tus Tswv tsis tau ua li ntawd? Amos 3:3–6.</w:t>
      </w:r>
    </w:p>
    <w:p>
      <w:pPr>
        <w:pStyle w:val="ArticleBody"/>
        <w:jc w:val="left"/>
      </w:pPr>
      <w:r>
        <w:rPr>
          <w:rFonts w:ascii="Times New Roman" w:hAnsi="Times New Roman" w:eastAsia="Times New Roman" w:cs="Times New Roman"/>
        </w:rPr>
        <w:t>Lo lus ceeb toom hais txog ob leeg taug kev ua ke ib yam li yog ib tug, raug muab tso rau hauv lub ntsiab lus uas ib lub cuab ntxiab ntes tau ib tug noog tawm hauv ntiajteb. Cov noog yog cov cim sawv cev rau tej pawg ntseeg kev cai dab qhuas, thiab nyob hauv Phau Ntawv Qhia Tshwm, lub hwj chim papacy yog ib lub tawb uas muaj txhua yam noog tsis huv thiab ntxub ntxaug.</w:t>
      </w:r>
    </w:p>
    <w:p>
      <w:pPr>
        <w:pStyle w:val="ArticleScripture"/>
        <w:jc w:val="left"/>
      </w:pPr>
      <w:r>
        <w:rPr>
          <w:rFonts w:ascii="Times New Roman" w:hAnsi="Times New Roman" w:eastAsia="Times New Roman" w:cs="Times New Roman"/>
        </w:rPr>
        <w:t>Nws nws tau quaj nrov nrov kawg nrog ib lub suab muaj hwjchim, hais tias, Npanpiloo tus loj tau poob lawm, tau poob lawm, thiab tau dhau los ua chaw nyob ntawm dab phem, thiab ua chaw kaw ntawm txhua tus ntsujplig qias neeg, thiab ua tawb ntawm txhua hom noog tsis huv thiab ntxub ntxaug. Rau qhov txhua haiv neeg tau haus ntawm cawv txiv hmab ntawm txoj kev npau taws ntawm nws txoj kev deev hluas nkauj, thiab cov vajntxwv hauv ntiajteb tau deev hluas nkauj nrog nws, thiab cov tub lag tub luam hauv ntiajteb tau nplua nuj vim txoj kev nplua mias ntawm nws tej kev lom zem. Qhia Tshwm 18:2, 3.</w:t>
      </w:r>
    </w:p>
    <w:p>
      <w:pPr>
        <w:pStyle w:val="ArticleBody"/>
        <w:jc w:val="left"/>
      </w:pPr>
      <w:r>
        <w:rPr>
          <w:rFonts w:ascii="Times New Roman" w:hAnsi="Times New Roman" w:eastAsia="Times New Roman" w:cs="Times New Roman"/>
        </w:rPr>
        <w:t>Ib tug noog nyob hauv tawb yog ib tug noog raug ntes lawm, thiab thaum ib lub tebchaws ua nkauj ua nraug nrog tus niam ntiav ntawm Loos nws kuj dhau los ua ib tug noog raug ntes lawm, thiab tus noog uas raug tsa kom siab dua txhua tus noog cev Vajtswv lus lwm tus yog lub hwjchim uas nws lub tsev peb txheej raug txhim tsa, raug tsa kom ruaj ntawm txoj cai Hnub Caiv, hauv nws qhov chaw, uas yog Shin-a, uas yog Npanpiloo. Nws yog tus noog uas tau txais ib lub qhov txhab tuag taus nyob rau xyoo 1798, lossis raws li Xakhaliyas hais, muaj ib daim hau txhuas muab npog rau saum nws lub tawb, tiam sis tom qab ntawd raug tsa kom siab los ntawm cov noog ntawm kev teev dab thiab cov Protestant uas thim txoj kev ntseeg.</w:t>
      </w:r>
    </w:p>
    <w:p>
      <w:pPr>
        <w:pStyle w:val="ArticleScripture"/>
        <w:jc w:val="left"/>
      </w:pPr>
      <w:r>
        <w:rPr>
          <w:rFonts w:ascii="Times New Roman" w:hAnsi="Times New Roman" w:eastAsia="Times New Roman" w:cs="Times New Roman"/>
        </w:rPr>
        <w:t>Ces tus tim tswv uas hais lus nrog kuv tawm mus, thiab nws hais rau kuv tias, Tsa koj lub qhov muag tam sim no, thiab saib seb yam no uas tabtom tawm mus yog dabtsi. Thiab kuv hais tias, Nws yog dabtsi? Thiab nws hais tias, Qhov no yog ib lub efas uas tabtom tawm mus. Nws hais ntxiv tias, Qhov no yog lawv qhov zoo ib yam thoob plaws hauv tag nrho lub ntiajteb. Thiab, saib seb, muaj ib daim hlau txhuas hnyav ib talas raug tsa los: thiab qhov no yog ib tug pojniam uas zaum nyob hauv nruab nrab ntawm lub efas. Thiab nws hais tias, Qhov no yog kev phem. Thiab nws muab nws pov rau hauv nruab nrab ntawm lub efas; thiab nws muab lub nplhaib hlau txhuas hnyav ntawd kaw rau ntawm nws lub qhov ncauj. Ces kuv tsa kuv lub qhov muag, thiab ntsia, thiab, saib seb, muaj ob tug pojniam tawm tuaj, thiab cua nyob hauv lawv tej tis; rau qhov lawv muaj tis zoo li tis ntawm tus noog nraj: thiab lawv nqa lub efas nyob nruab nrab ntawm lub ntiajteb thiab saum ntuj. Ces kuv hais rau tus tim tswv uas hais lus nrog kuv tias, Cov no nqa lub efas mus qhovtwg? Thiab nws hais rau kuv tias, Mus ua ib lub tsev rau nws nyob hauv lub tebchaws Shin-a; thiab nws yuav raug tsa kom ruaj, thiab muab tsa rau ntawd saum nws lub hauv paus. Xakhaliyas 5:5–11.</w:t>
      </w:r>
    </w:p>
    <w:p>
      <w:pPr>
        <w:pStyle w:val="ArticleBody"/>
        <w:jc w:val="left"/>
      </w:pPr>
      <w:r>
        <w:rPr>
          <w:rFonts w:ascii="Times New Roman" w:hAnsi="Times New Roman" w:eastAsia="Times New Roman" w:cs="Times New Roman"/>
        </w:rPr>
        <w:t>Cuab Amos txoj hlua cuab ntes tus noog tawm hauv lub ntiajteb, vim nws sawv cev rau txoj kev sib koom tes uas los ua ntej txoj cai Hnub Caiv Sunday uas yuav los sai sai no, qhov uas tus noog-ntiajteb raug ntes, thiab raws li Amos hais, txoj kev sib koom tes ntawd yog ib qho lus qhuab ntuas rau Laodicean Xya-Hnub Adventism, vim yuav muaj ib lub raj ceeb toom tshuab hauv lub nroog, uas lawv yuav tsis kam mloog.</w:t>
      </w:r>
    </w:p>
    <w:p>
      <w:pPr>
        <w:pStyle w:val="ArticleScripture"/>
        <w:jc w:val="left"/>
      </w:pPr>
      <w:r>
        <w:rPr>
          <w:rFonts w:ascii="Times New Roman" w:hAnsi="Times New Roman" w:eastAsia="Times New Roman" w:cs="Times New Roman"/>
        </w:rPr>
        <w:t>Puas yuav tshuab hauv lub nroog, es cov neeg yuav tsis ntshai lod? Puas yuav muaj kev phem hauv ib lub nroog, es tus Tswv ho tsis yog tus uas tau ua nws? Muaj tseeb tiag, tus Tswv Vajtswv yuav tsis ua ib yam dabtsi li, tsuas yog Nws xub qhia Nws tej lus zais rau Nws cov tub qhe uas yog cov yaj saub xwb. Tsov ntxhuav twb quaj nthe lawm, leejtwg yuav tsis ntshai? Tus Tswv Vajtswv twb hais lawm, leejtwg thiaj yuav txwv tsis tau cev Vajtswv lus? Amos 3:6–8.</w:t>
      </w:r>
    </w:p>
    <w:p>
      <w:pPr>
        <w:pStyle w:val="ArticleBody"/>
        <w:jc w:val="left"/>
      </w:pPr>
      <w:r>
        <w:rPr>
          <w:rFonts w:ascii="Times New Roman" w:hAnsi="Times New Roman" w:eastAsia="Times New Roman" w:cs="Times New Roman"/>
        </w:rPr>
        <w:t>Tus Tsov Ntxhuav uas quaj nrov yog Tus Tsov Ntxhuav ntawm xeem Yudas, uas sawv cev rau Khetos thaum Nws muab Nws Txojlus yaj saub kaw thiab qhib lub foob. Kev koom tes qhib ntawm xyoo 2025 yog lub sijhawm raug</w:t>
      </w:r>
      <w:r>
        <w:rPr>
          <w:rFonts w:ascii="Microsoft YaHei" w:hAnsi="Microsoft YaHei" w:eastAsia="Microsoft YaHei" w:cs="Microsoft YaHei"/>
        </w:rPr>
        <w:t>包围</w:t>
      </w:r>
      <w:r>
        <w:rPr>
          <w:rFonts w:ascii="Times New Roman" w:hAnsi="Times New Roman" w:eastAsia="Times New Roman" w:cs="Times New Roman"/>
        </w:rPr>
        <w:t xml:space="preserve"> ntawm Cestius, thiab lub cim ntawm cov tub sab ntawm Vajtswv haiv neeg raug tsa tseg thaum nej pom ob tug taug kev ua ke uas yeej tsis tsim nyog nyob ua ke li. Loos uas koom tes thiab sawv raws ib txoj kab nrog cov Protestants yog ib lo lus uas tawm tsam nws tus kheej, rau qhov yuav ua ib tug Protestant txhais tias tawm tsam Loos.</w:t>
      </w:r>
    </w:p>
    <w:p>
      <w:pPr>
        <w:pStyle w:val="ArticleBody"/>
        <w:jc w:val="left"/>
      </w:pPr>
      <w:r>
        <w:rPr>
          <w:rFonts w:ascii="Times New Roman" w:hAnsi="Times New Roman" w:eastAsia="Times New Roman" w:cs="Times New Roman"/>
        </w:rPr>
        <w:t>Peb yuav txuas ntxiv hais txog tej no hauv tshooj txuas ntxiv tom ntej.</w:t>
      </w:r>
    </w:p>
    <w:p>
      <w:pPr>
        <w:pStyle w:val="ArticleHeading"/>
        <w:jc w:val="left"/>
      </w:pPr>
      <w:r>
        <w:rPr>
          <w:rFonts w:ascii="Arial" w:hAnsi="Arial" w:eastAsia="Arial" w:cs="Arial"/>
        </w:rPr>
        <w:t>Lig Dhau Heev Lawm Dim Ntawm Lub Cuab Khib</w:t>
      </w:r>
    </w:p>
    <w:p>
      <w:pPr>
        <w:pStyle w:val="ArticleScripture"/>
        <w:jc w:val="left"/>
      </w:pPr>
      <w:r>
        <w:rPr>
          <w:rFonts w:ascii="Times New Roman" w:hAnsi="Times New Roman" w:eastAsia="Times New Roman" w:cs="Times New Roman"/>
        </w:rPr>
        <w:t>“Thiab cia kom nco ntsoov tias, qhov uas Loos khav theeb ntawd yog tias nws yeej tsis hloov. Cov hauv paus ntsiab cai ntawm Gregory VII thiab Innocent III tseem yog cov hauv paus ntsiab cai ntawm lub Koom Txoos Roman Catholic. Thiab yog nws tsuas muaj hwjchim xwb, nws yuav coj cov ntawd los siv nrog tib yam kev kub siab tam sim no ib yam li nyob rau ntau pua xyoo dhau los. Cov Protestants tsawg leej thiaj paub tias lawv tab tom ua dabtsi thaum lawv npaj siab lees txais Loos txoj kev pab hauv tes haujlwm tsa hnub Sunday kom muaj hwjchim loj hlob. Thaum lawv tab tom rau siab ntso ua kom lawv lub hom phiaj tiav, Loos kuj tab tom npaj rov tsim tsa nws lub hwjchim, rov qab tau nws txoj kev ua thawj loj uas nws tau ploj lawm. Cia li tsim kom muaj ib zaug xwb hauv Tebchaws Meskas txoj hauv paus ntsiab cai tias lub koom txoos yuav siv tau lossis tswj tau lub xeev lub hwjchim; tias tej kev cai dab qhuas yuav raug yuam kom coj raws li los ntawm cov cai lij choj pej xeem; luv luv hais tias, tias txoj cai kav ntawm lub koom txoos thiab lub xeev yuav tsum kav lub siab ntsws thiab lub siab xam pom raws li txoj kev ncaj ncees—ces Loos txoj kev yeej hauv lub tebchaws no yeej ruaj khov lawm.”</w:t>
      </w:r>
    </w:p>
    <w:p>
      <w:pPr>
        <w:pStyle w:val="ArticleScripture"/>
        <w:jc w:val="left"/>
      </w:pPr>
      <w:r>
        <w:rPr>
          <w:rFonts w:ascii="Times New Roman" w:hAnsi="Times New Roman" w:eastAsia="Times New Roman" w:cs="Times New Roman"/>
        </w:rPr>
        <w:t>“Vajtswv txojlus twb tau ceeb toom txog txoj kev phom sij uas tab tom los ze lawm; yog cia qhov no raug tsis quav ntsej, ces lub ntiajteb Protestants yuav mam paub tias tej hom phiaj tseeb ntawm Rome yog dab tsi, tsuas yog thaum twb lig dhau rau kev dim ntawm lub cuab lawm xwb. Nws tab tom loj hlob mus rau hauv hwjchim ntsiag to. Nws tej lus qhuab qhia tab tom siv lawv lub hwjchim hauv tej tsev hais cai, hauv tej pawg ntseeg, thiab hauv neeg lub siab. Nws tab tom tsa ua pawg zuj zus nws tej qauv tsev siab thiab khov loj, nyob hauv tej chaw nkaum tob tob uas nws tej kev tsim txom yav tag los yuav raug rov ua dua. Ntsiag to thiab tsis muaj leejtwg xam pom li, nws tab tom ntxiv dag zog rau nws tej quab yuam kom txhawb tau nws tus kheej tej hom phiaj thaum txog lub sijhawm uas nws yuav ntaus. Yam uas nws ntshaw xwb yog qhov chaw zoo rau kom tau txiaj ntsig, thiab qhov no twb tab tom raug muab rau nws lawm. Peb yuav tsis ntev pom thiab yuav hnov tias lub hom phiaj ntawm Roman feem yog dab tsi. Leejtwg los uas yuav ntseeg thiab mloog Vajtswv txojlus, tus ntawd yuav raug kev thuam thiab kev tsim txom vim li ntawd.” The Great Controversy, 581.</w:t>
      </w:r>
    </w:p>
    <w:p>
      <w:pPr>
        <w:pStyle w:val="ArticleScripture"/>
        <w:jc w:val="left"/>
      </w:pPr>
      <w:r>
        <w:rPr>
          <w:rFonts w:ascii="Times New Roman" w:hAnsi="Times New Roman" w:eastAsia="Times New Roman" w:cs="Times New Roman"/>
        </w:rPr>
        <w:t>“Muaj ib lub ntiajteb dag hauv txoj kev phem, hauv kev dag ntxias, thiab kev ntxias yuam kev, nyob hauv qhov ntxoov ntxoo ntawm txoj kev tuag,—tsaug zog, tsaug zog. Leejtwg thiaj tab tom hnov kev mob plab yug hauv tus ntsuj plig kom tsa lawv sawv? Lub suab twg thiaj ncav cuag lawv tau? Kuv lub siab raug coj mus rau yav tom ntej thaum yuav muab lub cim qhia tias, ‘Saib seb, tus Nraug Vauv tabtom los; nej cia li tawm mus ntsib Nws.’ Tiamsis ib txhia yuav tau qeeb rau kev nrhiav roj los ntxiv rau lawv tej teeb, thiab lig dhau lawm lawv thiaj yuav pom tias tus cwj pwm, uas yog sawv cev los ntawm cov roj, hloov muab tsis tau. Cov roj ntawd yog Khetos txoj kev ncaj ncees. Nws sawv cev rau tus cwj pwm, thiab tus cwj pwm hloov muab tsis tau. Tsis muaj ib tug neeg twg yuav ua tau kom tau nws rau lwm tus. Txhua tus yuav tsum tau nrhiav tau rau nws tus kheej ib tug cwj pwm uas twb raug ntxuav kom dawb huv ntawm txhua qhov chaw paug ntawm kev txhaum.” Bible Echo, May 4, 1896.</w:t>
      </w:r>
    </w:p>
    <w:p>
      <w:pPr>
        <w:pStyle w:val="ArticleScripture"/>
        <w:jc w:val="left"/>
      </w:pPr>
      <w:r>
        <w:rPr>
          <w:rFonts w:ascii="Times New Roman" w:hAnsi="Times New Roman" w:eastAsia="Times New Roman" w:cs="Times New Roman"/>
        </w:rPr>
        <w:t>“Thaum kuv ntsia pom tej ntsuj plig txom nyem uas tab tom tuag vim tsis tau qhov tseeb tam sim no, thiab muaj qee leej uas lees tias ntseeg qhov tseeb los tseem cia lawv tuag mus vim tuav tseg tej cuab tam tsim nyog uas yuav siv los txhawb txoj hauj lwm ntawm Vajtswv kom mus ntxiv, qhov uas kuv pom ntawd mob siab dhau lawm, ces kuv thov tus tim tswv kom muab qhov kev pom ntawd tshem ntawm kuv mus. Kuv pom tias thaum Vajtswv tes hauj lwm hu kom muab ib feem ntawm lawv tej cuab tam, ib yam li tus tub hluas uas tuaj cuag Yexus (Mathais 19:16–22), lawv txawm ncaim mus muaj kev tu siab; thiab tsis ntev tom qab ntawd tus nplawm loj uas nyab xeeb yuav hla los thiab yuav cheb lawv tej cuab tam tseg tas huvsi, ces thaum ntawd yuav lig dhau lawm rau kev txi tej khoom ntiajteb no, thiab khaws tau ib lub cuab tam cia rau saum ntuj.” Early Writings, 49.</w:t>
      </w:r>
    </w:p>
    <w:p>
      <w:pPr>
        <w:pStyle w:val="ArticleScripture"/>
        <w:jc w:val="left"/>
      </w:pPr>
      <w:r>
        <w:rPr>
          <w:rFonts w:ascii="Times New Roman" w:hAnsi="Times New Roman" w:eastAsia="Times New Roman" w:cs="Times New Roman"/>
        </w:rPr>
        <w:t>“Yudas pom tseeb tias nws tej kev thov twb tsis muaj qab hau lawm, thiab nws thiaj khiav tawm hauv lub tsev hais plaub qw nrov hais tias, Nws lig dhau lawm! Nws lig dhau lawm! Nws xav tias nws yuav tsis muaj peev xwm ua neej nyob mus pom Yexus raug ntsia saum ntoo khaublig, thiab vim poob siab tag nrho nws thiaj tawm mus dai nws tus kheej.”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Zauv Nees Nkaum</dc:title>
  <dc:subject>Txoj Kev Sib Law Liag hauv Daniyees 11 thiab Cov Lus Ceeb Toom Xyoo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