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Naj Npawb Nees nkaum ib</w:t>
      </w:r>
    </w:p>
    <w:p>
      <w:pPr>
        <w:pStyle w:val="ArticleSubtitle"/>
        <w:jc w:val="left"/>
      </w:pPr>
      <w:r>
        <w:rPr>
          <w:rFonts w:ascii="Arial" w:hAnsi="Arial" w:eastAsia="Arial" w:cs="Arial"/>
        </w:rPr>
        <w:t>Kev txav mus rau txoj cai Hnub Caiv hauv thaj av muaj koob meej</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2026-03-05</w:t>
      </w:r>
    </w:p>
    <w:p>
      <w:pPr>
        <w:pStyle w:val="ArticleBody"/>
        <w:jc w:val="left"/>
      </w:pPr>
      <w:r>
        <w:rPr>
          <w:rFonts w:ascii="Times New Roman" w:hAnsi="Times New Roman" w:eastAsia="Times New Roman" w:cs="Times New Roman"/>
        </w:rPr>
        <w:t>Keeb kwm txij nqe kaum rau mus txog nees nkaum ob hauv Daniyees kaum ib pib thiab xaus nrog ib yam piv txwv txog txoj cai Hnub Caiv. Qhov uas pib thiab xaus ntawm txoj kab no yog tib yam, qhia txog lub cim ntawm Khetos, uas yog Alpha thiab Omega. Hauv lus faj lem, qhov no yuav tsum kom nqe kaum rau raug muab sib phim nrog nqe nees nkaum ob. Thaum ua li no lawm, nws txav keeb kwm ntawm lub tebchaws muaj hwjchim ci ntsa iab, raws li tau sawv cev los ntawm txoj kab ntawm cov Maccabees, mus rau hauv keeb kwm ntawm nqe kaum mus txog kaum tsib.</w:t>
      </w:r>
    </w:p>
    <w:p>
      <w:pPr>
        <w:pStyle w:val="ArticleHeading"/>
        <w:jc w:val="left"/>
      </w:pPr>
      <w:r>
        <w:rPr>
          <w:rFonts w:ascii="Arial" w:hAnsi="Arial" w:eastAsia="Arial" w:cs="Arial"/>
        </w:rPr>
        <w:t>Cov Maccabees</w:t>
      </w:r>
    </w:p>
    <w:p>
      <w:pPr>
        <w:pStyle w:val="ArticleBody"/>
        <w:jc w:val="left"/>
      </w:pPr>
      <w:r>
        <w:rPr>
          <w:rFonts w:ascii="Times New Roman" w:hAnsi="Times New Roman" w:eastAsia="Times New Roman" w:cs="Times New Roman"/>
        </w:rPr>
        <w:t>Kev ntxeev siab ntawm cov Maccabees sawv cev rau nees nkaum ob xyoos uas pib xyoo 1776 thiab xaus thaum Tebchaws Meskas los ua lub nceeg vaj thib rau hauv tej lus faj lem hauv phau Vajlugkub xyoo 1798. Qhov no txheeb qhia tus lej nees nkaum ob tias yog ib zaj keeb kwm uas txuas ncaj qha rau lub sijhawm kawg xyoo 1798, uas yog qhov chaw nqe plaub caug ntawm Daniyee kaum ib pib.</w:t>
      </w:r>
    </w:p>
    <w:p>
      <w:pPr>
        <w:pStyle w:val="ArticleBody"/>
        <w:jc w:val="left"/>
      </w:pPr>
      <w:r>
        <w:rPr>
          <w:rFonts w:ascii="Times New Roman" w:hAnsi="Times New Roman" w:eastAsia="Times New Roman" w:cs="Times New Roman"/>
        </w:rPr>
        <w:t>Qhov kev sib raug ntawm tus lej nees nkaum-ob nrog 1798 yog ib qho tseem ceeb uas yuav tsum paub kom meej. Kev sawv tawm tsam ntawm cov Maccabees, uas hauv nws txoj kev ua cim piv rau kev kiv puag ncig Asmeskas, ua kom ob qho kev kiv puag ncig ntawm lub tebchaws uas muaj hwjchim ci ntsa iab (qhov tseeb thiab sab ntsuj plig) sib haum ua kev kiv puag ncig uas tsis lees txais txoj kev kav xeev ntawm cov Seleucids thiab ntawm cov vaj ntxwv Europe, thiab tib yam kuj tsis lees txais txoj kev tswj hwm ntawm pawg ntseeg ntawm tim Nkijteb thiab Loos. Hauv ob qho lus tim khawv keeb kwm no, tim Nkijteb thiab Loos sawv cev rau huab tais sab qaum teb.</w:t>
      </w:r>
    </w:p>
    <w:p>
      <w:pPr>
        <w:pStyle w:val="ArticleBody"/>
        <w:jc w:val="left"/>
      </w:pPr>
      <w:r>
        <w:rPr>
          <w:rFonts w:ascii="Times New Roman" w:hAnsi="Times New Roman" w:eastAsia="Times New Roman" w:cs="Times New Roman"/>
        </w:rPr>
        <w:t>Kab ke Maccabees raug sawv cev rau hauv nqe nees nkaum peb, tiam sis nws sawv cev rau ib zaj keeb kwm uas pib 33 xyoos tom qab Panium hauv nqe kaum tsib, thiab me ntsis tshaj ib puas xyoos ua ntej Pompey hauv nqe kaum rau. Kab ntawd xaus rau ntawm txoj kev txiav txim ntawm tus ntoo khaub lig, ib txoj kev txiav txim uas txuas mus txog xyoo 70 AD, txawm yog lub sijhawm ntawm txoj kev txiav txim ntawd raug cim tseg hauv nqe nees nkaum ob tias tsuas yog tus ntoo khaub lig xwb. Hauv txoj kev yaj saub, kab Maccabean, uas sawv cev rau lub tebchaws muaj hwjchim ci ntsa iab txij xyoo 1776, ces 1798 nrog kab vaj ntxwv Hasmonean thiab tom qab ntawd kab vaj ntxwv Herodian mus txog tus ntoo khaub lig thiab xyoo 70 AD, xaus rau ntawm nqe nees nkaum ob, thiab nws pib nrog nees nkaum ob xyoos txij xyoo 1776 mus txog 1798. Nees nkaum ob xyoos txij xyoo 1776 mus txog 1798 kuj yog ib hom piv txwv ntawm nees nkaum ob xyoos txij 9/11 mus txog 2023, uas raug muab ua hom piv txwv tias yog nees nkaum ob hnub hauv Daniel kaum. Kab Maccabean pib thiab xaus nrog “nees nkaum ob.”</w:t>
      </w:r>
    </w:p>
    <w:p>
      <w:pPr>
        <w:pStyle w:val="ArticleHeading"/>
        <w:jc w:val="left"/>
      </w:pPr>
      <w:r>
        <w:rPr>
          <w:rFonts w:ascii="Arial" w:hAnsi="Arial" w:eastAsia="Arial" w:cs="Arial"/>
        </w:rPr>
        <w:t>Plaub Tus Kav Teb Loos Tus Kav Xwm</w:t>
      </w:r>
    </w:p>
    <w:p>
      <w:pPr>
        <w:pStyle w:val="ArticleBody"/>
        <w:jc w:val="left"/>
      </w:pPr>
      <w:r>
        <w:rPr>
          <w:rFonts w:ascii="Times New Roman" w:hAnsi="Times New Roman" w:eastAsia="Times New Roman" w:cs="Times New Roman"/>
        </w:rPr>
        <w:t>Nqe kaum kaum mus txog nees nkaum-ob no qhia meej txog plaub tug thawj kav tebchaws Loos thiab sawv cev rau dua ib txoj kab nyob hauv cov nqe ntawd. Txoj kab Maccabean raug teeb raws li lub hauv paus ntsiab cai ntawm “rov hais dua thiab nthuav dav,” hos txoj kab Loos raug sawv cev ncaj qha hauv cov nqe ntawd. Pompey kov yeej thawj ob ntawm peb yam chaw khuam siab, thaum Loos nce mus rau lub zwm txwv ua lub nceeg vaj plaub raws li lus faj lem hauv Vajlugkub ntawm kev sib ntaus sib tua ntawm Actium xyoo 31 BC. Tom qab nws muaj Julius Caesar, Augustus Caesar, thiab Tiberias Caesar. Pompey yog ib tug thawj tub rog, hos peb lub cim kawg raug txuas ua ke raws li cov huab tais kav tebchaws.</w:t>
      </w:r>
    </w:p>
    <w:p>
      <w:pPr>
        <w:pStyle w:val="ArticleBody"/>
        <w:jc w:val="left"/>
      </w:pPr>
      <w:r>
        <w:rPr>
          <w:rFonts w:ascii="Times New Roman" w:hAnsi="Times New Roman" w:eastAsia="Times New Roman" w:cs="Times New Roman"/>
        </w:rPr>
        <w:t>Tus kawg ntawm plaub tug thawj kav tuag nyob rau hauv nqe nees nkaum-ob, qhov chaw uas Khetos raug ntsia saum ntoo khaub lig, yog li ntawd peb yuav tsum coj tus kawg ntawm plaub tug thawj kav ntawm Loos rov qab mus rau txoj cai hnub Sunday hauv nqe kaum rau. Thaum peb ua li no, Pompey yuav sawv cev rau thawj ntawm plaub lub cim ciam teb, qhov chaw uas lub cim ciam teb plaub thiab kawg phim raws nraim nrog txoj cai hnub Sunday ntawm nqe kaum rau. Nqe kaum rau yuav raug sawv cev los ntawm Tiberias Caesar, thiab tsov rog ntawm Panium hauv nqe kaum tsib yuav raug sawv cev los ntawm Augustus Caesar, tsov rog ntawm Raphia hauv nqe kaum ib yuav yog Julius Caesar, yog li cim General Pompey ua nqe kaum thiab xyoo 1989.</w:t>
      </w:r>
    </w:p>
    <w:p>
      <w:pPr>
        <w:pStyle w:val="ArticleBody"/>
        <w:jc w:val="left"/>
      </w:pPr>
      <w:r>
        <w:rPr>
          <w:rFonts w:ascii="Times New Roman" w:hAnsi="Times New Roman" w:eastAsia="Times New Roman" w:cs="Times New Roman"/>
        </w:rPr>
        <w:t>Qhov no qhia meej tias “keeb kwm zais” ntawm nqe plaub caug ntawm Daniyee kaum ib, yog keeb kwm txij thaum Soviet Union poob rau xyoo 1989 mus txog rau txoj cai Hnub Xya uas nyob hauv nqe plaub caug ib, raug sawv cev los ntawm peb txoj kab lus faj lem uas pom muaj nyob hauv keeb kwm uas raug sawv cev los ntawm nqe kaum mus txog nees nkaum peb. Cov Maccabees, cov thawj kav Roman, thiab peb qhov kev sib ntaus ntawm cov hwj chim sawv cev ntawm Loos.</w:t>
      </w:r>
    </w:p>
    <w:p>
      <w:pPr>
        <w:pStyle w:val="ArticleScripture"/>
        <w:jc w:val="left"/>
      </w:pPr>
      <w:r>
        <w:rPr>
          <w:rFonts w:ascii="Times New Roman" w:hAnsi="Times New Roman" w:eastAsia="Times New Roman" w:cs="Times New Roman"/>
        </w:rPr>
        <w:t>Nov no yog zaum peb uas kuv tuaj cuag nej. Txhua lo lus yuav tsum raug tsa ruaj rau hauv qhov ncauj ntawm ob los yog peb tug tim khawv. 2 Khaulee 13:1.</w:t>
      </w:r>
    </w:p>
    <w:p>
      <w:pPr>
        <w:pStyle w:val="ArticleHeading"/>
        <w:jc w:val="left"/>
      </w:pPr>
      <w:r>
        <w:rPr>
          <w:rFonts w:ascii="Arial" w:hAnsi="Arial" w:eastAsia="Arial" w:cs="Arial"/>
        </w:rPr>
        <w:t>Peb Tsov Rog Los Ntawm Tus Sawv Cev</w:t>
      </w:r>
    </w:p>
    <w:p>
      <w:pPr>
        <w:pStyle w:val="ArticleBody"/>
        <w:jc w:val="left"/>
      </w:pPr>
      <w:r>
        <w:rPr>
          <w:rFonts w:ascii="Times New Roman" w:hAnsi="Times New Roman" w:eastAsia="Times New Roman" w:cs="Times New Roman"/>
        </w:rPr>
        <w:t>Nqe kaum cim qhia qhov kawg ntawm Tsov Rog Syrian zaum plaub uas tau tshwm sim txij xyoo 219 mus txog 217 BC, thaum Antiochus III Magnus (the Great) tau rov sau nws lub zog npaj ua ntej rau txoj kev sib ntaus ntawm nqe kaum ib, uas yog tsov rog ntawm Raphia uas yuav raug sawv cev los ntawm Julius Caesar. Nqe kaum qhia txog kev poob cev qhuav dej ntawm Soviet Union xyoo 1989 raws li tau sawv cev hauv nqe plaub caug, thiab Pompey phim raws nraim rau zaj keeb kwm ntawd. Nqe kaum rau sawv cev rau txoj kev kov yeej thaj av uas muaj koob meej ntawm Judah, ua ib yam piv txwv txog txoj cai Hnub Caiv nyob hauv Tebchaws Meskas, tiam sis Pompey kuj phim thiab rau xyoo 1989, thiab xyoo 1989 Loos niaj hnub no tau kov yeej nws thawj qhov chaw txwv, tab sis thaum ua li ntawd, nws tib lub sijhawm kuj tau kov yeej Protestant America ntawm sab ntsuj plig thaum nws ntxias Ronald Reagan kom tsim ib daim ntawv cog lus zais nrog thaj av uas muaj koob meej. Ib daim ntawv cog lus nrog tus niam ntiav ntawm Loos los ntawm ib tug vajntxwv, sawv cev rau kev deev luag poj luag txiv ntawm sab ntsuj plig.</w:t>
      </w:r>
    </w:p>
    <w:p>
      <w:pPr>
        <w:pStyle w:val="ArticleBody"/>
        <w:jc w:val="left"/>
      </w:pPr>
      <w:r>
        <w:rPr>
          <w:rFonts w:ascii="Times New Roman" w:hAnsi="Times New Roman" w:eastAsia="Times New Roman" w:cs="Times New Roman"/>
        </w:rPr>
        <w:t>Xyoo 1989 yog lub sijhawm uas tus niam ntiav ntawm Loos pib tawm los ntawm nws xya caum xyoo mus ua nkauj ua nraug nrog txhua tus vajntxwv hauv lub ntiajteb. Tus vajntxwv thawj yog Tebchaws Asmeskas hauv xyoo 1989, rau qhov Tebchaws Asmeskas kuj sawv cev los ntawm Ahaj, uas tau yuav Yexanpe, uas yog tus niam ntiav ntawm Thee hauv Yaxayas nees nkaum-peb.</w:t>
      </w:r>
    </w:p>
    <w:p>
      <w:pPr>
        <w:pStyle w:val="ArticleScripture"/>
        <w:jc w:val="left"/>
      </w:pPr>
      <w:r>
        <w:rPr>
          <w:rFonts w:ascii="Times New Roman" w:hAnsi="Times New Roman" w:eastAsia="Times New Roman" w:cs="Times New Roman"/>
        </w:rPr>
        <w:t>Thiab yuav muaj tias nyob rau hnub ntawd, lub nroog Tyre yuav raug hnov qab xya caum xyoo, raws li tej hnub ntawm ib tug vajntxwv: tom qab xaus xya caum xyoo Tyre yuav hu nkauj zoo li ib tug pojniam ua nkauj ua nraug. Cia li nqa ib rab nkauj ncas, mus ncig hauv lub nroog, koj tus pojniam ua nkauj ua nraug uas raug hnov qab lawm; ua kom suab paj nruag qab zib, hu ntau zaj nkauj, xwv kom neeg nco txog koj. Thiab yuav muaj tias tom qab xaus xya caum xyoo, tus Tswv yuav los xyuas Tyre, thiab nws yuav tig rov mus rau nws cov nyiaj khwv, thiab yuav ua nkauj ua nraug nrog txhua lub tebchaws hauv ntiajteb saum npoo av. Yaxayas 23:15–17.</w:t>
      </w:r>
    </w:p>
    <w:p>
      <w:pPr>
        <w:pStyle w:val="ArticleBody"/>
        <w:jc w:val="left"/>
      </w:pPr>
      <w:r>
        <w:rPr>
          <w:rFonts w:ascii="Times New Roman" w:hAnsi="Times New Roman" w:eastAsia="Times New Roman" w:cs="Times New Roman"/>
        </w:rPr>
        <w:t>Tus pojniam luag tau raug tsis nco qab rau lub “caij kawg” xyoo 1798 thaum nws tau txais nws lub rwj tuag taus raws li tau sawv cev nyob hauv nqe plaub caug ntawm Daniyees kaum ib. Nyob rau lub “caij kawg” xyoo 1989 nws pib lub sijhawm ntawm kev kho kom zoo ntawm nws lub rwj tuag taus los ntawm kev ua nkauj ua nraug nrog lub nceeg vaj uas yuav yog thawj lub los yuam kom txais lub cim ntawm nws txoj cai. Lub nceeg vaj ntawd tau sawv cev los ntawm Ahaj, thiab los ntawm Fabkis, uas tau tsa lub hwj chim papacy rau saum lub zwm txwv ntawm lub ntiajteb xyoo 538 thiab yog lub nceeg vaj thawj tshaj uas txhawb nqa kev sawv los ntawm lub hwj chim papal. Vim li no, lawv thiaj raug hu ua “tus tub hlob ntawm lub Koom Txoos Catholic,” thiab kuj yog “tus ntxhais hlob tshaj ntawm lub Koom Txoos Catholic.” Fabkis thiab Ahaj nkawd ob leeg ua tim khawv txog lub luag hauj lwm ntawm Tebchaws Meskas txij xyoo 1989 mus txog rau txoj cai Hnub Caiv.</w:t>
      </w:r>
    </w:p>
    <w:p>
      <w:pPr>
        <w:pStyle w:val="ArticleBody"/>
        <w:jc w:val="left"/>
      </w:pPr>
      <w:r>
        <w:rPr>
          <w:rFonts w:ascii="Times New Roman" w:hAnsi="Times New Roman" w:eastAsia="Times New Roman" w:cs="Times New Roman"/>
        </w:rPr>
        <w:t>Hauv Yaxayas nees nkaum peb, tus poj niam deev ntawm Tire, uas kuj yog tus poj niam deev ntawm Tshwmsim kaum xya, uas saum nws lub hauv pliaj muaj lo lus sau tias Npaspiloos Tus Loj. Nws raug “hnov qab” rau keeb kwm ntawm Tebchaws Meskas, pib txij xyoo 1798, thaum lub hwjchim papacy tsis ua lub nceeg vaj thib tsib ntawm zaj lus faj lem hauv Phau Vajlugkub lawm, yog tsiaj nyaum hauv hiav txwv ntawm Tshwmsim kaum peb. Ces Tebchaws Meskas pib nws tes haujlwm ua lub nceeg vaj thib rau ntawm zaj lus faj lem hauv Phau Vajlugkub raws li tsiaj nyaum hauv av ntawm Tshwmsim kaum peb. Thaum kawg Tebchaws Meskas dhau los ua tus vajntxwv tseem ceeb tshaj plaws ntawm kaum tus vajntxwv hauv Tshwmsim kaum xya. Keeb kwm piv txwv ntawm ib ncua “xya caum xyoo,” yog “hnub ntawm ib tug vajntxwv,” sawv cev rau xya caum xyoo uas Npaspiloos kav raws li lub nceeg vaj thawj ntawm zaj lus faj lem hauv Phau Vajlugkub. Qhov no yog ib yam piv txog keeb kwm ntawm Tebchaws Meskas txij xyoo 1798 mus txog rau txoj cai Hnub Caiv, uas kab keeb kwm sab nraud ntawm Meskas raug sawv cev los ntawm lub kub ntawm Republican hos kab sab hauv raug sawv cev los ntawm lub kub ntawm Protestant. Ob lub kub ntawd sawv cev rau lub plawv ntawm Txoj Cai Lij Choj uas muab kev cais tawm ntawm kev tswj xeev thiab kev tswj pawg ntseeg, thiab yog lub ntsiab lus hais txog yav tom ntej ntawm Meskas.</w:t>
      </w:r>
    </w:p>
    <w:p>
      <w:pPr>
        <w:pStyle w:val="ArticleBody"/>
        <w:jc w:val="left"/>
      </w:pPr>
      <w:r>
        <w:rPr>
          <w:rFonts w:ascii="Times New Roman" w:hAnsi="Times New Roman" w:eastAsia="Times New Roman" w:cs="Times New Roman"/>
        </w:rPr>
        <w:t>Xya caum xyoo raug teem tseg rau tus niam ntiav ntawm Tyre kom raug hnov qab, ces txij lub sijhawm kawg hauv xyoo 1989 mus txog rau txoj cai Hnub Caiv nws pib hu nkauj. Nws pib nrog ib qho kev sib koom tes zais cia thaum nws txeeb tau kev ntseeg ntawm Protestant America thiab rhuav tshem cov qauv kev nom kev tswv ntawm vaj ntxwv sab qab teb nrog kev poob ntawm lub Soviet Union. Ib ntu xya caum xyoo uas xaus rau hauv ib zaj keeb kwm uas Antiochus tus Loj sawv nyob hauv nruab nrab ntawm ib ntu kaum xya xyoo uas muab faib ua kaum thiab xya, uas thaum muab sib npaug tawm los ua “xya caum.” Thaum pib ntawm ob puas tsib caug xyoo sab nraud uas xaus nruab nrab ntawm Raphia thiab Panium, lo lus faj lem sab hauv ntawm ob txhiab peb puas xyoo pib nrog “xya caum” lub lis piam raug txiav txim rau saum Daniel haiv neeg. Thaum kawg ntawm cov xya caum lub lis piam ntawd, hauv xyoo 34 AD cov Yixayee thaum ub raug Vajtswv nrauj mus ib txhis ntawm Nws haiv neeg ntawm txoj kev cog lus uas Nws tau xaiv, thiab Vajtswv thiaj tau nkag mus rau hauv txoj kev sib yuav nrog Nws tus nkauj nyab Khixatia thiab thaum ntawd tab tom ncav tes mus cuag Lwm Haiv Neeg.</w:t>
      </w:r>
    </w:p>
    <w:p>
      <w:pPr>
        <w:pStyle w:val="ArticleBody"/>
        <w:jc w:val="left"/>
      </w:pPr>
      <w:r>
        <w:rPr>
          <w:rFonts w:ascii="Times New Roman" w:hAnsi="Times New Roman" w:eastAsia="Times New Roman" w:cs="Times New Roman"/>
        </w:rPr>
        <w:t>Xyoo 207 BC Antiochus sawv nyob nruab nrab ntawm “xya caum,” qhia txog qhov xaus ntawm nws lub tebchaws txoj hauj lwm ua ib haiv neeg uas tau txais kev pom zoo ua “lub tebchaws muaj yeeb koob,” qhov chaw uas Nws tau xaiv los tsa cov Yixayee niaj hnub no. Qhov xaus ntawm Tebchaws Meskas ua lub nceeg vaj thib rau ntawm txoj cai Hnub Caiv yog qhov xaus ntawm Yaxayas “xya caum xyoo.” Kab sijhawm ob puas tsib caug xyoo ntawm Antiochus tab tom qhia txog qhov xaus ntawm lub sijhawm sim siab rau lub kub Republican ntawm Tebchaws Meskas, ib nyuag ua ntej txoj cai Hnub Caiv hauv nqe kaum rau. Ob txhiab peb puas xyoo uas xaus thaum txoj kev txiav txim pib rau lub Kaum Hli 22, 1844, yog ib yam piv txwv txog thaum txoj kev txiav txim kaw thaum txoj cai Hnub Caiv. Ob txhiab peb puas xyoo pib nrog xya caum lub lis piam uas qhia txog qhov xaus ntawm Yixayee tiag tiag ua Vajtswv haiv neeg uas Nws tau xaiv. Qhov xaus ntawm tag nrho lub sijhawm ob txhiab peb puas xyoo xaus nrog txoj kev txav Protestant los txog qhov kawg raws li txoj kev txav advent txuas mus txog rau txoj cai Hnub Caiv. Thaum lub qhov rooj kaw ntawm xyoo 1844 rov muaj dua, cov qhov rooj yuav kaw rau lub kub Republican, lub kub Protestant, thiab tus tsiaj qus ntawm tsoom fwv.</w:t>
      </w:r>
    </w:p>
    <w:p>
      <w:pPr>
        <w:pStyle w:val="ArticleBody"/>
        <w:jc w:val="left"/>
      </w:pPr>
      <w:r>
        <w:rPr>
          <w:rFonts w:ascii="Times New Roman" w:hAnsi="Times New Roman" w:eastAsia="Times New Roman" w:cs="Times New Roman"/>
        </w:rPr>
        <w:t>Rau Anti-aukhu sawv nruab nrab ntawm lub sijhawm kaum thiab xya txhais tias nws sawv ntawm qhov kawg ntawm nws lub sijhawm uas raug sim txim. Lub sijhawm sim txim kaw rau tsoom fwv Tebchaws Meskas, uas yog tus tsiaj qus hauv ntiajteb, thaum txoj cai Hnub Caiv los txog; tiam sis lub sijhawm sim txim ntawm tus kub Republican kaw ua ntej txoj cai Hnub Caiv.</w:t>
      </w:r>
    </w:p>
    <w:p>
      <w:pPr>
        <w:pStyle w:val="ArticleScripture"/>
        <w:jc w:val="left"/>
      </w:pPr>
      <w:r>
        <w:rPr>
          <w:rFonts w:ascii="Times New Roman" w:hAnsi="Times New Roman" w:eastAsia="Times New Roman" w:cs="Times New Roman"/>
        </w:rPr>
        <w:t>Yexus hais rau nws tias, Kuv tsis hais rau koj tias, Txog xya zaug xwb; tiam sis, Txog xya caum npaug xya. Mathais 18:22.</w:t>
      </w:r>
    </w:p>
    <w:p>
      <w:pPr>
        <w:pStyle w:val="ArticleBody"/>
        <w:jc w:val="left"/>
      </w:pPr>
      <w:r>
        <w:rPr>
          <w:rFonts w:ascii="Times New Roman" w:hAnsi="Times New Roman" w:eastAsia="Times New Roman" w:cs="Times New Roman"/>
        </w:rPr>
        <w:t>Lo lus hais tias “xya caum npaug xya,” yog tib qho chaw hauv Phau Vajlugkub uas cov lej raug hais tawm hauv hom kev muab ntau npaug li no. “Xya caum npaug xya” yog plaub puas cuaj caum xyoo uas tau raug “txiav tseg” rau Daniyee haiv neeg. Nws yog xya caum lub limtiam uas pib ob txhiab peb puas, thiab thaum kawg ntawm ob puas tsib caug xyoo txij ntawm tib qho chaw pib ntawd Antiochus los txog hauv nruab nrab ntawm kaum thiab xya. Antiochus tus Loj ntawd sawv ruaj hauv cov xwm txheej kawg ntawm nws zaj keeb kwm hauv zaj yeeb yam dawb huv ntawm txoj kev sib cav loj.</w:t>
      </w:r>
    </w:p>
    <w:p>
      <w:pPr>
        <w:pStyle w:val="ArticleBody"/>
        <w:jc w:val="left"/>
      </w:pPr>
      <w:r>
        <w:rPr>
          <w:rFonts w:ascii="Times New Roman" w:hAnsi="Times New Roman" w:eastAsia="Times New Roman" w:cs="Times New Roman"/>
        </w:rPr>
        <w:t>Lub qhov rooj kaw ntawm xyoo 1844 sawv cev rau lub qhov rooj kaw ntawm txoj cai Sunday, thiab ua ntej txoj cai Sunday ntawm nqe kaum rau muaj ib lub sijhawm xya xyoo pib nrog Antiochus cim txog qhov kawg ntawm nws lub nceeg vaj, ces nws lub nceeg vaj xaus rau thaum xaus ntawm xya xyoo ntawd. Lub sijhawm xya xyoo no sawv cev rau lub sijhawm sim ntsuas ntawm tus duab ntawm tus tsiaj qus, thiab lub sijhawm ntawd pib ntawm thawj txoj cai Sunday xyoo 321. Ua ntej thawj txoj cai Sunday, uas yog ib yam piv txwv txog txoj cai Sunday kawg, muaj ib lub sijhawm kaum xyoo uas pib nrog ib tsab cai lij choj. Ntawm “tsab cai lij choj” xyoo 313, txoj kev sim ntsuas uas sawv cev los ntawm kaum xyoo pib, ces Antiochus tshaj thawj txoj cai Sunday thiab lub sijhawm kev khuv leej ntawm Republican horn xaus. Thaum kawg ntawm xya xyoo, Panium thiab txoj cai Sunday los txog, ua rau muaj kev faib ua sab hnub tuaj thiab sab hnub poob hauv xyoo 330.</w:t>
      </w:r>
    </w:p>
    <w:p>
      <w:pPr>
        <w:pStyle w:val="ArticleHeading"/>
        <w:jc w:val="left"/>
      </w:pPr>
      <w:r>
        <w:rPr>
          <w:rFonts w:ascii="Arial" w:hAnsi="Arial" w:eastAsia="Arial" w:cs="Arial"/>
        </w:rPr>
        <w:t>Pompey</w:t>
      </w:r>
    </w:p>
    <w:p>
      <w:pPr>
        <w:pStyle w:val="ArticleBody"/>
        <w:jc w:val="left"/>
      </w:pPr>
      <w:r>
        <w:rPr>
          <w:rFonts w:ascii="Times New Roman" w:hAnsi="Times New Roman" w:eastAsia="Times New Roman" w:cs="Times New Roman"/>
        </w:rPr>
        <w:t>Pompey tau kov yeej thaj av uas muaj koob meej nyob hauv nqe kaum rau, tab sis nyob hauv lub sijhawm ob xyoos txij xyoo 65 mus txog 63 BC, Pompey, raws li qhov ua kom tiav ntawm Daniyees yim thiab nqe cuaj, yeej tseeb tiag tau kov yeej “sab hnub tuaj” thiab “thaj av [uas muaj koob meej],” ua piv txwv txog kev kov yeej ob npaug hauv nqe plaub caug thiab xyoo 1989.</w:t>
      </w:r>
    </w:p>
    <w:p>
      <w:pPr>
        <w:pStyle w:val="ArticleBody"/>
        <w:jc w:val="left"/>
      </w:pPr>
      <w:r>
        <w:rPr>
          <w:rFonts w:ascii="Times New Roman" w:hAnsi="Times New Roman" w:eastAsia="Times New Roman" w:cs="Times New Roman"/>
        </w:rPr>
        <w:t>Qhov teeb meem thib peb rau Loos haiv neeg pe mlom yuav raug ua kom tiav los ntawm Augustus Caesar, uas raug nco tseg tias yog tus tsim thawj pawg Roman Triumvirate uas muaj cai raws txoj hauj lwm, sawv cev rau thawj txoj kev koom ua peb npaug uas muaj cai raws txoj hauj lwm hauv Loos. Yog nyob ntawm qhov cim ciam thib peb ntawm cov thawj coj Loos uas txoj kev koom ua peb npaug raug cim tseg raws txoj hauj lwm hauv keeb kwm Loos. Yog nyob ntawm txoj cai Sunday hauv nqe kaum rau uas txoj kev koom ua peb npaug ntawm tus zaj, tus tsiaj nyaum, thiab tus yaj saub cuav raug tsa kom ruaj, thiab tom qab ntawd tus noog ntawm kev phem raug muab tsa rov qab rau nws qhov chaw hauv Shinar, raws li Zechariah tau hais tseg.</w:t>
      </w:r>
    </w:p>
    <w:p>
      <w:pPr>
        <w:pStyle w:val="ArticleBody"/>
        <w:jc w:val="left"/>
      </w:pPr>
      <w:r>
        <w:rPr>
          <w:rFonts w:ascii="Times New Roman" w:hAnsi="Times New Roman" w:eastAsia="Times New Roman" w:cs="Times New Roman"/>
        </w:rPr>
        <w:t>Augustus Caesar tau tsim thawj pawg Triumvirate uas yog pawg nom tswv Loos lees paub, tiam sis cov kws keeb kwm hu nws ua Pawg Triumvirate Thib Ob, rau qhov Julius Caesar kuj tau tsim ib pawg Triumvirate thiab, los ntawd tsis yog pawg Triumvirate uas yog nom tswv Loos lees paub. Kev sib raug zoo ntawm Julius thiab Augustus Caesar raws li cov cim ntawm kev koom ua peb npaug ntawm tus zaj, tus tsiaj qus, thiab tus yaj saub cuav thaum txoj cai Hnub Caiv Sunday uas yuav los sai no, raug ua qauv qhia los ntawm Julius thaum pib ntawm txoj kev txav mus yuam kom muaj txoj cai lij choj Sunday, thiab Augustus thaum kawg. Txoj kev sib raug zoo hauv yaj saub kuj raug sawv cev los ntawm kev tuaj kav nroog ntawm Cestius xyoo 67, uas tom qab ntawd raug raws los ntawm kev tuaj kav nroog ntawm Titus. Julius yog Cestius thiab Augustus yog Titus. Julius thiab Augustus sawv cev rau kev koom ua peb npaug, hos Cestius thiab Titus sawv cev rau kev tuaj kav nroog.</w:t>
      </w:r>
    </w:p>
    <w:p>
      <w:pPr>
        <w:pStyle w:val="ArticleBody"/>
        <w:jc w:val="left"/>
      </w:pPr>
      <w:r>
        <w:rPr>
          <w:rFonts w:ascii="Times New Roman" w:hAnsi="Times New Roman" w:eastAsia="Times New Roman" w:cs="Times New Roman"/>
        </w:rPr>
        <w:t>Lub sij hawm uas txoj kev txav mus rau txoj cai hnub Sunday pib raws li lus faj lem nyob rau xyoo 313, yog thaum muaj tsab kev cai ntawm Milan. Ces nyob rau xyoo 321, ntawm nruab nrab ntawm lub sijhawm kaum xya xyoo ntawd, thawj txoj cai hnub Sunday tshwm los. Kauj ruam thib peb ntawm kev faib lub tebchaws ua sab hnub tuaj thiab sab hnub poob, uas sawv cev rau kev faib hauv Tebchaws Meskas ua cov uas txais thiab cov uas tsis txais lub cim ntawm tus tsiaj qus lossis lub foob ntawm Vajtswv, yog xyoo 330. Muaj ib pawg ntawm cov cai hnub Sunday uas coj mus rau ib txoj cai hnub Sunday, thiab xyoo 321 sawv cev rau thawj txoj cai hnub Sunday, uas coj mus rau txoj cai hnub Sunday kawg ntawm xyoo 330.</w:t>
      </w:r>
    </w:p>
    <w:p>
      <w:pPr>
        <w:pStyle w:val="ArticleBody"/>
        <w:jc w:val="left"/>
      </w:pPr>
      <w:r>
        <w:rPr>
          <w:rFonts w:ascii="Times New Roman" w:hAnsi="Times New Roman" w:eastAsia="Times New Roman" w:cs="Times New Roman"/>
        </w:rPr>
        <w:t>Tsis zoo li ob puas tsib caug xyoo ntawm Antiochus, ob puas tsib caug xyoo ntawm Nero qhia txog ib lub sij hawm yim xyoo, nruab nrab ntawm thawj txoj cai Hnub Sunday thiab tom qab ntawd cuaj xyoo. Kab saum kab, Antiochus thiab Nero qhia ob lub sij hawm uas raug sawv cev los ntawm peb lub cim-taw qhia. Hauv ob kab no, thawj thiab lub cim-taw qhia kawg yog tib yam nkaus, yog ib daim ntawv txib thaum pib uas raug cim tseg los ntawm ib txoj kev sib yuav uas xaus nrog kev sib nrauj, thiab kev sib tua ntawm vajntxwv sab qaum teb thiab vajntxwv sab qab teb thaum pib thiab thaum xaus. Thawj txoj cai Hnub Sunday xyoo 321 nyob nruab nrab yuav tsum yog qhov chaw uas Antiochus sawv. Nws tab tom sawv ntawm qhov xaus ntawm ib txoj kev sim siab uas raug sawv cev los ntawm kaum xyoo, thiab txoj kev sim siab ntawd qhia kom pom Antiochus yog tus yim uas yog los ntawm tus xya thaum nws tsim ib tug duab ntawm tus tsiaj nyaum uas yog tus yim uas yog los ntawm tus xya. Tib lub sijhawm ntawd, ib puas plaub caug plaub txhiab leej kuj mus dhau ib txoj kev sim siab thiab hloov ntawm pawg ntseeg Laodicea tus xya mus rau pawg ntseeg Philadelphia tus yim.</w:t>
      </w:r>
    </w:p>
    <w:p>
      <w:pPr>
        <w:pStyle w:val="ArticleBody"/>
        <w:jc w:val="left"/>
      </w:pPr>
      <w:r>
        <w:rPr>
          <w:rFonts w:ascii="Times New Roman" w:hAnsi="Times New Roman" w:eastAsia="Times New Roman" w:cs="Times New Roman"/>
        </w:rPr>
        <w:t>Thaum txog thawj txoj cai Hnub Caiv, kev tsa tus duab pib, thiab xaus rau ntawm txoj cai Hnub Caiv hauv Tshwm Sim tshooj kaum peb, nqe kaum ib, ib nqe uas sib piv qhov pib ntawm Tebchaws Meskas ua ib tug menyuam yaj, nrog nws qhov xaus ua ib tug zaj. Kaum peb yog lub cim ntawm kev ntxeev siab, thiab lub cim ntawm kev ntxeev siab hauv lub ntsiab lus ntawm nqe kaum ib, thiab Tebchaws Meskas hais lus zoo li ib tug zaj, yog lub cim ntawm tus tsiaj nyaum; hos, lub cim ntawm cov uas muaj Vajtswv lub foob yog tus naj npawb kaum ib. Tshwm Sim 13:11 qhia txog kev cais tawm ntawm cov uas txais lub cim ntawm tus tsiaj nyaum lossis Vajtswv lub foob ntawm txoj cai Hnub Caiv thaum Tebchaws Meskas hais lus zoo li ib tug zaj.</w:t>
      </w:r>
    </w:p>
    <w:p>
      <w:pPr>
        <w:pStyle w:val="ArticleBody"/>
        <w:jc w:val="left"/>
      </w:pPr>
      <w:r>
        <w:rPr>
          <w:rFonts w:ascii="Times New Roman" w:hAnsi="Times New Roman" w:eastAsia="Times New Roman" w:cs="Times New Roman"/>
        </w:rPr>
        <w:t>Lub sij hawm xeem ntawm daim duab ntawm tus tsiaj nyaum muaj tej cim tshwj xeeb uas qhia txog nws txoj kev los txog, thiab tib lub sijhawm kuj ua piv txwv txog nws qhov kawg. Txij ntawm Nau-es mus txog rau hnub caiv noj tshoob raj Vajtswv tsis hloov ib zaug li, Nws ib txwm tshaj tawm ib lub sijhawm xeem ua ntej nws los txog. Nws tej lus tshaj tawm raug pom nyob hauv Nws txoj lus cev Vajtswv lus. Feem coob ntawm cov Adventist (kuv xav tias) tsis paub tias nyob rau hauv kev rhuav tshem Yeluxalees ntawd muaj ob zaug kev vij lub nroog, los sis tsis paub tias hnub ntawm kev rhuav tshem kawg yog tib hnub ntawm tib lub xyoo uas Nebukhanexas twb rhuav Yeluxalees thiab lub tuam tsev thawj zaug—lub sijhawm alpha. Tej zaum lawv kuj tsis paub tias cov kev vij ntawd pib rau ntawm cov hnub caiv dawb huv thiab xaus rau ib hnub caiv dawb huv, los sis tsis paub tias lub sijhawm ntawm kev vij ntawd kav peb xyoos ib nrab. Yog lawv tsis paub cov tseeb ntawd, ces zoo li tsis tshua yuav muaj feem uas lawv yuav pom tias Julius Caesar yog tus cim qhia txog qhov pib ntawm lub sijhawm xeem ntawm daim duab ntawm tus tsiaj nyaum nyob rau hauv nws daim duab sawv cev uas zoo meej tshaj plaws. Los ntawm lo lus “daim duab sawv cev zoo meej,” kuv txhais hais tias nws qhov kev ua tiav kawg nkaus.</w:t>
      </w:r>
    </w:p>
    <w:p>
      <w:pPr>
        <w:pStyle w:val="ArticleBody"/>
        <w:jc w:val="left"/>
      </w:pPr>
      <w:r>
        <w:rPr>
          <w:rFonts w:ascii="Times New Roman" w:hAnsi="Times New Roman" w:eastAsia="Times New Roman" w:cs="Times New Roman"/>
        </w:rPr>
        <w:t>Lub sij hawm qub ntawd raug sawv cev txij xyoo 1888 mus txog rau txoj cai Sunday, thiab tom qab ntawd rov raug sawv cev dua txij 9/11 mus txog rau txoj cai Sunday, tiam sis qhov ua tiav zoo tag nrho ntawm lub sij hawm yaj saub hais txog kev tsa tus duab ntawm tus tsiaj nyaum, raws li Constantine the Great sawv cev rau hauv lub sij hawm txij xyoo 313 mus txog xyoo 330, pib rau hauv thawj tswj hwm ntawm tus thawj tswj hwm thib yim txij thaum lub caij kawg xyoo 1989.</w:t>
      </w:r>
    </w:p>
    <w:p>
      <w:pPr>
        <w:pStyle w:val="ArticleBody"/>
        <w:jc w:val="left"/>
      </w:pPr>
      <w:r>
        <w:rPr>
          <w:rFonts w:ascii="Times New Roman" w:hAnsi="Times New Roman" w:eastAsia="Times New Roman" w:cs="Times New Roman"/>
        </w:rPr>
        <w:t>Txij thaum pib muaj txoj cai hnub Sunday thawj zaug, lub sijhawm sim siab hais txog Hnub Xanpataus thiab hnub Sunday nthuav tawm nyob rau hauv ib lub sijhawm uas sawv cev los ntawm xya xyoo ntawm Antiochus. Xya xyoo ntawm caj ces Antiochus muab ntau npaug rau cuaj xyoo ntawm caj ces Nero yog sib npaug rau rau caum peb, thiab hauv xyoo 63 BC Pompey tau kov yeej lub tebchaws muaj hwjchim ci ntsa iab raws li qhov ua tiav ntawm nqe kaum rau hauv Daniel kaum ib. Thaum txog txoj cai hnub Sunday, cuaj tus vajntxwv yuav lees paub Tebchaws Meskas tias yog tus vajntxwv loj tshaj ntawm kaum tus vajntxwv uas pom zoo muab lawv lub tebchaws rau tus niam ntiav ntawm Tyre, tus uas tom qab ntawd yuav mus ua nkauj ua nraug nrog txhua tus vajntxwv hauv ntiajteb.</w:t>
      </w:r>
    </w:p>
    <w:p>
      <w:pPr>
        <w:pStyle w:val="ArticleBody"/>
        <w:jc w:val="left"/>
      </w:pPr>
      <w:r>
        <w:rPr>
          <w:rFonts w:ascii="Times New Roman" w:hAnsi="Times New Roman" w:eastAsia="Times New Roman" w:cs="Times New Roman"/>
        </w:rPr>
        <w:t>Raws li phim rau cov qauv yaj saub ntawm zaj lus piv txwv hais txog kaum tus nkauj xwb, kev sib yuav ntawm tus tsiaj nyaum thiab tus yaj saub cuav tau tiav nyob rau xyoo 1989, tiam sis thaum txoj cai Hnub Caiv (Sunday law) los txog mas kev sib yuav ntawd mam li raug ua kom tiav kawg nkaus. Ib daim qauv me rov ua dua ntawm keeb kwm ntawd yog lub sijhawm txiav txim rau cov neeg ciaj sia uas tau pib xyoo 2001, rau hnub 9/11. Txij ntawm lub sijhawm ntawd mus txog rau txoj cai Hnub Caiv, uas yog lub sijhawm xeem ntawm daim duab ntawm tus tsiaj nyaum, thiab uas kuj yog lub sijhawm muab lub cim foob rau ib puas plaub caug plaub txhiab leej, kev txiav txim raug ua rau saum Vajtswv haiv neeg ntawm txoj kev khi lus, thiab rau lub tebchaws uas lawv tau nyob raws li kev ua tiav ntawm Aplahas txoj lus faj lem txog txoj kev khi lus. Nyob rau hauv lub sijhawm ntawd, pawg ntseeg Xya-Hnub Adventist Laodicea raug txiav txim, ces tom qab ntawd cov uas lees tias lawv yog nkauj xwb kuj raug txiav txim thiab. Yog li ntawd, tus kub Protestant raug txiav txim, thiab nws raug txiav txim nyob rau lub sijhawm uas xub thawj tog Democratic ntawm tus kub Republican raug txiav txim mus txog xyoo 2024, thaum uas tam sim no kev txiav txim rau cov Republicans ntawm tus kub republican tab tom muaj chaw. Tsoom fwv raws li txoj cai lij choj hauv paus yog tus tsiaj nyaum uas ris ob tug kub, thiab nws raug txiav txim thaum txoj cai Hnub Caiv los txog.</w:t>
      </w:r>
    </w:p>
    <w:p>
      <w:pPr>
        <w:pStyle w:val="ArticleBody"/>
        <w:jc w:val="left"/>
      </w:pPr>
      <w:r>
        <w:rPr>
          <w:rFonts w:ascii="Times New Roman" w:hAnsi="Times New Roman" w:eastAsia="Times New Roman" w:cs="Times New Roman"/>
        </w:rPr>
        <w:t>Txij xyoo 1989 mus txog rau txoj cai hnub Sunday, raug sawv cev nyob hauv ib qho fractal txij hnub 9/11 mus txog rau txoj cai hnub Sunday, tiam sis qhov kev ua tiav zoo meej ntawm kev tsa tsa tus duab ntawm tus tsiaj nyaum, yog nyob hauv tus thawj tswj hwm thib yim uas yog tawm ntawm xya. Kaum xya xyoo ntawm Nero yog ib qho fractal ntawm keeb kwm txij 9/11 mus txog rau txoj cai hnub Sunday. Kaum xya xyoo ntawm Antiochus kuj yog tib yam. Kev sib yuav ntawm Reagan thiab txoj kev koom tes zais cia raug ua kom tiav nrog ib txoj kev koom tes qhib rau hauv lub sij hawm kav ntawm tus thawj tswj hwm thib yim. Thawj zaug ntawm cov kev sib yuav alpha thiab omega raug cim tseg los ntawm Patriot Act xyoo 2001, thaum txoj cai Askiv raug hloov mus rau txoj cai Loos. Kev sib yuav ntawm txoj cai txib ntawm Milan cim qhov pib ntawm qhov kev ua tiav zoo meej ntawm kev tsa tsa tus duab ntawm tus tsiaj nyaum. Nws cov qauv raug tsa raws li cov qauv ntawm kev sib yuav ntawm kaum tus nkauj xwb, thiab sawv cev rau kev sib yuav cuav uas tshwm sim thaum lub sij hawm kev sib yuav tseeb.</w:t>
      </w:r>
    </w:p>
    <w:p>
      <w:pPr>
        <w:pStyle w:val="ArticleBody"/>
        <w:jc w:val="left"/>
      </w:pPr>
      <w:r>
        <w:rPr>
          <w:rFonts w:ascii="Times New Roman" w:hAnsi="Times New Roman" w:eastAsia="Times New Roman" w:cs="Times New Roman"/>
        </w:rPr>
        <w:t>Lub sij hawm sim siab ntawm daim duab ntawm tus tsiaj qus sawv cev rau qhov “kev sim” uas peb yuav tsum dhau ua ntej peb “raug muab lub cim ntim.” Vajtswv lub tsev raug txiav txim ua ntej, ces thaum txog txoj cai Hnub Caiv, cov uas nyob sab nraud Vajtswv lub tsev thiaj raug txiav txim. Lub caij nyoog ntawm kev txiav txim kawg nkaus, nyob hauv Vajtswv lub tsev thiab tom qab ntawd rau pawg neeg coob heev, pib nrog thawj txoj cai Hnub Caiv. Yuav muaj ib txoj cai Hnub Caiv thawj zaug hauv Tebchaws Meskas uas yuav cim qhov pib ntawm kev ua tiav zoo meej thiab kawg nkaus ntawm lub sij hawm sim siab ntawm daim duab ntawm tus tsiaj qus; tom qab ntawd nws xaus rau ntawm txoj cai Hnub Caiv uas ua kom Tshwm Sim 13:11 tiav. Txoj cai Hnub Caiv ntawd yog txoj cai Hnub Caiv kawg hauv lub tebchaws muaj yeeb koob. Txoj cai Hnub Caiv kawg hauv lub tebchaws muaj yeeb koob yog thawj txoj cai Hnub Caiv hauv lub ntiaj teb, cim lub sij hawm sim siab ntawm daim duab ntawm tus tsiaj qus rau lub ntiaj teb. Lub sij hawm sim siab rau lub ntiaj teb pib ntawm txoj cai Hnub Caiv hauv Tebchaws Meskas nyob hauv nqe kaum ib ntawm tshooj kaum peb. Thaum Tebchaws Meskas “hais lus” zoo li ib tug zaj ntawm txoj cai Hnub Caiv uas tab tom yuav los sai no, nqe kaum ob thiab txuas mus tom ntej hauv tshooj ntawd sawv cev rau lub sij hawm sim siab ntawm daim duab ntawm tus tsiaj qus rau lub ntiaj teb.</w:t>
      </w:r>
    </w:p>
    <w:p>
      <w:pPr>
        <w:pStyle w:val="ArticleBody"/>
        <w:jc w:val="left"/>
      </w:pPr>
      <w:r>
        <w:rPr>
          <w:rFonts w:ascii="Times New Roman" w:hAnsi="Times New Roman" w:eastAsia="Times New Roman" w:cs="Times New Roman"/>
        </w:rPr>
        <w:t>Vim li no, txoj lus faj lem ob puas tsib caug xyoo ntawm Nero uas xaus nrog kaum xya xyoo pib ntawm daim ntawv txib hauv 313, tom qab ntawd yog thawj txoj cai Hnub Caiv hauv 321, ces yog kev faib sab hnub tuaj thiab sab hnub poob hauv 330, yog ib qho tseem ceeb uas yuav tsum pom. Peb kauj ruam ntawm kab ke ntawm Nero hais txog kev tsim txom, Nero yog lub cim ntawm kev tsim txom thiab lub sijhawm 250 xyoo sawv cev rau pawg ntseeg Xamivna uas xaus rau hauv 313 thaum pawg ntseeg ntawm kev sib haum xeeb tuaj txog. Kauj ruam thib peb cim txog qhov kawg ntawm ib lub nceeg vaj, yog li thaum siv rau Tebchaws Meskas nws sawv cev rau txoj cai Hnub Caiv thiab kev hloov ntawm lub nceeg vaj thib rau mus rau lub nceeg vaj thib xya thiab thib yim. Thaum siv rau lub ntiaj teb no, tus cim ciam teb thib peb yog qhov kaw ntawm lub sijhawm uas tib neeg tseem raug sim siab txais yuav txoj kev cawm dim, uas tau raug ua duab ntxoov ntxoo ua ntej los ntawm qhov kaw ntawm lub sijhawm ntawd rau Tebchaws Meskas thaum pib ntawm lub sijhawm uas lub ntiaj teb raug sim los ntawm tus duab ntawm tus tsiaj qus.</w:t>
      </w:r>
    </w:p>
    <w:p>
      <w:pPr>
        <w:pStyle w:val="ArticleBody"/>
        <w:jc w:val="left"/>
      </w:pPr>
      <w:r>
        <w:rPr>
          <w:rFonts w:ascii="Times New Roman" w:hAnsi="Times New Roman" w:eastAsia="Times New Roman" w:cs="Times New Roman"/>
        </w:rPr>
        <w:t>Yog vim li no Augustus Caesar, tus uas yog tus thib peb ntawm plaub tug thawj kav tebchaws Loos uas coj mus txog txoj cai Hnub Caiv, raws li tus ntoo khaub lig sawv cev, raws li tau hais tseg hauv nqe nees nkaum ob, thiaj li sawv cev tau rau tus ntoo khaub lig, txawm yog tom qab nws tseem yuav muaj Tiberias los raws qab, uas nws kuj sawv cev rau tus ntoo khaub lig thiab. Lub sijhawm sim siab ntawm daim duab ntawm tus tsiaj qus yog ib txoj kev sim ob chav, uas xub sim lub ntiajteb thiab tom qab ntawd mam sim hiav txwv. Lub ntiajteb yog Tebchaws Meskas, hos hiav txwv yog lub ntiajteb.</w:t>
      </w:r>
    </w:p>
    <w:p>
      <w:pPr>
        <w:pStyle w:val="ArticleBody"/>
        <w:jc w:val="left"/>
      </w:pPr>
      <w:r>
        <w:rPr>
          <w:rFonts w:ascii="Times New Roman" w:hAnsi="Times New Roman" w:eastAsia="Times New Roman" w:cs="Times New Roman"/>
        </w:rPr>
        <w:t>Daim duab ntawm tus tsiaj nyaum txoj kev sim ua rau muaj ib qho kev rov ua ob npaug ntawm tej cim; qhov chaw uas alpha ntawm lub sij hawm thib ob kuj yog omega ntawm lub sij hawm thawj. 321 yog thawj txoj cai Hnub Caiv ntawm keeb kwm yaj saub, thiab hauv kaum xya xyoo uas qhia txog lub sij hawm sim ntawm daim duab ntawm tus tsiaj nyaum, 321 yog thawj txoj cai Hnub Caiv hauv Tebchaws Meskas uas coj mus rau txoj cai Hnub Caiv omega ntawm lub sij hawm sim ntawm daim duab ntawm tus tsiaj nyaum hauv thaj av muaj koob meej. Tiamsis 321 kuj yog thawj txoj cai Hnub Caiv rau ntiaj teb no thiab, yog li ntawd xyoo 321 cim txog nruab nrab ntawm ob qho tib si—qhov pib thiab qhov xaus—ntawm lub sij hawm sim ntawm daim duab ntawm tus tsiaj nyaum. 313 yog qhov pib, thiab qhov pib ntawd yog ib daim ntawv tshaj lij, uas yog ib qho piv txwv qhia txog txoj cai Hnub Caiv. Kaum xya xyoo ntawm Nero qhia kom paub ib lub sij hawm ntawm txoj cai Hnub Caiv uas nce zuj zus mus txog rau thaum kev sim siab rau tib neeg kaw xaus.</w:t>
      </w:r>
    </w:p>
    <w:p>
      <w:pPr>
        <w:pStyle w:val="ArticleBody"/>
        <w:jc w:val="left"/>
      </w:pPr>
      <w:r>
        <w:rPr>
          <w:rFonts w:ascii="Times New Roman" w:hAnsi="Times New Roman" w:eastAsia="Times New Roman" w:cs="Times New Roman"/>
        </w:rPr>
        <w:t>Txoj cai tshaj tawm ntawd ua cim qhia txog thawj txoj cai Hnub Caiv uas coj mus rau thaum kaw lub sijhawm txiav txim siab. Pompey txeeb Yudas nyob hauv nqe kaum rau, ua cim qhia txog txoj cai Hnub Caiv, thiab Julius Caesar tsim thawj lub Triumvirate, txawm yog nws yog ib txoj kev koom ua peb tog uas tsis yog raws ntaub ntawv nom tswv los xij, cov kws keeb kwm tseem muab nws cim tseg tias yog thawj lub. Julius Caesar qhov kev ua cim qhia txog txoj kev koom ua peb tog ntawm txoj cai Hnub Caiv, kuj ua cim qhia txog Augustus Caesar lub Triumvirate uas yog raws cai, uas Tiberias tau raws los txog ntawm tus ntoo khaub lig. Tag nrho plaub tug thawj kav Loos no ua cim qhia txog txoj cai Hnub Caiv, ib yam li tag nrho peb theem ntawm Nero kaum xya xyoo.</w:t>
      </w:r>
    </w:p>
    <w:p>
      <w:pPr>
        <w:pStyle w:val="ArticleBody"/>
        <w:jc w:val="left"/>
      </w:pPr>
      <w:r>
        <w:rPr>
          <w:rFonts w:ascii="Times New Roman" w:hAnsi="Times New Roman" w:eastAsia="Times New Roman" w:cs="Times New Roman"/>
        </w:rPr>
        <w:t>Pompey sib haum rau xyoo 1989; Julius sib haum rau nqe kaum ib; Augustus sib haum rau nqe kaum tsib thiab Tiberias rau nqe kaum rau. Zaj keeb kwm ntawm Julius hauv cov nqe lus ntawd suav nrog nws txoj kev mus nkag rau tim Iyiv thiab Cleopatra. Zaj keeb kwm ntawd rov raug ua dua los ntawm Marc Antony. Marc Antony yog Julius Caesar tus thawj tub rog loj thaum Julius raug tua nrog nees nkaum peb rab riam nkaug. Nees nkaum peb sawv cev rau txoj cai Hnub Caiv, thiab Julius txoj kev tuag los ntawm 23 rab riam nkaug yog ib lub nceeg vaj xaus rau ntawm txoj cai Hnub Caiv. Marc Antony, Augustus Caesar thiab Marcus Lepidas ces tsim thawj pawg thawj coj peb leeg uas tau raug lees paub kom pauj nws txoj kev tuag. Ib qho ntawm peb lub hwj chim ntawd, Marc Antony yuav rov ua dua Julius qhov kev ntsib nrog tim Iyiv thiab Cleopatra.</w:t>
      </w:r>
    </w:p>
    <w:p>
      <w:pPr>
        <w:pStyle w:val="ArticleBody"/>
        <w:jc w:val="left"/>
      </w:pPr>
      <w:r>
        <w:rPr>
          <w:rFonts w:ascii="Times New Roman" w:hAnsi="Times New Roman" w:eastAsia="Times New Roman" w:cs="Times New Roman"/>
        </w:rPr>
        <w:t>Txawm yog Julius los yog Marc Antony, nkawd ob leeg puav leej yog tej cim ntawm Loos, hos Cleopatra yog ib lub cim ntawm Ejuphtaus thiab Kili. Nws sawv cev rau txoj kev kav ntawm Kili hauv Ejuphtaus, ob qho tib si yog tej cim ntawm tus zaj, hos Julius thiab Marc Antony yog tej cim ntawm tus tsiaj qus. Vim Cleopatra yog tus poj niam hauv txoj kev sib raug zoo ntawd, nws thiaj yog pawg ntseeg, ua rau Julius thiab Marc Antony yog lub xeev. Cleopatra sawv cev rau ib tug poj niam uas raug cais tawm ntawm nws cov neeg nyiam Loos uas muaj hwjchim kav ob zaug; thawj zaug yog xyoo 1798 thiab zaum ob yog thaum lub sij hawm txiav txim siab kaw xaus, thaum nws los txog nws qhov kawg thiab tsis muaj leejtwg pab tau nws li. Nws txoj kev puastsuaj kawg yog nyob rau hauv tsov rog Actium xyoo 31 BC. Tus yeej hauv tsov rog Actium yog Augustus Caesar, yog li no peb pom tias Pompey tuag hauv Ejuphtaus, Julius tau muaj kev sib ntsib nrog Cleopatra hauv Ejuphtaus, qhov ntawd rov muaj dua hauv keeb kwm ntawm Marc Antony, ces Augustus Caesar xaus txoj kev sib raug zoo ntawd ntawm Actium. Actium qhia txog txoj cai Hnub Caiv, rau qhov yog hauv tsov rog Actium uas qhov teeb meem cuam thib peb rau Loos raug tshem tawm lawm, thiab Loos pagan uas yog vajntxwv kav tebchaws thiaj pib kav tau peb puas rau caum xyoo, raws li kev ua tiav ntawm Daniel 11:24.</w:t>
      </w:r>
    </w:p>
    <w:p>
      <w:pPr>
        <w:pStyle w:val="ArticleBody"/>
        <w:jc w:val="left"/>
      </w:pPr>
      <w:r>
        <w:rPr>
          <w:rFonts w:ascii="Times New Roman" w:hAnsi="Times New Roman" w:eastAsia="Times New Roman" w:cs="Times New Roman"/>
        </w:rPr>
        <w:t>Pompey tau kov yeej ob qho kev thaiv thawj, hos Augustus tau kov yeej qhov thib peb.</w:t>
      </w:r>
    </w:p>
    <w:p>
      <w:pPr>
        <w:pStyle w:val="ArticleScripture"/>
        <w:jc w:val="left"/>
      </w:pPr>
      <w:r>
        <w:rPr>
          <w:rFonts w:ascii="Times New Roman" w:hAnsi="Times New Roman" w:eastAsia="Times New Roman" w:cs="Times New Roman"/>
        </w:rPr>
        <w:t>Thiab los ntawm ib tug ntawm lawv txawm tawm tuaj ib tug kub me me, uas hlob ua loj kawg nkaus mus rau sab qab teb, thiab mus rau sab hnub tuaj, thiab mus rau thaj av uas zoo nkauj. Daniel 8:9.</w:t>
      </w:r>
    </w:p>
    <w:p>
      <w:pPr>
        <w:pStyle w:val="ArticleBody"/>
        <w:jc w:val="left"/>
      </w:pPr>
      <w:r>
        <w:rPr>
          <w:rFonts w:ascii="Times New Roman" w:hAnsi="Times New Roman" w:eastAsia="Times New Roman" w:cs="Times New Roman"/>
        </w:rPr>
        <w:t>Pompey yog xyoo 1989, yog thawj lub cim-kev hauv peb lub zog nom tswv uas Loos niaj hnub no yuav tsum kov yeej thaum nws lub qhov txhab tuag rov zoo. Lub Koom Txoos Soviet, ces yog Tebchaws Meskas thiab kuj yog United Nations nyob hauv nqe plaub caug-ib ntawm Daniyee kaum ib. Tsov rog ntawm hwjchim papal yog nom tswv thiab kev ntseeg, thiab hauv lus faj lem, lub hwjchim kev ntseeg ntawm Tebchaws Meskas raug kov yeej thaum kev sib koom zais cia ntawm Reagan thiab pope John Paul II raug ua tiav. Lub hom phiaj ntawm cov papacy suav nrog peb yam kev thaiv nom tswv thiab peb lub hwjchim kev ntseeg. Xyoo 1989, ib lub ntawm peb lub zog nom tswv raug muab tshem tawm mus, Protestantism, raws li ib lo lus tiag tiag uas txhais tias tawm tsam Loos, kuj raug muab tshem tawm mus los ntawm tus thawj tswj hwm ntawm Tebchaws Meskas hauv tib zaj keeb kwm ntawd. Peb lub zog nom tswv yog Lub Koom Txoos Soviet, Tebchaws Meskas, thiab United Nations, hos cov hom phiaj kev ntseeg yog Protestantism, ua ke nrog ntau yam kev ntseeg ntawm tus zaj, uas txhua yam raug suav tias yog spiritualism. Peb txoj kev ntseeg uas coj lub ntiaj teb mus rau Armageddon yog Protestantism uas poob kev ntseeg lawm, Catholicism, thiab spiritualism; thiab kev tawm tsam sab hauv ntawm lub hwjchim papal ntawm kev xav txuag qub thiab kev xav ywj pheej nyob hauv lawv pawg ntseeg, ua ke nrog kev sib cais ntawm orthodox Catholicism, yog ib qho kev thaiv kev ntseeg, thiab ob qho kev thaiv kev ntseeg ntxiv uas Catholicism yuav tsum kov yeej yog Protestantism uas poob kev ntseeg lawm thiab spiritualism. Protestantism raug muab tshem tawm mus xyoo 1989.</w:t>
      </w:r>
    </w:p>
    <w:p>
      <w:pPr>
        <w:pStyle w:val="ArticleBody"/>
        <w:jc w:val="left"/>
      </w:pPr>
      <w:r>
        <w:rPr>
          <w:rFonts w:ascii="Times New Roman" w:hAnsi="Times New Roman" w:eastAsia="Times New Roman" w:cs="Times New Roman"/>
        </w:rPr>
        <w:t>Yog hais tias tej kev tawm tsam sab hauv ntawm Kev Ntseeg Kas Tos Liv raws li tau sawv cev nyob hauv ntau yam lus faj lem Kas Tos Liv uas tau los ntawm tej lus ntawm Fatima raug cais tawm ntawm nws tej kev siv zog kom kov yeej tej hwj chim kev ntseeg uas nyob sab nraud ntawm nws txoj kev ntseeg nws tus kheej, ces nws txoj kev yeej alpha rau saum Protestantism yog Reagan txoj kev koom tes zais ntshis, thiab nws txoj kev yeej omega yog txoj kev koom tes qhib rau xyoo 2025. Nws tej kev tawm tsam nrog cov pawg ntseeg orthodox kuj raug piav qhia txij thaum thawj txoj kev yeej hauv xyoo 1989 mus txog rau txoj kev yeej kawg ntawm Panium.</w:t>
      </w:r>
    </w:p>
    <w:p>
      <w:pPr>
        <w:pStyle w:val="ArticleBody"/>
        <w:jc w:val="left"/>
      </w:pPr>
      <w:r>
        <w:rPr>
          <w:rFonts w:ascii="Times New Roman" w:hAnsi="Times New Roman" w:eastAsia="Times New Roman" w:cs="Times New Roman"/>
        </w:rPr>
        <w:t>Pompey phim raws li xyoo 1989, thiab nws ob qhov kev yeej tawm tsam “sab hnub tuaj thiab lub tebchaws zoo nkauj,” raws li Daniyee qhia lawv nyob rau hauv tshooj yim nqe cuaj, sawv cev rau kev yeej ntawm sab ntsuj plig thiab sab nom tswv ntawm txoj kev kav papacy tshaj lub qub Soviet Union, thiab nrog rau ntawd yog txoj kev yeej ntawm sab ntsuj plig tshaj lub tebchaws muaj hwjchim ci ntsa iab ntawm cov uas lees tias yog Protestantism. Julius Caesar yuav swb ntawm Raphia, ib yam li Antiochus III tau swb, thiab ib yam li Zelenskyy yuav swb. Julius yog tus ntsiab hauv nqe kaum xya mus txog kaum cuaj, ces Augustus Caesar sawv los ua tus tsa se. Tiberias Caesar kav nyob rau lub sijhawm ntawm tus ntoo khaub lig, yog li ntawd Tiberias yog txoj cai Sunday hauv nqe kaum rau.</w:t>
      </w:r>
    </w:p>
    <w:p>
      <w:pPr>
        <w:pStyle w:val="ArticleBody"/>
        <w:jc w:val="left"/>
      </w:pPr>
      <w:r>
        <w:rPr>
          <w:rFonts w:ascii="Times New Roman" w:hAnsi="Times New Roman" w:eastAsia="Times New Roman" w:cs="Times New Roman"/>
        </w:rPr>
        <w:t>Qhov no ua kom Augustus phim raws li Panium ntawm nqe kaum tsib, thiab kev sib ntaus ntawm Raphia hauv nqe kaum ib phim raws li Julius. Kev sib ntaus ntawm Panium yog tsov rog ntiaj teb zaum peb uas pib me ntsis ua ntej txoj cai Hnub Caiv hauv nqe kaum rau, tiam sis tom qab ntawd hloov mus ua kev sib ntaus ntawm Actium. Panium yog kev sib ntaus hauv av (Tebchaws Meskas), hos Actium yog kev sib ntaus hauv hiav txwv (lub ntiaj teb.) Augustus raug sawv cev ntawm Panium hauv kab ntawm plaub tus thawj kav Loos, thiab nws yog tus thawj coj tiag tiag ntawm Actium. Ntawm Panium, Antiochus tau ua rog nrog tim Ejyptes, uas koom tes nrog Loos, hos ntawm Actium Augustus tau ua rog nrog tim Ejyptes (Cleopatra) uas koom tes nrog Loos (Marc Antony). Qhov no txhais tias Pompey sawv cev rau nqe plaub caug mus txog xyoo 1989 thiab Tiberias sawv cev rau txoj cai Hnub Caiv ntawm nqe plaub caug-ib. Julius Caesar tuaj txog rau xyoo 2014 thaum Tsov Rog Ukrainian pib, raws li tau ua qauv tseg los ntawm kev sib ntaus ntawm Raphia xyoo 217 BC.</w:t>
      </w:r>
    </w:p>
    <w:p>
      <w:pPr>
        <w:pStyle w:val="ArticleBody"/>
        <w:jc w:val="left"/>
      </w:pPr>
      <w:r>
        <w:rPr>
          <w:rFonts w:ascii="Times New Roman" w:hAnsi="Times New Roman" w:eastAsia="Times New Roman" w:cs="Times New Roman"/>
        </w:rPr>
        <w:t>Qhov no qhia meej tias nqe kaum xya mus txog nees nkaum ob pib rau xyoo 1989 thiab xaus rau txoj cai Hnub Caiv, thiab vim li ntawd yog keeb kwm uas sib haum nrog “keeb kwm zais” ntawm nqe plaub caug. Kab yaj saub ntawm cov Maccabees kuj sib haum nrog tib “keeb kwm zais” ntawd thiab. Kab ntawm cov thawj kav Loos tab tom txheeb qhia txog Loos niaj hnub no, tus tsiaj nyaum ntawm Tshwmsim kaum rau, hos kab ntawm cov Maccabees tab tom piav txog thaj av muaj hwjchim ci ntsa iab, tus cev lus cuav ntawm Tshwmsim kaum rau. Kab ntawm peb qhov kev sib ntaus qhia txog txoj kev yeej tus vajntxwv qaum teb qab teb, tus zaj ntawm Tshwmsim kaum rau.</w:t>
      </w:r>
    </w:p>
    <w:p>
      <w:pPr>
        <w:pStyle w:val="ArticleBody"/>
        <w:jc w:val="left"/>
      </w:pPr>
      <w:r>
        <w:rPr>
          <w:rFonts w:ascii="Times New Roman" w:hAnsi="Times New Roman" w:eastAsia="Times New Roman" w:cs="Times New Roman"/>
        </w:rPr>
        <w:t>Peb peb kab ntawd sawv cev rau peb lub hwjchim uas coj lub ntiajteb mus rau Armageddon, thiab hauv nqe plaub caug lawv raug sawv cev ua vajntxwv sab qab teb, tus zaj, vajntxwv sab qaum teb, tus tsiaj qus, hos cov tsheb nees rog, cov neeg caij nees, thiab cov nkoj yog tus yajsaub cuav. Peb kab ntawd txij nqe kaum mus txog nees nkaum peb tab tom sawv cev rau peb lub hwjchim hauv keebkwm zais ntawm nqe plaub caug, uas tsis yog dabtsi ntxiv lossis tsawg dua li ib qho piv txwv txuas mus tsis tseg ntawm peb lub ntsiab lus uas raug sawv cev hauv keebkwm qhib ntawm nqe plaub caug.</w:t>
      </w:r>
    </w:p>
    <w:p>
      <w:pPr>
        <w:pStyle w:val="ArticleHeading"/>
        <w:jc w:val="left"/>
      </w:pPr>
      <w:r>
        <w:rPr>
          <w:rFonts w:ascii="Arial" w:hAnsi="Arial" w:eastAsia="Arial" w:cs="Arial"/>
        </w:rPr>
        <w:t>Nqe Ib</w:t>
      </w:r>
    </w:p>
    <w:p>
      <w:pPr>
        <w:pStyle w:val="ArticleBody"/>
        <w:jc w:val="left"/>
      </w:pPr>
      <w:r>
        <w:rPr>
          <w:rFonts w:ascii="Times New Roman" w:hAnsi="Times New Roman" w:eastAsia="Times New Roman" w:cs="Times New Roman"/>
        </w:rPr>
        <w:t>Nqe ib mus txog plaub qhia tias “lub sijhawm kawg” yog nyob rau xyoo 1989, thiab kuj qhia txog yim tus thawj tswj hwm ntawm Tebchaws Meskas txij ntawm qhov chaw pib ntawd mus, xaus rau tus thawj tswj hwm thib yim kawg uas nplua nuj dua txhua tus. Hauv nqe plaub, tus vajntxwv ntawd los ua vajntxwv kav lub ntiajteb, raws li yog tus sawv cev hauv Alexander tus Loj, vajntxwv Ahab, kaum tus vajntxwv hauv Tshwmsim kaum xya, kaum xeem hauv Ntawv Nkauj yim caum peb, thiab kaum haiv neeg uas raug muab qhia ua ib lub cim ntawm lub ntiajteb nyob rau thawj kauj ruam kiag ntawm Vajtswv txoj kev cog lus nrog Abram hauv Chivkeeb 15:18–21.</w:t>
      </w:r>
    </w:p>
    <w:p>
      <w:pPr>
        <w:pStyle w:val="ArticleBody"/>
        <w:jc w:val="left"/>
      </w:pPr>
      <w:r>
        <w:rPr>
          <w:rFonts w:ascii="Times New Roman" w:hAnsi="Times New Roman" w:eastAsia="Times New Roman" w:cs="Times New Roman"/>
        </w:rPr>
        <w:t>Nqe ib txog plaub nthuav qhia txog keeb kwm txij xyoo 1989 mus txog rau txoj kev koom ua peb fab ntawm txoj cai Sunday hauv nqe plaub caug ib, thiab yog li ntawd lawv sib haum nrog plaub tus thawj kav Loos, txoj kab ntawm cov Maccabees, thiab nrog peb qhov kev sib ntaus ntawm nqe kaum mus txog nqe kaum tsib, uas ua ke tsim tau keeb kwm zais ntawm nqe plaub caug.</w:t>
      </w:r>
    </w:p>
    <w:p>
      <w:pPr>
        <w:pStyle w:val="ArticleBody"/>
        <w:jc w:val="left"/>
      </w:pPr>
      <w:r>
        <w:rPr>
          <w:rFonts w:ascii="Times New Roman" w:hAnsi="Times New Roman" w:eastAsia="Times New Roman" w:cs="Times New Roman"/>
        </w:rPr>
        <w:t>Nqe tsib mus txog cuaj nthuav tawm ib txoj kab lus cev Vajtswv lus uas sawv cev tau zoo kawg nkaus rau keeb kwm txij xyoo 538 mus txog 1798, thiab muab txoj kev txiav txim raws keeb kwm thiab raws cev Vajtswv lus los nkag siab txog qhov tseem ceeb ntawm lub caij nyoog kawg hauv nqe plaub caug. Txoj kev txiav txim ntawd piav qhia nqe kaum tias yog kev pauj rov qab rau keeb kwm ntawm nqe tsib mus txog cuaj, thiab thaum ua li ntawd nws txhais meej txog txoj kev txiav txim ntawm xyoo 1989. Qhov no txhais hais tias nqe ib mus txog nees nkaum peb ntawm Daniyees kaum ib sawv cev rau tsib txoj kab lus cev Vajtswv lus uas raug sib dhos ua ke nrog keeb kwm zais ntawm nqe plaub caug. Plaub nqe thawj yog hais txog Trump, tus thawj tswj hwm thib yim uas yog los ntawm xya leej, uas raug teem tseg kom ua tus vaj ntxwv ntawm kaum tus vaj ntxwv hauv lub teb chaws thib xya ntawm Tshwmsim kaum xya.</w:t>
      </w:r>
    </w:p>
    <w:p>
      <w:pPr>
        <w:pStyle w:val="ArticleBody"/>
        <w:jc w:val="left"/>
      </w:pPr>
      <w:r>
        <w:rPr>
          <w:rFonts w:ascii="Times New Roman" w:hAnsi="Times New Roman" w:eastAsia="Times New Roman" w:cs="Times New Roman"/>
        </w:rPr>
        <w:t>Nqe tsib txog nqe kaum qhia txog keeb kwm uas coj mus txog xyoo 1798 thiab txuas mus txog xyoo 1989, uas yog keeb kwm ntawm nqe plaub caug. Nqe kaum txog nqe kaum tsib qhia txog ib ntu keeb kwm ntawm peb qho kev ua rog sawv cev uas pib xyoo 1989, qhov thib ob pib xyoo 2014, ces tus thawj tswj hwm uas nplua nuj tshaj plaws tau sawv los xyoo 2015. Tus thawj tswj hwm uas nplua nuj tshaj plaws ntawd raug tua xyoo 2020, thiab xyoo 2022 tsov rog Raphia tau loj zuj zus, ces tus thawj tswj hwm uas nplua nuj tshaj plaws ntawd tau rov qab los xyoo 2024, thiab xyoo 2025 lub taub hau ntawm tus tsiaj qus thiab lub taub hau ntawm daim duab ntawm tus tsiaj qus nkawd ob leeg tau raug tsa los tuav haujlwm.</w:t>
      </w:r>
    </w:p>
    <w:p>
      <w:pPr>
        <w:pStyle w:val="ArticleBody"/>
        <w:jc w:val="left"/>
      </w:pPr>
      <w:r>
        <w:rPr>
          <w:rFonts w:ascii="Times New Roman" w:hAnsi="Times New Roman" w:eastAsia="Times New Roman" w:cs="Times New Roman"/>
        </w:rPr>
        <w:t>Peb yuav txuas ntxiv cov ntsiab lus no hauv zaj lus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Naj Npawb Nees nkaum ib</dc:title>
  <dc:subject>Kev txav mus rau txoj cai Hnub Caiv hauv thaj av muaj koob meej</dc:subject>
  <dc:creator>Jeff Pippenger</dc:creator>
  <cp:keywords/>
  <dc:description>Generated by ArticleDigger from panium\21_panium.json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