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Zauv Nees nkaum-ob</w:t>
      </w:r>
    </w:p>
    <w:p>
      <w:pPr>
        <w:pStyle w:val="ArticleSubtitle"/>
        <w:jc w:val="left"/>
      </w:pPr>
      <w:r>
        <w:rPr>
          <w:rFonts w:ascii="Arial" w:hAnsi="Arial" w:eastAsia="Arial" w:cs="Arial"/>
        </w:rPr>
        <w:t>Lub Kaum Ob Hlis 31,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Txij thaum Lub Kaum Ob Hlis 31, 2023 los, Tus Tsov Ntxhuav ntawm xeem Yudas tau tab tom qhib cov tseeb yaj saub raws ib txheej txheem tshwj xeeb. Qhov kev txiav txim ntawd yeej yooj yim paub tau los ntawm kev tshuaj xyuas cov ntawv uas tau muab tso rau hauv Future for America lub vev xaib. Nyob rau hauv ob peb lub hlis tsis ntev no, cov tseeb uas tau raug qhib tawm muaj ntau heev, thiab tob kawg nkaus! Qhov kev txiav txim ntawd tsis yog lam tau lam ua; nws muaj lub hom phiaj. Cov kab kev sib law liag ntawd qhia meej txog ib txoj haujlwm muaj lub hom phiaj uas Khetos, raws li Tus Tsov Ntxhuav ntawm xeem Yudas, ua tiav thaum Nws qhib cov lus ceeb toom kawg rau pawg ntseeg, thiab tom qab ntawd rau lub ntiaj teb. Hauv phau Ntawv Tshwmsim, Tus Tsov Ntxhuav ntawm xeem Yudas txais phau ntawv uas raug muab kaw nrog xya lub cim, thiab tshem cov cim ntawd ib lub zuj zus—raws li kev txiav txim.</w:t>
      </w:r>
    </w:p>
    <w:p>
      <w:pPr>
        <w:pStyle w:val="ArticleHeading"/>
        <w:jc w:val="left"/>
      </w:pPr>
      <w:r>
        <w:rPr>
          <w:rFonts w:ascii="Arial" w:hAnsi="Arial" w:eastAsia="Arial" w:cs="Arial"/>
        </w:rPr>
        <w:t>Yuav Raug Qhia Tawm raws li Lawv Qhov Kev Txiav Txim Ua Ntej</w:t>
      </w:r>
    </w:p>
    <w:p>
      <w:pPr>
        <w:pStyle w:val="ArticleScripture"/>
        <w:jc w:val="left"/>
      </w:pPr>
      <w:r>
        <w:rPr>
          <w:rFonts w:ascii="Times New Roman" w:hAnsi="Times New Roman" w:eastAsia="Times New Roman" w:cs="Times New Roman"/>
        </w:rPr>
        <w:t>“Tom qab xya lub suab xob quaj no tau hais lawv tej suab lawm, lo lus txib thiaj los rau Yauhas ib yam li rau Daniyees hais txog phau ntawv me ntawd tias: ‘Kaw ruaj tej uas xya lub suab xob quaj tau hais ntawd.’ Tej no muaj feem rau cov xwm txheej yav tom ntej uas yuav raug muab nthuav tawm raws li lawv txhia qho. Daniyees yuav sawv nyob hauv nws feem thaum kawg ntawm cov hnub. Yauhas pom phau ntawv me qhib lawm. Ces tej lus faj lem ntawm Daniyees thiaj muaj lawv qhov chaw tsim nyog nyob hauv thawj, ob, thiab peb tug timtswv tej xov uas yuav raug tshaj tawm rau lub ntiajteb. Kev qhib ntawm phau ntawv me ntawd yog txoj xov hais txog lub sijhawm.”</w:t>
      </w:r>
    </w:p>
    <w:p>
      <w:pPr>
        <w:pStyle w:val="ArticleScripture"/>
        <w:jc w:val="left"/>
      </w:pPr>
      <w:r>
        <w:rPr>
          <w:rFonts w:ascii="Times New Roman" w:hAnsi="Times New Roman" w:eastAsia="Times New Roman" w:cs="Times New Roman"/>
        </w:rPr>
        <w:t>“Phau ntawv Daniyees thiab Tshwm Sim yog ib leeg. Ib phau yog kev qhia yav tom ntej, lwm phau yog kev tshwm sim; ib phau yog phau ntawv kaw cia, lwm phau yog phau ntawv qhib. Yauhas hnov tej yam tsis paub uas xob quaj tau hais tawm los, tiam sis nws raug txib kom tsis txhob sau tej ntawd.”</w:t>
      </w:r>
    </w:p>
    <w:p>
      <w:pPr>
        <w:pStyle w:val="ArticleScripture"/>
        <w:jc w:val="left"/>
      </w:pPr>
      <w:r>
        <w:rPr>
          <w:rFonts w:ascii="Times New Roman" w:hAnsi="Times New Roman" w:eastAsia="Times New Roman" w:cs="Times New Roman"/>
        </w:rPr>
        <w:t>“Lub teeb tshwj xeeb uas tau muab rau Yauhas thiab tau raug nthuav tawm nyob hauv xya lub xob quaj yog ib qho kev piav qhia meej txog tej xwm txheej uas yuav tshwm sim nyob hauv qab cov lus ntawm thawj tus tim tswv thiab tus tim tswv thib ob. Nws tsis yog qhov zoo tshaj rau haiv neeg kom paub tej no, vim lawv txoj kev ntseeg yeej yuav tsum raug sim. Nyob hauv Vajtswv txoj kev txiav txim, tej qhov tseeb uas zoo kawg nkaus thiab tob tshaj yuav raug tshaj tawm. Cov lus ntawm thawj tus tim tswv thiab tus tim tswv thib ob yuav tsum raug tshaj tawm, tab sis yuav tsis muaj ib lub teeb ntxiv raug qhia tawm ua ntej cov lus no tau ua tiav lawv txoj haujlwm tshwj xeeb. Qhov no raug sawv cev los ntawm tus tim tswv uas sawv nrog ib txhais ko taw saum hiav txwv, tshaj tawm nrog ib lo lus cog lus uas hnyav thiab dawb huv tshaj plaws tias lub sijhawm yuav tsis muaj ntxiv lawm.” The Seventh-day Adventist Bible Commentary, volume 7, 971.</w:t>
      </w:r>
    </w:p>
    <w:p>
      <w:pPr>
        <w:pStyle w:val="ArticleBody"/>
        <w:jc w:val="left"/>
      </w:pPr>
      <w:r>
        <w:rPr>
          <w:rFonts w:ascii="Times New Roman" w:hAnsi="Times New Roman" w:eastAsia="Times New Roman" w:cs="Times New Roman"/>
        </w:rPr>
        <w:t>Kev tshwm sim kawg ntawm “xya xob quaj” raug qhib tawm tom qab xyoo 2023, thiab nws tau qhia tias “xya xob quaj” sawv cev rau thawj txoj kev poob siab alpha mus txog rau txoj kev poob siab omega kawg. Yauhas tsis raug tso cai kom txhais xya xob quaj, vim qhov kev tshwm sim ntawm “xya xob quaj” tsis yog ib qho kev ua tiav keeb kwm ib zaug xwb, tiam sis yog ib daim duab piv txwv ntawm ib qho “kev teev qhia txog cov xwm txheej” uas tau muaj nyob hauv keeb kwm Millerite, uas yuav rov muaj dua nyob rau hnub kawg. Qhov kev ua tiav zoo tag nrho tau raug qhia kom ua ib qho piv txwv txog keeb kwm txij Lub Xya hli ntuj 18, 2020 mus txog rau txoj cai Hnub Caiv uas yuav los sai sai no. Tus Tsov Ntxhuav tau qhib txoj kev kaj ntawd kom ci rau saum keeb kwm ntawm kev tsa lub tuam tsev ntawm ib puas plaub caug plaub txhiab leej.</w:t>
      </w:r>
    </w:p>
    <w:p>
      <w:pPr>
        <w:pStyle w:val="ArticleBody"/>
        <w:jc w:val="left"/>
      </w:pPr>
      <w:r>
        <w:rPr>
          <w:rFonts w:ascii="Times New Roman" w:hAnsi="Times New Roman" w:eastAsia="Times New Roman" w:cs="Times New Roman"/>
        </w:rPr>
        <w:t>Hauv keeb kwm ntawm cov Millerite, “xya xob quaj” sawv cev rau xyoo 1798 mus txog 1844, thaum cov Millerite nthuav tawm “tej qhov tseeb uas zoo kawg tshaj thiab tob tshaj.” Hauv kev ua raws tes haujlwm uas tau muab rau lawv, cov Millerite raug sim. Lawv tsis tau to taub tag nrho txog zaj lus uas lawv tab tom tshaj tawm, lossis txog keeb kwm uas lawv tab tom ua kom tiav. Cov qhov tseeb uas lawv tshaj tawm yog yam uas Niam Tsev Dawb txhais tias yog “cov qhov tseeb tob dua,” uas tsis yog yuav to taub kom txog thaum tom qab tej lus ntawm thawj tug tim tswv thiab tus tim tswv thib ob tau ua tiav lawv tes haujlwm.</w:t>
      </w:r>
    </w:p>
    <w:p>
      <w:pPr>
        <w:pStyle w:val="ArticleBody"/>
        <w:jc w:val="left"/>
      </w:pPr>
      <w:r>
        <w:rPr>
          <w:rFonts w:ascii="Times New Roman" w:hAnsi="Times New Roman" w:eastAsia="Times New Roman" w:cs="Times New Roman"/>
        </w:rPr>
        <w:t>Thaum “xya lub xob quaj” mus txog rau lawv qhov kev ua tiav zoo meej, cov “xwm txheej yav tom ntej” ntawd raug sawv cev los ntawm cov lus ntawm peb tug tim tswv hauv Tshwm Sim kaum plaub ua ke nrog phau Daniyee. Tes hauj lwm ntawm ib puas plaub caug plaub txhiab leej, uas raug sawv cev los ntawm cov “xwm txheej yav tom ntej” ntawm “xya lub xob quaj,” yog kev txuas phau Daniyee nrog peb tug tim tswv.</w:t>
      </w:r>
    </w:p>
    <w:p>
      <w:pPr>
        <w:pStyle w:val="ArticleScripture"/>
        <w:jc w:val="left"/>
      </w:pPr>
      <w:r>
        <w:rPr>
          <w:rFonts w:ascii="Times New Roman" w:hAnsi="Times New Roman" w:eastAsia="Times New Roman" w:cs="Times New Roman"/>
        </w:rPr>
        <w:t>“Tus Tswv twb yuav los rau txim rau lub ntiajteb no vim nws tej kev txhaum thiab kev phem. Nws twb yuav los rau txim rau tej pawg ntseeg vim lawv tsis kam lees qhov kaj thiab qhov tseeb uas twb tau muab rau lawv lawm. Txoj xov loj, uas txuas ua ke thawj tug timtswv, tug timtswv thib ob, thiab tug timtswv thib peb tej lus ceeb toom, yuav tsum raug tshaj tawm rau lub ntiajteb. Qhov no yuav tsum yog lub nra ntawm peb tes haujlwm.” The Seventh-day Adventist Bible Commentary, volume 7, 950.</w:t>
      </w:r>
    </w:p>
    <w:p>
      <w:pPr>
        <w:pStyle w:val="ArticleBody"/>
        <w:jc w:val="left"/>
      </w:pPr>
      <w:r>
        <w:rPr>
          <w:rFonts w:ascii="Times New Roman" w:hAnsi="Times New Roman" w:eastAsia="Times New Roman" w:cs="Times New Roman"/>
        </w:rPr>
        <w:t>Txij hnub tim 31 lub Kaum Ob Hlis, 2023 los, Tsov Ntxhuav ntawm xeem Yudas tau qhib cov lus tseeb yav tom ntej tawm ib theem zuj zus raws li ib qho “kev txiav txim” tshwj xeeb.</w:t>
      </w:r>
    </w:p>
    <w:p>
      <w:pPr>
        <w:pStyle w:val="ArticleHeading"/>
        <w:jc w:val="left"/>
      </w:pPr>
      <w:r>
        <w:rPr>
          <w:rFonts w:ascii="Arial" w:hAnsi="Arial" w:eastAsia="Arial" w:cs="Arial"/>
        </w:rPr>
        <w:t>Keeb Kwm Millerite</w:t>
      </w:r>
    </w:p>
    <w:p>
      <w:pPr>
        <w:pStyle w:val="ArticleScripture"/>
        <w:jc w:val="left"/>
      </w:pPr>
      <w:r>
        <w:rPr>
          <w:rFonts w:ascii="Times New Roman" w:hAnsi="Times New Roman" w:eastAsia="Times New Roman" w:cs="Times New Roman"/>
        </w:rPr>
        <w:t>“Muaj cov uas tam sim no tseem ciaj sia, uas thaum lawv kawm txog tej lus faj lem ntawm Daniel thiab Yauhas, lawv tau txais qhov kaj loj los ntawm Vajtswv thaum lawv hla dhau tej ntsiab lus uas tej lus faj lem tshwj xeeb tab tom raug ua tiav raws li lawv tej txheej txheem. Lawv tau nqa txoj xov txog lub sijhawm mus rau cov neeg. Qhov tseeb ci tawm meej npaum li lub hnub thaum tav su. Tej xwm txheej hauv keeb kwm, uas qhia txog qhov ua tiav ncaj qha ntawm tej lus faj lem, tau muab nthuav qhia rau cov neeg, thiab tau pom tias tej lus faj lem yog ib daim duab piv txwv qhia ua ntej txog tej xwm txheej uas coj mus txog rau qhov xaus ntawm zaj keeb kwm hauv ntiajteb no.” Selected Messages, phau 2, 101, 102.</w:t>
      </w:r>
    </w:p>
    <w:p>
      <w:pPr>
        <w:pStyle w:val="ArticleBody"/>
        <w:jc w:val="left"/>
      </w:pPr>
      <w:r>
        <w:rPr>
          <w:rFonts w:ascii="Times New Roman" w:hAnsi="Times New Roman" w:eastAsia="Times New Roman" w:cs="Times New Roman"/>
        </w:rPr>
        <w:t>Qhov “kev txiav txim” uas Khetos tau tab tom qhib lub ntsiab lus ntawm zaj lus ntawm Kev Quaj Hmo Ntuj Ib Nrab sawv cev rau “tej xwm txheej keeb kwm” uas qhia txog “kev ua tiav ncaj qha ntawm tej lus faj lem” uas coj mus rau thaum lub sijhawm sim neej xaus. Kev ua tiav ncaj qha ntawm tej lus faj lem nyob rau hnub kawg tsis yog ib txoj kev tshwm sim ntawm tej lus faj lem uas raws li sij hawm, tiam sis Palmoni tseem siv cov lej los qhia txog cov kev ua tiav ncaj qha ntawm tej lus faj lem. Sij hawm twb tsis muaj ntxiv lawm, thiab txawm yog cov Millerite “tau nqa zaj lus ntawm sij hawm” mus rau lawv tiam neeg, los zaj lus ntawm tus tim tswv thib peb muaj hwj chim loj dua “sij hawm.”</w:t>
      </w:r>
    </w:p>
    <w:p>
      <w:pPr>
        <w:pStyle w:val="ArticleScripture"/>
        <w:jc w:val="left"/>
      </w:pPr>
      <w:r>
        <w:rPr>
          <w:rFonts w:ascii="Times New Roman" w:hAnsi="Times New Roman" w:eastAsia="Times New Roman" w:cs="Times New Roman"/>
        </w:rPr>
        <w:t>“Tus Tswv tau qhia rau kuv pom tias txoj xov ntawm tus timtswv thib peb yuav tsum mus, thiab yuav tsum raug tshaj tawm rau cov me nyuam uas tawg khiav ntawm Tus Tswv, thiab tias nws tsis tsim nyog muab khi rau lub sijhawm; vim lub sijhawm yuav tsis rov los ua ib qho kev sim dua ntxiv lawm. Kuv pom tias qee leej tab tom txais ib qho kev kub siab cuav uas tshwm los ntawm kev tshaj tawm txog lub sijhawm; tias txoj xov ntawm tus timtswv thib peb muaj hwj chim loj dua li lub sijhawm yuav muaj tau. Kuv pom tias txoj xov no sawv taus rau saum nws tus kheej lub hauv paus, thiab tias nws tsis xav tau lub sijhawm los txhawb nws, thiab tias nws yuav mus nrog hwj chim loj kawg, thiab ua tiav nws tes dej num, thiab yuav raug txiav kom luv hauv txoj kev ncaj ncees.” Experience and Views, 48.</w:t>
      </w:r>
    </w:p>
    <w:p>
      <w:pPr>
        <w:pStyle w:val="ArticleBody"/>
        <w:jc w:val="left"/>
      </w:pPr>
      <w:r>
        <w:rPr>
          <w:rFonts w:ascii="Times New Roman" w:hAnsi="Times New Roman" w:eastAsia="Times New Roman" w:cs="Times New Roman"/>
        </w:rPr>
        <w:t>“Qhov kev txiav txim” sib law liag ntawm kev qhib cov lus tseeb yaj saub qhia txog ib zaj keeb kwm uas nce zuj zus mus, tiam sis nws kuj qhia txog txoj kev loj hlob ntawm txoj xov thiab. “Qhov kev txiav txim” ntawm keeb kwm uas raug sawv cev thiab kuj yog tej hneev taw ntawm txoj uas tus Tsov Ntxhuav ntawm xeem Yudas tau qhib txoj xov txij hnub tim 31 Lub Kaum Ob Hlis los, ob yam no puav leej yog yam cawm seej kom to taub. Thaum Lub Xya Hli xyoo 2023, ib lub suab nyob hauv tebchaws moj sab qhua tau pib npaj txoj kev rau kev qhib ntawm hnub tim 31 Lub Kaum Ob Hlis, 2023. Ces tus Tsov Ntxhuav ntawm xeem Yudas tau qhib Tshwm Sim tshooj ib.</w:t>
      </w:r>
    </w:p>
    <w:p>
      <w:pPr>
        <w:pStyle w:val="ArticleHeading"/>
        <w:jc w:val="left"/>
      </w:pPr>
      <w:r>
        <w:rPr>
          <w:rFonts w:ascii="Arial" w:hAnsi="Arial" w:eastAsia="Arial" w:cs="Arial"/>
        </w:rPr>
        <w:t>Tsis Muaj Dua Lwm Yam</w:t>
      </w:r>
    </w:p>
    <w:p>
      <w:pPr>
        <w:pStyle w:val="ArticleScripture"/>
        <w:jc w:val="left"/>
      </w:pPr>
      <w:r>
        <w:rPr>
          <w:rFonts w:ascii="Times New Roman" w:hAnsi="Times New Roman" w:eastAsia="Times New Roman" w:cs="Times New Roman"/>
        </w:rPr>
        <w:t>“Cov lus ceeb toom uas hnyav thiab tseem ceeb uas tau raug muab qhia raws lawv tej txheej txheem hauv phau Tshwm Sim yuav tsum nyob hauv qhov chaw xub thawj hauv Vajtswv haiv neeg lub siab thiab lub tswv yim. Tsis tsim nyog cia ib yam dab tsi ntxiv los nqos tag nrho peb txoj kev mloog.” Testimonies, volume 8, 301, 302.</w:t>
      </w:r>
    </w:p>
    <w:p>
      <w:pPr>
        <w:pStyle w:val="ArticleBody"/>
        <w:jc w:val="left"/>
      </w:pPr>
      <w:r>
        <w:rPr>
          <w:rFonts w:ascii="Times New Roman" w:hAnsi="Times New Roman" w:eastAsia="Times New Roman" w:cs="Times New Roman"/>
        </w:rPr>
        <w:t>Cov tej nqe lus uas tau pib xyoo 2023 yog yuav tsum “tuav thawj qhov chaw nyob hauv Vajtswv haiv neeg lub siab ntsws.”</w:t>
      </w:r>
    </w:p>
    <w:p>
      <w:pPr>
        <w:pStyle w:val="ArticleScripture"/>
        <w:jc w:val="left"/>
      </w:pPr>
      <w:r>
        <w:rPr>
          <w:rFonts w:ascii="Times New Roman" w:hAnsi="Times New Roman" w:eastAsia="Times New Roman" w:cs="Times New Roman"/>
        </w:rPr>
        <w:t>“Txhua yam uas Vajtswv tau teev tseg hauv keeb kwm cev Vajtswv lus tias yuav tsum ua tiav nyob rau yav tag los twb tau muaj tiav lawm, thiab txhua yam uas tseem yuav los txog raws li nws txoj kev txiav txim kuj yuav muaj tiav. Daniyees, tus cev Vajtswv lus ntawm Vajtswv, sawv ruaj hauv nws qhov chaw. Yauhas sawv ruaj hauv nws qhov chaw. Hauv Phau Tshwmsim, Tsov Ntxhuav ntawm xeem Yudas tau qhib phau Daniyees rau cov kawm txog cev Vajtswv lus, thiab li ntawd Daniyees thiaj sawv hauv nws qhov chaw. Nws nqa nws zaj lus tim khawv, yog yam uas tus Tswv tau qhia tshwm rau nws hauv kev ua yog toog pom txog tej xwm txheej loj thiab muaj hwjchim txaus ntshai, uas peb yuav tsum paub thaum peb tab tom sawv ntawm ntug qhov rooj ntawm lawv qhov kev ua tiav.”</w:t>
      </w:r>
    </w:p>
    <w:p>
      <w:pPr>
        <w:pStyle w:val="ArticleScripture"/>
        <w:jc w:val="left"/>
      </w:pPr>
      <w:r>
        <w:rPr>
          <w:rFonts w:ascii="Times New Roman" w:hAnsi="Times New Roman" w:eastAsia="Times New Roman" w:cs="Times New Roman"/>
        </w:rPr>
        <w:t>“Hauv keeb kwm thiab yavlus faj lem, Vajtswv Txojlus nthuav qhia txog txoj kev sib ntaus ntev mus li ntawm qhov tseeb thiab qhov yuam kev. Txoj kev sib ntaus ntawd tseem tab tom txuas ntxiv mus. Tej yam uas tau muaj lawm yuav raug rov ua dua.” Selected Messages, phau 2, 109.</w:t>
      </w:r>
    </w:p>
    <w:p>
      <w:pPr>
        <w:pStyle w:val="ArticleHeading"/>
        <w:jc w:val="left"/>
      </w:pPr>
      <w:r>
        <w:rPr>
          <w:rFonts w:ascii="Arial" w:hAnsi="Arial" w:eastAsia="Arial" w:cs="Arial"/>
        </w:rPr>
        <w:t>Peb Caug</w:t>
      </w:r>
    </w:p>
    <w:p>
      <w:pPr>
        <w:pStyle w:val="ArticleBody"/>
        <w:jc w:val="left"/>
      </w:pPr>
      <w:r>
        <w:rPr>
          <w:rFonts w:ascii="Times New Roman" w:hAnsi="Times New Roman" w:eastAsia="Times New Roman" w:cs="Times New Roman"/>
        </w:rPr>
        <w:t>Zaj lus ntawm Daniyees kaum ib nqe plaub caug tau raug qhib thiab raug muab ua qauv raws txoj cai nyob rau xyoo 1996. Peb caug xyoo tom qab ntawd, keeb kwm uas tau muab zais ntawm tib nqe ntawd tam sim no tab tom raug qhib, muaj kev txuas nrog kev muab ua qauv raws txoj cai ntawm zaj lus ntawm Kev Quaj Thaum Ib Tag Hmo, yog ib zaj lus uas muaj ib qho kev twv sab nraud uas raug kho kom yog txog Islam, nrog rau ib zaj lus sab hauv uas raug kho kom yog ntawm Kev Quaj Thaum Ib Tag Hmo. Zaj lus ntawm Kev Quaj Thaum Ib Tag Hmo raug tshaj tawm ua ntej nqe kaum rau txoj cai Hnub Caiv, rau qhov yog ntawm txoj cai Hnub Caiv uas lub qhov rooj kaw nyob hauv zaj lus piv txwv.</w:t>
      </w:r>
    </w:p>
    <w:p>
      <w:pPr>
        <w:pStyle w:val="ArticleHeading"/>
        <w:jc w:val="left"/>
      </w:pPr>
      <w:r>
        <w:rPr>
          <w:rFonts w:ascii="Arial" w:hAnsi="Arial" w:eastAsia="Arial" w:cs="Arial"/>
        </w:rPr>
        <w:t>Petus</w:t>
      </w:r>
    </w:p>
    <w:p>
      <w:pPr>
        <w:pStyle w:val="ArticleBody"/>
        <w:jc w:val="left"/>
      </w:pPr>
      <w:r>
        <w:rPr>
          <w:rFonts w:ascii="Times New Roman" w:hAnsi="Times New Roman" w:eastAsia="Times New Roman" w:cs="Times New Roman"/>
        </w:rPr>
        <w:t>Qhov no muab Petus tso rau hauv keeb kwm ntawm kev muab lub cim foob rau ib puas plaub caug plaub txhiab leej. Petus muaj ib txoj xov uas nws tshaj tawm hauv chav saud, thiab ib txoj xov uas nws tshaj tawm hauv lub tuam tsev. Txoj xov hauv chav saud yog qhov lus piv txwv lub Suab Quaj Thaum Ib Tag Hmo, hos txoj xov hauv lub tuam tsev yog lub suab quaj nrov nrov ntawm tus tim tswv thib peb. Yuav kom Petus thiaj tshaj tawm tau txoj xov hauv chav saud hais txog lub Suab Quaj Thaum Ib Tag Hmo, Petus txoj xov yuav tsum xub raug kho kom raug thiab raug muab teeb tsa ua qauv cai. Qhov kev kho kom raug thiab kev muab teeb tsa ua qauv cai ntawd raug ua tiav los ntawm kev coj cov kab ntawm tej yaj saub lus los sib sau ua ke, uas Tsov Ntxhuav ntawm xeem Yudas tau los qhia kom meej txij hnub tim 31 lub Kaum Ob Hlis, 2023.</w:t>
      </w:r>
    </w:p>
    <w:p>
      <w:pPr>
        <w:pStyle w:val="ArticleBody"/>
        <w:jc w:val="left"/>
      </w:pPr>
      <w:r>
        <w:rPr>
          <w:rFonts w:ascii="Times New Roman" w:hAnsi="Times New Roman" w:eastAsia="Times New Roman" w:cs="Times New Roman"/>
        </w:rPr>
        <w:t>Tam sim no yog kev muab txoj xov ntawm Kev Qw Nruab Nrab Hmo Ntuj los teeb tsa rau hauv daim qauv raug cai. Qhov kev muab txoj xov ntawd los ua qauv raug cai twb raug ua cim tseg los ntawm William Miller xyoo 1831, thiab los ntawm phau ntawv xov xwm The Time of the End xyoo 1996. Qhov kev kho kom raug ntawm txoj xov uas tau tsim kom muaj thawj qhov kev poob siab hnub tim Lub Xya hli ntuj 18, 2020 twb raug ua cim tseg los ntawm ob leeg Josiah Litch thiab Samuel Snow. Txoj hauj lwm uas nkawd ib leeg ib leeg tau ua ntawd tau “ua rau” muaj “qhov tshwm sim” uas tau ua raws tom qab hnub tim Lub Yim hli ntuj 11, 1840, thiab tom qab txoj kev txav ntawm lub xya-hli. Xyoo 1840 txoj xov ntawd raug nqa mus rau txhua lub chaw tshaj tawm txoj moo zoo thoob plaws lub ntiaj teb, thiab xyoo 1844 txoj xov ntawm Kev Qw Nruab Nrab Hmo Ntuj tau hla thoob ntug dej hiav txwv sab hnub tuaj ntawm Tebchaws Meskas ib yam li nthwv dej hiav txwv loj. Txoj hauj lwm ntawm tibneeg tau “ua rau” muaj “qhov tshwm sim” ntawm kev nchuav los ntawm tus Vaj Ntsuj Plig Dawb Huv. Xyoo 1840 tau mus rau lub ntiaj teb, uas raug sawv cev los ntawm hiav txwv, hos xyoo 1844 tau mus rau Tebchaws Meskas, uas raug sawv cev los ntawm av. Lub cim ntawm xyoo 1840 yog Khetos sawv saum av thiab saum hiav txwv hauv Tshwm Sim tshooj kaum, thiab tib tshooj ntawd qhia meej txog keeb kwm txij xyoo 1840 mus txog xyoo 1844, thiab nthuav tawm Khetos sawv saum av thiab saum hiav txwv.</w:t>
      </w:r>
    </w:p>
    <w:p>
      <w:pPr>
        <w:pStyle w:val="ArticleBody"/>
        <w:jc w:val="left"/>
      </w:pPr>
      <w:r>
        <w:rPr>
          <w:rFonts w:ascii="Times New Roman" w:hAnsi="Times New Roman" w:eastAsia="Times New Roman" w:cs="Times New Roman"/>
        </w:rPr>
        <w:t>Hauv xyoo 1840 thiab 1844 ob zaug tib si, qhov kev kho kom raug rau zaj lus faj lem yog kev kho kom txav mus tom ntej raws sijhawm, mus txog hnub tim uas txhij txhua. Ib qho yog zaj lus faj lem hais txog Islam thiab ib qho yog zaj lus faj lem hais txog zaj lus piv txwv ntawm kaum tus nkauj xwb. Ib qho yog sab nraud thiab ib qho yog sab hauv. Xyoo 1844 kuj muaj qhov yuam kev ntawm kev to taub yuam kev txog lub tuam tsev teev hawm. Lub tuam tsev teev hawm puas yog lub ntiaj teb, los yog puas yog lub tuam tsev teev hawm saum ntuj ceeb tsheej? Qhov kev to taub yuam kev ntawd tob dua li tsuas yog txhais lub ntsiab ntawm lub tuam tsev teev hawm xwb, rau qhov nws kuj sawv cev rau ib qho kev sim seb tus ntsuj plig puas yuav raws Khetos tawm hauv qhov chaw dawb huv mus rau Qhov Chaw Dawb Huv Tshaj Plaws.</w:t>
      </w:r>
    </w:p>
    <w:p>
      <w:pPr>
        <w:pStyle w:val="ArticleScripture"/>
        <w:jc w:val="left"/>
      </w:pPr>
      <w:r>
        <w:rPr>
          <w:rFonts w:ascii="Times New Roman" w:hAnsi="Times New Roman" w:eastAsia="Times New Roman" w:cs="Times New Roman"/>
        </w:rPr>
        <w:t>“Kuv tau pom Leej Txiv sawv hauv lub zwm txwv, thiab caij ib lub tsheb nees uas nplaim taws cig nkag mus rau hauv qhov chaw Dawb Huv Tshaj nyob sab hauv daim ntaub thaiv, thiab zaum rau ntawd. Ces Yexus txawm sawv ntawm lub zwm txwv, thiab feem coob ntawm cov uas pe hawm nyo hau txawm sawv nrog Nws. Kuv tsis pom ib txoj kab ci twg hla ntawm Yexus mus rau cov neeg coob coob uas tsis quav ntsej tom qab Nws sawv lawm, thiab lawv raug tso tseg cia hauv txoj kev tsaus ntuj tag nrho. Cov uas sawv thaum Yexus sawv, khaws lawv lub qhov muag ntsia ruaj nreb rau Nws thaum Nws tawm hauv lub zwm txwv thiab coj lawv tawm mus ib ntus. Ces Nws tsa Nws sab tes xis, thiab peb hnov Nws lub suab qab ntxiag hais tias, ‘Cia li tos ntawm no; Kuv tab tom mus cuag Kuv Leej Txiv kom txais lub nceeg vaj; cia li khaws nej tej ris tsho kom dawb huv tsis muaj qias neeg, thiab tsis ntev no Kuv yuav rov los ntawm rooj tshoob thiab txais nej los nyob nrog Kuv.’ Ces ib lub tsheb nees huab, muaj log zoo li nplaim taws cig, cov tim tswv nyob ib ncig, txawm los txog qhov chaw uas Yexus nyob. Nws nqis mus rau hauv lub tsheb nees ntawd thiab raug nqa mus rau qhov chaw Dawb Huv Tshaj, qhov chaw uas Leej Txiv zaum. Nyob ntawd kuv tau pom Yexus, tus Pov Thawj Hlob loj kawg nkaus, sawv ntawm Leej Txiv xub ntiag. Ntawm ntug Nws lub tsho muaj ib lub tswb thiab ib lub pomegranates, ib lub tswb thiab ib lub pomegranates. Cov uas tau sawv nrog Yexus yuav tsa lawv txoj kev ntseeg mus cuag Nws hauv qhov chaw Dawb Huv Tshaj, thiab thov tias, ‘Kuv Leej Txiv, pub Koj tus Ntsuj Plig rau peb.’ Ces Yexus yuav tshuab pa rau saum lawv, yog Vaj Ntsuj Plig Dawb Huv. Hauv pa ntawd muaj qhov kaj, hwj chim, thiab kev hlub ntau, kev xyiv fab, thiab kev kaj siab lug.”</w:t>
      </w:r>
    </w:p>
    <w:p>
      <w:pPr>
        <w:pStyle w:val="ArticleScripture"/>
        <w:jc w:val="left"/>
      </w:pPr>
      <w:r>
        <w:rPr>
          <w:rFonts w:ascii="Times New Roman" w:hAnsi="Times New Roman" w:eastAsia="Times New Roman" w:cs="Times New Roman"/>
        </w:rPr>
        <w:t>“Kuv tig mus ntsia pab neeg uas tseem nyo hau ua ntej lub zwm txwv; lawv tsis paub tias Yexus tau tawm ntawm ntawd lawm. Xatas tshwm sim nyob ze ntawm lub zwm txwv, sim txuas ntxiv ua Vajtswv tes dej num. Kuv pom lawv tsa muag ntsia rau lub zwm txwv, thiab thov Vajtswv hais tias, ‘Leej Txiv, pub Koj tus Ntsuj Plig rau peb.’ Ces Xatas txhawv ib yam hwjchim tsis dawb huv los saum lawv; hauv ntawd muaj qhov kaj thiab hwjchim ntau, tiamsis tsis muaj txoj kev hlub mos siab muag, kev xyiv fab, thiab kev thaj yeeb. Xatas lub hom phiaj yog kom lawv nyob ruaj hauv kev dag ntxias thiab kom rub Vajtswv cov menyuam rov qab thiab dag ntxias lawv.” Early Writings, 55, 56.</w:t>
      </w:r>
    </w:p>
    <w:p>
      <w:pPr>
        <w:pStyle w:val="ArticleBody"/>
        <w:jc w:val="left"/>
      </w:pPr>
      <w:r>
        <w:rPr>
          <w:rFonts w:ascii="Times New Roman" w:hAnsi="Times New Roman" w:eastAsia="Times New Roman" w:cs="Times New Roman"/>
        </w:rPr>
        <w:t>Lub chaw dawb huv tau raug txheeb tias yog “yuam sij” uas piav qhia txhua yam kev to taub yuam kev uas tau yug los ntawm kev to taub yuam kev txog lub chaw dawb huv. Nws yog “yuam sij” uas piav qhia txog txoj kev chim siab ntawd. Nyob rau hnub kawg, “yuam sij” yog txoj kev chim siab, uas piav qhia txog kev to taub yuam kev ntawm lub tuam tsev.</w:t>
      </w:r>
    </w:p>
    <w:p>
      <w:pPr>
        <w:pStyle w:val="ArticleBody"/>
        <w:jc w:val="left"/>
      </w:pPr>
      <w:r>
        <w:rPr>
          <w:rFonts w:ascii="Times New Roman" w:hAnsi="Times New Roman" w:eastAsia="Times New Roman" w:cs="Times New Roman"/>
        </w:rPr>
        <w:t>Raws li thaum Lub Kaum Hli 22, 1844 “lub sijhawm twb tsis muaj ntxiv lawm,” thiab qhov yuam kev ntawm txoj kev poob siab thaum Lub Xya Hli 18, 2020 yuav tsum raug kho tam sim no, tabsis tsis yog hais raws li lub sijhawm, rau qhov lub sijhawm twb tsis muaj ntxiv lawm.</w:t>
      </w:r>
    </w:p>
    <w:p>
      <w:pPr>
        <w:pStyle w:val="ArticleScripture"/>
        <w:jc w:val="left"/>
      </w:pPr>
      <w:r>
        <w:rPr>
          <w:rFonts w:ascii="Times New Roman" w:hAnsi="Times New Roman" w:eastAsia="Times New Roman" w:cs="Times New Roman"/>
        </w:rPr>
        <w:t>Thiab tus timtswv saum ntuj uas kuv pom sawv saum hiav txwv thiab saum lub ntiaj teb txawm tsa nws txhais tes mus rau saum ntuj, thiab cog lus los ntawm tus uas muaj txoj sia nyob mus ib txhis li, tus uas tsim ntuj ceeb tsheej, thiab tej yam uas nyob hauv ntawd, thiab lub ntiaj teb, thiab tej yam uas nyob hauv ntawd, thiab hiav txwv, thiab tej yam uas nyob hauv ntawd, hais tias yuav tsis muaj sij hawm ntxiv lawm: Tiam sis nyob rau hauv tej hnub uas lub suab ntawm tus timtswv saum ntuj tus xya yuav nrov, thaum nws tab tom pib tshuab raj, ces Vajtswv txoj kev tsis paub tsis meej yuav tiav lawm, raws li nws tau qhia rau nws cov tub qhe uas yog cov yaj saub lawm. Tshwm Sim 10:5–7.</w:t>
      </w:r>
    </w:p>
    <w:p>
      <w:pPr>
        <w:pStyle w:val="ArticleBody"/>
        <w:jc w:val="left"/>
      </w:pPr>
      <w:r>
        <w:rPr>
          <w:rFonts w:ascii="Times New Roman" w:hAnsi="Times New Roman" w:eastAsia="Times New Roman" w:cs="Times New Roman"/>
        </w:rPr>
        <w:t>Qhov chaw ntawm zaj lus faj lem uas yuav tsum raug kho kom raug yog Nashville, Tennessee, thiab qhov chaw ntawd hloov tsis tau li, rau qhov nws tsis yog Future for America uas tau qhia kom paub, tiam sis yog Ellen White, thiab tus Ntsuj Plig ntawm Kev Yaj Saub yeej tsis swb ib zaug li.</w:t>
      </w:r>
    </w:p>
    <w:p>
      <w:pPr>
        <w:pStyle w:val="ArticleScripture"/>
        <w:jc w:val="left"/>
      </w:pPr>
      <w:r>
        <w:rPr>
          <w:rFonts w:ascii="Times New Roman" w:hAnsi="Times New Roman" w:eastAsia="Times New Roman" w:cs="Times New Roman"/>
        </w:rPr>
        <w:t>“Thaum kuv nyob hauv Nashville, kuv tau hais lus rau cov neeg, thiab thaum tsaus ntuj, muaj ib lub pob hluav taws loj kawg nkaus nqes los ncaj qha saum ntuj los thiab tsaws rau hauv Nashville. Muaj nplaim taws tawm hauv lub pob ntawd mus zoo li tej xub; tej tsev raug kub hnyiab tas; tej tsev tab tom co ua zog thiab vau poob. Qee leej ntawm peb cov neeg sawv ntawd. Lawv hais tias, ‘Qhov no yeej yog raws nraim li peb tau xav tseg lawm; peb twb xav tias qhov no yuav los.’ Lwm tus ho nyem tes vim kev mob siab ntsuav thiab quaj thov Vajtswv kom muaj kev khuv leej. Lawv hais tias, ‘Nej twb paub lawm, nej twb paub tias qhov no tab tom yuav los, los nej tsis tau hais ib los lus los ceeb toom peb li!’ Lawv zoo nkaus li yuav luag muab lawv dua ua tej daim, thaum xav tias lawv yeej tsis tau qhia lawv li thiab tsis tau muab ib qho lus ceeb toom dab tsi rau lawv hlo li.” Manuscript 188, 1905.</w:t>
      </w:r>
    </w:p>
    <w:p>
      <w:pPr>
        <w:pStyle w:val="ArticleBody"/>
        <w:jc w:val="left"/>
      </w:pPr>
      <w:r>
        <w:rPr>
          <w:rFonts w:ascii="Times New Roman" w:hAnsi="Times New Roman" w:eastAsia="Times New Roman" w:cs="Times New Roman"/>
        </w:rPr>
        <w:t>Qhov teeb meem sab hauv ntawm cov pob hluav taws poob saum Nashville yog qhov uas nws qhia tias Laodicean Seventh-day Adventism twb paub txog txoj xov ceeb toom rau Nashville lawm, tiam sis tseem nyob ntsiag to. Nov yog lub ntsiab chaw nyob hauv keeb kwm yaj saub uas “kev txaj muag” lossis “kev xyiv fab” ntawm txoj xov ntawm Midnight Cry raug qhia tawm. Nov yog lub ntsiab chaw uas cov uas yuav tsum los ua tus chij pib raug tsa siab nyob rau hauv kev txawv txav ntawm cov uas ces raug txaj muag los ntawm cov neeg hauv ntiaj teb uas chim siab thiab npau taws vim Laodicean Seventh-day Adventism tsis tau muab txoj kev ceeb toom rau Nashville. Tib txoj kev txawv txav yaj saub no kuj tau raug sawv cev rau saum Mount Carmel nruab nrab ntawm Elijah thiab cov yaj saub ntawm Baal, thiab hauv keeb kwm ntawm tus tim tswv thib ob hauv keeb kwm Millerite, thaum cov Protestants hloov mus ua cov Protestant uas poob kev ntseeg thiab pib lawv tes dej num ua tus yaj saub cuav, dhau los ua cov ntxhais ntawm Rome. Xyoo 1989, lub kub nom tswv dhau los ntawm Reagan tau ua tib yam nkaus, tsuas yog Reagan tsis tau dhau los ua cov ntxhais ntawm Rome xwb; nws tau dhau los ua Ahab thiab Clovis thawj tug, cov neeg hlub kev qias nrog Rome.</w:t>
      </w:r>
    </w:p>
    <w:p>
      <w:pPr>
        <w:pStyle w:val="ArticleScripture"/>
        <w:jc w:val="left"/>
      </w:pPr>
      <w:r>
        <w:rPr>
          <w:rFonts w:ascii="Times New Roman" w:hAnsi="Times New Roman" w:eastAsia="Times New Roman" w:cs="Times New Roman"/>
        </w:rPr>
        <w:t>“Muaj ib qho xwm txheej raug nthuav tawm rau kuv. Nws yog hmo ua ntej Hnub Xanpataus. Thaum ntawd yog lub sijhawm uas qhov xwm txheej ntawd raug nthuav tawm. Kuv ntsia tawm ntawm qhov rai, thiab muaj ib lub pob hluav taws loj kawg nkaus uas nqes los saum ntuj los, thiab nws poob rau ntawm qhov chaw uas lawv tab tom tsa tej tsev uas muaj tej tug ncej, tshwj xeeb yog cov ncej uas raug nthuav tawm rau kuv. Thiab zoo li lub pob ntawd los ncaj qha rau ntawm lub tsev thiab muab nws tsoo ntsoog tas, thiab lawv pom tias nws tab tom faib ceg tawm, faib ceg tawm mus, loj zuj zus tuaj, thiab lawv pib quaj thiab quaj ntsuag thiab quaj ntsuag, thiab qhwv tes; thiab kuv xav tias muaj ib txhia ntawm peb cov neeg sawv ntawm ntawd, hais tias, ‘Zoo, qhov no yeej yog yam uas peb twb cia siab lawm; qhov no yeej yog yam uas peb twb tau hais txog lawm; qhov no yeej yog yam uas peb twb tau hais txog lawm.’ ‘Nej twb paub lawm lov?’ cov neeg thiaj hais. ‘Nej twb paub lawm, hos nej tsis tau qhia peb txog nws li los?’ Kuv xav tias muaj kev txom nyem hnyav ua luaj nyob saum lawv ntsej muag, muaj kev txom nyem hnyav ua luaj hauv lawv qhov tsos.’” Manuscript 152; 1904.</w:t>
      </w:r>
    </w:p>
    <w:p>
      <w:pPr>
        <w:pStyle w:val="ArticleBody"/>
        <w:jc w:val="left"/>
      </w:pPr>
      <w:r>
        <w:rPr>
          <w:rFonts w:ascii="Times New Roman" w:hAnsi="Times New Roman" w:eastAsia="Times New Roman" w:cs="Times New Roman"/>
        </w:rPr>
        <w:t>Kev poob siab rau hnub tim 18 Lub Xya hli ntuj, 2020 yog “tus yuam sij” los txheeb xyuas lub tuam tsev uas yuav raug tsa siab ua ib lub chij. Kev sib txawv ntawm ob pawg Adventist yog ib lub ntsiab lus loj hauv tej lus faj lem hauv phau Vajlugkub. Yelemis tsis kam koom nrog “lub rooj txoos ntawm cov neeg thuam luag,” thiab ob pawg ntseeg Smurnas thiab Filadefiav ob leeg raug muab piv txawv tawm tsam lub tsev sablaj ntawm Xatas, cov uas hais tias lawv yog cov Yudais, tiamsis lawv tsis yog. Kev sib txawv ntawm ob pawg Adventist uas lees yuav txoj kev ntseeg ntawd raug sawv cev los ntawm txoj kev ua raws li lawv siv los kawm phau Vajlugkub. Nws yog kev sib txawv ntawm txoj kev kawm tseeb thiab “kev kawm siab dua, raws li hu ua li ntawd” raws li Muam White hu nws.</w:t>
      </w:r>
    </w:p>
    <w:p>
      <w:pPr>
        <w:pStyle w:val="ArticleBody"/>
        <w:jc w:val="left"/>
      </w:pPr>
      <w:r>
        <w:rPr>
          <w:rFonts w:ascii="Times New Roman" w:hAnsi="Times New Roman" w:eastAsia="Times New Roman" w:cs="Times New Roman"/>
        </w:rPr>
        <w:t>Nashville raug hu ua “Athens ntawm Sab Qab Teb,” thiab lub tsev nto moo tshaj plaws uas sawv cev rau tim Nkij teb chaws hauv Nashville yog lub Parthenon nyob hauv Centennial Park, uas tau tsim nyob rau xyoo 1897 ua ib daim qauv loj raws nraim li lub Parthenon qub ntawm cov neeg Greek thaum ub. Nws tau tsim los ua kev zoo siab rau hnub ib puas xyoo ntawm Tennessee txoj kev nkag los ua ib lub xeev xyoo 1796, thiab thaum chiv thawj npaj tseg tias yuav muab rhuav tshem tom qab kev ua koob tsheej ntawd. Tiamsis, thaj av ntawd tau muab hloov mus ua ib lub tiaj ua si xyoo 1903, thiab lub Parthenon raug tsim dua tshiab kom nyob ruaj khov txij xyoo 1920 mus txog xyoo 1931.</w:t>
      </w:r>
    </w:p>
    <w:p>
      <w:pPr>
        <w:pStyle w:val="ArticleBody"/>
        <w:jc w:val="left"/>
      </w:pPr>
      <w:r>
        <w:rPr>
          <w:rFonts w:ascii="Times New Roman" w:hAnsi="Times New Roman" w:eastAsia="Times New Roman" w:cs="Times New Roman"/>
        </w:rPr>
        <w:t>Lub npe “Parthenon” yog muab los ntawm lo lus Kili parthénos, uas txhais hais tias “nkauj xwb” lossis “hluas nkauj,” hais txog Athena hauv nws txoj kev ua tus vajtswv poj niam uas tsis tau raug kov, muaj tswvyim, thiab muaj kev ua rog, uas yog vajtswv poj niam ntawm tswvyim, tswv yim tawm tsam, txuj ci kev kos duab, kev ua tes haujlwm, thiab kev vam meej ntawm pej xeem. Tsim nyob rau xyoo 447–432 BC saum Acropolis hauv Athens, nws yog qhov chaw uas tau khaws ib tug pej thuam Athena loj kawg ua los ntawm kub thiab kaus ntxhw (chryselephantine), uas yog tus kws puab pej thuam Phidias tsim—muaj lub ntsiab tias nws ua haujlwm raws li nws “lub tsev” lossis chaw nyob los saum ntuj los, qhov chaw uas ntseeg tias nws nyob ntawd.</w:t>
      </w:r>
    </w:p>
    <w:p>
      <w:pPr>
        <w:pStyle w:val="ArticleBody"/>
        <w:jc w:val="left"/>
      </w:pPr>
      <w:r>
        <w:rPr>
          <w:rFonts w:ascii="Times New Roman" w:hAnsi="Times New Roman" w:eastAsia="Times New Roman" w:cs="Times New Roman"/>
        </w:rPr>
        <w:t>Qhov kev hais txog ntawm txoj kev kawm sab Hnub Poob rau kev paub dav, kev tshawb nrhiav xav kom tob, kev npaj rau kev ua pej xeem, thiab lub qauv ntawm liberal arts yog muaj nws lub hauv paus tob kawg nyob rau hauv txoj kev xav thiab kev coj ua ntawm tim Nkij teb chaws thaum ub. Yog tsis muaj Plato’s Academy, Aristotle’s Lyceum, los yog paideia ntawm Athens, kev kawm niaj hnub raws li peb paub nws yuav zoo txawv heev.</w:t>
      </w:r>
    </w:p>
    <w:p>
      <w:pPr>
        <w:pStyle w:val="ArticleBody"/>
        <w:jc w:val="left"/>
      </w:pPr>
      <w:r>
        <w:rPr>
          <w:rFonts w:ascii="Times New Roman" w:hAnsi="Times New Roman" w:eastAsia="Times New Roman" w:cs="Times New Roman"/>
        </w:rPr>
        <w:t>Xyoo 1904, Madison School raug tsim tsa cuaj mais sab nraum Nashville. Ellen White yog ib tug tswvcuab ntawm thawj pawg thawj coj uas tsim Madison School thawj zaug (uas hu raws li npe raug cai tias Nashville Agricultural and Normal Institute, thiab tom qab ntawd paub tias yog Madison College). Nws tau ua ib tug tswvcuab tsim thawj ntawm pawg thawj coj txij thaum nws pib tsim nyob rau xyoo 1904. Nws tseem nyob hauv pawg thawj coj ntawd mus txog kwv yees li xyoo 1914 (uas yog ib xyoos ua ntej nws tuag hauv xyoo 1915).</w:t>
      </w:r>
    </w:p>
    <w:p>
      <w:pPr>
        <w:pStyle w:val="ArticleBody"/>
        <w:jc w:val="left"/>
      </w:pPr>
      <w:r>
        <w:rPr>
          <w:rFonts w:ascii="Times New Roman" w:hAnsi="Times New Roman" w:eastAsia="Times New Roman" w:cs="Times New Roman"/>
        </w:rPr>
        <w:t>Nov yog tib lub tsev kawm qib siab lossis pawg thawj coj ntawm ib lub koomhaum uas nws tau pom zoo koom lossis ua haujlwm rau xwb. Nws txhob txwm txwv tej haujlwm nom tswv raws cai li ntawd hauv lwm lub koomhaum Adventist, tiamsis nws tau ua ib qho kev zam rau Madison vim nws haum raws nraim li nws tej lus ntuas txog kev kawm (kev txhawb nqa tus kheej, raws liaj teb, tsom rau kev cob qhia ua tub txib, hais kom muaj kev kawm Vajlugkub, kev ua haujlwm siv tes, thiab kev npaj txhij siv tau rau kev ua haujlwm hauv Sab Qab Teb thiab dhau ntawd mus). Cov lus ntawm Muam White hais rau Nashville tau los txog xyoo 1904 thiab 1905, tib lub sijhawm uas Madison School tab tom pib, thiab qhov kev nthuav tawm Parthenon tab tom raug hloov mus ua ib yam ruaj khov nyob hauv permanent park. Lub cim ntawm kev kawm Greek thiab kev kawm saum ntuj ceeb tsheej ob leeg puav leej cim lawv tej kev pib nyob rau tib lub sijhawm luv luv ntawd, uas kuj yog tib lub sijhawm uas tej kev ua yog toog pom txog Nashville tej pob hluav taws tau raug muab los.</w:t>
      </w:r>
    </w:p>
    <w:p>
      <w:pPr>
        <w:pStyle w:val="ArticleScripture"/>
        <w:jc w:val="left"/>
      </w:pPr>
      <w:r>
        <w:rPr>
          <w:rFonts w:ascii="Times New Roman" w:hAnsi="Times New Roman" w:eastAsia="Times New Roman" w:cs="Times New Roman"/>
        </w:rPr>
        <w:t>“Nag hmo muaj ib zaj xwm txheej raug nthuav tawm los rau ntawm kuv xub ntiag. Tej zaum kuv yuav tsis muaj kev ywj pheej qhia tag nrho txhua yam ntawm nws, tiam sis kuv yuav qhia me ntsis.”</w:t>
      </w:r>
    </w:p>
    <w:p>
      <w:pPr>
        <w:pStyle w:val="ArticleScripture"/>
        <w:jc w:val="left"/>
      </w:pPr>
      <w:r>
        <w:rPr>
          <w:rFonts w:ascii="Times New Roman" w:hAnsi="Times New Roman" w:eastAsia="Times New Roman" w:cs="Times New Roman"/>
        </w:rPr>
        <w:t>“Nws zoo li muaj ib lub pob hluav taws loj kawg nkaus nqes los rau saum lub ntiajteb thiab tsoo tej tsev loj kom puas ntsoog. Ntawm ib qho chaw mus rau ib qho chaw muaj suab quaj nrov hais tias, ‘Tus Tswv tau los lawm! Tus Tswv tau los lawm!’ Muaj coob leej tsis tau npaj txhij los ntsib Nws, tab sis muaj ib txhia tsawg tsawg tab tom hais tias, ‘Qhuas tus Tswv!’”</w:t>
      </w:r>
    </w:p>
    <w:p>
      <w:pPr>
        <w:pStyle w:val="ArticleScripture"/>
        <w:jc w:val="left"/>
      </w:pPr>
      <w:r>
        <w:rPr>
          <w:rFonts w:ascii="Times New Roman" w:hAnsi="Times New Roman" w:eastAsia="Times New Roman" w:cs="Times New Roman"/>
        </w:rPr>
        <w:t>“‘Vim li cas nej thiaj qhuas tus Tswv?’ cov uas kev puastsuaj yuav los txog rau lawv tam sim ntawd thiaj nug.”</w:t>
      </w:r>
    </w:p>
    <w:p>
      <w:pPr>
        <w:pStyle w:val="ArticleScripture"/>
        <w:jc w:val="left"/>
      </w:pPr>
      <w:r>
        <w:rPr>
          <w:rFonts w:ascii="Times New Roman" w:hAnsi="Times New Roman" w:eastAsia="Times New Roman" w:cs="Times New Roman"/>
        </w:rPr>
        <w:t>“Vim tam sim no twb pom qhov uas peb tau nrhiav.”</w:t>
      </w:r>
    </w:p>
    <w:p>
      <w:pPr>
        <w:pStyle w:val="ArticleScripture"/>
        <w:jc w:val="left"/>
      </w:pPr>
      <w:r>
        <w:rPr>
          <w:rFonts w:ascii="Times New Roman" w:hAnsi="Times New Roman" w:eastAsia="Times New Roman" w:cs="Times New Roman"/>
        </w:rPr>
        <w:t>“‘Yog nej ntseeg tias tej no tab tom yuav los, ua li cas nej ho tsis qhia rau peb?’ ntawd yog lo lus teb uas txaus ntshai heev. ‘Peb tsis paub txog tej no li. Ua li cas nej cia peb nyob hauv kev tsis paub? Nej tau pom peb dua thiab dua lawm; ua li cas nej ho tsis los paub peb thiab qhia peb txog txoj kev txiav txim uas yuav los, thiab tias peb yuav tsum ua hauj lwm rau Vajtswv, tsam peb yuav puam tsuaj? Nim no peb ploj lawm!’” Manuscript 102, 1904.</w:t>
      </w:r>
    </w:p>
    <w:p>
      <w:pPr>
        <w:pStyle w:val="ArticleBody"/>
        <w:jc w:val="left"/>
      </w:pPr>
      <w:r>
        <w:rPr>
          <w:rFonts w:ascii="Times New Roman" w:hAnsi="Times New Roman" w:eastAsia="Times New Roman" w:cs="Times New Roman"/>
        </w:rPr>
        <w:t>Lub ntsiab lus ntawm cov lus hauv Nashville raug tso cia raws thaj chaw rau hauv ib qho chaw sab ntsuj plig hais txog kev kawm tseeb los sis kev kawm cuav. Yog ib qho kev kawm uas npaj ib tug ntsuj plig kom ua ib tug pej xeem ntawm ntuj ceeb tsheej los sis ntawm lub ntiaj teb. Tsis muaj ib qho kev hais txog Islam nyob hauv cov yog toog hauv Nashville ntawm Muam White, yog li ntawd qhov kev ncaj ncees twg yuav muaj los txuas Islam rau qhov yog toog hais txog cov pob hluav taws saum Nashville? Qhov kev kho kom raug ntawm cov lus Nashville xyoo 2020 yuav phim li cas nrog txoj hauj lwm ntawm Josiah Litch thiab Samuel Snow? Lawv cov kev kho kom raug tau ua thaum lawv pom tias tib yam pov thawj uas tau coj mus rau thawj qhov kev twv ua ntej, yog cov pov thawj uas tau tsa kom ruaj khov rau qhov kev twv ua ntej uas raug kho kom yog.</w:t>
      </w:r>
    </w:p>
    <w:p>
      <w:pPr>
        <w:pStyle w:val="ArticleBody"/>
        <w:jc w:val="left"/>
      </w:pPr>
      <w:r>
        <w:rPr>
          <w:rFonts w:ascii="Times New Roman" w:hAnsi="Times New Roman" w:eastAsia="Times New Roman" w:cs="Times New Roman"/>
        </w:rPr>
        <w:t>Cov pov thawj txog Islam twb raug tsa los ntev ua ntej nws raug txuas nrog zaj lus ceeb toom ntawm Nashville. Zaj lus ntawm Islam raug txuas ncaj qha rau zaj lus ntawm tus tim tswv thib peb. Qhov tseeb no raug nthuav qhia los ntawm ntau tus tim khawv hauv Vajlugkub. Zaj lus ceeb toom ntawm tus tim tswv thib peb sawv cev rau ib zaj lus ceeb toom txog lub cim ntawm txoj cai kav ntawm vajntxwv sab qaum teb, thiab zaj lus ceeb toom ntawm Islam raug sawv cev los ntawm zaj lus ceeb toom ntawm cov me nyuam sab hnub tuaj.</w:t>
      </w:r>
    </w:p>
    <w:p>
      <w:pPr>
        <w:pStyle w:val="ArticleScripture"/>
        <w:jc w:val="left"/>
      </w:pPr>
      <w:r>
        <w:rPr>
          <w:rFonts w:ascii="Times New Roman" w:hAnsi="Times New Roman" w:eastAsia="Times New Roman" w:cs="Times New Roman"/>
        </w:rPr>
        <w:t>Tiamsis tej xov xwm tuaj ntawm sab hnub tuaj thiab ntawm sab qaum teb yuav ua rau nws ntxhov siab; yog li ntawd nws yuav tawm mus nrog txoj kev npau taws loj heev kom rhuav tshem, thiab kom muab coob leej pov tseg kom ploj tag nrho. Daniel 11:44.</w:t>
      </w:r>
    </w:p>
    <w:p>
      <w:pPr>
        <w:pStyle w:val="ArticleBody"/>
        <w:jc w:val="left"/>
      </w:pPr>
      <w:r>
        <w:rPr>
          <w:rFonts w:ascii="Times New Roman" w:hAnsi="Times New Roman" w:eastAsia="Times New Roman" w:cs="Times New Roman"/>
        </w:rPr>
        <w:t>Tus tim tswv peb tau los rau hauv keeb kwm thaum Lub Kaum Hli 22, 1844, thaum lub xya raj nrov pib nrov. Lub xya raj nrov kuj yog txoj kev txom nyem thib peb ntawm Islam. Kev tawm tsam xyoo 1863 tau ua rau lub suab nrov ntawm lub xya raj nrov ntsiag to mus txog rau 9/11, thaum tus tim tswv peb nqes los raws li Tshwmsim tshooj kaum yim, thaum tej tsev loj hauv New York raug muab rhuav vau los ntawm ib qho kov ntawm Vajtswv lub hwj chim.</w:t>
      </w:r>
    </w:p>
    <w:p>
      <w:pPr>
        <w:pStyle w:val="ArticleBody"/>
        <w:jc w:val="left"/>
      </w:pPr>
      <w:r>
        <w:rPr>
          <w:rFonts w:ascii="Times New Roman" w:hAnsi="Times New Roman" w:eastAsia="Times New Roman" w:cs="Times New Roman"/>
        </w:rPr>
        <w:t>9/11 yog tus alpha lossis qhov pib ntawm lub sijhawm ntim cim, uas xaus rau ntawm tus omega lossis qhov kawg ntawm kev ntim cim rau ib puas plaub caug plaub txhiab leej thaum txoj cai Hnub Caiv Hnub Sunday uas yuav los sai no.</w:t>
      </w:r>
    </w:p>
    <w:p>
      <w:pPr>
        <w:pStyle w:val="ArticleBody"/>
        <w:jc w:val="left"/>
      </w:pPr>
      <w:r>
        <w:rPr>
          <w:rFonts w:ascii="Times New Roman" w:hAnsi="Times New Roman" w:eastAsia="Times New Roman" w:cs="Times New Roman"/>
        </w:rPr>
        <w:t>9/11 yog tus alpha ntawm lub sij hawm sim siab txog daim duab ntawm tus tsiaj qus hauv Tebchaws Meskas, uas xaus rau ntawm tus omega ntawm lub sij hawm sim siab txog daim duab ntawm tus tsiaj qus hauv Tebchaws Meskas, uas tshwm sim thaum lub cim ntawm tus tsiaj qus raug yuam kom coj siv hauv Tebchaws Meskas.</w:t>
      </w:r>
    </w:p>
    <w:p>
      <w:pPr>
        <w:pStyle w:val="ArticleBody"/>
        <w:jc w:val="left"/>
      </w:pPr>
      <w:r>
        <w:rPr>
          <w:rFonts w:ascii="Times New Roman" w:hAnsi="Times New Roman" w:eastAsia="Times New Roman" w:cs="Times New Roman"/>
        </w:rPr>
        <w:t>9/11 yog tus alpha los yog qhov pib ntawm txoj kev txiav txim rau cov neeg ciaj sia saum tus tsiaj qus hauv ntiaj teb, nrog rau nws ob tug kub Republican thiab Protestant, uas xaus rau ntawm txoj cai Hnub Caiv uas yuav los sai sai no.</w:t>
      </w:r>
    </w:p>
    <w:p>
      <w:pPr>
        <w:pStyle w:val="ArticleBody"/>
        <w:jc w:val="left"/>
      </w:pPr>
      <w:r>
        <w:rPr>
          <w:rFonts w:ascii="Times New Roman" w:hAnsi="Times New Roman" w:eastAsia="Times New Roman" w:cs="Times New Roman"/>
        </w:rPr>
        <w:t>9/11 yog tus alpha ntawm “hnub uas tus Tswv npaj,” uas xaus rau ntawm txoj kev sim siab hais txog hnub Xanpataus ntawm tus Tswv.</w:t>
      </w:r>
    </w:p>
    <w:p>
      <w:pPr>
        <w:pStyle w:val="ArticleBody"/>
        <w:jc w:val="left"/>
      </w:pPr>
      <w:r>
        <w:rPr>
          <w:rFonts w:ascii="Times New Roman" w:hAnsi="Times New Roman" w:eastAsia="Times New Roman" w:cs="Times New Roman"/>
        </w:rPr>
        <w:t>9/11 yog tus alpha ntawm kev tsa lub tuam tsev, uas raug sawv cev los ntawm lub pob zeb hauv paus; nws xaus thaum tus omega capstone raug muab tso rau saum lub tuam tsev.</w:t>
      </w:r>
    </w:p>
    <w:p>
      <w:pPr>
        <w:pStyle w:val="ArticleBody"/>
        <w:jc w:val="left"/>
      </w:pPr>
      <w:r>
        <w:rPr>
          <w:rFonts w:ascii="Times New Roman" w:hAnsi="Times New Roman" w:eastAsia="Times New Roman" w:cs="Times New Roman"/>
        </w:rPr>
        <w:t>9/11 yog tus alpha ntawm qhov kev txom nyem thib peb hauv Tebchaws Meskas, uas xaus rau ntawm qhov av qeeg hauv Tshwm Sim tshooj kaum ib, uas yog txoj cai Hnub Xya uas yuav los sai no. Thaum txog qhov av qeeg ntawd, qhov kev txom nyem thib peb los sai sai. Keeb kwm ntawm cov pob hluav taws Nashville nyob ua ntej lub sij hawm ntawm kev sim siab kaw rau ntawm txoj cai Hnub Xya, txawm yog muaj cov lus tshaj tawm ntawm cov uas rau txim rau cov Adventists Laodicea uas hais tias, “Tam sim no peb twb ploj lawm.”</w:t>
      </w:r>
    </w:p>
    <w:p>
      <w:pPr>
        <w:pStyle w:val="ArticleBody"/>
        <w:jc w:val="left"/>
      </w:pPr>
      <w:r>
        <w:rPr>
          <w:rFonts w:ascii="Times New Roman" w:hAnsi="Times New Roman" w:eastAsia="Times New Roman" w:cs="Times New Roman"/>
        </w:rPr>
        <w:t>Phau ntawv Yauxe thiab nws txoj kev ua tiav rau hnub Peetekos nthuav tawm qhov kev sib cav txog zaj lus ntawm Kev Quaj Thaum Ib Tag Hmo, thaum ib pab neeg uas tsis muaj peev xwm to taub qhov kev nce ntxiv ntawm kev paub liam cov uas to taub tias lawv qaug cawv. Kev sib ntsib tim ntsej tim muag ntawm cov neeg qaug cawv ntawm Efa-i thiab cov neeg txawj ntse yog ib lub ntsiab lus uas feem ntau raug hais txog hauv Vajtswv Txojlus yaj saub. Ib qho hauv qhov tseeb yog tias zaj lus ntawd yog ib zaj lus ob theem, raws li Petus tau ua piv txwv qhia hauv chav sab saud thiab tom qab ntawd hauv lub tuam tsev. Qhov no raug sawv cev los ntawm kev txiav txim pib rau saum Vajtswv lub tsev, thiab tom qab ntawd mam li txuas ntxiv mus rau cov uas nyob sab nraum Vajtswv lub tsev. Cov txheej txheem ntawm kev txiav txim kuj raug sawv cev los ntawm ob lub suab hauv Tshwmsim kaum yim, uas lub suab thawj yog 9/11 mus txog rau hnub cai Sunday, thiab tom qab ntawd lub suab thib ob ntawm nqe plaub cim hnub cai Sunday. Qhov kev sib txawv ntawm zaj lus yaj saub tseeb thiab cuav ntawm nag lig kuj raug ua piv txwv los ntawm Eliyas, tus uas Malakis qhia tias yuav rov qab los ua ntej kawg ntawm lub sij hawm sim siab.</w:t>
      </w:r>
    </w:p>
    <w:p>
      <w:pPr>
        <w:pStyle w:val="ArticleBody"/>
        <w:jc w:val="left"/>
      </w:pPr>
      <w:r>
        <w:rPr>
          <w:rFonts w:ascii="Times New Roman" w:hAnsi="Times New Roman" w:eastAsia="Times New Roman" w:cs="Times New Roman"/>
        </w:rPr>
        <w:t>Cov cim ntawm cov neeg txawj ntse thiab cov neeg ruam saum Roob Khamel yog “Eliyas tus txawj ntse” thiab cov yaj saub ruam ntawm Ba-as. Eliyas yog Petus, thiab cov yaj saub ntawm Ba-as yog cov neeg qaug cawv ntawm Efa-is. Thaum cov neeg qaug cawv ruam raug muab tshwm tawm los ua cov yaj saub cuav ntawm Ba-as, los ntawm kev muab hluav taws nchuav tawm; ces cov neeg thiaj teb thaum kawg tias, “Tus Tswv Nws yog Vajtswv.” Cov Laodicea Xya Hnub Adventist raug muab tshwm tawm ua yam ntawd, thaum txoj lus twv txog Nashville tiav lawm. Cov uas nyob sab nraud Adventism, uas tom qab ntawd raug tsa kom paub txog qhov tsis ncaj ncees ntawm cov neeg ruam, raug coj los nyob hauv kev txiav txim ntawm lub siab, tiam sis lawv lub sijhawm sim neej tseem tsis tau kaw. Daim duab piv txwv txog kev tshwm sim ntawm cov nkauj xwb txawj ntse thiab ruam, uas sawv cev los ntawm Nashville cov lus ceeb toom, yog ib lub cim taw qhia hauv qhov kev tiav raws nraim kawg nkaus ntawm zaj lus piv txwv txog kaum tus nkauj xwb.</w:t>
      </w:r>
    </w:p>
    <w:p>
      <w:pPr>
        <w:pStyle w:val="ArticleBody"/>
        <w:jc w:val="left"/>
      </w:pPr>
      <w:r>
        <w:rPr>
          <w:rFonts w:ascii="Times New Roman" w:hAnsi="Times New Roman" w:eastAsia="Times New Roman" w:cs="Times New Roman"/>
        </w:rPr>
        <w:t>Kev poob siab hnub tim 18 Lub Xya hli ntuj, 2020 txhais meej txog zaj lus uas yuav tsum raug kho kom ncaj, thiab txog qhov kev tshwm sim ntawm cov uas nyob hauv Adventism uas muaj roj, thiab cov uas tsis muaj. Cov uas tsis muaj zaj lus hais txog roj uas ceeb toom Nashville ntawd, ces raug muab piv txawv ntawm cov uas yeej muaj roj. Ntawm ob pawg neeg no uas txawm muaj los sis tsis muaj roj ntawm zaj lus, ib pawg tau ntsib ib qho kev poob siab uas raug sawv cev los ntawm thawj qhov kev poob siab hauv keeb kwm Millerite, hos lwm pawg tsis muaj qhov kev paub ntawd. Yog tsis muaj qhov kev poob siab uas cov Millerites sawv cev ua qauv, ces yuav tsis muaj ib qho kev kho kom ncaj uas yuav tsum ua rau tej kev twv qhia uas poob tsis tiav. Qhov tseeb uas txoj kev twv qhia txog Nashville xyoo 2020 yog tab tom txheeb xyuas Islam, yog phim raws nraim nrog ib feem ntawm ib zaj lus uas ua tsis tiav thiab yuav tsum raug kho kom ncaj.</w:t>
      </w:r>
    </w:p>
    <w:p>
      <w:pPr>
        <w:pStyle w:val="ArticleBody"/>
        <w:jc w:val="left"/>
      </w:pPr>
      <w:r>
        <w:rPr>
          <w:rFonts w:ascii="Times New Roman" w:hAnsi="Times New Roman" w:eastAsia="Times New Roman" w:cs="Times New Roman"/>
        </w:rPr>
        <w:t>Ib qho pov thawj txog qhov no raug pom nyob hauv qhov tseeb tias zaj keeb kwm uas cov pob hluav taws ntawm Nashville tuaj txog ntawd tsis yog tsuas yog vim nws haum raws nraim nrog zaj keeb kwm ntawm cov Millerites qhov kev poob siab thawj zaug, thiab kev kho kom raug ntawm txoj xov tom qab ntawd xwb, tiam sis kuj yog vim nws tshwm sim nyob hauv ib zaj keeb kwm uas pib nrog txoj tim tswv thib peb los txog thaum 9/11, cim txog kev los txog ntawm Islam ntawm txoj kev txom nyem thib peb, thiab tias Islam ntawd rov los txog dua raws li yaj saub qhia tseg ntawm av qeeg txoj cai Sunday ntawm Tshwmsim kaum ib. Kev khaws Islam cia nyob hauv txoj xov yam tsis muaj ib lo lus hais ncaj qha los ntawm Sister White txog Islam thiab kev ceeb toom Nashville yog raws li lub ntsiab ntawm zaj keeb kwm ntawd, uas yog Islam.</w:t>
      </w:r>
    </w:p>
    <w:p>
      <w:pPr>
        <w:pStyle w:val="ArticleBody"/>
        <w:jc w:val="left"/>
      </w:pPr>
      <w:r>
        <w:rPr>
          <w:rFonts w:ascii="Times New Roman" w:hAnsi="Times New Roman" w:eastAsia="Times New Roman" w:cs="Times New Roman"/>
        </w:rPr>
        <w:t>Hauv tsab xov xwm ib puas tsib caug peb ntawm zaj ntawv hu ua Phau Ntawv Daniyee, peb tau txheeb xyuas tias, raws li Npas-as thiab tus nees luav tej lus tim khawv sib haum, Islam—uas tus nees luav sawv cev rau—yuav muaj peb zaug kev sib raug tseem ceeb nrog Tebchaws Meskas hauv keeb kwm txij 9/11 mus txog rau txoj cai Hnub Caiv. Peb tau txheeb 9/11 tias yog thawj zaug, ces Kaum Hli 7, 2022 tias yog zaug thib ob. Peb tau sau tseg tias thawj qhov kev tawm tsam yog tawm tsam lub tebchaws muaj koob meej sab ntsuj plig, hos qhov kev tawm tsam thib ob yog tawm tsam lub tebchaws muaj koob meej tiag tiag uas yog Ixayees, thiab tias qhov kev tawm tsam thib peb yuav yog qhov kev tawm tsam thaum av qeeg ntawm txoj cai Hnub Caiv. Peb tau taw qhia tias keeb kwm ntawm Npas-as nyob rau theem yaj saub no tau ris lub cim ntawm qhov tseeb, rau qhov thawj thiab qhov kawg kev tawm tsam yog tawm tsam lub tebchaws muaj koob meej sab ntsuj plig, hos qhov kev tawm tsam nruab nrab yog tawm tsam lub tebchaws muaj koob meej tiag tiag, uas yog ib lub cim ntawm kev tawm tsam. Tam sim no peb pom tias ib qhov kev tawm tsam thib plaub, uas cim txog qhov pib ntawm txoj xov Midnight Cry, yuav tshwm sim nyob rau hauv lub tebchaws muaj koob meej sab ntsuj plig thaum Nashville cov nplaim hluav taws poob saum ntuj tau ua tiav. Qhov no txhais tias qhov kev tawm tsam thib ob ntawm Npas-as thiab nws tus nees luav yog ob npaug, nrog thawj ntawm ob qhov kev tawm tsam rau lub tebchaws muaj koob meej tiag tiag thiab qhov thib ob rau lub tebchaws muaj koob meej sab ntsuj plig.</w:t>
      </w:r>
    </w:p>
    <w:p>
      <w:pPr>
        <w:pStyle w:val="ArticleBody"/>
        <w:jc w:val="left"/>
      </w:pPr>
      <w:r>
        <w:rPr>
          <w:rFonts w:ascii="Times New Roman" w:hAnsi="Times New Roman" w:eastAsia="Times New Roman" w:cs="Times New Roman"/>
        </w:rPr>
        <w:t>Tsab xov xwm ntawd tau nthuav tawm ib feem tseeb uas tsis tiav, uas Tsov Ntxhuav ntawm xeem Yudas tam sim no tau qhia tawm los ua ib tug timkhawv ntxiv txog txoj kev sib txuas yav tom ntej ntawm Islam nrog cov pob hluav taws ntawm Nashville. Lwm lo lus sib cav los txhawb txoj kev txuas Islam nrog cov pob hluav taws ntawd raug pom nyob hauv cov kab kev kho dua tshiab ntawm keeb kwm dawb huv. Txhua txoj kev txav kho dua tshiab muaj nws tus kheej lub ntsiab tshwj xeeb uas nthuav dav thoob plaws tag nrho txoj kev txav kho dua tshiab ntawd. Hauv txoj kev txav kho dua tshiab ntawm Mauxes, nws yog hais txog kev nkag mus rau hauv txoj kev cog lus nrog ib haiv neeg uas raug xaiv. Nrog Khetos txoj kab kev kho dua tshiab, nws yog hais txog tus Mexiyas. Nrog Daviv txoj kab kev kho dua tshiab, nws yog hais txog Kaum Lo Lus Txib thiab lub chaw dawb huv. Nrog cov Millerites, lub ntsiab yog lub sij hawm yav tom ntej, rau qhov cov Millerites tau nqa “txoj xov ntawm lub sij hawm.” Nrog txoj kev tuaj txog ntawm tus tim tswv thib peb thaum 9/11, lub ntsiab rau txoj kab kev kho dua tshiab ntawm ib puas plaub caug plaub txhiab leej raug qhia kom meej tias yog Islam ntawm txoj kev txom nyem thib peb, cov me nyuam ntawm sab hnub tuaj, tus nees luav ntawm Vajlugkub zaj lus yav tom ntej, cov nees ua rog ntawm Qhia Tshwm tshooj cuaj, cua sab hnub tuaj, cov kooj, thiab txoj kev ua rau cov teb chaws npau taws.</w:t>
      </w:r>
    </w:p>
    <w:p>
      <w:pPr>
        <w:pStyle w:val="ArticleBody"/>
        <w:jc w:val="left"/>
      </w:pPr>
      <w:r>
        <w:rPr>
          <w:rFonts w:ascii="Times New Roman" w:hAnsi="Times New Roman" w:eastAsia="Times New Roman" w:cs="Times New Roman"/>
        </w:rPr>
        <w:t>Av qeeg ntawm Tshwm Sim kaum ib cim txog Islam ntawm tus mob puas thib peb, thaum tib lub sijhawm kuj sawv cev rau qhov xaus ntawm txoj xov ntawm Kev Quaj Hu Ib Tag Hmo. Kev Quaj Hu Ib Tag Hmo tau raug ua qauv qhia los ntawm Khetos txoj kev nkag mus rau Yeluxalees hauv txoj kev yeej, uas tau pib nrog kev tso tus luj nkaub tawm. Qhov pib ntawm Kev Quaj Hu Ib Tag Hmo hauv keeb kwm Millerite yog kev tuaj txog ntawm Samuel Snow caij nees rau ntawm Exeter camp meeting. Qhov pib ntawm lub sijhawm ntawm Kev Quaj Hu Ib Tag Hmo raug cim los ntawm cov cim ntawm Islam. Muaj timkhawv coob txaus los lees paub tias txoj xov uas raug kho kom raug ntawm Lub Xya hli ntuj 18, 2020 muaj Islam nrog rau hauv txoj xov ceeb toom. Tsis muaj ib hnub tim twg raug qhia meej, tiam sis Nashville cov pob hluav taws qhia txog qhov kev sib cav ntawm “cawv tshiab” nyob rau hauv hnub kawg, yog li Nashville cov pob hluav taws suav nrog Islam, tab sis qhov kev txheeb xyuas cov pob hluav taws ntawd tias yog riam phom nuclear ne?</w:t>
      </w:r>
    </w:p>
    <w:p>
      <w:pPr>
        <w:pStyle w:val="ArticleBody"/>
        <w:jc w:val="left"/>
      </w:pPr>
      <w:r>
        <w:rPr>
          <w:rFonts w:ascii="Times New Roman" w:hAnsi="Times New Roman" w:eastAsia="Times New Roman" w:cs="Times New Roman"/>
        </w:rPr>
        <w:t>Tsab ntawv no yuav tsum khaws tseg txoj kev hu Islam ua tus yeeb ncuab tawm tsam ntawd raws li ntau tus tim khawv. Qhov yuam kev ntawm kev teem sijhawm uas yuav tsum raug kho yog ua piv txwv los ntawm ob qho tib si 1840 thiab 1844. Sij hawm tsis yog ib feem ntawm zaj lus faj lem ntxiv lawm, txawm li ntawd los cov lej tseem yog. Qhov yuam kev uas sawv cev los ntawm txoj kev tsis to taub txog lub tuam tsev dawb huv kuj yuav tsum raug daws, tiam sis ua ntej nws yuav raug daws thiab muab koom nrog rau hauv tsab lus uas raug kho lawm, qhov yuam kev uas tau raug ua piv txwv los ntawm txoj kev tsis to taub txog lub tuam tsev dawb huv ntawd yuav tsum raug txheeb kom meej. Qhov kev tsis to taub txog lub tuam tsev dawb huv ntawd sawv cev rau dab tsi hauv lo lus ceeb toom Nashville hnub tim 18 Lub Xya hli?</w:t>
      </w:r>
    </w:p>
    <w:p>
      <w:pPr>
        <w:pStyle w:val="ArticleBody"/>
        <w:jc w:val="left"/>
      </w:pPr>
      <w:r>
        <w:rPr>
          <w:rFonts w:ascii="Times New Roman" w:hAnsi="Times New Roman" w:eastAsia="Times New Roman" w:cs="Times New Roman"/>
        </w:rPr>
        <w:t>Kuv lees tias cov lus teb yuav nrhiav tau nyob rau hauv qhov kaj uas tab tom raug qhib txij thaum kawg xyoo 2023 los. Peb kab uas sib txig sib luag, txhua kab muaj kaum ib tshooj, pib ntawm tshooj kaum ib thiab xaus rau tshooj nees nkaum-ob hauv Chivkeeb, Mathais, thiab Tshwmsim, yog kev rov kho dua tshiab ntawm Vajtswv txoj lus cog tseg nrog ib puas plaub caug plaub txhiab leej. Peb puas yuav tsis lees Nws txoj kev hlub tshua los ntawm kev ua yam li peb tsis tau hnov Nws txoj kev hu, los yog peb puas yuav txhos caug pe hawm thiab tshaj tawm hauv peb lub zog tib neeg tias, “txhua yam uas Nws txib, kuv yuav ua?” Los yog peb puas yuav cia tus Vaj Ntsuj Plig Dawb Huv sau Nws txoj kevcai rau saum peb lub siab thiab peb lub siab ntsws?</w:t>
      </w:r>
    </w:p>
    <w:p>
      <w:pPr>
        <w:pStyle w:val="ArticleBody"/>
        <w:jc w:val="left"/>
      </w:pPr>
      <w:r>
        <w:rPr>
          <w:rFonts w:ascii="Times New Roman" w:hAnsi="Times New Roman" w:eastAsia="Times New Roman" w:cs="Times New Roman"/>
        </w:rPr>
        <w:t>Cov lus teb kuj raug pom nyob rau hauv kev qhib lub cim ntawm Daniel tshooj kaum ob cov peb nqe uas nthuav tawm lub sij hawm raws li thawj tug tim tswv, tug tim tswv thib ob, thiab tug tim tswv thib peb tej lus. Peb nqe ntawd kuj cim tseg rau Hlis Kaum Ob 31, 2023 nyob rau hauv nqe xya, Lub Xya Hli 18, 2020 nyob rau hauv nqe kaum ob, thiab tom qab ntawd xyoo 1989 mus txog txoj cai Hnub Caiv thiab txuas mus txog lub sij hawm kaw kev txiav txim siab raug sawv cev nyob rau hauv nqe kaum ib. Peb qhov tseeb ntawd, nyob hauv peb nqe ntawd, raug nyob hauv tib seem Vajluskub uas txheej txheem kev sim peb npaug uas ib txwm tshwm sim thaum ib zaj lus faj lem raug qhib lub cim raug muab nthuav tawm!</w:t>
      </w:r>
    </w:p>
    <w:p>
      <w:pPr>
        <w:pStyle w:val="ArticleBody"/>
        <w:jc w:val="left"/>
      </w:pPr>
      <w:r>
        <w:rPr>
          <w:rFonts w:ascii="Times New Roman" w:hAnsi="Times New Roman" w:eastAsia="Times New Roman" w:cs="Times New Roman"/>
        </w:rPr>
        <w:t>Khetos tsis yog tsuas qhib cov cim ntim ntawm peb-theem kev sim ntawm Daniel 12 xwb, tiam sis Nws kuj tau qhia meej tias cov kev sim ntawd yog ib qho kev sim hauv paus, tom qab ntawd yog ib qho kev sim lub tuam tsev, thiab tom qab ntawd yog ib qho kev sim litmus. Nws tseem tau qhia ntxiv tias qhov kev sim hauv paus ntawd tau pib rau hnub tim 31 Lub Kaum Ob Hlis, 2023 thiab tau raws li qhov kev sim hauv paus ntawm Millerite movement, raws li qhov antichrist yog lub cim uas tsa lub zeem muag sab nraud.</w:t>
      </w:r>
    </w:p>
    <w:p>
      <w:pPr>
        <w:pStyle w:val="ArticleBody"/>
        <w:jc w:val="left"/>
      </w:pPr>
      <w:r>
        <w:rPr>
          <w:rFonts w:ascii="Times New Roman" w:hAnsi="Times New Roman" w:eastAsia="Times New Roman" w:cs="Times New Roman"/>
        </w:rPr>
        <w:t>Tom qab ntawd nws tau txheeb qhia tias qhov kev sim zaum ob thiab kev sim ntawm lub tuam tsev raug sawv cev los ntawm Daniyee txoj kev ua yog toog pom txog Khetos nyob hauv lub tuam tsev hauv tshooj kaum. Qhov kev sim ntawd tam sim no tab tom muaj tiav. Daniyee tshooj kaum ob txoj kev qhib tawm ntawm cov hnub tim 1989, Lub Xya hli ntuj 18, 2020, Lub Kaum Ob hlis 31, 2023, thiab txoj cai Hnub Caiv Hnub Xya cuam tshuam nrog yog toog pom txog Loos thiab yog toog pom txog Khetos. Ob qho yog toog pom no raug nthuav tawm hauv tib qho yog toog pom uas txoj kev qhib tawm ntawm tshooj kaum ob raug pom nyob hauv. Peb tshooj no yog ib qho yog toog pom xwb, thiab yog toog pom txog Khetos yog kev sim ntawm lub tuam tsev hauv tshooj kaum, yog toog pom txog tus antichrist yog kev sim ntawm lub hauv paus hauv tshooj kaum ib, thiab cov cim kev taug ntawm ib puas plaub caug plaub txhiab hauv tshooj kaum ob sawv cev rau kev sim zaum peb thiab kev sim kawg uas cais cov neeg ruam tawm ntawm cov neeg txawj ntse, raws li coob leej raug ntxuav kom dawb huv, raug ua kom dawb, thiab raug sim.</w:t>
      </w:r>
    </w:p>
    <w:p>
      <w:pPr>
        <w:pStyle w:val="ArticleBody"/>
        <w:jc w:val="left"/>
      </w:pPr>
      <w:r>
        <w:rPr>
          <w:rFonts w:ascii="Times New Roman" w:hAnsi="Times New Roman" w:eastAsia="Times New Roman" w:cs="Times New Roman"/>
        </w:rPr>
        <w:t>Qhov kev sim txog lub tuam tsev tau qhib txoj kev kaj ntawm Leviticus nees nkaum peb, uas yog txoj kev kaj ntawm lub phij xab ntawm txoj kev cog lus, uas yog txoj kev kaj alpha ntawm hnub Xanpataus hnub xya thiab txoj kev kaj omega ntawm hnub Xanpataus xyoo xya. Txoj kev kaj ntawm cov Xanpataus alpha thiab omega qhia kom paub txog txoj kev kaj ntawm kev los yug ua neeg. Txoj kev kaj ntawd qhia kom paub txog Vajtswv coj cev nqaij daim tawv tibneeg los rau Nws tus kheej rau lub hom phiaj rov kho kev sib koom ua ke ntawm Vajtswv thiab tibneeg, uas yog txoj hauj lwm uas Khetos tau pib rau hnub Tim 22 Lub Kaum Hli, 1844; txoj hauj lwm uas Nws tam sim no tab tom xaus hauv txoj kev txiav txim ntawm cov ciaj sia.</w:t>
      </w:r>
    </w:p>
    <w:p>
      <w:pPr>
        <w:pStyle w:val="ArticleBody"/>
        <w:jc w:val="left"/>
      </w:pPr>
      <w:r>
        <w:rPr>
          <w:rFonts w:ascii="Times New Roman" w:hAnsi="Times New Roman" w:eastAsia="Times New Roman" w:cs="Times New Roman"/>
        </w:rPr>
        <w:t>Lub teeb ntawm Leviticus nees nkaum peb tau coj cov koob tsheej caij nplooj ntoos hlav alpha los koom ua ke nrog cov koob tsheej caij nplooj zeeg omega kom tsim tau kiag li keeb kwm txij hnub tim 31 Lub Kaum Ob Hlis, 2023 mus txog rau thaum kev sim siab ntawm tib neeg raug kaw. Hauv txoj kab ntawd, txoj kev xeem uas yog lub hauv paus raug cim tias los txog rau hnub tim 31 Lub Kaum Ob Hlis, 2023, thiab txoj kev xeem ntawm lub tuam tsev raug txheeb tias pib rau xyoo 2025, uas txuas mus txog rau txoj kev xeem litmus ntawm koob tsheej tshuab raj. Lub suab hauv teb chaws moj sab qhua uas tau pib rau Lub Xya Hli xyoo 2023 raug cim los ntawm koob tsheej mov tsis muaj poov xab uas xaus tsib hnub tom qab tus cim kev ntawm peb feem. Tom qab ntawd muaj ib lub sijhawm peb caug hnub uas raug ua raws los ntawm ib tug cim kev ntawm peb feem, uas tom qab ntawd raug ua raws los ntawm tsib hnub, yog li qhia txog peb kauj ruam ntawm txoj moo zoo uas nyob mus ib txhis. Tus cim kev alpha ntawm peb feem uas raug ua raws los ntawm tsib hnub yog thawj tus tim tswv, peb caug hnub yog tus tim tswv thib ob, thiab tus cim kev omega ntawm peb feem uas raug ua raws los ntawm tsib hnub mus txog rau txoj cai Hnub Caiv ntawm Pentecost yog tus tim tswv thib peb.</w:t>
      </w:r>
    </w:p>
    <w:p>
      <w:pPr>
        <w:pStyle w:val="ArticleBody"/>
        <w:jc w:val="left"/>
      </w:pPr>
      <w:r>
        <w:rPr>
          <w:rFonts w:ascii="Times New Roman" w:hAnsi="Times New Roman" w:eastAsia="Times New Roman" w:cs="Times New Roman"/>
        </w:rPr>
        <w:t>Khetos kuj qhib tau lub teeb ntawm Leviticus nees nkaum peb, tsim lub phij xab ntawm txoj kev cog lus hauv lub tuam tsev rau lub sijhawm sim. Txoj xov los yog tus timtswv ntawm Hnub Xanpataus xya-hnub nyob ib sab ntawm lub phij xab, thiab tus timtswv ntawm Hnub Xanpataus xya-xyoo nyob rau lwm sab ntawm lub phij xab, sawv cev rau cov Khelunpees npog uas ntsia mus rau hauv lub phij xab. Hauv keeb kwm ntawm kev muab lub cim rau ib puas plaub caug plaub txhiab leej, lub teeb ob npaug ntawm ob tug timtswv ntawd sawv cev rau Hnub Xanpataus xya-hnub thiab txoj kev qhuab qhia txog kev yug los ua cev nqaij daim tawv, sawv cev rau ib lub ntsiab lus uas yuav raug kawm mus ib txhis.</w:t>
      </w:r>
    </w:p>
    <w:p>
      <w:pPr>
        <w:pStyle w:val="ArticleBody"/>
        <w:jc w:val="left"/>
      </w:pPr>
      <w:r>
        <w:rPr>
          <w:rFonts w:ascii="Times New Roman" w:hAnsi="Times New Roman" w:eastAsia="Times New Roman" w:cs="Times New Roman"/>
        </w:rPr>
        <w:t>Tau kawg, yog koj tsis muaj peev xwm pom xya lub sij hawm ntawd ua lub cim ntawm xyoo jubilee, yog li yog Daim Ntawv Tshaj Tawm Kev Ywj Pheej ntawm sab ntsuj plig xyoo 1863, ces koj yuav tsis pom tias tej lus faj lem alpha thiab omega ntawm William Miller yog xya lub sij hawm thiab ob txhiab peb puas hnub. Kev tsis muaj peev xwm pom qhov tseem ceeb ntawm ob lo lus faj lem txog sij hawm no uas muaj kev txheeb ze rau ib leeg ntawd txwv tsis pub muaj ib yam kev lees paub tias 1798 sawv cev rau xya lub sij hawm, thiab 1844 sawv cev rau ob txhiab peb puas hnub. Nrog qhov tsis muaj kev paub ntawd, yuav luag tsis yooj yim sua li uas yuav pom tau tias thaum Leviticus nees nkaum peb raug coj los sib sau ua kab raws kab, muab nws thawj nees nkaum ob nqe uas nthuav tawm cov kevcai noj mov dawb huv caij nplooj ntoos hlav los tso nrog nees nkaum ob nqe kawg ntawm cov kevcai noj mov dawb huv caij nplooj zeeg; ces kab ntawd pib nrog Hnub Xanpataus hnub xya uas 1844 sawv cev rau, thiab Hnub Xanpataus uas xaus kab plaub caug plaub nqe ntawd yog Xanpataus ntawm thaj av uas 1798 sawv cev rau.</w:t>
      </w:r>
    </w:p>
    <w:p>
      <w:pPr>
        <w:pStyle w:val="ArticleBody"/>
        <w:jc w:val="left"/>
      </w:pPr>
      <w:r>
        <w:rPr>
          <w:rFonts w:ascii="Times New Roman" w:hAnsi="Times New Roman" w:eastAsia="Times New Roman" w:cs="Times New Roman"/>
        </w:rPr>
        <w:t>Qhov uas tsis muaj peev xwm pom txoj kev sib raug zoo ntawm ob Hnub Xanpataus ntawd sawv cev rau qhov tsis muaj peev xwm pom tias xya lub sijhawm ntawm 1798 yog tibneeg, thiab ob txhiab peb puas hnub ntawm 1844 yog Vajtswv txoj kev muaj hwjchim. Nrog ib hom kev dig muag tob npaum ntawd, zoo li yuav luag tsis muaj peev xwm kiag li uas yuav lees paub tias qhov kaj alpha ntawm Hnub Xanpataus xya-hnub thiab qhov kaj omega ntawm zaj lus qhuab qhia txog kev yug los ua neeg tab tom qhia txog txoj hauj lwm ntawm Khetos hauv kev muab Nws txoj kev muaj hwjchim ua Vajtswv los koom ua ke nrog tibneeg poob qis txoj kev muaj cev nqaij daim tawv. Txoj hauj lwm ntawm Khetos hauv kev muab Nws txoj kev muaj hwjchim ua Vajtswv los koom ua ke nrog peb txoj kev ua tibneeg yog txoj hauj lwm ntawm kev muab 1798 los koom nrog 1844, rau qhov 1798 sawv cev rau cev nqaij daim tawv tibneeg, hos 1844 sawv cev rau Vajtswv txoj kev muaj hwjchim.</w:t>
      </w:r>
    </w:p>
    <w:p>
      <w:pPr>
        <w:pStyle w:val="ArticleBody"/>
        <w:jc w:val="left"/>
      </w:pPr>
      <w:r>
        <w:rPr>
          <w:rFonts w:ascii="Times New Roman" w:hAnsi="Times New Roman" w:eastAsia="Times New Roman" w:cs="Times New Roman"/>
        </w:rPr>
        <w:t>Tibneeg no raug tsim los raws li Vajtswv tus yam ntxwv, muaj ib yam xwm txheej siab dua thiab ib yam xwm txheej qis dua. Qhov xwm txheej siab dua ntawm tibneeg yog cev nqaij daim tawv thiab raug muag rau txoj kev txhaum. Khetos pub Nws lub siab rau tus ntsuj plig uas tig los ntseeg nyob rau lub sijhawm ntawm txoj kev tig los ntseeg, rau qhov txoj kev tig los ntseeg yog qhov chaw uas kev raug suav hais tias ncaj ncees tshwm sim, thiab raug suav hais tias ncaj ncees yog raug ua kom ncaj ncees. Qhov xwm txheej qis dua tsis tau txhiv dim tam sim ntawd, thiab txoj xov zoo tej lus cog tseg txog qhov xwm txheej qis dua yog tias peb yuav txais ib lub cev uas muaj hwjchim ci ntsa iab thaum Khetos rov los. Qhov xwm txheej siab dua yog lub siab thiab qhov xwm txheej qis dua yog cev nqaij daim tawv. Qhov xwm txheej siab dua yog yaj saub tej lus txog xya lub sijhawm uas xaus rau thaum Lub Kaum Hli 22, 1844 rau Hnub Kev Theej Txhoj thaum lub xya lub raj thiab lub jubilee lub raj ob leeg pib nrov. Xya lub sijhawm ntawm qhov xwm txheej qis dua xaus rau xyoo 1798, rau qhov nws tsis tuaj yeem raug rov ua tshiab kom txog rau thaum Khetos Rov Los Zaum Ob.</w:t>
      </w:r>
    </w:p>
    <w:p>
      <w:pPr>
        <w:pStyle w:val="ArticleBody"/>
        <w:jc w:val="left"/>
      </w:pPr>
      <w:r>
        <w:rPr>
          <w:rFonts w:ascii="Times New Roman" w:hAnsi="Times New Roman" w:eastAsia="Times New Roman" w:cs="Times New Roman"/>
        </w:rPr>
        <w:t>Xya lub sij hawm ntawm 1798, xya lub sij hawm ntawm 1844, thiab ob txhiab peb puas xyoo ntawm 1844 sawv cev rau txoj hauj lwm ntawm Khetos uas tau pib rau hnub Tim 22 Lub Kaum Hli, 1844. Txoj hauj lwm ntawd yog kom muab Nws Txoj Kev Ua Vajtswv koom nrog tib neeg cev nqaij daim tawv, tiam sis thaum lub tuam tsev uas raug tsim los ntawm tib neeg thiab Txoj Kev Ua Vajtswv yuav tsum raug koom ua ke rau xyoo 1844, xyoo 1798 tsis raug suav nrog, rau qhov nws sawv cev rau lub tshav puam ntawm Lwm Haiv Neeg.</w:t>
      </w:r>
    </w:p>
    <w:p>
      <w:pPr>
        <w:pStyle w:val="ArticleBody"/>
        <w:jc w:val="left"/>
      </w:pPr>
      <w:r>
        <w:rPr>
          <w:rFonts w:ascii="Times New Roman" w:hAnsi="Times New Roman" w:eastAsia="Times New Roman" w:cs="Times New Roman"/>
        </w:rPr>
        <w:t>Qhov kev xeem ntawm lub tuam tsev muaj nrog rau kev ntsuas lub tuam tsev, thiab thaum ntxov hauv keeb kwm ntawm txoj kev qhib tej uas tau kaw tseg uas pib hauv xyoo 2023, txoj kev qhib tej uas tau kaw tseg ntawm xya lub xob quaj tau txheeb xyuas keeb kwm txij qhov kev poob siab thawj zaug mus txog qhov Kev Poob Siab Loj tias yog qhov tshwm sim kawg thiab zoo meej tshaj plaws ntawm keeb kwm uas xya lub xob quaj sawv cev rau, uas kev tshoov siab hais tias sawv cev rau cov xwm txheej uas tau tshwm sim nyob rau hauv keeb kwm ntawm tus tim tswv thawj thiab tus tim tswv thib ob, thiab kuj sawv cev rau yav tom ntej cov xwm txheej uas yuav raug nthuav tawm raws lawv cov txheej txheem. Qhov kev ua tiav zoo meej ntawd raug muab tso rau hauv lub qauv ntawm qhov tseeb uas yog ib qho ntawm thawj cov kev tshwm sim uas tuaj txog hauv xyoo 2023. Qhov kev poob siab thaum pib sawv cev rau qhov kev poob siab omega, thiab nyob nruab nrab yog Exeter camp meeting uas cov neeg txawj ntse thiab cov neeg ruam raug cais tawm raws li “roj” ntawm zaj xov ntawd.</w:t>
      </w:r>
    </w:p>
    <w:p>
      <w:pPr>
        <w:pStyle w:val="ArticleBody"/>
        <w:jc w:val="left"/>
      </w:pPr>
      <w:r>
        <w:rPr>
          <w:rFonts w:ascii="Times New Roman" w:hAnsi="Times New Roman" w:eastAsia="Times New Roman" w:cs="Times New Roman"/>
        </w:rPr>
        <w:t>Lub tuam tsev ntawm cov Millerites raug tsa los ntawm ib qho kev poob siab mus rau ib qho kev poob siab ntxiv, yog li ntawd thiaj qhia tias lub tuam tsev ntawm ib puas plaub caug plaub txhiab leej raug tsa los ntawm Lub Xya hli ntuj 18, 2020 mus txog rau txoj cai Hnub Caiv uas yuav los sai, thaum lub qhov rooj kaw rau hauv zaj lus piv txwv, ib yam li tau muaj nyob rau Lub Kaum hli ntuj 22, 1844. Zaj keeb kwm uas raug sawv cev los ntawm xya lub xob quaj yog tib zaj keeb kwm uas raug sawv cev nyob hauv qhov kaj ntawm Daniyees kaum ob. Qhov kaj ntawm Daniyees kaum ob hais txog ib txhiab ob puas cuaj caum hnub txuas ncaj qha rau lub sij hawm peb caug xyoo uas raug sawv cev nyob hauv nqe kaum ib. Nws kuj txuas nrog peb caug xyoo uas raug cais tseg los ntawm tus sawv cev thawj zaug ntawm txoj kev cog lus nrog ib haiv neeg uas raug xaiv thiab tus yaj saub uas raug tsa los qhia txog qhov kev hloov ntawm txoj kev sib raug zoo ntawm cov lus cog tseg los ntawm Yixayee raws cev nqaij daim tawv mus rau Yixayee sab ntsuj plig. Peb caug hnub nyob hauv nruab nrab ntawm lub qauv hauv Leviticus nees nkaum peb yog tib peb caug xyoo ntawm thawj kauj ruam ntawm Anplahas txoj kev cog lus peb ntu nrog Vajtswv. Peb caug xyoo txij xyoo 508 mus rau 538 nyob hauv nqe kaum ib yog ib lub cim ntawm txoj kev ua pov thawj hlob ntawm ib puas plaub caug plaub txhiab leej.</w:t>
      </w:r>
    </w:p>
    <w:p>
      <w:pPr>
        <w:pStyle w:val="ArticleBody"/>
        <w:jc w:val="left"/>
      </w:pPr>
      <w:r>
        <w:rPr>
          <w:rFonts w:ascii="Times New Roman" w:hAnsi="Times New Roman" w:eastAsia="Times New Roman" w:cs="Times New Roman"/>
        </w:rPr>
        <w:t>Peb caug hnub nyob hauv tus qauv Leviticus nees nkaum peb yog ib feem ntawm plaub caug hnub uas Khetos tau qhia Nws cov thwjtim tim ntsej tim muag mus txog thaum Nws nce mus saum ntuj. Peb caug yog ib lub cim ntawm cov pov thawj uas yuav pib ua dejnum thaum muaj peb caug xyoo. Peb caug xyoo txij xyoo 508 mus txog 538 qhia kom pom txoj kev hloov ntawm Loos pagan mus rau Loos papal, thiab los ntawm qhov ntawd lawv kuj qhia kom pom txoj kev hloov ntawm lub pov thawj hwj Laodicea ntawm ib puas plaub caug plaub txhiab mus rau lub pov thawj hwj Philadelphia ntawm ib puas plaub caug plaub txhiab. Txoj kev hloov ntawd tshwm sim hauv peb kauj ruam raws li 508 sawv cev thaum “txoj kev niaj hnub” raug tshem tawm, txoj cai txib ntawm Justinian hauv 533, thiab tom qab ntawd yog txoj cai hnub Sunday ntawm 538, uas yog thaum txoj kev hloov ntawd raug ua kom tiav.</w:t>
      </w:r>
    </w:p>
    <w:p>
      <w:pPr>
        <w:pStyle w:val="ArticleBody"/>
        <w:jc w:val="left"/>
      </w:pPr>
      <w:r>
        <w:rPr>
          <w:rFonts w:ascii="Times New Roman" w:hAnsi="Times New Roman" w:eastAsia="Times New Roman" w:cs="Times New Roman"/>
        </w:rPr>
        <w:t>Peb caug xyoo ntawd sawv cev rau xyoo 1989 mus txog rau txoj cai Hnub Caiv, thaum Vajtswv cov neeg Philadelphian uas raug muab khi ua cim, yuav raug tsa siab ua Nws lub tuam tsev, kom tag nrho lub ntiaj teb pom. Ces lub ntiaj teb yuav txiav txim nruab nrab ntawm Khetos uas raug sawv cev los ntawm Nws haiv neeg, cov uas zaum nrog Khetos nyob saum tej chaw saum ntuj ceeb tsheej thiab yog li ntawd nyob hauv Vajtswv lub tuam tsev; los sis nrog tus neeg ntawm kev txhaum uas zaum hauv Vajtswv lub tuam tsev, qhia nws tus kheej tias nws yog Vajtswv. Thaum txoj cai Hnub Caiv uas yuav los sai los txog, cov neeg ua hauj lwm thaum teev kaum ib, cov uas kuj yog pawg neeg coob kawg nkaus, yuav raug ntsib nrog ib txoj kev sim uas yog lub hauv paus. Puas yog hnub Xanpataus hnub xya yog Vajtswv hnub Xanpataus, los yog hnub ntawm lub hnub yog Vajtswv hnub Xanpataus?</w:t>
      </w:r>
    </w:p>
    <w:p>
      <w:pPr>
        <w:pStyle w:val="ArticleScripture"/>
        <w:jc w:val="left"/>
      </w:pPr>
      <w:r>
        <w:rPr>
          <w:rFonts w:ascii="Times New Roman" w:hAnsi="Times New Roman" w:eastAsia="Times New Roman" w:cs="Times New Roman"/>
        </w:rPr>
        <w:t>“Tam sim no muaj dua ib daim xwm txheej ntxiv tau dhau los rau ntawm nws xub ntiag. Nws twb raug qhia txog tes haujlwm ntawm Xatas hauv kev coj cov Yudais kom tsis lees txais Khetos, thaum lawv tseem qhuab qhia tias lawv hwm Nws Leej Txiv txoj kevcai. Nimno nws pom lub ntiajteb Khixatia nyob hauv ib yam kev dag ntxias zoo ib yam no, qhuab qhia tias lawv txais yuav Khetos, tiamsis lawv tsis lees txais Vajtswv txoj kevcai. Nws tau hnov los ntawm cov pov thawj thiab cov txwjlaus txoj suab qw vwm ncha tias, ‘Coj Nws mus!’ ‘Ntsia Nws saum tus ntoo khaublig, ntsia Nws saum tus ntoo khaublig!’ thiab nimno nws hnov los ntawm cov xibfwb uas qhuab qhia tias yog Khixatia txoj suab qw tias, ‘Coj txoj kevcai mus!’ Nws pom Hnub Xanpataus raug tsuj rau hauv qab ko taw, thiab ib txoj kab ke cuav raug tsa los hloov nws chaw. Dua ib zaug ntxiv Mauxes puv npo ntawm kev ceeb thiab kev ntshai heev. Cov uas ntseeg Khetos yuav ua li cas thiaj tsis lees txais txoj kevcai uas Nws tus kheej lub suab tau hais rau saum lub roob dawbhuv? Cov uas ntshai Vajtswv yuav ua li cas thiaj muab txoj kevcai uas yog lub hauv paus ntawm Nws txoj kev kav saum ntuj thiab hauv ntiajteb tso tseg? Mauxes pom nrog kev xyiv fab tias Vajtswv txoj kevcai tseem raug hwm thiab raug tsa siab los ntawm ib pab neeg ncaj ncees tsawg leej. Nws pom txoj kev tawmtsam loj kawg thaum kawg uas tej hwjchim hauv ntiajteb yuav siv los rhuav tshem cov uas ceev Vajtswv txoj kevcai. Nws ntsia mus rau lub sijhawm uas Vajtswv yuav sawv los rau txim rau cov neeg nyob hauv ntiajteb vim lawv tej kev txhaum, thiab cov uas tau hwm Nws lub npe yuav raug npog thiab zais cia rau hnub uas Nws chim. Nws hnov Vajtswv txoj lus cog tseg ntawm kev thaj yeeb rau cov uas tau ceev Nws txoj kevcai, thaum Nws tsa Nws lub suab tawm hauv Nws lub chaw nyob dawbhuv thiab saum ntuj nrog lub ntiajteb co tshee. Nws pom Khetos txoj kev rov qab los zaum ob hauv hwjchim ci ntsa iab, cov neeg ncaj ncees uas tuag lawm raug tsa sawv los rau txoj sia tsis txawj tuag, thiab cov ntseeg dawbhuv uas tseem ciaj raug hloov mus tsis pom kev tuag li, thiab ua ke nce mus nrog tej nkauj ntawm kev zoo siab mus rau Vajtswv Lub Nroog.” Patriarchs and Prophets, 476.</w:t>
      </w:r>
    </w:p>
    <w:p>
      <w:pPr>
        <w:pStyle w:val="ArticleBody"/>
        <w:jc w:val="left"/>
      </w:pPr>
      <w:r>
        <w:rPr>
          <w:rFonts w:ascii="Times New Roman" w:hAnsi="Times New Roman" w:eastAsia="Times New Roman" w:cs="Times New Roman"/>
        </w:rPr>
        <w:t>Pab neeg coob coob, uas yog Lwm Haiv Neeg thiab yog cov neeg ua haujlwm ib teev, raug sim los ntawm ib qho kev sim uas yog lub hauv paus, thiab tam sim ntawd tom qab ntawd yog ib qho kev sim txog lub tuam tsev. Puas yog lub tuam tsev tib neeg ntawm Loos nrog tus neeg txhaum ntawd yuav yog lub pob zeb lossis cov xuab zeb uas nej txhim nej txoj kev ntseeg rau saum? Los puas yog lub tuam tsev ntawm kev yug los ua neeg, uas yog Vajtswv thiab tib neeg koom ua ke, uas yog lub tuam tsev ntawm ib puas plaub caug plaub txhiab leej uas Petus hu ua “ib lub tsev ntawm sab ntsuj plig?” Nyob rau lub sij hawm ntawm kev sim ntawd txog lub hauv paus thiab lub tuam tsev, txoj kev tsim txom yuav ua kom tiav txoj kev sim ntsuas tseeb ntawm kauj ruam thib peb, thiab tom qab ntawd lub caij uas tib neeg raug sim yuav xaus.</w:t>
      </w:r>
    </w:p>
    <w:p>
      <w:pPr>
        <w:pStyle w:val="ArticleBody"/>
        <w:jc w:val="left"/>
      </w:pPr>
      <w:r>
        <w:rPr>
          <w:rFonts w:ascii="Times New Roman" w:hAnsi="Times New Roman" w:eastAsia="Times New Roman" w:cs="Times New Roman"/>
        </w:rPr>
        <w:t>Tus Tsov Ntxhuav ntawm xeem Yudas tam sim no tab tom ua kom tiav zaj keeb kwm zais ntawm nqe plaub caug, thiab Nws tau nthuav tawm qhov kaj ntxiv los ntawm peb txoj lus faj lem ntawm ob puas tsib caug xyoo, yog ntawm Cyrus, Nero, thiab Trump; thiab Nws tau ua li ntawd nyob rau lub sij hawm uas Nws twb tau hais kom meej txog tes hauj lwm ntawm kev tshaj tawm txoj xov kho kom raug ntawm Nashville. Kab keeb kwm ntawm Nero muab tus qauv ntawm kev tsa kom tiav zaum kawg ntawm daim duab ntawm tus tsiaj qus hauv Tebchaws Meskas, thiab tom qab ntawd rau lub ntiaj teb no. Kab keeb kwm ntawm Cyrus xyoo 457 BC qhia txog zaj keeb kwm uas nyob nruab nrab ntawm Raphia thiab Panium, yog zaj keeb kwm uas nyob nruab nrab ntawm Tsov Rog Ukrainian thiab Tsov Rog Thoob Ntiaj Teb Zaum Peb, uas pib thaum Panium los koom nrog Actium ntawm txoj cai Hnub Caiv uas tab tom yuav los sai no. Kab keeb kwm ntawm Trump xaus rau xyoo no rau hnub tim 4 Lub Xya Hli.</w:t>
      </w:r>
    </w:p>
    <w:p>
      <w:pPr>
        <w:pStyle w:val="ArticleBody"/>
        <w:jc w:val="left"/>
      </w:pPr>
      <w:r>
        <w:rPr>
          <w:rFonts w:ascii="Times New Roman" w:hAnsi="Times New Roman" w:eastAsia="Times New Roman" w:cs="Times New Roman"/>
        </w:rPr>
        <w:t>Nero yog ib lub cim ntawm kev tsim txom; pawg ntseeg hauv Smyrna qhia txog keeb kwm uas txuas mus ntxiv mus txog thaum kev tsim txom xaus 250 xyoo tom qab ntawd ntawm pawg ntseeg hauv Pergamos thiab kev sib haum xeeb. Txoj kab ntawd qhia txog kev tsa tus duab, thiab vim li ntawd thiaj phim nrog keeb kwm thaum tus duab ntawm Khetos tab tom raug tsa rau hauv Nws lub tuam tsev. Lo lus “edict” yog lub ntsiab taw tes pib uas coj mus rau thawj txoj cai Hnub Caiv uas tom qab ntawd raug raws los ntawm lub qhov rooj kaw ntawm kev sib cais nruab nrab ntawm sab hnub tuaj thiab sab hnub poob, cov txawj ntse thiab cov ruam, nplej thiab txhauv, thiab cov uas dim los yog cov uas ploj lawm. Lo lus “edict” uas pib lub sijhawm ntawd kuj yog tib lo “edict” uas pib tib lub sijhawm sim ntawd rau lub ntiaj teb. Yog li ntawd, lo lus “edict” yog thawj thiab yog kawg. Txhua lub cim taw qhia ntawm Nero txoj kab kaum xya xyoo tab tom qhia txog kev tsim txom uas nce zuj zus ntawm kev kub ntxhov ntawm txoj cai Hnub Caiv uas pib nrog ib lo “edict,” ib yam uas muaj lub hwj chim thiab kev txib zoo ib yam li ib daim “executive order” ntawm tus thawj tswj hwm.</w:t>
      </w:r>
    </w:p>
    <w:p>
      <w:pPr>
        <w:pStyle w:val="ArticleBody"/>
        <w:jc w:val="left"/>
      </w:pPr>
      <w:r>
        <w:rPr>
          <w:rFonts w:ascii="Times New Roman" w:hAnsi="Times New Roman" w:eastAsia="Times New Roman" w:cs="Times New Roman"/>
        </w:rPr>
        <w:t>Peb tug ntawm peb tsab cai ntawm Cyrus xyoo 457 BC qhia txog ib lub sijhawm kaum xya xyoo uas muaj peb lub cim taw tes nyob rau thaum kawg, ib yam li txoj kab ntawm Nero thiab ib yam li lwm txoj kab ntawm Cyrus, uas tau xaus nrog kev tuaj txog ntawm thawj, ob, thiab peb tug tim tswv txij xyoo 1798 mus txog 1844. Peb kauj ruam ntawm Cyrus yog tsov rog Raphia, ces kaum xyoo mus txog kauj ruam thib ob, thiab tom qab ntawd xya xyoo mus txog tsov rog Panium. Qhov pib thiab qhov xaus puav leej yog tsov rog, yog li ntawd thiaj ris lub cim ntawm Alpha thiab Omega. Lub sijhawm thawj ntawm kaum xyoo sawv cev rau ib lub sijhawm ntawm kev sim siab uas tau pib xyoo 2014 nrog Tsov Rog Ukrainian, hos lub sijhawm thib ob xaus xya xyoo tom qab ntawd ntawm tsov rog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tau qhib lub tswvyim ntawm lub sijhawm rau cov Millerites hauv keeb kwm ntawm thawj thiab tus timtswv thib ob, thiab Nws tau qhib lub tswvyim ntawm cov zauv hauv keeb kwm ntawm ib puas plaub caug plaub txhiab leej, uas yog keeb kwm ntawm tus timtswv thib peb.</w:t>
      </w:r>
    </w:p>
    <w:p>
      <w:pPr>
        <w:pStyle w:val="ArticleBody"/>
        <w:jc w:val="left"/>
      </w:pPr>
      <w:r>
        <w:rPr>
          <w:rFonts w:ascii="Times New Roman" w:hAnsi="Times New Roman" w:eastAsia="Times New Roman" w:cs="Times New Roman"/>
        </w:rPr>
        <w:t>Cov keeb kwm yaj saub uas muaj lub ntsiab lus piv txwv, xws li nees nkaum ob xyoos txij xyoo 1776 mus txog xyoo 1798 uas sawv cev los ntawm kev sawv tawm tsam ntawm cov Maccabees, qhia txog qhov ua rau lub nceeg vaj thib rau pib los, thiab qhov ua rau lub nceeg vaj thib tsib xaus lawm. Tus thawj tswj hwm thib nees nkaum ob, Grover Cleveland, yog tus alpha ntawm cov thawj tswj hwm uas ua qauv qhia txog tus thawj tswj hwm omega uas yog Donald Trump, vim nkawd yog ob leeg tib leeg xwb uas tau ua thawj tswj hwm ob lub sij hawm uas tsis txuas sib law liag. Trump yog tus thawj tswj hwm thib nees nkaum ob uas yeej ib lub sij hawm thib ob, thaum suav nrog lwm cov thawj tswj hwm uas tau los tuav txoj hauj lwm hauv ib tug thawj tswj hwm dhau los lub sij hawm, nrog rau cov thawj tswj hwm uas yeej ib lub sij hawm thib ob rau lawv tus kheej. Lub nceeg vaj thib rau ntawm yaj saub hauv Vajlugkub tau pib hauv xyoo 1798, tom qab nees nkaum ob xyoos txij li Daim Ntawv Tshaj Tawm Kev Ywj Pheej. Xyoo 1798 mus txog xyoo 2026 yog sawv cev los ntawm 22 ntawm hnub tim alpha thiab 22 ntawm hnub tim omega.</w:t>
      </w:r>
    </w:p>
    <w:p>
      <w:pPr>
        <w:pStyle w:val="ArticleBody"/>
        <w:jc w:val="left"/>
      </w:pPr>
      <w:r>
        <w:rPr>
          <w:rFonts w:ascii="Times New Roman" w:hAnsi="Times New Roman" w:eastAsia="Times New Roman" w:cs="Times New Roman"/>
        </w:rPr>
        <w:t>Peb txoj kab uas muaj kaum ib tshooj pib ntawm tshooj kaum ib thiab xaus rau tshooj nees nkaum ob. Hauv txhua txoj kab kaum ib tshooj ntawd muaj ib qho nruab nrab tseeb uas sawv cev los ntawm peb nqe vajlugkub. Chivkeeb qhia meej txog thaum “kev txiav kevcai” raug muab ua lub cim ntawm txoj kev sib cog lus nrog ib haiv neeg uas raug xaiv. Qhov ntawd yog thawj zaug uas ib haiv neeg raug xaiv tau txais ib lub cim sawv cev rau ib haiv neeg ntawm kev cog lus, thiab hauv Mathai peb nqe uas nyob nruab nrab qhia txog lub Pob Zeb uas Khetos yuav txhim tsa Nws lub koom txoos rau saum. Cov nqe ntawd qhia txog thaum Ximoos Paj-yoona lub npe raug hloov ua Petus, uas sib npaug rau ib puas plaub caug plaub txhiab. Nruab nrab ntawm txoj kab hauv Qhia Tshwm qhia txog txoj kev cog lus ntawm kev tuag thaum nws txheeb qhia txog lub hwjchim papacy ua lub taub hau thib yim uas yog ntawm xya lub. Koj xav tias qhov no muaj qhov cuam tshuam dabtsi, thaum tshooj kaum ib hauv Desire of Ages qhia txog Yauhas tus Muab Neeg Ua Kev Cai Raus Dej txoj xov, hos tshooj nees nkaum ob qhia txog Yauhas txoj kev tuag?</w:t>
      </w:r>
    </w:p>
    <w:p>
      <w:pPr>
        <w:pStyle w:val="ArticleBody"/>
        <w:jc w:val="left"/>
      </w:pPr>
      <w:r>
        <w:rPr>
          <w:rFonts w:ascii="Times New Roman" w:hAnsi="Times New Roman" w:eastAsia="Times New Roman" w:cs="Times New Roman"/>
        </w:rPr>
        <w:t>Qhov nruab nrab ntawm cov tshooj ntawd coj koj mus txog nplooj 168, qhov chaw uas tshooj hu ua Nicodemus pib. Tshooj kaum ib muaj npe hu ua Kev Cai Raus Dej, thiab tshooj nees nkaum ob muaj npe hu ua Kev Kawg Tsev Lojcuj thiab Kev Tuag ntawm Yauhas. Tshooj kaum ib yog ib lub cim ntawm kev tuag, kev faus, thiab kev sawv rov los, ib yam li tshooj kaum xya thiab Nicodemus, thiab ib yam li kev tuag ntawm Yauhas.</w:t>
      </w:r>
    </w:p>
    <w:p>
      <w:pPr>
        <w:pStyle w:val="ArticleBody"/>
        <w:jc w:val="left"/>
      </w:pPr>
      <w:r>
        <w:rPr>
          <w:rFonts w:ascii="Times New Roman" w:hAnsi="Times New Roman" w:eastAsia="Times New Roman" w:cs="Times New Roman"/>
        </w:rPr>
        <w:t>Peb yuav txuas ntxiv tej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Zauv Nees nkaum-ob</dc:title>
  <dc:subject>Lub Kaum Ob Hlis 31,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