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Cov Lus Ceeb Toom Uas Mus Sib Xws — Tus Thawj</w:t>
      </w:r>
    </w:p>
    <w:p>
      <w:pPr>
        <w:pStyle w:val="ArticleSubtitle"/>
        <w:jc w:val="left"/>
      </w:pPr>
      <w:r>
        <w:rPr>
          <w:rFonts w:ascii="Arial" w:hAnsi="Arial" w:eastAsia="Arial" w:cs="Arial"/>
        </w:rPr>
        <w:t>Kev Qhia Tshwm Sim ntawm Yexus Khetos: Kev Nkag Siab Txog Cov Lus Ceeb Toom Kawg Rau Tib Neeg Txhua 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“Kev Qhia Tshwm ntawm Yexus Khetos” raug qhib tawm rau Vajtswv haiv neeg thaum “lub sij hawm twb los txog ze lawm.” Zaj lus ceeb toom kawg rau noob neej raug muab tawm tam sim ua ntej lub sij hawm sim siab ntawm tib neeg xaus, thiab zaj lus kawg ntawd raug sawv cev hauv ntau txoj kab lus yaj saub hauv phau Vajlugkub. Hauv Tshwm Sim kaum plaub, zaj lus ceeb toom kawg ntawd raug sawv cev los ntawm peb tug tim tswv.</w:t>
      </w:r>
    </w:p>
    <w:p>
      <w:pPr>
        <w:pStyle w:val="ArticleScripture"/>
        <w:jc w:val="left"/>
      </w:pPr>
      <w:r>
        <w:rPr>
          <w:rFonts w:ascii="Times New Roman" w:hAnsi="Times New Roman" w:eastAsia="Times New Roman" w:cs="Times New Roman"/>
        </w:rPr>
        <w:t>Thiab kuv pom dua ib tug timtswv ya nyob nruab nrab saum ntuj, tuav txoj moo zoo uas nyob mus ib txhis kom tshaj tawm rau cov uas nyob saum npoo av, thiab rau txhua haiv neeg, txhua xeem, txhua yam lus, thiab txhua pawg neeg, nws hais nrov nrov tias, Cia li ntshai Vajtswv, thiab qhuas nws lub hwjchim; rau qhov lub sijhawm uas nws yuav txiav txim twb los txog lawm; thiab nej cia li pe hawm tus uas tsim lub ntuj, lub ntiajteb, dej hiav txwv, thiab tej qhov dej txhawv.</w:t>
      </w:r>
    </w:p>
    <w:p>
      <w:pPr>
        <w:pStyle w:val="ArticleScripture"/>
        <w:jc w:val="left"/>
      </w:pPr>
      <w:r>
        <w:rPr>
          <w:rFonts w:ascii="Times New Roman" w:hAnsi="Times New Roman" w:eastAsia="Times New Roman" w:cs="Times New Roman"/>
        </w:rPr>
        <w:t>Ces muaj dua ib tug tim tswv raws qab tuaj, hais tias, Npanpiloo poob lawm, poob lawm, lub nroog loj ntawd, vim nws tau ua kom txhua haiv neeg haus cawv txiv hmab ntawm txoj kev npau taws uas yog nws txoj kev deev hluas nraug.</w:t>
      </w:r>
    </w:p>
    <w:p>
      <w:pPr>
        <w:pStyle w:val="ArticleScripture"/>
        <w:jc w:val="left"/>
      </w:pPr>
      <w:r>
        <w:rPr>
          <w:rFonts w:ascii="Times New Roman" w:hAnsi="Times New Roman" w:eastAsia="Times New Roman" w:cs="Times New Roman"/>
        </w:rPr>
        <w:t>Ces tus timtswv thib peb txawm raws lawv qab los, qw nrov nrov hais tias, Yog leejtwg pe hawm tus tsiaj qus thiab nws daim duab, thiab txais nws lub cim rau ntawm nws lub hauv pliaj los yog ntawm nws txhais tes, tus ntawd yuav haus cawv txiv hmab uas yog Vajtswv txojkev npau taws, uas raug muab nchuav tawm yam tsis tov rau hauv lub khob ntawm Nws txojkev chim; thiab nws yuav raug tsim txom los ntawm hluav taws thiab leej faj nyob rau ntawm cov timtswv dawb huv xubntiag, thiab nyob rau ntawm tus Menyuam Yaj xubntiag: Thiab pa taws ntawm lawv txojkev tsim txom yuav nce mus ib txhis tsis kawg li: thiab lawv yuav tsis muaj kev so nruab hnub los hmo ntuj, yog cov uas pe hawm tus tsiaj qus thiab nws daim duab, thiab tus twg uas txais lub cim ntawm nws lub npe. Ntawm no yog cov neeg dawb huv txojkev ua siab ntev: ntawm no yog cov uas ceev Vajtswv tej lus txib, thiab txojkev ntseeg ntawm Yexus. Tshwm Sim 14:6–12.</w:t>
      </w:r>
    </w:p>
    <w:p>
      <w:pPr>
        <w:pStyle w:val="ArticleBody"/>
        <w:jc w:val="left"/>
      </w:pPr>
      <w:r>
        <w:rPr>
          <w:rFonts w:ascii="Times New Roman" w:hAnsi="Times New Roman" w:eastAsia="Times New Roman" w:cs="Times New Roman"/>
        </w:rPr>
        <w:t>Hauv tshooj kaum yim ntawm Phau Tshwm Sim, tib zaj lus ntawd tshaj tawm txog qhov kev poob ntawm Npanpiloo.</w:t>
      </w:r>
    </w:p>
    <w:p>
      <w:pPr>
        <w:pStyle w:val="ArticleScripture"/>
        <w:jc w:val="left"/>
      </w:pPr>
      <w:r>
        <w:rPr>
          <w:rFonts w:ascii="Times New Roman" w:hAnsi="Times New Roman" w:eastAsia="Times New Roman" w:cs="Times New Roman"/>
        </w:rPr>
        <w:t>Tom qab tej no lawm kuv pom dua ib tug timtswv nqes saum ntuj los, muaj hwjchim loj kawg; thiab lub ntiajteb kaj nrig vim nws lub yeeb koob. Thiab nws qw nrov nroo nrog suab muaj zog, hais tias, Npanpiloo tus loj tau poob lawm, tau poob lawm, thiab tau dhau los ua chaw nyob ntawm tej dab phem, thiab yog lub chaw khaws ntawm txhua tus ntsujplig qias neeg, thiab yog tawb kaw ntawm txhua hom noog qias thiab ntxub ntxaug. Rau qhov txhua haiv neeg tau haus cawv txiv hmab ntawm txoj kev chim txhaum ntawm nws txoj kev nkauj kev nraug liab qab, thiab tej vajntxwv hauv ntiajteb tau ua nkauj ua nraug nrog nws, thiab cov tub lag tub luam hauv ntiajteb tau nplua nuj vim txoj kev nplua mias ntawm nws tej kev lom zem nplua nuj. Thiab kuv hnov dua ib lub suab saum ntuj hais tias, Nej cov uas yog kuv haiv neeg, cia li tawm hauv nws los, xwv kom nej txhob koom nrog nws tej kev txhaum, thiab xwv kom nej txhob raug nws tej kev raug txim. Rau qhov nws tej kev txhaum tau nce mus txog saum ntuj, thiab Vajtswv tau nco ntsoov txog nws tej kev ua phem. Tshwmsim 18:1–5.</w:t>
      </w:r>
    </w:p>
    <w:p>
      <w:pPr>
        <w:pStyle w:val="ArticleBody"/>
        <w:jc w:val="left"/>
      </w:pPr>
      <w:r>
        <w:rPr>
          <w:rFonts w:ascii="Times New Roman" w:hAnsi="Times New Roman" w:eastAsia="Times New Roman" w:cs="Times New Roman"/>
        </w:rPr>
        <w:t>Kab lus yav tom ntej ntawm keeb kwm, los sis peb kuj hais tau tias, kab txheej xwm uas raug sawv cev los ntawm tus tim tswv uas ci ntsa iab rau lub ntiaj teb nrog nws lub hwjchim ci ntsa iab hauv tshooj kaum yim, sawv cev rau cov txheej xwm uas coj mus txog rau qhov xaus ntawm kev txiav txim, qhov xaus ntawm lub sijhawm sim neeg, thiab xya lub nplawm kawg. Keeb kwm yav tom ntej uas raug sawv cev hauv tshooj kaum yim ntawd khiav mus “ua ke sib txig” nrog kab keeb kwm yav tom ntej uas raug sawv cev los ntawm peb tus tim tswv hauv tshooj kaum plaub.</w:t>
      </w:r>
    </w:p>
    <w:p>
      <w:pPr>
        <w:pStyle w:val="ArticleScripture"/>
        <w:jc w:val="left"/>
      </w:pPr>
      <w:r>
        <w:rPr>
          <w:rFonts w:ascii="Times New Roman" w:hAnsi="Times New Roman" w:eastAsia="Times New Roman" w:cs="Times New Roman"/>
        </w:rPr>
        <w:t>“Vajtswv tau muab tej lus hauv Tshwmsim 14 tso rau hauv kab kev ntawm tej lus faj lem, thiab lawv txoj hauj lwm yuav tsum tsis txhob tu mus txog rau thaum xaus ntawm zaj keeb kwm ntawm lub ntiaj teb no. Txoj lus ntawm thawj tug tim tswv thiab ntawm tus tim tswv thib ob tseem yog qhov tseeb rau lub sijhawm no, thiab yuav tsum khiav mus raws nraim ib kab nrog txoj lus no uas ua raws los. Tus tim tswv thib peb tshaj tawm nws tej lus ceeb toom nrog ib lub suab nrov nrov. ‘Tom qab tej no,’ Yauhas hais tias, ‘kuv pom dua ib tug tim tswv nqes saum ntuj los, muaj hwj chim loj, thiab lub ntiaj teb raug ci pom kev los ntawm nws lub koob meej.’ Nyob hauv qhov kev kaj no, qhov kaj ntawm tag nrho peb txoj lus raug muab los koom ua ke.” The 1888 Materials, 803, 804.</w:t>
      </w:r>
    </w:p>
    <w:p>
      <w:pPr>
        <w:pStyle w:val="ArticleBody"/>
        <w:jc w:val="left"/>
      </w:pPr>
      <w:r>
        <w:rPr>
          <w:rFonts w:ascii="Times New Roman" w:hAnsi="Times New Roman" w:eastAsia="Times New Roman" w:cs="Times New Roman"/>
        </w:rPr>
        <w:t>Peb tug tim tswv hauv tshooj kaum plaub uas ya nyob nruab nrab saum ntuj, yog lub cim qhia txog ib txoj xov thoob qab ntuj uas xaus nrog lub cim ntawm tus tsiaj qus thiab kev kaw ntawm lub sijhawm sim siab. Hauv tshooj kaum yim tag nrho lub ntiajteb raug ci ntsa iab los ntawm lub yeeb koob ntawm tus tim tswv uas nws txoj xov kuj xaus nrog kev kaw ntawm lub sijhawm sim siab.</w:t>
      </w:r>
    </w:p>
    <w:p>
      <w:pPr>
        <w:pStyle w:val="ArticleBody"/>
        <w:jc w:val="left"/>
      </w:pPr>
      <w:r>
        <w:rPr>
          <w:rFonts w:ascii="Times New Roman" w:hAnsi="Times New Roman" w:eastAsia="Times New Roman" w:cs="Times New Roman"/>
        </w:rPr>
        <w:t>Txoj xov uas tau sawv cev ua cim los ntawm peb tug timtswv hauv tshooj kaum plaub, thiab uas kuj tau sawv cev los ntawm tus timtswv uas nqes los hauv tshooj kaum yim, yog ob daim duab piv txwv ntawm tib txoj xov ceeb toom ntawd. Hauv Phau Vajlugkub tsis muaj dab tsi rov hais tsis tsim nyog, tsis muaj dab tsi pov tseg lawm. Qhov uas Yauhas qhia tib txoj xov qub ntawd ntau dua ib zaug yog kev hais kom hnyav txog qhov tseem ceeb ntawm txoj xov ntawd, thiab nws qhia txog Vajtswv txoj kev qhia uas yog ib txoj cai hauv phau Vajlugkub hu ua “rov hais dua thiab nthuav kom dav.” Kev coj ob txoj kab keeb kwm yaj saub los sib txuas ua ke yuav nthuav tawm tej qhov tseeb uas yuav tsis raug paub nyob hauv ib txoj kab twg yog hais tias muab cais tawm ntawm lwm txoj kab. Niaj hnub no, yog koj coj ob tug timkhawv ntawm tib qhov xwm txheej mus rau hauv tsev hais plaub kom ua timkhawv, nkawd tej zaum yuav muab lus ceeb toom sib txawv kiag li raws li nkawd txoj kev xav nom tswv lossis kev xav hauv zej zog. Qhov no tsis yog li ntawd rau cov timkhawv hauv Phau Vajlugkub; lawv ib txwm sib haum, thiab yog hais tias zoo li lawv tsis sib haum rau koj pom, ces yog koj tab tom saib ib yam dab tsi tsis raug lawm.</w:t>
      </w:r>
    </w:p>
    <w:p>
      <w:pPr>
        <w:pStyle w:val="ArticleBody"/>
        <w:jc w:val="left"/>
      </w:pPr>
      <w:r>
        <w:rPr>
          <w:rFonts w:ascii="Times New Roman" w:hAnsi="Times New Roman" w:eastAsia="Times New Roman" w:cs="Times New Roman"/>
        </w:rPr>
        <w:t>Ob daim duab piv txwv uas peb tab tom saib no yog tib lo lus ceeb toom kiag uas phau ntawv Malakhi sawv cev tias yog kev rov qab los ntawm Eliyas tus yaj saub. Peb qho lus ntawd txhua yam tuaj txog ua ntej lub sijhawm txiav txim siab ntawm txoj kev khuvleej xaus—vim lo lus ceeb toom uas muaj nyob hauv peb txoj kab lus faj lem ntawd tsis yog tsuas yog muab los ua ntej lub sijhawm txiav txim siab ntawm txoj kev khuvleej xaus xwb, tiam sis txoj kev khuvleej xaus ntawd yog lub ntsiab chaw siv los ua qhov taw qhia tiag tiag, yog lub ntsiab lus uas yuav hais tau, ntawm txhua lo lus ceeb toom ntawd. Qhov tseeb tiag, yog muaj ib lo lus ceeb toom twg raug tshaj tawm los sis raug piav qhia los ntawm ib tug yaj saub twg, nws yeej yog tib lo lus ceeb toom nkaus li Tshwm Sim kaum plaub, kaum yim, thiab Malakhi zaj lus faj lem txog Eliyas.</w:t>
      </w:r>
    </w:p>
    <w:p>
      <w:pPr>
        <w:pStyle w:val="ArticleBody"/>
        <w:jc w:val="left"/>
      </w:pPr>
      <w:r>
        <w:rPr>
          <w:rFonts w:ascii="Times New Roman" w:hAnsi="Times New Roman" w:eastAsia="Times New Roman" w:cs="Times New Roman"/>
        </w:rPr>
        <w:t>Peb peb kab lus faj lem no kuj muaj peev xwm qhia tau yooj yim tias lawv khiav sib luag rau ib leeg. Hais li ntawd los, muaj ob lub hauv paus tseem ceeb ntawm cov ntaub ntawv nyob hauv kev faj lem hauv phau Vajlugkub. Ib lub yog kev txheeb xyuas txog cov txheej xwm uas nthuav tawm ua ntu zus thaum kawg ntawm lub ntiaj teb los txog. Lwm lub hauv paus ntawm cov ntaub ntawv yog daim duab piv txwv ntawm cov yaj saub tej haujlwm uas txuas nrog rau txoj xov uas piav qhia txog cov txheej xwm yav tom ntej.</w:t>
      </w:r>
    </w:p>
    <w:p>
      <w:pPr>
        <w:pStyle w:val="ArticleBody"/>
        <w:jc w:val="left"/>
      </w:pPr>
      <w:r>
        <w:rPr>
          <w:rFonts w:ascii="Times New Roman" w:hAnsi="Times New Roman" w:eastAsia="Times New Roman" w:cs="Times New Roman"/>
        </w:rPr>
        <w:t>Muaj ob txoj cai uas tsim nyog xav txog nrog rau tej tswv yim no. Thawj txoj cai yog hais tias txhua tus yaj saub hais txog hnub kawg ntawm lub ntiajteb, uas yog qhov chaw uas lub sij hawm sim neej raug kaw.</w:t>
      </w:r>
    </w:p>
    <w:p>
      <w:pPr>
        <w:pStyle w:val="ArticleScripture"/>
        <w:jc w:val="left"/>
      </w:pPr>
      <w:r>
        <w:rPr>
          <w:rFonts w:ascii="Times New Roman" w:hAnsi="Times New Roman" w:eastAsia="Times New Roman" w:cs="Times New Roman"/>
        </w:rPr>
        <w:t>“Txhua tus yaj saub thaum ub hais lus tsawg dua rau lawv tus kheej tiam dua li rau peb lub tiam, yog li ntawd lawv tej lus faj lem tseem muaj hwj chim siv rau peb. ‘Tam sim no txhua yam no tau tshwm sim rau lawv ua yam piv txwv; thiab twb raug sau cia rau peb tej lus ceeb toom, rau peb cov uas hnub kawg ntawm lub ntiajteb twb los txog lawm.’ 1 Khaulee 10:11. ‘Tsis yog rau lawv tus kheej, tiamsis yog rau peb, uas lawv tau ua haujlwm pab txog tej no, tej uas nim no raug qhia rau nej los ntawm cov uas tau tshaj tawm txoj moo zoo rau nej los ntawm tus Vaj Ntsuj Plig Dawb Huv uas raug txib nqes saum ntuj los; tej no yog yam uas cov timtswv ntshaw saib kom tob.’ 1 Petus 1:12....”</w:t>
      </w:r>
    </w:p>
    <w:p>
      <w:pPr>
        <w:pStyle w:val="ArticleScripture"/>
        <w:jc w:val="left"/>
      </w:pPr>
      <w:r>
        <w:rPr>
          <w:rFonts w:ascii="Times New Roman" w:hAnsi="Times New Roman" w:eastAsia="Times New Roman" w:cs="Times New Roman"/>
        </w:rPr>
        <w:t>“Phau Vajlugkub tau khaws cia thiab muab nws tej txiaj ntsig tseem ceeb khi ua ke rau tiam neeg kawg no. Txhua yam xwm txheej loj thiab txhua yam kev ua uas loj kawg thiab dawb ceev hauv keeb kwm Phau Qub tau rov tshwm sim lawm, thiab tseem tab tom rov tshwm sim, hauv pawg ntseeg nyob rau hnub kawg no.” Selected Messages, phau 3, 338, 339.</w:t>
      </w:r>
    </w:p>
    <w:p>
      <w:pPr>
        <w:pStyle w:val="ArticleBody"/>
        <w:jc w:val="left"/>
      </w:pPr>
      <w:r>
        <w:rPr>
          <w:rFonts w:ascii="Times New Roman" w:hAnsi="Times New Roman" w:eastAsia="Times New Roman" w:cs="Times New Roman"/>
        </w:rPr>
        <w:t>Txhua tej lus cev faj lem hauv Phau Vajlugkub yog “muaj hwjchim siv rau peb” “uas yog cov uas ntiajteb kawg twb los txog rau.” Txoj cai ntawd, ua ke nrog lwm txoj cai uas txheeb qhia txog cov “teeb meem” uas Vaj Ntsuj Plig Dawb Huv tau “puab tsa,” “ob qho tib si hauv kev muab zaj lus faj lem thiab” kuj “hauv cov xwm txheej uas raug piav qhia,” ntxiv dag zog rau lo lus thov hais tias cov xwm txheej faj lem nyob rau thaum pib ntawm ib zaj lus faj lem yog ua tus piv txwv thiab khiav mus ua kab sib luag nrog cov xwm txheej faj lem nyob rau thaum kawg ntawm ib zaj lus faj lem twg los xij.</w:t>
      </w:r>
    </w:p>
    <w:p>
      <w:pPr>
        <w:pStyle w:val="ArticleScripture"/>
        <w:jc w:val="left"/>
      </w:pPr>
      <w:r>
        <w:rPr>
          <w:rFonts w:ascii="Times New Roman" w:hAnsi="Times New Roman" w:eastAsia="Times New Roman" w:cs="Times New Roman"/>
        </w:rPr>
        <w:t>“Muaj qhov yuav tsum tau kawm Vajtswv Txojlus kom ze thiab tob dua qub; tshwj xeeb tshaj yog, phau Daniel thiab Qhia Tshwm yuav tsum tau txais kev mloog zoo ib yam uas tsis tau muaj dua li hauv keeb kwm ntawm peb tes haujlwm. Tej zaum peb yuav muaj lus hais tsawg dua hauv qee kab kev, hais txog lub hwjchim Loos thiab lub papacy; tiam sis peb yuav tsum hu kom tibneeg tig los mloog yam uas cov yaj saub thiab cov tubtxib tau sau tseg raws li kev tshoov siab ntawm Vajtswv Tus Vaj Ntsuj Plig Dawb Huv. Vaj Ntsuj Plig Dawb Huv tau txhim kho tej xwm txheej li ntawd, ob qho tib si hauv kev muab zaj lus faj lem thiab hauv cov xwm txheej uas raug piav qhia, kom qhia tias tus neeg sawv cev tibneeg yuav tsum raug cia kom ploj ntawm qhov muag, zais rau hauv Khetos, thiab kom tus Tswv Vajtswv saum ntuj ceeb tsheej thiab Nws txoj kevcai raug tsa kom siab. Nyeem phau Daniel. Hu rov qab los, ib ntu zuj zus, keeb kwm ntawm cov tebchaws uas raug sawv cev nyob ntawd.” Testimonies to Ministers, 112.</w:t>
      </w:r>
    </w:p>
    <w:p>
      <w:pPr>
        <w:pStyle w:val="ArticleBody"/>
        <w:jc w:val="left"/>
      </w:pPr>
      <w:r>
        <w:rPr>
          <w:rFonts w:ascii="Times New Roman" w:hAnsi="Times New Roman" w:eastAsia="Times New Roman" w:cs="Times New Roman"/>
        </w:rPr>
        <w:t>“Vaj Ntsuj Plig Dawb Huv tau teeb txhua yam kom muaj tus qauv zoo li no, ob qho tib si hauv kev muab yaj saub tej lus faj lem thiab hauv tej xwm txheej uas raug piav qhia.” Hauv “kev muab yaj saub tej lus faj lem thiab hauv tej xwm txheej uas raug piav qhia,” “txhua yam” tau raug “teeb kom muaj tus qauv zoo li no” los ntawm “Vaj Ntsuj Plig Dawb Huv,” kom ob qho no tib si, yog “kev muab yaj saub tej lus faj lem” thiab “tej xwm txheej uas raug piav qhia,” raug lees paub tias yog tshwm sim los ntawm kev tshoov siab thiab raug coj los siv rau hauv daim duab piv txwv yaj saub hais txog hnub kawg ntawm lub ntiaj teb.</w:t>
      </w:r>
    </w:p>
    <w:p>
      <w:pPr>
        <w:pStyle w:val="ArticleBody"/>
        <w:jc w:val="left"/>
      </w:pPr>
      <w:r>
        <w:rPr>
          <w:rFonts w:ascii="Times New Roman" w:hAnsi="Times New Roman" w:eastAsia="Times New Roman" w:cs="Times New Roman"/>
        </w:rPr>
        <w:t>Yauhasmas tau muab cov lus faj lem los ntawm Gabriel thiab raug hais kom sau nws cia rau hauv ib phau ntawv thiab xa mus rau cov pawg ntseeg. Tom qab ntawd nws raug Loos tsim txom; nws raug ntiab mus nyob rau hauv ib yam xwm txheej uas yuav sib npaug rau yam uas neeg ntiaj teb niaj hnub no hu ua ib qho chaw kaw neeg zais ntshis. Hauv zaj keeb kwm ntawd Yauhasmas raug cais tawm ntawm noob neej ib yam li txhua tus neeg raug kaw hauv Guantanamo Bay.</w:t>
      </w:r>
    </w:p>
    <w:p>
      <w:pPr>
        <w:pStyle w:val="ArticleBody"/>
        <w:jc w:val="left"/>
      </w:pPr>
      <w:r>
        <w:rPr>
          <w:rFonts w:ascii="Times New Roman" w:hAnsi="Times New Roman" w:eastAsia="Times New Roman" w:cs="Times New Roman"/>
        </w:rPr>
        <w:t>Yauhas qhia meej tias zaj yog toog pom ntawd tshwm sim thaum nws tab tom pe hawm rau hnub Xanpataus hnub xya, uas yog Hnub ntawm tus Tswv.</w:t>
      </w:r>
    </w:p>
    <w:p>
      <w:pPr>
        <w:pStyle w:val="ArticleScripture"/>
        <w:jc w:val="left"/>
      </w:pPr>
      <w:r>
        <w:rPr>
          <w:rFonts w:ascii="Times New Roman" w:hAnsi="Times New Roman" w:eastAsia="Times New Roman" w:cs="Times New Roman"/>
        </w:rPr>
        <w:t>Vim Leej Tub Neeg yog tus Tswv txawm yog hnub Xanpataus thiab. Mathais 12:8.</w:t>
      </w:r>
    </w:p>
    <w:p>
      <w:pPr>
        <w:pStyle w:val="ArticleBody"/>
        <w:jc w:val="left"/>
      </w:pPr>
      <w:r>
        <w:rPr>
          <w:rFonts w:ascii="Times New Roman" w:hAnsi="Times New Roman" w:eastAsia="Times New Roman" w:cs="Times New Roman"/>
        </w:rPr>
        <w:t>Thaum tab tom pe hawm hauv tus Ntsuj Plig, nws hnov ib lub suab nrov ncha nyob tom qab nws.</w:t>
      </w:r>
    </w:p>
    <w:p>
      <w:pPr>
        <w:pStyle w:val="ArticleScripture"/>
        <w:jc w:val="left"/>
      </w:pPr>
      <w:r>
        <w:rPr>
          <w:rFonts w:ascii="Times New Roman" w:hAnsi="Times New Roman" w:eastAsia="Times New Roman" w:cs="Times New Roman"/>
        </w:rPr>
        <w:t>Kuv Yauhas, uas yog nej tus kwvtij thiab tus khub nrog nej nyob hauv kev txom nyem, thiab hauv lub nceeg vaj, thiab hauv kev ua siab ntev ntawm Yexus Khetos, tau nyob rau ntawm kob uas hu ua Pathaumus, vim yog Vajtswv Txojlus thiab vim yog zaj lus tim khawv txog Yexus Khetos. Kuv tau nyob hauv tus Ntsuj Plig rau hnub ntawm tus Tswv, thiab kuv hnov ib lub suab nrov kawg nyob tom qab kuv, zoo li suab raj nrov, hais tias, Kuv yog Alpha thiab Omega, tus thawj thiab tus kawg: thiab, Yam uas koj pom, cia li sau rau hauv ib phau ntawv, thiab xa mus rau xya pawg ntseeg uas nyob hauv Axias; mus rau Efexaus, thiab mus rau Xamawna, thiab mus rau Pegamauj, thiab mus rau Thiyathaira, thiab mus rau Xadis, thiab mus rau Filadefia, thiab mus rau Laodixias. Tshwm Sim 1:9–11.</w:t>
      </w:r>
    </w:p>
    <w:p>
      <w:pPr>
        <w:pStyle w:val="ArticleBody"/>
        <w:jc w:val="left"/>
      </w:pPr>
      <w:r>
        <w:rPr>
          <w:rFonts w:ascii="Times New Roman" w:hAnsi="Times New Roman" w:eastAsia="Times New Roman" w:cs="Times New Roman"/>
        </w:rPr>
        <w:t>Yauhas, nws qhov chaw nyob ib puag ncig thiab tej xwm txheej uas tau qhia txog nws piav qhia nws tias yog ib tug uas raug tsim txom vim yog tus pe hawm Hnub Xabath hnub xya, tiamsis kuj yog ib tug uas raug tsim txom vim lawv ntseeg ob yam tib si, yog Phau Vajlugkub thiab tej ntawv sau ntawm Ellen White, uas yog “Yexus zaj lus tim khawv.” Nws hnov ib lub suab nrov loj nyob tom qab nws, uas nws tig mus saib, thiab hauv qhov uas nws ua li ntawd nws sawv cev rau ib tug Xya-hnub Adventist thaum kawg ntiajteb uas hnov ib lub suab nyob tom qab lawv hais tias, “nov yog txoj kev, nej cia li taug kev hauv nws.”</w:t>
      </w:r>
    </w:p>
    <w:p>
      <w:pPr>
        <w:pStyle w:val="ArticleBody"/>
        <w:jc w:val="left"/>
      </w:pPr>
      <w:r>
        <w:rPr>
          <w:rFonts w:ascii="Times New Roman" w:hAnsi="Times New Roman" w:eastAsia="Times New Roman" w:cs="Times New Roman"/>
        </w:rPr>
        <w:t>Txhua txoj kab lus faj lem sib xws rau ib leeg thaum kawg ntawm lub ntiaj teb.</w:t>
      </w:r>
    </w:p>
    <w:p>
      <w:pPr>
        <w:pStyle w:val="ArticleScripture"/>
        <w:jc w:val="left"/>
      </w:pPr>
      <w:r>
        <w:rPr>
          <w:rFonts w:ascii="Times New Roman" w:hAnsi="Times New Roman" w:eastAsia="Times New Roman" w:cs="Times New Roman"/>
        </w:rPr>
        <w:t>“Hauv hauv Phau Ntawv Qhia Tshwm txhua phau ntawv hauv Phau Vajlugkub tuaj sib ntsib thiab xaus.” Acts of the Apostles, 585.</w:t>
      </w:r>
    </w:p>
    <w:p>
      <w:pPr>
        <w:pStyle w:val="ArticleBody"/>
        <w:jc w:val="left"/>
      </w:pPr>
      <w:r>
        <w:rPr>
          <w:rFonts w:ascii="Times New Roman" w:hAnsi="Times New Roman" w:eastAsia="Times New Roman" w:cs="Times New Roman"/>
        </w:rPr>
        <w:t>Txhua tug yaj saub twg uas hnov ib lub suab nyob tom qab lawv, nws sib haum nrog Yauhas hauv daim duab piv txwv txog Vajtswv haiv neeg nyob rau hnub kawg ntawm lub ntiajteb. Yauhas tau hnov ib lub suab nyob tom qab nws uas tau muab lus qhia rau nws. Yaxayas kuj tau hnov ib lub suab qhia thiab.</w:t>
      </w:r>
    </w:p>
    <w:p>
      <w:pPr>
        <w:pStyle w:val="ArticleScripture"/>
        <w:jc w:val="left"/>
      </w:pPr>
      <w:r>
        <w:rPr>
          <w:rFonts w:ascii="Times New Roman" w:hAnsi="Times New Roman" w:eastAsia="Times New Roman" w:cs="Times New Roman"/>
        </w:rPr>
        <w:t>Vim li ntawd tus Tswv yuav tos, kom nws thiaj yuav pub txoj kev hlub tshua rau nej, thiab vim li ntawd nws yuav raug tsa kom siab, kom nws thiaj yuav muaj txoj kev khuv leej nej: rau qhov tus Tswv yog Vajtswv ntawm txoj kev txiav txim; foom koob hmoov rau txhua tus uas tos ntsoov nws.</w:t>
      </w:r>
    </w:p>
    <w:p>
      <w:pPr>
        <w:pStyle w:val="ArticleScripture"/>
        <w:jc w:val="left"/>
      </w:pPr>
      <w:r>
        <w:rPr>
          <w:rFonts w:ascii="Times New Roman" w:hAnsi="Times New Roman" w:eastAsia="Times New Roman" w:cs="Times New Roman"/>
        </w:rPr>
        <w:t>Vim haiv neeg yuav nyob hauv Xi-oos ntawm Yeluxalees; koj yuav tsis quaj ntxiv lawm; thaum lub suab ntawm koj txoj kev quaj nrov mus txog nws, nws yuav muaj kev hlub tshua loj kawg rau koj; thaum nws hnov, nws yuav teb koj. Thiab txawm tus Tswv pub rau nej mov ntawm kev txom nyem thiab dej ntawm kev tsim txom, los xij nej cov xib fwb yuav tsis raug zais rau hauv ib lub ces kaum ntxiv lawm, tiam sis nej ob lub qhov muag yuav pom nej cov xib fwb. Thiab nej ob lub pob ntseg yuav hnov ib lo lus nyob tom qab nej hais tias, Nov yog txoj kev, cia li taug kev hauv txoj no, thaum nej tig mus sab xis, thiab thaum nej tig mus sab laug. Yaxayas 30:18–21.</w:t>
      </w:r>
    </w:p>
    <w:p>
      <w:pPr>
        <w:pStyle w:val="ArticleBody"/>
        <w:jc w:val="left"/>
      </w:pPr>
      <w:r>
        <w:rPr>
          <w:rFonts w:ascii="Times New Roman" w:hAnsi="Times New Roman" w:eastAsia="Times New Roman" w:cs="Times New Roman"/>
        </w:rPr>
        <w:t>Vajtswv cov neeg seem uas tseem tshuav hnov ib lub suab nyob tom qab lawv qhia tias lawv yuav tsum taug txojkev twg. Ces lawv yuav tsum txiav txim siab seb lawv puas yuav mloog los sis tsis mloog. Cov neeg uas Yauhas thiab Yaxayas sawv cev rau yog cov neeg nyob rau thaum kawg ntawm lub ntiajteb uas tos tus Tswv thaum Nws tseem ncua, thiab Yaxayas qhia rau peb tias Nws ncua vim Nws yog tus Vajtswv ntawm kev txiav txim. Txij thaum pib ntawm keeb kwm Millerite hauv xyoo 1798 mus txog rau thaum lub sijhawm kev sim siab kaw rau Adventism ntawm txoj cai Hnub Caiv, Vajtswv tab tom ua tiav txoj kev txiav txim hauv lub chaw dawb huv saum ntuj ceeb tsheej. Lo lus cog tseg yog tias cov uas tos tus Tswv thaum lub sijhawm kev txiav txim yuav tau koob hmoov.</w:t>
      </w:r>
    </w:p>
    <w:p>
      <w:pPr>
        <w:pStyle w:val="ArticleBody"/>
        <w:jc w:val="left"/>
      </w:pPr>
      <w:r>
        <w:rPr>
          <w:rFonts w:ascii="Times New Roman" w:hAnsi="Times New Roman" w:eastAsia="Times New Roman" w:cs="Times New Roman"/>
        </w:rPr>
        <w:t>Vajtswv cov uas tau koob hmoov rau qhov lawv tos, raug sawv cev los ntawm cov nkauj xwb uas tos tus Nraug Vauv nyob rau hauv zaj lus piv txwv txog kaum tus nkauj xwb. Kaum leej ntawd puav leej tsaug zog tag nrho, thiab thaum tav su hmo ntuj muaj ib qho kev kub ntxhov los txog uas cais cov nkauj xwb uas tsaug zog ntawd ua ob pab. Ib pab tau hnov ib lub suab nyob tom qab lawv thiab tig mus saib lub suab uas qhia lawv tias yuav mus raws txojkev twg, hos lwm pab tsis kam tig rov qab thiab mloog lub suab ntawd—txawm yog hais tias zaj lus uas khiav thoob plaws hauv phau Ntawv Qhia Tshwm yog, “Tus uas muaj pob ntseg, cia nws mloog yam uas tus Ntsuj Plig hais rau cov pawg ntseeg.”</w:t>
      </w:r>
    </w:p>
    <w:p>
      <w:pPr>
        <w:pStyle w:val="ArticleScripture"/>
        <w:jc w:val="left"/>
      </w:pPr>
      <w:r>
        <w:rPr>
          <w:rFonts w:ascii="Times New Roman" w:hAnsi="Times New Roman" w:eastAsia="Times New Roman" w:cs="Times New Roman"/>
        </w:rPr>
        <w:t>“Zaj lus piv txwv txog kaum tus nkauj xwb hauv Mathai 25 kuj qhia txog tej kev paub dhau los ntawm haiv Adventist.” The Great Controversy, 393.</w:t>
      </w:r>
    </w:p>
    <w:p>
      <w:pPr>
        <w:pStyle w:val="ArticleBody"/>
        <w:jc w:val="left"/>
      </w:pPr>
      <w:r>
        <w:rPr>
          <w:rFonts w:ascii="Times New Roman" w:hAnsi="Times New Roman" w:eastAsia="Times New Roman" w:cs="Times New Roman"/>
        </w:rPr>
        <w:t>Yauhasas sawv cev rau haiv neeg Adventist uas tig mus rau yav tag los kom nkag siab txog yav tom ntej. Thaum lawv “hnov ib lo lus nyob tom qab” lawv ib yam li Yauhas tau hnov, lo lus ntawd kuj muaj nrog rau txoj lus qhuab qhia uas tau muab rau hauv Yaxayas zaj lus tim khawv txog tib qho xwm txheej ntawd. Yaxayas txoj lus qhuab qhia yog, “nov yog txoj kev, nej cia li taug raws txoj no, thaum nej tig mus rau sab xis, thiab thaum nej tig mus rau sab laug.” Cov nkauj xwb muaj tswvyim hauv Daniyees kaum ob nkag siab txog kev paub uas nce ntxiv rau thaum kawg ntawm lub ntiajteb no, vim lawv tau “mus los noog mus” hauv Lo Lus kom nkag siab txog txoj kev paub pub txojsia uas tau raug qhib lub cim.</w:t>
      </w:r>
    </w:p>
    <w:p>
      <w:pPr>
        <w:pStyle w:val="ArticleScripture"/>
        <w:jc w:val="left"/>
      </w:pPr>
      <w:r>
        <w:rPr>
          <w:rFonts w:ascii="Times New Roman" w:hAnsi="Times New Roman" w:eastAsia="Times New Roman" w:cs="Times New Roman"/>
        </w:rPr>
        <w:t>Tiamsis koj, Au Daniyee, cia li kaw tej lus no tseg, thiab muab phau ntawv no ntim cia kom txog rau lub sijhawm kawg: coob leej yuav mus los ntau txoj, thiab kev paub yuav muaj ntxiv zuj zus. Daniyee 12:4.</w:t>
      </w:r>
    </w:p>
    <w:p>
      <w:pPr>
        <w:pStyle w:val="ArticleBody"/>
        <w:jc w:val="left"/>
      </w:pPr>
      <w:r>
        <w:rPr>
          <w:rFonts w:ascii="Times New Roman" w:hAnsi="Times New Roman" w:eastAsia="Times New Roman" w:cs="Times New Roman"/>
        </w:rPr>
        <w:t>Cov yaj saub uas peb tab tom xav txog no sawv cev rau cov Seventh-day Adventists hauv keeb kwm lub sijhawm uas kev txiav txim los txog rau qhov xaus thiab lub sijhawm ntawm kev sim siab kaw lawm. Cov uas raug sawv cev ua cov nkauj xwb txawj ntse hnov ib lub suab nyob tom qab lawv hais tias nov yog txoj kev uas nej yuav tsum taug, thiab Nws cog lus tias yuav coj lawv ntawm txoj kev ntawd thaum lawv tig mus rau sab laug lossis sab xis. “Khiav mus los” raws li cov nkauj xwb txawj ntse ua thaum phau ntawv raug qhib lub cim foob lawm yog ib lub cim sawv cev rau kev kawm Vajlugkub. Xwm txheej qhia rau peb paub tias kom thiaj khiav tau, nej yuav tsum xub kawm taug kev ua ntej, thiab Yaxayas tej lus tim khawv hais tias yog nej mloog lub suab tom qab nej, Nws yuav coj nej hauv kev kawm Nws Txojlus txawm nej tig mus rau Phau Qub (sab laug) lossis Phau Tshiab (sab xis). Qhib Vajlugkub, ces Nws yuav coj nej los ntawm Nws lub suab. Tiamsis rau Seventh-day Adventists thaum kawg ntawm lub ntiaj teb no, qhov no kuj txhais tau tias Nws yuav coj nej thaum nej qhib Vajlugkub (sab laug) thiab thaum nej qhib Phau Ntsuj Plig Yaj Saub (sab xis).</w:t>
      </w:r>
    </w:p>
    <w:p>
      <w:pPr>
        <w:pStyle w:val="ArticleBody"/>
        <w:jc w:val="left"/>
      </w:pPr>
      <w:r>
        <w:rPr>
          <w:rFonts w:ascii="Times New Roman" w:hAnsi="Times New Roman" w:eastAsia="Times New Roman" w:cs="Times New Roman"/>
        </w:rPr>
        <w:t>Txojkev uas yuav taug yog qhia meej tseeb dua thaum ntxiv Yelemis zaj lus timkhawv.</w:t>
      </w:r>
    </w:p>
    <w:p>
      <w:pPr>
        <w:pStyle w:val="ArticleScripture"/>
        <w:jc w:val="left"/>
      </w:pPr>
      <w:r>
        <w:rPr>
          <w:rFonts w:ascii="Times New Roman" w:hAnsi="Times New Roman" w:eastAsia="Times New Roman" w:cs="Times New Roman"/>
        </w:rPr>
        <w:t>Yog li no hais li no, Cia li sawv ntawm tej kev, thiab saib, thiab nug txog tej kevcai qub, seb txojkev zoo nyob qhovtwg, thiab taug txojkev ntawd mus, ces nej yuav nrhiav tau kev so rau nej tej ntsujplig. Tiamsis lawv hais tias, Peb yuav tsis taug txojkev ntawd. Kuv kuj tau tsa cov neeg zovxwm rau saum nej, hais tias, Mloog lub suab raj nrov. Tiamsis lawv hais tias, Peb yuav tsis mloog.</w:t>
      </w:r>
    </w:p>
    <w:p>
      <w:pPr>
        <w:pStyle w:val="ArticleScripture"/>
        <w:jc w:val="left"/>
      </w:pPr>
      <w:r>
        <w:rPr>
          <w:rFonts w:ascii="Times New Roman" w:hAnsi="Times New Roman" w:eastAsia="Times New Roman" w:cs="Times New Roman"/>
        </w:rPr>
        <w:t>Yog li no nej haiv neeg, thiab nej pawg neeg, cia li paub tias yam twg nyob hauv lawv. Au lub ntiaj teb, cia li mloog: saib seb, kuv yuav coj kev phem los rau haiv neeg no, yog cov txiv ntawm lawv tej kev xav, vim lawv tsis tau mloog kuv tej lus, los tsis mloog kuv txoj kevcai, tiamsis lawv tau muab nws tsis lees txais. Yelemis 6:16–19.</w:t>
      </w:r>
    </w:p>
    <w:p>
      <w:pPr>
        <w:pStyle w:val="ArticleBody"/>
        <w:jc w:val="left"/>
      </w:pPr>
      <w:r>
        <w:rPr>
          <w:rFonts w:ascii="Times New Roman" w:hAnsi="Times New Roman" w:eastAsia="Times New Roman" w:cs="Times New Roman"/>
        </w:rPr>
        <w:t>Muaj ob pawg neeg pe hawm nyob hauv nqe lus ntawd. Ib pawg xav txog txhua “txojkev” thiab xaiv cov “txoj qub” los taug. Lawv muaj peev xwm xaiv tau “txojkev zoo” tawm hauv txhua “txojkev” uas tseem muaj peev xwm xaiv tau, vim lawv yog cov uas mloog lub suab nyob tom qab lawv, thiab lub suab ntawd qhia rau lawv tias, “nov yog txojkev, cia li taug mus rau hauv no.” Yauhas sawv cev rau cov uas hnov lub suab tom qab, ib lub suab uas los ntawm “txoj qub.”</w:t>
      </w:r>
    </w:p>
    <w:p>
      <w:pPr>
        <w:pStyle w:val="ArticleScripture"/>
        <w:jc w:val="left"/>
      </w:pPr>
      <w:r>
        <w:rPr>
          <w:rFonts w:ascii="Times New Roman" w:hAnsi="Times New Roman" w:eastAsia="Times New Roman" w:cs="Times New Roman"/>
        </w:rPr>
        <w:t>“‘Tus Tswv hais li no, Nej cia li sawv ntawm tej kev, thiab ntsia, thiab nug txog tej qub kev, saib txoj kev zoo nyob qhov twg, ces nej yuav tsum taug txoj kev ntawd mus.’ Yelemis 6:16.</w:t>
      </w:r>
    </w:p>
    <w:p>
      <w:pPr>
        <w:pStyle w:val="ArticleScripture"/>
        <w:jc w:val="left"/>
      </w:pPr>
      <w:r>
        <w:rPr>
          <w:rFonts w:ascii="Times New Roman" w:hAnsi="Times New Roman" w:eastAsia="Times New Roman" w:cs="Times New Roman"/>
        </w:rPr>
        <w:t>“Tsis txhob cia leejtwg nrhiav rhuav tshem tej hauv paus ntawm peb txoj kev ntseeg—tej hauv paus uas tau muab tsa cia thaum chiv keeb ntawm peb tes dej num los ntawm kev kawm Vajtswv Txojlus nrog kev thov Vajtswv thiab los ntawm kev tshwm sim. Saum tej hauv paus no peb tau ua tsev txuas ntxiv los tau tsib caug xyoo dhau los no. Tej neeg tej zaum yuav xav tias lawv twb nrhiav tau ib txoj kev tshiab thiab tias lawv muaj peev xwm tsa tau ib lub hauv paus uas ruaj dua li qhov uas twb tau muab tsa cia lawm. Tiamsis qhov no yog ib txoj kev dag ntxias loj kawg. Tsis muaj leejtwg yuav tsa tau lwm lub hauv paus dua li qhov uas twb tau muab tsa cia lawm.”</w:t>
      </w:r>
    </w:p>
    <w:p>
      <w:pPr>
        <w:pStyle w:val="ArticleScripture"/>
        <w:jc w:val="left"/>
      </w:pPr>
      <w:r>
        <w:rPr>
          <w:rFonts w:ascii="Times New Roman" w:hAnsi="Times New Roman" w:eastAsia="Times New Roman" w:cs="Times New Roman"/>
        </w:rPr>
        <w:t>“Yav tag los no, coob leej ntau tus tau pib tsa ib txoj kev ntseeg tshiab, thiab tsa cov hauv paus ntsiab lus tshiab. Tab sis lawv tej kev tsa ntawd sawv tau ntev npaum li cas? Tsis ntev nws kuj vau poob lawm, vim nws tsis tau raug tsa rau saum lub Pob Zeb.</w:t>
      </w:r>
    </w:p>
    <w:p>
      <w:pPr>
        <w:pStyle w:val="ArticleScripture"/>
        <w:jc w:val="left"/>
      </w:pPr>
      <w:r>
        <w:rPr>
          <w:rFonts w:ascii="Times New Roman" w:hAnsi="Times New Roman" w:eastAsia="Times New Roman" w:cs="Times New Roman"/>
        </w:rPr>
        <w:t>“Cov thawj cov thwj tim puas tsis tau ntsib tej lus hais ntawm neeg? Lawv puas tsis tau mloog tej kev xav yuam kev, thiab ces, thaum lawv twb ua txhua yam tas lawm, sawv ruaj nreb, hais tias: ‘Tsis muaj leejtwg yuav tsa tau lwm lub hauv paus dua li lub hauv paus uas twb muab tsa lawm’? 1 Khaulee 3:11.</w:t>
      </w:r>
    </w:p>
    <w:p>
      <w:pPr>
        <w:pStyle w:val="ArticleScripture"/>
        <w:jc w:val="left"/>
      </w:pPr>
      <w:r>
        <w:rPr>
          <w:rFonts w:ascii="Times New Roman" w:hAnsi="Times New Roman" w:eastAsia="Times New Roman" w:cs="Times New Roman"/>
        </w:rPr>
        <w:t>“Yog li ntawd peb yuav tsum tuav rawv peb txoj kev ntseeg siab thaum chiv thawj kom ruaj khov mus txog thaum kawg. Tej lus uas muaj hwjchim tau raug Vajtswv thiab Khetos xa tuaj rau haiv neeg no, coj lawv tawm hauv lub ntiajteb no, ib theem zuj zus, los rau hauv qhov kaj ntshiab ntawm qhov tseeb uas phim lub sijhawm no. Vajtswv cov tub qhe, nrog di ncauj uas hluav taws dawb huv tau kov lawm, tau tshaj tawm txoj xov ntawd. Lo lus hais uas yog los saum ntuj tau muab nws lub cim khi rau qhov tseeb tiag ntawm qhov tseeb uas tau tshaj tawm.” Testimonies, volume 8, 296, 297.</w:t>
      </w:r>
    </w:p>
    <w:p>
      <w:pPr>
        <w:pStyle w:val="ArticleBody"/>
        <w:jc w:val="left"/>
      </w:pPr>
      <w:r>
        <w:rPr>
          <w:rFonts w:ascii="Times New Roman" w:hAnsi="Times New Roman" w:eastAsia="Times New Roman" w:cs="Times New Roman"/>
        </w:rPr>
        <w:t>Tiamsis tseem muaj ib pab neeg ntxiv nyob hauv Yelemis txoj kab, thiab “lub koom txoos” ntawd raws li nws hu lawv, tau tsa ib lub tsev sawv cev rau ib txoj kev ntseeg tshiab, thiab lub tsev ntawd vau poob vim nws tsis tau raug tsa saum lub pob zeb. Lub tsev ntawd yog pawg ntseeg Xya-Hnub Nruab Hnub, los yog raws li Yauhas qhia txog tib pawg ntseeg ntawd—dab Ntxwg Nyoog lub tsev sablaj.</w:t>
      </w:r>
    </w:p>
    <w:p>
      <w:pPr>
        <w:pStyle w:val="ArticleBody"/>
        <w:jc w:val="left"/>
      </w:pPr>
      <w:r>
        <w:rPr>
          <w:rFonts w:ascii="Times New Roman" w:hAnsi="Times New Roman" w:eastAsia="Times New Roman" w:cs="Times New Roman"/>
        </w:rPr>
        <w:t>Tsis kam mloog yog tsis lees txais nws tej “lus” thiab nws txoj “kev cai.” Vim lawv txoj kev ntxeev siab tsis kam rov qab los thiab taug kev hauv tej kev qub, thiab tseem vim lawv tsis kam mloog tus neeg zov qhia xov ntawm lub raj, Vajtswv yuav coj kev phem los rau saum cov neeg uas Yelemis hu ua ib “lub koom txoos phem.” Yam Vajtswv yuav nrog pawg ntseeg Xya-hnub Advhees ntawm Laodicea ua yog ib lub ntsiab lus hauv tej lus faj lem hauv Phau Vajlugkub. Tus yaj saub Hosea ntxiv qee yam rau cov yam ntxwv ntawm “lub koom txoos phem” thaum nws hais txog vim li cas lawv thiaj raug tsis lees txais.</w:t>
      </w:r>
    </w:p>
    <w:p>
      <w:pPr>
        <w:pStyle w:val="ArticleScripture"/>
        <w:jc w:val="left"/>
      </w:pPr>
      <w:r>
        <w:rPr>
          <w:rFonts w:ascii="Times New Roman" w:hAnsi="Times New Roman" w:eastAsia="Times New Roman" w:cs="Times New Roman"/>
        </w:rPr>
        <w:t>Kuv haiv neeg raug puam tsuaj vim tsis muaj kev txawj ntse; vim koj tau tsis kam lees kev txawj ntse, kuv kuj yuav tsis kam lees koj thiab, kom koj txhob ua pov thawj hwj rau kuv lawm; vim koj tau hnov qab txoj kevcai ntawm koj tus Vajtswv, kuv kuj yuav hnov qab koj tej menyuam thiab. Hosea 4:6.</w:t>
      </w:r>
    </w:p>
    <w:p>
      <w:pPr>
        <w:pStyle w:val="ArticleBody"/>
        <w:jc w:val="left"/>
      </w:pPr>
      <w:r>
        <w:rPr>
          <w:rFonts w:ascii="Times New Roman" w:hAnsi="Times New Roman" w:eastAsia="Times New Roman" w:cs="Times New Roman"/>
        </w:rPr>
        <w:t>Lawv raug tsis lees txais vim lawv tsis muaj kev paub, uas sawv cev rau ib txoj xov uas raug qhib daim foob rau thaum lub sij hawm kawg. Vajtswv tab tom xaus ntawm no Nws txoj kev cog lus kev sib raug zoo nrog Nws haiv neeg hauv nqe no, rau qhov Nws hu lawv ncaj qha tias, “Kuv haiv neeg!” Vim lawv tau tsis lees txais Khetos, thiab tau hnov qab Nws txoj kevcai, lawv yuav tsis ua pov thawj hlob rau Vajtswv lawm. Thaum Vajtswv haiv neeg nkag mus rau hauv txoj kev cog lus nrog Vajtswv, Nws tsa lawv ua pov thawj hlob thiab vajntxwv. Thaum Vajtswv nkag mus rau hauv txoj kev cog lus nrog Yixayee thaum ub, Nws tau hais los ntawm Mauxes tias:</w:t>
      </w:r>
    </w:p>
    <w:p>
      <w:pPr>
        <w:pStyle w:val="ArticleScripture"/>
        <w:jc w:val="left"/>
      </w:pPr>
      <w:r>
        <w:rPr>
          <w:rFonts w:ascii="Times New Roman" w:hAnsi="Times New Roman" w:eastAsia="Times New Roman" w:cs="Times New Roman"/>
        </w:rPr>
        <w:t>Yog li no, yog nej yuav mloog kuv lub suab tiag tiag, thiab tuav rawv kuv txoj kev khi lus, ces nej yuav yog kuv tej cuab yeej muaj nqis tshwj xeeb tshaj txhua haiv neeg; rau qhov tag nrho lub ntiajteb yog kuv li. Thiab nej yuav yog rau kuv ib lub tebchaws ntawm cov pov thawj, thiab ib haiv neeg dawb huv. Cov no yog tej lus uas koj yuav tsum hais rau cov me nyuam Yixayee. Khiav Dim 19:5, 6.</w:t>
      </w:r>
    </w:p>
    <w:p>
      <w:pPr>
        <w:pStyle w:val="ArticleBody"/>
        <w:jc w:val="left"/>
      </w:pPr>
      <w:r>
        <w:rPr>
          <w:rFonts w:ascii="Times New Roman" w:hAnsi="Times New Roman" w:eastAsia="Times New Roman" w:cs="Times New Roman"/>
        </w:rPr>
        <w:t>Thaum Vajtswv tau los cog lus nrog pawg ntseeg Khixatia, Nws tau tshaj tawm los ntawm Petus tias:</w:t>
      </w:r>
    </w:p>
    <w:p>
      <w:pPr>
        <w:pStyle w:val="ArticleScripture"/>
        <w:jc w:val="left"/>
      </w:pPr>
      <w:r>
        <w:rPr>
          <w:rFonts w:ascii="Times New Roman" w:hAnsi="Times New Roman" w:eastAsia="Times New Roman" w:cs="Times New Roman"/>
        </w:rPr>
        <w:t>Tiamsis nej yog ib haiv neeg uas raug xaiv tseg, yog ib pawg pov thawj muaj koob muaj npe, yog ib haiv neeg dawb huv, yog ib haiv neeg uas yog Vajtswv tug tshwj xeeb; xwv kom nej yuav tshaj tawm tej kev qhuas ntawm tus uas tau hu nej tawm hauv qhov tsaus ntuj los rau hauv nws qhov kaj uas txaus xav tsis thoob: Nej uas yav dhau los tsis yog ib haiv neeg li, nimno los nej yog Vajtswv haiv neeg lawm; nej uas yav dhau los tsis tau txais txoj kev hlub tshua, nimno los twb tau txais txoj kev hlub tshua lawm. 1 Petus 2:9, 10.</w:t>
      </w:r>
    </w:p>
    <w:p>
      <w:pPr>
        <w:pStyle w:val="ArticleBody"/>
        <w:jc w:val="left"/>
      </w:pPr>
      <w:r>
        <w:rPr>
          <w:rFonts w:ascii="Times New Roman" w:hAnsi="Times New Roman" w:eastAsia="Times New Roman" w:cs="Times New Roman"/>
        </w:rPr>
        <w:t>Petus, hauv cov nqe no, hais txog txoj kev hloov ntawm cov neeg Ixayees thaum ub uas yog Vajtswv haiv neeg uas Nws tau xaiv rau hauv kev cog lus los rau pawg ntseeg Khetos, thaum nws hais tias, “yav tag los nej tsis yog ib haiv neeg, tab sis nim no nej yog Vajtswv haiv neeg.” Thaum cov Yudais muab lawv tus kheej cais tawm ntawm Vajtswv, tus Tswv thiaj nkag mus rau hauv kev cog lus nrog pawg ntseeg Khetos. Ob tog puav leej raug suav tias yog haiv neeg pov thawj thaum lawv tseem sib yuav nrog tus Tswv.</w:t>
      </w:r>
    </w:p>
    <w:p>
      <w:pPr>
        <w:pStyle w:val="ArticleBody"/>
        <w:jc w:val="left"/>
      </w:pPr>
      <w:r>
        <w:rPr>
          <w:rFonts w:ascii="Times New Roman" w:hAnsi="Times New Roman" w:eastAsia="Times New Roman" w:cs="Times New Roman"/>
        </w:rPr>
        <w:t>Kev raug tsis lees txais ua pov thawj qhia tias ib zaug koj tau yog ib haiv neeg uas nyob hauv txoj kev cog lus. Cov Seventh-day Adventists tau nkag los rau hauv txoj kev cog lus nrog tus Tswv thaum pib ntawm keeb kwm Adventist. Pawg ntseeg hauv tebchaws moj sab qhua tau tawm los ntawm Kev Hloov Tshiab tabsis tsis lees txais lus Millerite, thiab yog li ntawd lawv tau sib nrauj lawv tus kheej ntawm Vajtswv nyob rau hauv keeb kwm ntawm thawj thiab tus tim tswv thib ob tej lus. Kev sib cais kawg yog thaum tus tim tswv thib ob los txog thiab muaj lo lus tshaj tawm tias lawv tsis yog Khetos ib tug ntxhais lawm, tabsis twb dhau los ua Npanpiloo ib tug ntxhais. Tam sim ntawd tom qab ntawd, thaum Lub Suab Quaj Thaum Ib Tag Hmo, Vajtswv hu Nws tus nkauj nyab tshiab los rau txoj kev cog lus sib yuav.</w:t>
      </w:r>
    </w:p>
    <w:p>
      <w:pPr>
        <w:pStyle w:val="ArticleBody"/>
        <w:jc w:val="left"/>
      </w:pPr>
      <w:r>
        <w:rPr>
          <w:rFonts w:ascii="Times New Roman" w:hAnsi="Times New Roman" w:eastAsia="Times New Roman" w:cs="Times New Roman"/>
        </w:rPr>
        <w:t>Ob lub phaj zeb ob daim uas yog lub cim ntawm txoj kev cog lus rau cov Ixayees thaum ub yog ob daim phaj ntawm Kaum Lo Lus Txib, thiab ob daim phaj rau cov Ixayees tshiab sab ntsuj plig yog ob daim phaj ntawm Hanpaku raws li tau sawv cev los ntawm daim ntawv qhia xyoo 1843 thiab 1850. Cov neeg ntawm txoj kev cog lus uas Vaj Ntsuj Plig kev tshoov siab tau rov hais dua ntau zaus tias yog Laodikeeya tsis lees txais tej qub kev, tsis kam mloog lub suab nyob tom qab lawv, thiab yog li ntawd lawv rov ua dua zaj keeb kwm kawg ntawm cov Ixayees thaum ub raws li lawv raug nti tawm ntawm tus Tswv lub qhov ncauj. Vim li cas qhov no thiaj tshwm sim rau cov uas Nws hu ua, “Kuv haiv neeg?”</w:t>
      </w:r>
    </w:p>
    <w:p>
      <w:pPr>
        <w:pStyle w:val="ArticleBody"/>
        <w:jc w:val="left"/>
      </w:pPr>
      <w:r>
        <w:rPr>
          <w:rFonts w:ascii="Times New Roman" w:hAnsi="Times New Roman" w:eastAsia="Times New Roman" w:cs="Times New Roman"/>
        </w:rPr>
        <w:t>Zaj lus piv txwv txog kaum tus ntxhais nkauj xwb, uas ua piv txwv txog qhov kev paub dhau los ntawm Adventism, raug ua kom tiav ob zaug: ib zaug thaum pib, thiab tom qab ntawd ib zaug thaum xaus ntawm Adventism. Muam White qhia tias zaj lus piv txwv no twb tau thiab yuav raug ua kom tiav raws nraim txhua lo lus, thiab kuj tias zaj lus piv txwv no yuav tsum to taub txhua lub sijhawm tias yog qhov tseeb rau lub sij hawm tam sim no, ib yam li tus tim tswv thib peb.</w:t>
      </w:r>
    </w:p>
    <w:p>
      <w:pPr>
        <w:pStyle w:val="ArticleScripture"/>
        <w:jc w:val="left"/>
      </w:pPr>
      <w:r>
        <w:rPr>
          <w:rFonts w:ascii="Times New Roman" w:hAnsi="Times New Roman" w:eastAsia="Times New Roman" w:cs="Times New Roman"/>
        </w:rPr>
        <w:t>“Kuv feem ntau raug xa mus rau zaj lus piv txwv hais txog kaum tus nkauj xwb, tsib leej txawj ntse, thiab tsib leej ruam. Zaj lus piv txwv no twb tau thiab yuav raug ua tiav raws nraim li txhua lo lus, vim nws muaj ib qho kev siv tshwj xeeb rau lub sijhawm no, thiab, ib yam li peb tug tim tswv txoj xov, nws twb tau raug ua tiav thiab yuav txuas ntxiv ua qhov tseeb rau lub sijhawm tam sim no mus txog thaum kawg ntawm lub sijhawm.” Review and Herald, August 19, 1890.</w:t>
      </w:r>
    </w:p>
    <w:p>
      <w:pPr>
        <w:pStyle w:val="ArticleBody"/>
        <w:jc w:val="left"/>
      </w:pPr>
      <w:r>
        <w:rPr>
          <w:rFonts w:ascii="Times New Roman" w:hAnsi="Times New Roman" w:eastAsia="Times New Roman" w:cs="Times New Roman"/>
        </w:rPr>
        <w:t>Kev Ntseeg Adventis Millerite tau ua kom tiav lub sijhawm tos raws li zaj lus piv txwv ntawd nyob nruab nrab ntawm lawv txoj kev twv uas tsis tiav xyoo 1843 thiab txoj kev twv uas raug ntawm hnub tim 22 Lub Kaum Hli, 1844. Cov ntsiab lus cev Vajtswv lus ntawm keeb kwm no muaj ntau thiab tseem ceeb, tiamsis kuv tsuas xav qhia kom meej tias zaj lus piv txwv txog kaum tus nkauj xwb txuas ncaj qha rau tus timtswv ceeb toom thib peb raws li Muam White nyuam qhuav tau hais lawm.</w:t>
      </w:r>
    </w:p>
    <w:p>
      <w:pPr>
        <w:pStyle w:val="ArticleBody"/>
        <w:jc w:val="left"/>
      </w:pPr>
      <w:r>
        <w:rPr>
          <w:rFonts w:ascii="Times New Roman" w:hAnsi="Times New Roman" w:eastAsia="Times New Roman" w:cs="Times New Roman"/>
        </w:rPr>
        <w:t>Txij xyoo 1798 mus txog hnub tim 22 lub Kaum Hli, 1844, txoj xov ntawm tus timtswv thawj tau tshaj tawm txog kev qhib ntawm txoj kev txiav txim. Cia li ua ntej txoj kev txiav txim pib, Lub Suab Qw Hmo Ib Tag Hmo hauv zaj lus piv txwv txog kaum tus nkauj xwb tau muaj tiav lawm. Yog li ntawd, thaum tus timtswv thib peb tshaj tawm txog kev kaw ntawm txoj kev txiav txim, kev tshaj tawm ntawm Lub Suab Qw Hmo Ib Tag Hmo yuav rov raug hais dua ib zaug ntxiv.</w:t>
      </w:r>
    </w:p>
    <w:p>
      <w:pPr>
        <w:pStyle w:val="ArticleBody"/>
        <w:jc w:val="left"/>
      </w:pPr>
      <w:r>
        <w:rPr>
          <w:rFonts w:ascii="Times New Roman" w:hAnsi="Times New Roman" w:eastAsia="Times New Roman" w:cs="Times New Roman"/>
        </w:rPr>
        <w:t>Qhov kev lees paub tias cov pawg ntseeg Protestant tau tsis lees txais Vajtswv txoj lus, yog li ntawd thiaj los ua Babylon tej ntxhais, yog qhov tuaj txog ntawm tus tim tswv thib ob txoj xov thiab yog qhov pib ntawm lub sij hawm ncua hauv zaj lus piv txwv uas tab tom “ua tiav raws nraim li txhua tsab ntawv.” Tus Tswv tsis tau rov qab los hauv xyoo 1843; Nws tau ncua kom sim thiab foom koob hmoov rau cov ntxhais nkauj xwb. Kev tshaj tawm ntawm tus tim tswv thib ob uas qhia tias cov pawg ntseeg Protestant yog Babylon tej ntxhais yog ib txoj kev hu kom cov uas tseem nyob hauv cov pawg ntseeg uas poob lawm ntawd tawm los thiab sawv nrog cov Millerites thiab lawv txoj kev to taub txog cov lus faj lem. Nyob rau hauv Exeter camp meeting, Samuel Snow tau muab cov pov thawj uas tsim nyog los lees paub tus Tswv txoj kev los txog rau hnub Kaum Hli 22, 1844, thiab txoj xov ntawm Midnight Cry tau hla thoob plaws lub teb chaws ib yam li ib nthwv dej loj loj. Tom qab ntawd tus tim tswv thib peb thiaj tuaj txog ntawm qhov Kev Poob Siab Loj ntawm hnub Kaum Hli 22, 1844.</w:t>
      </w:r>
    </w:p>
    <w:p>
      <w:pPr>
        <w:pStyle w:val="ArticleBody"/>
        <w:jc w:val="left"/>
      </w:pPr>
      <w:r>
        <w:rPr>
          <w:rFonts w:ascii="Times New Roman" w:hAnsi="Times New Roman" w:eastAsia="Times New Roman" w:cs="Times New Roman"/>
        </w:rPr>
        <w:t>Qhov no yog ib qho kev xaus luv ntawm ib ntu keeb kwm thaum chiv thawj uas kuv tau tseg ntau yam ntsiab lus tseg, kom cais tawm ob peb lub ntsiab lus uas zoo li tseem ceeb dua rau yam uas peb tab tom hais txog.</w:t>
      </w:r>
    </w:p>
    <w:p>
      <w:pPr>
        <w:pStyle w:val="ArticleBody"/>
        <w:jc w:val="left"/>
      </w:pPr>
      <w:r>
        <w:rPr>
          <w:rFonts w:ascii="Times New Roman" w:hAnsi="Times New Roman" w:eastAsia="Times New Roman" w:cs="Times New Roman"/>
        </w:rPr>
        <w:t>Peb yuav txuas ntxiv cov kev xav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 Lus Ceeb Toom Uas Mus Sib Xws — Tus Thawj</dc:title>
  <dc:subject>Kev Qhia Tshwm Sim ntawm Yexus Khetos: Kev Nkag Siab Txog Cov Lus Ceeb Toom Kawg Rau Tib Neeg Txhua Tus</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