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Lus Ceeb Toom Uas Mus Ib Txhij—Zauv Ob</w:t>
      </w:r>
    </w:p>
    <w:p>
      <w:pPr>
        <w:pStyle w:val="ArticleSubtitle"/>
        <w:jc w:val="left"/>
      </w:pPr>
      <w:r>
        <w:rPr>
          <w:rFonts w:ascii="Arial" w:hAnsi="Arial" w:eastAsia="Arial" w:cs="Arial"/>
        </w:rPr>
        <w:t>Tshab Qhia Daim Ntaub Txojlus Yaj Saub: Txhais Cov Lus Hauv Qhia Tshwm 14 hauv Keeb Kwm Millerite thiab Niaj Hnub No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2023-08-08</w:t>
      </w:r>
    </w:p>
    <w:p>
      <w:pPr>
        <w:pStyle w:val="ArticleBody"/>
        <w:jc w:val="left"/>
      </w:pPr>
      <w:r>
        <w:rPr>
          <w:rFonts w:ascii="Times New Roman" w:hAnsi="Times New Roman" w:eastAsia="Times New Roman" w:cs="Times New Roman"/>
        </w:rPr>
        <w:t>Thaum zaj lus piv txwv txog kaum tus nkauj xwb tau raug ua tiav hauv keeb kwm Millerite, nws tau tshwm sim nyob rau lub sijhawm ntawm tus timtswv thib ob cov lus. Tus timtswv thib ob cov lus sawv cev rau ob txoj lus txawv txav, ob leeg tib si hauv lub sijhawm uas lawv npog thiab raws li cov neeg mloog uas cov lus ntawd yog npaj rau. Tus timtswv thib ob cov lus tau raug hais rau cov pawg ntseeg Protestans uas nyuam qhuav rov qab mus rau Loos thiab dhau los ua cov ntxhais ntawm Npanpiloo. Lub Suab Nruab Nrab Hmo Ntuj tau raug hais rau cov Millerites uas tsaug zog. Thawj txoj lus tau raug hais rau sab nraud ntawm cov Millerites, txoj lus thib ob tau raug hais rau sab hauv. Qhov no yuav raug ua tiav raws nraim li tus ntawv hauv peb tiam no.</w:t>
      </w:r>
    </w:p>
    <w:p>
      <w:pPr>
        <w:pStyle w:val="ArticleBody"/>
        <w:jc w:val="left"/>
      </w:pPr>
      <w:r>
        <w:rPr>
          <w:rFonts w:ascii="Times New Roman" w:hAnsi="Times New Roman" w:eastAsia="Times New Roman" w:cs="Times New Roman"/>
        </w:rPr>
        <w:t>Qhov kev txawv uas yuav tsum raug nco tseg hauv qhov rov ua dua ntawm peb tiam no yog tias thaum chiv thawj ntawm Adventism, xov ntawm tus tim tswv thib ob xub mus tawm sab nraud cov Millerites, thiab tom qab ntawd feem ob ntawm xov ntawd mam li mus rau sab hauv cov Millerites. Thaum kawg ntawm Adventism, thaum zaj lus piv txwv rov raug hais dua ib zaug ntxiv, xov ntawm tus tim tswv thib ob kuj rov raug hais dua ib yam nkaus. Peb raug qhia txog qhov ntawd ncaj qha ntau tshaj li ob peb zaug. Tiamsis ob-theem ntawm xov ntawd raug hloov rov qab thaum kawg. Xov thawj mus rau Adventism, thiab xov thib ob mus rau cov uas nyob sab nraud Adventism. Peb raug qhia tias tes haujlwm thiab xov uas tus tim tswv hauv Tshwmsim kaum yim sawv cev yog qhov rov hais dua ntawm xov ntawm tus tim tswv thib ob.</w:t>
      </w:r>
    </w:p>
    <w:p>
      <w:pPr>
        <w:pStyle w:val="ArticleScripture"/>
        <w:jc w:val="left"/>
      </w:pPr>
      <w:r>
        <w:rPr>
          <w:rFonts w:ascii="Times New Roman" w:hAnsi="Times New Roman" w:eastAsia="Times New Roman" w:cs="Times New Roman"/>
        </w:rPr>
        <w:t>Tus yaj saub hais tias, “Kuv pom dua ib tug timtswv nqes saum ntuj los, muaj hwjchim loj; thiab lub ntiajteb ci ntsa iab vim nws lub hwjchim ci ntsa iab. Thiab nws qw nrov nrov nrog lub suab muaj zog, hais tias, Npanpiloo tus loj tau poob lawm, tau poob lawm, thiab tau dhau los ua chaw nyob ntawm cov dab phem” (Revelation 18:1, 2). Nov yog tib zaj lus uas tus timtswv thib ob tau tshaj tawm. Npanpiloo tau poob lawm, “vim nws tau ua kom txhua haivneeg haus cawv txiv hmab ntawm txojkev chim vim nws txojkev ua nkauj ua nraug” (Revelation 14:8). Cawv ntawd yog dabtsi?—Nws tej lus qhuab qhia cuav. Nws tau muab ib hnub Xanpataus cuav rau lub ntiajteb hloov chaw ntawm hnub Xanpataus ntawm txoj kevcai plaub, thiab nws tau rov hais dua txoj lus dag uas Xatas xub hais rau Evas hauv Edees—uas tus ntsuj plig muaj kev tsis txawj tuag raws li ntuj tsim. Ntau yam kev yuam kev uas sib txheeb li ntawd nws tau tshaj tawm mus deb thiab dav, “qhia tej lus qhuab qhia uas yog tej lus txib ntawm neeg los ua tej lus qhuab qhia” (Matthew 15:9).</w:t>
      </w:r>
    </w:p>
    <w:p>
      <w:pPr>
        <w:pStyle w:val="ArticleScripture"/>
        <w:jc w:val="left"/>
      </w:pPr>
      <w:r>
        <w:rPr>
          <w:rFonts w:ascii="Times New Roman" w:hAnsi="Times New Roman" w:eastAsia="Times New Roman" w:cs="Times New Roman"/>
        </w:rPr>
        <w:t>“Thaum Yexus pib Nws tes haujlwm qhib rau sawvdaws pom, Nws tau ntxuav lub Tuamtsev kom huv ntawm txoj kev ua qias neeg thuam ntuj. Thiab nyob hauv cov haujlwm kawg ntawm Nws txoj haujlwm, muaj kev ntxuav lub Tuamtsev zaum ob. Yog li ntawd, hauv txoj haujlwm kawg rau kev ceeb toom rau lub ntiajteb, muaj ob lo lus hu txawv tshwjxeeb raug muab rau cov pawg ntseeg. Txoj xov ntawm tus timtswv thib ob yog, ‘Npanpiloo poob lawm, poob lawm, lub nroog loj ntawd, vim nws tau ua kom txhua haiv neeg haus cawv txiv hmab ntawm txoj kev chim npau taws ntawm nws txoj kev deev hluas’ (Revelation 14:8). Thiab hauv lub suab qw nrov ntawm txoj xov ntawm tus timtswv thib peb, muaj ib lub suab hnov los saum ntuj ceebtsheej hais tias, ‘Nej cov uas yog kuv haivneeg, cia li tawm hauv nws los, kom nej txhob koom nrog nws tej kev txhaum, thiab kom nej txhob txais nws tej xwm txheej phem. Rau qhov nws tej kev txhaum twb mus txog saum ntuj lawm, thiab Vajtswv tau nco txog nws tej kev phem kev qias’ (Revelation 18:4, 5).” Selected Messages, phau 2, 118.</w:t>
      </w:r>
    </w:p>
    <w:p>
      <w:pPr>
        <w:pStyle w:val="ArticleBody"/>
        <w:jc w:val="left"/>
      </w:pPr>
      <w:r>
        <w:rPr>
          <w:rFonts w:ascii="Times New Roman" w:hAnsi="Times New Roman" w:eastAsia="Times New Roman" w:cs="Times New Roman"/>
        </w:rPr>
        <w:t>Txoj xov ntawm tus tim tswv thib ob thaum pib ntawm Kev Cia Siab Rov Los yog tib txoj xov ib yam li txoj xov uas sawv cev los ntawm tus tim tswv hauv Qhia Tshwm kaum yim, thiab hauv qhov kev ceeb toom ntawd, muaj ob lub suab uas tshaj tawm ib txoj xov. Lub suab thawj raug tshaj tawm thaum lub ntiajteb raug ci ntsa iab los ntawm nws lub yeeb koob, thiab hauv nqe plaub Yauhas hnov dua ib lub suab hais tias, “nej cia li tawm hauv nws los.”</w:t>
      </w:r>
    </w:p>
    <w:p>
      <w:pPr>
        <w:pStyle w:val="ArticleBody"/>
        <w:jc w:val="left"/>
      </w:pPr>
      <w:r>
        <w:rPr>
          <w:rFonts w:ascii="Times New Roman" w:hAnsi="Times New Roman" w:eastAsia="Times New Roman" w:cs="Times New Roman"/>
        </w:rPr>
        <w:t>Hauv keeb kwm Millerite, txoj kev hu kom tawm hauv Npanpiloo los ua ntej, hos txoj xov rau cov Millerites los ua tom qab. Hauv Tshwm Sim kaum yim, nws yog lub suab thib ob, los yog txoj xov thib ob, uas hais rau cov uas nyob sab nraud ntawm Adventism. Ua ke nrog lo lus tshaj tawm tias muaj “ob txoj kev hu sib txawv uas tau ua rau cov pawg ntseeg” peb kuj pom tias ob zaug uas Khetos ntxuav lub tuam tsev (thaum pib thiab thaum xaus ntawm Nws txoj hauj lwm qhuab qhia) kuj yog ib daim duab qhia txog qhov pib thiab qhov xaus ntawm Adventism.</w:t>
      </w:r>
    </w:p>
    <w:p>
      <w:pPr>
        <w:pStyle w:val="ArticleBody"/>
        <w:jc w:val="left"/>
      </w:pPr>
      <w:r>
        <w:rPr>
          <w:rFonts w:ascii="Times New Roman" w:hAnsi="Times New Roman" w:eastAsia="Times New Roman" w:cs="Times New Roman"/>
        </w:rPr>
        <w:t>Qhov pib ntawm Kev Ntseeg Adventist tau ua piv txwv txog kev lim huv ntawm cov neeg ua haujlwm uas tau pab rau hauv kev txhim tsa lub hauv paus uas William Miller raug siv los tsim tsa. Lub hauv paus ntawd tau ua tiav thaum xaus ntawm zaj lus ntawm tus tim tswv thib ob, rau qhov thaum tus tim tswv thib peb tuaj txog rau hnub tim 22 Lub Kaum Hli, 1844, cov lus tseeb uas muaj ua lub hauv paus ntawm Kev Ntseeg Adventist tau raug muab qhib kom nkag siab tau, rau cov uas txaus siab mloog.</w:t>
      </w:r>
    </w:p>
    <w:p>
      <w:pPr>
        <w:pStyle w:val="ArticleBody"/>
        <w:jc w:val="left"/>
      </w:pPr>
      <w:r>
        <w:rPr>
          <w:rFonts w:ascii="Times New Roman" w:hAnsi="Times New Roman" w:eastAsia="Times New Roman" w:cs="Times New Roman"/>
        </w:rPr>
        <w:t>Txoj hauj lwm ntawm kev tsa lub hauv paus tau xaus rau ntawm qhov ncov siab ntawm keeb kwm ntawm tus tim tswv thib ob, thaum “muaj ob lo lus hu uas txawv txav raug xa mus rau cov koom txoos.” Lo lus hu thawj zaug yog nyob sab nraud ntawm cov Millerites, lo lus hu thib ob yog rau cov Millerites. Tiamsis muaj dua ib qho pib uas phim raws nraim li qhov pib ntawm Adventism, uas yog txoj hauj lwm qhuab qhia ntawm Khetos thaum Nws ntxuav Nws lub tuam tsev thawj zaug. Daim duab yaj saub ntawm lub tuam tsev raug ntxuav yog cim tseg txog ib qho kev ntxuav kom dawb huv thaum pib thiab thaum xaus ntawm Nws txoj hauj lwm qhuab qhia, uas ces ua qauv piv txwv txog ib qho kev ntxuav kom dawb huv ntawm Adventism thaum nws pib thiab thaum nws xaus. Ob zaug uas Khetos ntxuav lub tuam tsev phim raws nraim nrog qhov pib thiab qhov xaus ntawm Adventism, tiamsis Nws txoj xov tsuas yog rau Nws haiv neeg ntawm txoj kev cog lus xwb, uas tab tom nyob hauv txoj kev sib nrauj lawv tus kheej tawm ntawm Vajtswv mus ib txhis.</w:t>
      </w:r>
    </w:p>
    <w:p>
      <w:pPr>
        <w:pStyle w:val="ArticleBody"/>
        <w:jc w:val="left"/>
      </w:pPr>
      <w:r>
        <w:rPr>
          <w:rFonts w:ascii="Times New Roman" w:hAnsi="Times New Roman" w:eastAsia="Times New Roman" w:cs="Times New Roman"/>
        </w:rPr>
        <w:t>Qhov pib ntawm Kev Ntseeg Adventism tau nthuav tawm ib txoj lus ceeb toom hais txog kev qhib ntawm txoj kev txiav txim, thiab qhov kawg ntawm Adventism tab tom tshaj tawm txog qhov xaus ntawm txoj kev txiav txim. Yexus tau ntxuav lub tuam tsev thawj zaug thiab cem cov Yudais vim lawv tau hloov Nws lub tsev ua ib lub qhov tsua rau tub sab, tiam sis kev ntxuav lub tuam tsev zaum ob yog “nyob hauv tej haujlwm kawg ntawm Nws txoj hauj lwm qhuab qhia.” Thaum kawg ntawm Nws txoj hauj lwm qhuab qhia, Nws tsis hais rau cov Yudais ntxiv lawm tias lawv tau ua Nws Leej Txiv lub tsev ua ib lub qhov tsua rau tub sab; thaum ntawd Nws hais rau lawv tias lawv lub tsev “tau raug tso cia rau lawv nyob twj ywm qhuav ploj.”</w:t>
      </w:r>
    </w:p>
    <w:p>
      <w:pPr>
        <w:pStyle w:val="ArticleScripture"/>
        <w:jc w:val="left"/>
      </w:pPr>
      <w:r>
        <w:rPr>
          <w:rFonts w:ascii="Times New Roman" w:hAnsi="Times New Roman" w:eastAsia="Times New Roman" w:cs="Times New Roman"/>
        </w:rPr>
        <w:t>“Lub sijhawm ntawd cov neeg pe hawm ntawm txhua haiv neeg nrhiav los rau lub tuam tsev uas tau fij tseg rau kev pe hawm Vajtswv. Ci ntsa iab nrog kub thiab tej pob zeb muaj nqis, nws yog ib qho pom kev zoo nkauj thiab muaj hwjchim loj kawg nkaus. Tiamsis Yehauvas tsis muaj nyob hauv lub vaj loog zoo nkauj ntawd lawm. Yixayee ua ib haiv neeg twb tau nrauj nws tus kheej ntawm Vajtswv lawm. Thaum Khetos, nyob ze rau thaum kawg ntawm Nws tes haujlwm hauv ntiajteb no, ntsia mus rau sab hauv lub tuam tsev zaum kawg, Nws hais tias, ‘Saib seb, nej lub tsev raug tso tseg rau nej cia ua qhov khoob khuav.’ Mathais 23:38. Txog txij ntawd los Nws tau hu lub tuam tsev tias yog Nws Txiv lub tsev; tabsis thaum Vajtswv Leej Tub tawm ntawm cov ntsa ntawd mus lawm, Vajtswv lub xub ntiag raug thim tawm mus ib txhis ntawm lub tuam tsev uas tau tsim los rau Nws lub yeeb koob.” Tes Haujlwm ntawm Cov Tubtxib, 145.</w:t>
      </w:r>
    </w:p>
    <w:p>
      <w:pPr>
        <w:pStyle w:val="ArticleBody"/>
        <w:jc w:val="left"/>
      </w:pPr>
      <w:r>
        <w:rPr>
          <w:rFonts w:ascii="Times New Roman" w:hAnsi="Times New Roman" w:eastAsia="Times New Roman" w:cs="Times New Roman"/>
        </w:rPr>
        <w:t>Lub tuam tsev uas Nws tau ntxuav thaum chiv thawj yog ib lub tuam tsev txawv ntawm qhov uas Nws tau ntxuav thaum kawg. Lub tuam tsev thawj yog Nws Txiv lub tsev, tab sis lub tuam tsev thib ob yog cov Yudais lub tsev. Tus Tswv tau nkag los rau hauv txoj kev cog lus nrog Adventism thaum pib, thiab cov Adventist tau los ua pov thawj hauv Nws lub tuam tsev. Thaum kawg ntawm Adventism, lawv yuav tsis yog pov thawj lawm, thiab lawv lub tsev yuav raug tso tseg ua tebchaws puam tsuaj.</w:t>
      </w:r>
    </w:p>
    <w:p>
      <w:pPr>
        <w:pStyle w:val="ArticleBody"/>
        <w:jc w:val="left"/>
      </w:pPr>
      <w:r>
        <w:rPr>
          <w:rFonts w:ascii="Times New Roman" w:hAnsi="Times New Roman" w:eastAsia="Times New Roman" w:cs="Times New Roman"/>
        </w:rPr>
        <w:t>Tus tim tswv thib ob sawv cev rau ob txoj lus. Qhov no yog ib qho laj thawj uas txoj lus no raug sawv cev tias Npanpiloo poob ob zaug. Qhov no tsis yog thawj qhov laj thawj uas qhov kev tshaj tawm txog Npanpiloo txoj kev poob raug rov hais dua ob zaug, tiam sis yog ib qho laj thawj. Nws yog ob txoj lus li cas?</w:t>
      </w:r>
    </w:p>
    <w:p>
      <w:pPr>
        <w:pStyle w:val="ArticleBody"/>
        <w:jc w:val="left"/>
      </w:pPr>
      <w:r>
        <w:rPr>
          <w:rFonts w:ascii="Times New Roman" w:hAnsi="Times New Roman" w:eastAsia="Times New Roman" w:cs="Times New Roman"/>
        </w:rPr>
        <w:t>Tus tim tswv thib ob tau los txog raws li lo lus teb rau qhov uas neeg tsis lees txais tus tim tswv thawj tus lus. Thaum txoj kev twv uas ua tsis tiav, uas qhia tias xyoo 1843 yog qhov xaus ntawm zaj lus faj lem 2300 xyoo, cov koom txoos Protestant tau siv txoj xov uas yuam kev ntawd los tsis lees txais Miller txoj xov. Miller txoj xov yog tus tim tswv thawj tus lus. Thaum lawv tsis lees txais nws lawm, cov koom txoos Protestant, uas tau ua Vajtswv pawg ntseeg nyob hauv tebchaws moj sab qhua tau tshaj 1260 xyoo, kuj raug tsis lees txais thiab dhau los ua ib tug ntxhais ntawm Npanpiloo. Txij ntawm lub sijhawm ntawd tus tim tswv thib ob thiaj los txog nrog nws tus lus.</w:t>
      </w:r>
    </w:p>
    <w:p>
      <w:pPr>
        <w:pStyle w:val="ArticleBody"/>
        <w:jc w:val="left"/>
      </w:pPr>
      <w:r>
        <w:rPr>
          <w:rFonts w:ascii="Times New Roman" w:hAnsi="Times New Roman" w:eastAsia="Times New Roman" w:cs="Times New Roman"/>
        </w:rPr>
        <w:t>Muaj qee cov ntsiab lus tseem ceeb heev uas cuam tshuam nrog ntau yam ntsiab ntawm zaj keeb kwm no uas peb tab tom tshuaj xyuas. Muaj tsawg kawg ib qho ntsiab lus uas yuav tsum raug nthuav tawm maj mam, vim nws yeej pab txhawb rau kev to taub txog zaj lus ntawm Yexus Khetos Txoj Kev Tshwm Sim uas tam sim no tab tom raug qhib lub foob. Vim li no, kuv thiaj suav nrog ib nqe lus tseem ceeb heev hais txog zaj keeb kwm ntawd. Muaj ob tshooj uas kuv tab tom taw tes rau, tab sis kuj tseem muaj ib tshooj tseem ceeb thib peb nyob nruab nrab ntawm ob tshooj ntawd thiab. Kuv tsis suav qhov no rau lub sijhawm no kom txwv qhov dav ntawm yam uas peb tab tom tshuaj xyuas.</w:t>
      </w:r>
    </w:p>
    <w:p>
      <w:pPr>
        <w:pStyle w:val="ArticleBody"/>
        <w:jc w:val="left"/>
      </w:pPr>
      <w:r>
        <w:rPr>
          <w:rFonts w:ascii="Times New Roman" w:hAnsi="Times New Roman" w:eastAsia="Times New Roman" w:cs="Times New Roman"/>
        </w:rPr>
        <w:t>Thaum koj nyeem mus txog, cia li ua tib zoo saib seb tus timtswv twg yog tus tab tom raug hais rau; nrhiav kom pom txoj kev sim uas nce zuj zus; nco ntsoov hauv thawj nqe lus tias tej yam cwj pwm yaj saub ntawm tus timtswv hauv Tshwmsim kaum yim kuj yog tej yam cwj pwm ntawm tus timtswv thawj thiab. Cia li pom tias kev ntsia ib qho ntawm cov lus ntawd rau saum ntoo khaub lig yog kev ntsia Khetos rau saum ntoo khaub lig; thiab cia li pom tias peb tug timtswv ntawd txhua tus raug nthuav tawm ua ib tug timtswv xwb, tiam sis txoj xov Quaj Hmo Ntuj Ib Nrab yog ib co timtswv coob heev.</w:t>
      </w:r>
    </w:p>
    <w:p>
      <w:pPr>
        <w:pStyle w:val="ArticleScripture"/>
        <w:jc w:val="left"/>
      </w:pPr>
      <w:r>
        <w:rPr>
          <w:rFonts w:ascii="Times New Roman" w:hAnsi="Times New Roman" w:eastAsia="Times New Roman" w:cs="Times New Roman"/>
        </w:rPr>
        <w:t>“Kuv tau raug qhia txog qhov kev txaus siab uas tag nrho ntuj ceeb tsheej tau muaj rau txoj hauj lwm uas twb tau tab tom ua nyob saum lub ntiaj teb. Yexus tau txib ib tug tim tswv muaj zog thiab hwj chim heev nqes los ceeb toom cov neeg nyob hauv ntiaj teb kom npaj txhij rau Nws txoj kev rov tshwm sim zaum ob. Kuv pom tus tim tswv muaj hwj chim ntawd tawm hauv Yexus lub xub ntiag saum ntuj ceeb tsheej mus. Ua ntej nws muaj ib lub teeb ci ntsa iab thiab muaj koob meej tshaj plaws ci mus ua ntej. Kuv raug qhia tias nws tes hauj lwm yog kom ci kaj rau lub ntiaj teb nrog nws lub hwjchim ci ntsa iab, thiab ceeb toom tibneeg txog Vajtswv txoj kev npau taws uas yuav los txog. Coob leej coob tus tau txais txoj kev kaj ntawd. Ib txhia zoo li muaj siab hnyav thiab tsom ntsoov heev, hos lwm tus zoo siab thiab qhuas kawg nkaus. Txoj kev kaj ntawd tau ci rau sawv daws, tiamsis qee leej tsuas yog los nyob hauv txoj kev kaj ntawd lub hwjchim xwb, thiab tsis tau txais nws kawg siab kawg ntsws li. Tiamsis txhua tus uas tau txais nws, lawv tsa ntsej muag ntsia saud mus rau ntuj ceeb tsheej, thiab qhuas Vajtswv. Coob leej raug puv npo ntawm txoj kev npau taws loj heev. Cov xibhwb thiab cov pejxeem koom tes nrog cov neeg phem qias, thiab tawm tsam ruaj nreb rau txoj kev kaj uas tus tim tswv muaj hwj chim tau ci tawm. Tiamsis txhua tus uas tau txais nws tau cais lawv tus kheej tawm hauv lub ntiaj teb, thiab tau koom sib ze heev ua ib pab.”</w:t>
      </w:r>
    </w:p>
    <w:p>
      <w:pPr>
        <w:pStyle w:val="ArticleScripture"/>
        <w:jc w:val="left"/>
      </w:pPr>
      <w:r>
        <w:rPr>
          <w:rFonts w:ascii="Times New Roman" w:hAnsi="Times New Roman" w:eastAsia="Times New Roman" w:cs="Times New Roman"/>
        </w:rPr>
        <w:t>“Xatas thiab nws cov tim tswv tau rau siab ntso nrhiav kom rub tau tej siab ntsws ntawm txhua tus uas lawv ua tau kom tawm ntawm txoj kev kaj. Pawg neeg uas tsis lees txais txoj kev kaj ntawd raug tso tseg rau hauv txoj kev tsaus ntuj. Kuv pom tus tim tswv tab tom saib xyuas nrog txoj kev txaus siab tob kawg nkaus rau cov neeg uas lees tias yog Vajtswv haiv neeg, kom sau tseg tus yam ntxwv uas lawv tau tsim tawm, thaum txoj xov uas muaj keeb kwm saum ntuj ceeb tsheej raug coj los rau lawv. Thiab thaum coob leej heev uas lees tias hlub Yexus tig ntawm txoj xov saum ntuj ceeb tsheej ntawd mus nrog kev thuam, kev qhuab thuas thiab kev ntxub, ib tug tim tswv nrog ib daim ntawv yob nyob hauv nws txhais tes tau sau tseg txoj kev txaj muag ntawd. Tag nrho saum ntuj ceeb tsheej puv npo nrog txoj kev chim siab, vim Yexus raug saib tsis taus los ntawm cov uas lees tias yog nws cov thwjtim.”</w:t>
      </w:r>
    </w:p>
    <w:p>
      <w:pPr>
        <w:pStyle w:val="ArticleScripture"/>
        <w:jc w:val="left"/>
      </w:pPr>
      <w:r>
        <w:rPr>
          <w:rFonts w:ascii="Times New Roman" w:hAnsi="Times New Roman" w:eastAsia="Times New Roman" w:cs="Times New Roman"/>
        </w:rPr>
        <w:t>“Kuv tau pom txoj kev chim siab ntawm cov uas ntseeg siab. Lawv tsis tau pom lawv tus Tswv nyob rau lub sijhawm uas lawv tau cia siab tseg. Vajtswv lub hom phiaj yog zais yav tom ntej, thiab coj nws haiv neeg los txog rau ib qho chaw txiav txim siab. Yog tsis muaj lub sijhawm ntawd, txoj haujlwm uas Vajtswv tau teem tseg yuav tsis tau tiav. Xatas tab tom coj ntau leej ntau tus lub siab mus deb dhau rau yav tom ntej. Ib lub sijhawm uas tshaj tawm rau Khetos qhov kev tshwm sim yuav tsum coj lub siab kom mob siab nrhiav kev npaj txhij rau lub sijhawm tam sim no. Thaum lub sijhawm ntawd dhau mus lawm, cov uas tsis tau txais tus tim tswv lub teeb kom puv npo, tau koom nrog cov uas tau saib tsis taus txoj xov saum ntuj ceeb tsheej, thiab lawv tig los thuam cov uas chim siab ntawd. Kuv tau pom cov tim tswv saum ntuj ceeb tsheej sab laj nrog Yexus. Lawv tau cim tseg qhov xwm txheej ntawm cov uas lees hais tias yog Khetos cov thwjtim. Kev dhau mus ntawm lub sijhawm uas tau hais meej ntawd tau sim thiab txheeb xyuas lawv, thiab muaj coob leej heev raug muab hnyav rau hauv lub ntsuas thiab pom tias tseem tsis txaus. Lawv txhua tus nrov nrov lees tias yog cov ntseeg Khetos, los lawv yeej ua tsis tau raws li Khetos yuav luag txhua yam. Xatas zoo siab heev rau qhov xwm txheej ntawm cov uas lees hais tias yog Khetos cov thwjtim. Nws twb muaj lawv nyob hauv nws lub vas. Nws tau coj feem coob tawm hauv txoj kev ncaj, thiab lawv tab tom sim nce mus saum ntuj ceeb tsheej ntawm lwm txoj kev. Cov tim tswv tau pom cov uas dawb huv, huv si, thiab dawb ceev, txhua tus sib xyaw ua ke nrog cov neeg txhaum nyob hauv Xi-oos, thiab nrog cov neeg siab ob uas nyiam lub ntiajteb. Lawv tau zov cov uas hlub Yexus tiag tiag; tiam sis cov uas qias neeg tab tom ua paug rau cov uas dawb huv.”</w:t>
      </w:r>
    </w:p>
    <w:p>
      <w:pPr>
        <w:pStyle w:val="ArticleScripture"/>
        <w:jc w:val="left"/>
      </w:pPr>
      <w:r>
        <w:rPr>
          <w:rFonts w:ascii="Times New Roman" w:hAnsi="Times New Roman" w:eastAsia="Times New Roman" w:cs="Times New Roman"/>
        </w:rPr>
        <w:t>“Cov uas lawv lub siab kub lug nrog txoj kev ntshaw, txoj kev xav pom Yexus heev kawg, raug lawv cov kwv tij uas lees tias ntseeg tib yam txwv tsis pub hais txog Nws txoj kev los. Cov timtswv tau saib tag nrho qhov xwm txheej ntawd, thiab muaj kev hlub tshua rau cov seem uas nyiam txoj kev tshwm sim ntawm Yexus. Muaj dua ib tug timtswv muaj hwjchim raug txib kom nqes los rau ntiajteb. Yexus muab ib daim ntawv sau tso rau hauv nws txhais tes, thiab thaum nws los txog ntiajteb, nws quaj nrov hais tias, Npanpiloo poob lawm! poob lawm! Ces kuv pom cov uas tau poob siab rov qab muaj ntsej muag kaj siab, thiab tsa lawv lub qhov muag mus saum ntuj, ntsia ntsoov rau lawv tus Tswv txoj kev tshwm sim nrog txoj kev ntseeg thiab kev cia siab. Tiamsis coob leej zoo li tseem nyob hauv ib lub xeev ruam plab, zoo li tsaug zog; los kuv pom tau tej cim ntawm txoj kev tu siab tob tob nyob saum lawv lub ntsej muag. Cov uas tau poob siab tau pom hauv phau Vajlugkub tias lawv nyob hauv lub sijhawm ncua, thiab tias lawv yuav tsum ua siab ntev tos kom yog toog pom ntawd tiav. Tib yam pov thawj uas tau coj lawv los nrhiav lawv tus Tswv hauv xyoo 1843 kuj tau coj lawv los cia siab rau Nws hauv xyoo 1844. Kuv pom tias feem coob tsis muaj lub zog siab uas tau cim lawv txoj kev ntseeg hauv xyoo 1843. Lawv txoj kev poob siab tau ua rau lawv txoj kev ntseeg txias nqig lawm. Tiamsis thaum cov uas tau poob siab koom ua ke hauv lub suab quaj ntawm tus timtswv thib ob, pab tub rog saum ntuj tau ntsia nrog txoj kev txaus siab tob kawg nkaus, thiab cim tseg tej txiaj ntsig ntawm txoj xov ntawd. Lawv pom cov uas ris lub npe Khixatia tig los saib tsis taus thiab thuam cov uas tau poob siab. Thaum cov lus poob ntawm tus neeg thuam daim di ncauj hais tias, Nej tseem tsis tau nce mus li os! ib tug timtswv sau cia. Tus timtswv hais tias, Lawv thuam Vajtswv.”</w:t>
      </w:r>
    </w:p>
    <w:p>
      <w:pPr>
        <w:pStyle w:val="ArticleScripture"/>
        <w:jc w:val="left"/>
      </w:pPr>
      <w:r>
        <w:rPr>
          <w:rFonts w:ascii="Times New Roman" w:hAnsi="Times New Roman" w:eastAsia="Times New Roman" w:cs="Times New Roman"/>
        </w:rPr>
        <w:t>“Kuv raug coj kom rov qab mus saib txog Eliyas txoj kev raug txav mus. Nws lub tsho cev xwm txheej poob los rau Elisas, thiab cov me nyuam phem (lossis cov hluas) txawm raws nws qab, thuam luag, qw hais tias, Cia li nce mus, koj taub hau do hau! Cia li nce mus, koj taub hau do hau! Lawv tau thuam Vajtswv, thiab tau ntsib lawv txoj kev raug txim ntawd tam sid. Lawv tau kawm qhov ntawd ntawm lawv niam lawv txiv. Thiab cov uas tau saib tsis taus thiab thuam luag lub tswv yim hais txog cov neeg dawb huv txoj kev nce mus, yuav raug Vajtswv cov xwm txheej raug mob tuaj xyuas, thiab yuav paub tseeb tias tsis yog ib yam me uas yuav ua si nrog Nws.”</w:t>
      </w:r>
    </w:p>
    <w:p>
      <w:pPr>
        <w:pStyle w:val="ArticleScripture"/>
        <w:jc w:val="left"/>
      </w:pPr>
      <w:r>
        <w:rPr>
          <w:rFonts w:ascii="Times New Roman" w:hAnsi="Times New Roman" w:eastAsia="Times New Roman" w:cs="Times New Roman"/>
        </w:rPr>
        <w:t>“Yexus tau txib lwm cov tim tswv kom ya ceev nrooj mus txhawb kom nws haiv neeg txoj kev ntseeg uas tab tom qaug zog rov ciaj sia thiab muaj zog dua, thiab npaj lawv kom to taub tau tus tim tswv thib ob txoj xov, thiab txoj kev txav tseem ceeb uas tsis ntev tom qab no yuav muaj nyob saum ntuj ceeb tsheej. Kuv pom cov tim tswv no txais lub hwj chim loj thiab qhov kaj los ntawm Yexus, thiab ya ceev nrooj los rau ntiajteb kom ua tiav lawv tes haujlwm uas raug txib los pab tus tim tswv thib ob hauv nws txoj hauj lwm. Ib qho kaj loj ci los rau saum Vajtswv haiv neeg thaum cov tim tswv qw nrov tias, Saib maj, nraug vauv los lawm, nej cia li tawm mus ntsib nws. Ces kuv pom cov uas tau raug kev chim siab ntawd sawv los, thiab raws li tus tim tswv thib ob sib haum xeeb, tshaj tawm tias, Saib maj, nraug vauv los lawm, nej cia li tawm mus ntsib nws. Qhov kaj uas los ntawm cov tim tswv nkag mus tho plaws txoj kev tsaus ntuj nyob txhua qhov txhia chaw. Xatas thiab nws cov tim tswv nrhiav kev txwv tsis pub qhov kaj no nthuav mus, thiab tsis pub nws ua tau raws li lub hom phiaj uas tau npaj tseg rau nws. Lawv sib cav nrog Vajtswv cov tim tswv, thiab hais rau lawv tias Vajtswv twb dag ntxias cov neeg lawm, thiab txawm yog lawv muaj lawv tej kev kaj thiab hwj chim npaum li cas los, lawv yeej ua tsis tau kom cov neeg ntseeg tias Yexus tab tom yuav los. Vajtswv cov tim tswv tseem txuas ntxiv lawv tes haujlwm, txawm Xatas siv zog los laj kab thaiv txoj kev, thiab rub neeg lub siab tawm ntawm qhov kaj mus. Cov uas txais qhov kaj ntawd zoo siab kawg nkaus. Lawv tsom lawv lub qhov muag ntsia mus rau saum ntuj ceeb tsheej, thiab ntshaw ntsoov tos Yexus qhov kev tshwm sim. Qee leej nyob hauv kev nyuaj siab heev, quaj thiab thov Vajtswv. Lawv ob lub qhov muag zoo li ntsia ruaj rau ntawm lawv tus kheej, thiab lawv tsis twv tsa muag saib saud.”</w:t>
      </w:r>
    </w:p>
    <w:p>
      <w:pPr>
        <w:pStyle w:val="ArticleScripture"/>
        <w:jc w:val="left"/>
      </w:pPr>
      <w:r>
        <w:rPr>
          <w:rFonts w:ascii="Times New Roman" w:hAnsi="Times New Roman" w:eastAsia="Times New Roman" w:cs="Times New Roman"/>
        </w:rPr>
        <w:t>“Ib lub teeb muaj nqis los saum ntuj ceeb tsheej tau cais txoj kev tsaus ntuj tawm ntawm lawv mus, thiab lawv ob lub qhov muag, uas twb ntsia ruaj nrees rau lawv tus kheej hauv kev poob siab lawm, tau tig ntsia rau saum ntuj, thaum txoj kev ua tsaug thiab kev xyiv fab dawb huv tau tshwm rau saum txhua lub ntsej muag. Yexus thiab tag nrho pab tubtxib saum ntuj tau saib cov neeg ncaj ncees uas tos ntsoov ntawd nrog kev pom zoo.</w:t>
      </w:r>
    </w:p>
    <w:p>
      <w:pPr>
        <w:pStyle w:val="ArticleScripture"/>
        <w:jc w:val="left"/>
      </w:pPr>
      <w:r>
        <w:rPr>
          <w:rFonts w:ascii="Times New Roman" w:hAnsi="Times New Roman" w:eastAsia="Times New Roman" w:cs="Times New Roman"/>
        </w:rPr>
        <w:t>“Cov uas tsis lees txais thiab tawm tsam qhov kaj ntawm tus timtswv thawj lo lus xov, lawv poob qhov kaj ntawm tus timtswv ob, thiab tsis muaj peev xwm txais tau txiaj ntsig los ntawm lub hwjchim thiab lub yeeb koob uas nrog lo lus xov no hais tias, Saib maj, Tus Nraug Vauv tabtom los. Yexus tig ntawm lawv mus nrog lub ntsej muag chim. Lawv twb saib tsis taus thiab tsis lees yuav nws lawm. Cov uas txais yuav lo lus xov ntawd raug qhwv rau hauv ib huab yeeb koob. Lawv tos ntsoov, zov, thiab thov Vajtswv kom paub Vajtswv lub siab nyiam. Lawv ntshai heev tsam ua rau nws tsis txaus siab. Kuv pom Xatas thiab nws cov timtswv nrhiav kev kaw qhov kaj saum ntuj no ntawm Vajtswv haiv neeg; tiamsis ntev npaum li cov uas tabtom tos ntawd hwm thiab khaws cia qhov kaj ntawd, thiab tsa lawv lub qhov muag saum lub ntiajteb mus rau Yexus, Xatas yeej tsis muaj hwjchim yuav txeeb tau qhov kaj muaj nqes no ntawm lawv. Lo lus xov uas pub los saum ntuj ua rau Xatas thiab nws cov timtswv npau taws kawg, thiab cov uas hais tias lawv hlub Yexus, tiamsis saib tsis taus nws txoj kev los, thuam thiab ntxub cov ncaj ncees uas tso siab rau Vajtswv. Tiamsis muaj ib tug timtswv cim tseg txhua lo lus thuam, txhua txoj kev saib tsis taus, thiab txhua yam kev tsim txom uas lawv tau txais ntawm lawv cov kwvtij uas hais tias yog ntseeg tib yam. Coob leej heev tsa lawv lub suab quaj tias, Saib maj, Tus Nraug Vauv tabtom los, thiab tso lawv cov kwvtij tseg uas tsis hlub qhov uas Yexus yuav tshwm sim los, thiab cov uas tsis kam cia lawv nyob rau ntawm nws txoj kev los zaum ob. Kuv pom Yexus tig nws lub ntsej muag ntawm cov uas tsis lees txais thiab saib tsis taus nws txoj kev los, ces nws txib cov timtswv coj nws haiv neeg tawm hauv cov neeg tsis huv, tsam lawv yuav qias tuaj. Cov uas mloog lus rau tej lo lus xov ntawd sawv tawm los dawb huv thiab sib koom siab. Ib txoj kev kaj dawb huv thiab zoo kawg ci ntsa iab rau saum lawv. Lawv tso tseg lub ntiajteb, rho lawv txoj kev hlub tawm ntawm nws mus, thiab txi lawv tej kev txaus siab hauv ntiajteb. Lawv tso lawv tej cuab tam hauv ntiajteb tseg, thiab lawv lub qhov muag uas nrhiav ntsoov txhawj xeeb raug tig mus rau saum ntuj, tos ntsoov yuav pom lawv tus Cawmseej uas lawv hlub. Ib txoj kev xyiv fab dawb huv thiab dawb ceev ci tawm ntawm lawv tej ntsej muag, thiab qhia txog txoj kev thajyeeb thiab kev xyiv fab uas kav nyob sab hauv. Yexus txib nws cov timtswv mus thiab txhawb lawv lub zog, rau qhov lub sijhawm uas lawv yuav raug sim twb los ze lawm. Kuv pom tias cov uas tabtom tos no tseem tsis tau raug sim raws li lawv yuav tsum raug. Lawv tseem tsis tau dim ntawm tej kev yuam kev. Thiab kuv pom Vajtswv txoj kev hlub tshua thiab kev zoo uas xa ib lo lus ceeb toom mus rau cov neeg hauv ntiajteb, thiab tej lo lus xov rov hais dua ntau zaus kom coj lawv mus txog ib lub sijhawm tshwjxeeb, kom coj lawv mus rau kev tshawb nrhiav lawv tus kheej kom mob siab, xwv kom lawv yuav tshem tau ntawm lawv tej kev yuam kev uas tau raug muab cob qhia los ntawm cov neeg txawv tebchaws pe hawm dab thiab cov papist. Los ntawm tej lo lus xov no Vajtswv tau coj nws haiv neeg tawm los rau qhov chaw uas nws yuav ua haujlwm rau lawv tau nrog hwjchim loj dua, thiab qhov chaw uas lawv yuav khaws tau nws tej lus txib txhua lo....”</w:t>
      </w:r>
    </w:p>
    <w:p>
      <w:pPr>
        <w:pStyle w:val="ArticleScripture"/>
        <w:jc w:val="left"/>
      </w:pPr>
      <w:r>
        <w:rPr>
          <w:rFonts w:ascii="Times New Roman" w:hAnsi="Times New Roman" w:eastAsia="Times New Roman" w:cs="Times New Roman"/>
        </w:rPr>
        <w:t>“Thaum Yexus txoj hauj lwm ua qhev xaus rau hauv Qhov Chaw Dawb Huv, thiab nws hla mus rau hauv Qhov Chaw Dawb Huv Tshaj, thiab sawv ntawm xub ntiag ntawm lub phij xab uas muaj Vajtswv txoj kev cai nyob hauv, nws txib dua ib tug tim tswv muaj hwjchim mus rau ntiajteb nrog txoj xov thib peb. Nws muab ib daim ntawv qhwv tso rau hauv tus tim tswv txhais tes, thiab thaum nws nqis los rau ntiajteb nrog hwjchim ci ntsa iab thiab lub zog, nws tshaj tawm ib lo lus ceeb toom txaus ntshai, yog lo lus hem uas txaus ntshai tshaj plaws uas tau coj los rau tibneeg lawm. Txoj xov no raug npaj los tsa Vajtswv cov menyuam kom ceev faj, thiab qhia rau lawv txog lub sijhawm ntawm kev sim siab thiab kev nyuaj siab uas nyob rau ntawm lawv xub ntiag. Tus tim tswv hais tias, Lawv yuav raug coj mus rau hauv kev sib ntaus sib tua ze heev nrog tus tsiaj qus thiab nws daim duab. Lawv txoj kev cia siab tib leeg rau txoj sia nyob mus ib txhis yog kom nyob ruaj nreb. Txawm yog lawv txoj sia nyob rau kev phom sij los, lawv tseem yuav tsum tuav rawv qhov tseeb. Tus tim tswv thib peb xaus nws txoj xov nrog cov lus no hais tias, Ntawm no yog kev ua siab ntev ntawm cov neeg dawb huv; ntawm no yog cov uas ua raws li Vajtswv tej lus txib, thiab txoj kev ntseeg ntawm Yexus. Thaum nws rov hais cov lus no nws taw tes mus rau Lub Tuam Tsev Dawb Huv saum ntuj ceeb tsheej. Lub siab ntawm txhua tus uas lees txais txoj xov no raug coj mus rau Qhov Chaw Dawb Huv Tshaj plaws, qhov uas Yexus sawv ntawm xub ntiag ntawm lub phij xab, ua nws txoj kev thov ntuj zaum kawg rau txhua tus uas txoj kev khuvleej tseem ncua nyob rau lawv, thiab rau cov uas tau ua txhaum Vajtswv txoj kev cai vim tsis paub. Txoj kev theej txhoj no raug ua rau cov neeg ncaj ncees uas twb tuag lawm thiab rau cov neeg ncaj ncees uas tseem ciaj sia ib yam nkaus. Yexus ua txoj kev theej txhoj rau cov uas tau tuag lawm, uas tsis tau txais qhov kaj txog Vajtswv tej lus txib, cov uas tau ua txhaum vim tsis paub.”</w:t>
      </w:r>
    </w:p>
    <w:p>
      <w:pPr>
        <w:pStyle w:val="ArticleScripture"/>
        <w:jc w:val="left"/>
      </w:pPr>
      <w:r>
        <w:rPr>
          <w:rFonts w:ascii="Times New Roman" w:hAnsi="Times New Roman" w:eastAsia="Times New Roman" w:cs="Times New Roman"/>
        </w:rPr>
        <w:t>“Tom qab Yexus qhib lub qhov rooj ntawm Chav Dawb Huv Tshaj Plaws lawm, lub teeb ntawm Hnub Xanpataus thiaj raug pom, thiab cov neeg ntawm Vajtswv yuav tsum raug sim thiab raug kuaj kom paub tseeb, ib yam li Vajtswv tau sim cov me nyuam Yixayee thaum ub, saib seb lawv puas yuav ceev Nws txoj kevcai. Kuv pom tus tim tswv thib peb taw tes mus saud, qhia txoj kev rau cov uas poob siab lawm mus rau Chav Dawb Huv Tshaj Plaws ntawm Lub Tuam Tsev Dawb Huv saum ntuj ceeb tsheej. Lawv raws Yexus los ntawm txoj kev ntseeg mus rau hauv Chav Dawb Huv Tshaj Plaws. Lawv rov nrhiav tau Yexus dua, thiab kev xyiv fab nrog kev cia siab rov hlav tuaj tshiab. Kuv pom lawv tig saib rov qab tshuaj xyuas yav tag los, txij ntawm kev tshaj tawm txog Yexus txoj kev rov qab los zaum ob, txuas mus thoob lawv txoj kev taug mus txog thaum lub sijhawm xaus rau xyoo 1844. Lawv pom tias lawv txoj kev poob siab twb raug piav qhia lawm, thiab kev xyiv fab nrog kev paub tseeb rov ua kom lawv muaj sia tshiab. Tus tim tswv thib peb tau ci ntsa iab rau yav tag los, tam sim no, thiab yav tom ntej, thiab lawv paub tias Vajtswv yeej tau coj lawv tiag tiag los ntawm Nws txoj kev tuav tswj uas tob tob tsis yooj yim to taub.”</w:t>
      </w:r>
    </w:p>
    <w:p>
      <w:pPr>
        <w:pStyle w:val="ArticleScripture"/>
        <w:jc w:val="left"/>
      </w:pPr>
      <w:r>
        <w:rPr>
          <w:rFonts w:ascii="Times New Roman" w:hAnsi="Times New Roman" w:eastAsia="Times New Roman" w:cs="Times New Roman"/>
        </w:rPr>
        <w:t>“Tau qhia rau kuv tias cov seem tshuav tau raws Yexus mus rau hauv Chaw Dawb Huv Tshaj, thiab pom lub phij xab, thiab lub chaw hlub tshua saum nws, thiab raug txeeb siab los ntawm lawv lub yeeb koob. Yexus tsa lub hau npog ntawm lub phij xab, thiab saib seb! cov txiag zeb, uas muaj Kaum Lo Lus Txib sau rau saum lawv. Lawv nrhiav raws cov lus muaj sia ntawd; tiam sis lawv ntshai thim rov qab nrog kev tshee hnyo thaum lawv pom lo lus txib plaub tseem muaj txoj sia nyob hauv kaum lo lus qhuab ntuas dawb huv, thaum ib lub teeb ci ntsa iab dua ci rau saum nws tshaj li rau lwm cuaj lo lus, thiab ib lub voj voog yeeb koob nyob puag ncig nws tas nrho. Lawv tsis pom ib yam dab tsi nyob ntawd qhia rau lawv tias Hnub Xanpataus twb raug muab tshem tawm lawd, los sis raug hloov mus rau thawj hnub ntawm lub lim tiam. Nws nyeem ib yam li thaum Vajtswv lub qhov ncauj tau hais nws tawm los nyob rau saum roob hauv kev hwm thiab txaus ntshai kawg nkaus, thaum xob laim ci thiab xob nroo nrov, thiab thaum nws raug sau los ntawm Nws tus ntiv tes dawb huv rau saum cov txiag zeb. Rau hnub koj yuav tsum ua haujlwm thiab ua txhua yam haujlwm ntawm koj; tiam sis hnub xya yog Hnub Xanpataus ntawm tus Tswv uas yog koj tus Vajtswv. Lawv xav tsis thoob thaum lawv pom txoj kev ceev faj uas tau muab rau Kaum Lo Lus Txib. Lawv pom tias cov no raug muab tso ze heev ntawm Yehauvas, raug Nws txoj kev dawb huv ntxoov thiab tiv thaiv. Lawv pom tias lawv tau tsuj hla lo lus txib plaub ntawm Kaum Lo Lus Txib, thiab tau coj raws ib hnub uas lwm haiv neeg thiab cov papist tau muab txojsia los, hloov chaw ntawm hnub uas Yehauvas tau muab cais ua hnub dawb huv. Lawv txo hwj chim rau ntawm Vajtswv xub ntiag, thiab quaj ntsuag txog lawv tej kev txhaum yav tag los.”</w:t>
      </w:r>
    </w:p>
    <w:p>
      <w:pPr>
        <w:pStyle w:val="ArticleScripture"/>
        <w:jc w:val="left"/>
      </w:pPr>
      <w:r>
        <w:rPr>
          <w:rFonts w:ascii="Times New Roman" w:hAnsi="Times New Roman" w:eastAsia="Times New Roman" w:cs="Times New Roman"/>
        </w:rPr>
        <w:t>“Kuv pom cov xyab hauv lub lauj kaub xyab ncho pa taws thaum Yexus tau muab lawv tej kev lees txim thiab tej lus thov rau Nws Leej Txiv. Thiab thaum pa taws ntawd nce mus, ib qho kaj lug ci ntsa iab tau nyob saum Yexus, thiab saum lub chaw hlub tshua; thiab cov uas mob siab thov Vajtswv, uas ntxhov siab vim lawv twb pom tias lawv yog cov ua txhaum rau Vajtswv txoj kevcai lawm, tau txais koob hmoov, thiab lawv tej ntsej muag ci tuaj nrog kev cia siab thiab kev xyiv fab. Lawv tau koom nrog txoj haujlwm ntawm tus timtswv thib peb, thiab tsa lawv tej suab nrov thiab tshaj tawm lo lus ceeb toom uas hnyav thiab dawb huv ntawd. Tiamsis thaum xub thawj tsuas muaj tsawg leej txais yuav txoj xov ntawd xwb, los lawv tseem rau siab ntso tshaj tawm lo lus ceeb toom ntawd. Ces kuv pom coob leej lees txais txoj xov ntawm tus timtswv thib peb, thiab koom lawv tej suab nrog cov uas tau xub tshaj tawm lo lus ceeb toom ntawd, thiab lawv tsa Vajtswv kom siab thiab qhuas Nws loj kawg nkaus los ntawm kev ceev Nws hnub Xanpataus uas Nws twb ua kom dawb huv lawm.”</w:t>
      </w:r>
    </w:p>
    <w:p>
      <w:pPr>
        <w:pStyle w:val="ArticleScripture"/>
        <w:jc w:val="left"/>
      </w:pPr>
      <w:r>
        <w:rPr>
          <w:rFonts w:ascii="Times New Roman" w:hAnsi="Times New Roman" w:eastAsia="Times New Roman" w:cs="Times New Roman"/>
        </w:rPr>
        <w:t>“Coob leej coob uas tau txais yuav txoj xov thib peb tsis tau muaj ib txoj kev paub hauv ob txoj xov ua ntej. Xatas to taub qhov no, thiab nws lub qhov muag phem ntsia ntsoov rau lawv kom muab lawv rhuav pov tseg; tiam sis tus timtswv thib peb tab tom taw lawv mus rau qhov Chaw Dawb Huv Tshaj Plaws, thiab cov uas tau muaj kev paub hauv cov xov dhau los tab tom taw kev rau lawv mus rau lub Tuamtsev Ntshiab saum ntuj ceeb tsheej. Coob leej pom txoj saw tseeb uas zoo tiav nyob hauv cov timtswv tej xov, thiab tau zoo siab hlo txais yuav nws. Lawv txais yuav lawv raws li lawv txoj kev txiav txim, thiab los ntawm txoj kev ntseeg tau raws Yexus mus rau hauv lub Tuamtsev Ntshiab saum ntuj ceeb tsheej. Cov xov no tau muab sawv cev rau kuv pom zoo li ib lub thauj tog rau nkoj uas tuav cia lub cev. Thiab thaum tib neeg ib leeg zuj zus txais thiab to taub lawv, lawv raug thaiv tiv thaiv ntawm Xatas tej kev dag ntxias ntau yam.”</w:t>
      </w:r>
    </w:p>
    <w:p>
      <w:pPr>
        <w:pStyle w:val="ArticleScripture"/>
        <w:jc w:val="left"/>
      </w:pPr>
      <w:r>
        <w:rPr>
          <w:rFonts w:ascii="Times New Roman" w:hAnsi="Times New Roman" w:eastAsia="Times New Roman" w:cs="Times New Roman"/>
        </w:rPr>
        <w:t>“Tom qab txoj kev poob siab loj hauv xyoo 1844, Xatas thiab nws cov tim tswv tau ua hauj lwm tib si rau kev ntxias kom txav tau kev ntseeg ntawm pawg ntseeg mus tsis ruaj. Nws tab tom cuam tshuam lub siab ntawm qee leej neeg uas twb muaj kev paub tus kheej hauv tej xwm txheej no lawm. Lawv muaj ib qho tsos zoo li txo hwj chim. Lawv hloov thawj thiab tsab xov thib ob, thiab taw tes mus rau yav tom ntej tias lawv txoj kev tiav yuav muaj nyob ntawd, hos lwm tus taw tes rov qab mus deb rau yav tag los, tshaj tawm tias lawv twb tiav lawm nyob ntawd. Cov neeg no tab tom rub lub siab ntawm cov tsis tau paub tob kom txav deb mus, thiab ua rau lawv txoj kev ntseeg tsis ruaj khov. Qee leej tab tom nrhiav Vajlugkub kom sim tsim tsa ib txoj kev ntseeg ntawm lawv tus kheej, ywj siab ntawm pawg ntseeg. Xatas zoo siab kawg rau txhua yam no; vim nws paub tias cov uas txiav tawm ntawm lub thauj tog rau nkoj lawm, nws yuav cuam tshuam tau lawv los ntawm ntau yam kev yuam kev thiab tsav lawv mus los raws tej cua ntawm kev qhuab qhia. Coob leej uas tau coj hauv thawj thiab tsab xov thib ob, tau tsis lees lawv, thiab kev sib cais nrog kev tawg khiav nyob puv nkaus thoob plaws hauv pawg ntseeg. Kuv mam li pom Wm. Miller. Nws zoo li ntxhov siab, thiab raug khoov vim kev tu siab thiab kev nyuaj siab rau nws haiv neeg. Nws pom pawg uas tau koom siab thiab sib hlub hauv xyoo 1844 tab tom plam lawv txoj kev hlub rau ib leeg, thiab sib tawm tsam. Nws pom lawv poob rov qab mus rau hauv ib lub xeev txias thiab rov qab poob cev qhev ntawm kev ntog rov qab. Kev tu siab ua rau nws lub zog qhuav qas. Kuv pom cov thawj coj tab tom saib Wm. Miller, thiab ntshai tsam nws yuav lees yuav tsab xov ntawm tus tim tswv thib peb thiab Vajtswv tej lus txib. Thiab thaum nws yuav tig mus rau qhov kaj uas los saum ntuj ceeb tsheej, cov neeg no yuav teeb ib txoj kev npaj kom rub nws lub siab khiav deb. Kuv pom muaj tib neeg txoj kev cuam tshuam raug siv los khaws nws lub siab cia hauv qhov tsaus ntuj, thiab kom khaws nws lub hwj chim cuam tshuam cia nrog lawv. Thaum kawg Wm. Miller tsa nws lub suab tawm tsam qhov kaj uas los saum ntuj ceeb tsheej. Nws ua tsis tiav vim nws tsis txais tsab xov uas yuav tau piav meej tag nrho nws txoj kev poob siab, thiab yuav tau muab qhov kaj thiab lub yeeb koob ci rau yav tag los, uas yuav tau txhawb rov qab nws lub zog uas twb qaug tas lawm, ua kom nws txoj kev cia siab kaj lug, thiab coj nws los qhuas Vajtswv. Tiamsis nws tig mus vam khom tib neeg lub tswv yim dua li Vajtswv txoj kev txawj ntse, thiab vim raug lov vim txoj hauj lwm hnyav hauv nws tus Tswv tes dej num, thiab vim hnub nyoog laus lawm, nws tsis muaj kev lav ris npaum li cov uas khaws nws kom deb ntawm qhov tseeb. Lawv yog cov yuav tsum ris lub luag hauj lwm, thiab txoj kev txhaum nyob saum lawv. Yog Wm. Miller tau pom tau qhov kaj ntawm tsab xov thib peb, ntau yam uas zoo tsaus nti thiab tsis meej rau nws yuav tau raug piav qhia. Nws cov kwv tij qhia tias lawv muaj kev hlub thiab kev mob siab rau nws tob heev, nws thiaj xav tias nws tsis muaj peev xwm txiav nws tus kheej kom deb ntawm lawv. Nws lub siab yeej yuav tig mus rau qhov tseeb; tiam sis tom qab ntawd nws ntsia rau nws cov kwv tij. Lawv tawm tsam nws. Nws puas yuav txiav tau nws tus kheej kom deb ntawm cov uas twb sawv ib sab thiab xub pwg sib dhos nrog nws hauv kev tshaj tawm txog Yexus txoj kev yuav los? Nws xav tias lawv yeej yuav tsis coj nws mus yuam kev.”</w:t>
      </w:r>
    </w:p>
    <w:p>
      <w:pPr>
        <w:pStyle w:val="ArticleScripture"/>
        <w:jc w:val="left"/>
      </w:pPr>
      <w:r>
        <w:rPr>
          <w:rFonts w:ascii="Times New Roman" w:hAnsi="Times New Roman" w:eastAsia="Times New Roman" w:cs="Times New Roman"/>
        </w:rPr>
        <w:t>“Vajtswv cia nws poob rau hauv Xatas lub hwjchim, thiab cia txojkev tuag kav nws. Nws muab nws zais rau hauv lub ntxa, kom deb ntawm cov uas niaj hnub rub nws kom txav deb ntawm Vajtswv. Mauxes ua yuam kev thaum nws twb yuav nkag mus rau hauv thaj av uas tau cog lus tseg lawm. Ib yam li ntawd thiab, kuv pom tias Wm. Miller kuj ua yuam kev thaum nws twb yuav nkag mus rau hauv Kana-as saum ntuj ceeb tsheej, vim nws tso cai rau nws lub hwjchim cuam tshuam mus tawm tsam qhov tseeb. Lwm tus tau coj nws mus txog qhov no. Lwm tus yuav tsum lav txog qhov ntawd. Tiamsis cov timtswv saib xyuas tej plua tshauv muaj nqis ntawm tus tub qhe no ntawm Vajtswv, thiab nws yuav sawv los thaum lub suab raj kawg ncha.”</w:t>
      </w:r>
    </w:p>
    <w:p>
      <w:pPr>
        <w:pStyle w:val="ArticleScripture"/>
        <w:jc w:val="left"/>
      </w:pPr>
      <w:r>
        <w:rPr>
          <w:rFonts w:ascii="Times New Roman" w:hAnsi="Times New Roman" w:eastAsia="Times New Roman" w:cs="Times New Roman"/>
        </w:rPr>
        <w:t>“Kuv pom ib pab neeg uas sawv ruaj khov thiab raug tiv thaiv zoo, thiab lawv yuav tsis pub txhawb nqa rau cov uas xav ua kom txoj kev ntseeg uas twb raug tsa ruaj khov cia hauv lub cev ntawd raug tshee hnyo. Vajtswv ntsia lawv nrog kev pom zoo. Kuv raug qhia peb theem—ib, ob, thiab peb—yog thawj, ob, thiab peb tug tim tswv tej lus ceeb toom. Tus tim tswv hais tias, Kev txom nyem rau tus uas yuav txav ib thooj los sis qoj ib rab ko hauv tej lus no. Txoj kev nkag siab tseeb txog tej lus no yog yam tseem ceeb kawg nkaus. Txoj hmoo ntawm tej ntsuj plig dai rawv rau txoj kev uas lawv txais tej lus no. Kuv rov raug coj nqes los ntawm tej lus no dua, thiab pom tias Vajtswv haiv neeg tau them nqi kim npaum li cas thiaj tau lawv txoj kev paub dhau los. Nws raug khwv tau los ntawm kev txom nyem ntau thiab kev sib ntaus sib tua hnyav. Vajtswv tau coj lawv mus ib theem dhau ib theem, mus txog thaum Nws tsa lawv rau saum ib lub hauv paus ruaj khov, uas txav tsis taus. Tom qab ntawd kuv pom qee leej neeg thaum lawv los ze rau lub hauv paus ntawd, ua ntej yuav nce mus saum nws, lawv tshuaj xyuas lub hauv paus. Ib txhia zoo siab hlo tam sid nce mus saum nws. Lwm tus pib nrhiav kev thuam txog txoj kev tso lub hauv paus ntawm lub platform ntawd. Lawv xav kom muaj kev kho kom zoo ntxiv, ces lub platform ntawd thiaj yuav zoo tiav dua, thiab cov neeg thiaj yuav zoo siab dua. Muaj ib txhia nqis ntawm lub platform lawm mus tshuaj xyuas nws, ces lawv nrhiav kev thuam nws, hais tias nws raug tsa yuam kev lawm. Kuv pom tias yuav luag txhua tus sawv ruaj nreb saum lub platform ntawd, thiab qhuab ntuas lwm tus uas twb nqis ntawm nws lawm kom tso tseg lawv tej lus yws, rau qhov Vajtswv yog tus Tswv Kws Tsim Vaj Tsev, thiab lawv tab tom tawm tsam Nws. Lawv rov hais txog Vajtswv txoj hauj lwm txaus ceeb uas tau coj lawv mus txog lub platform ruaj khov ntawd, thiab hauv kev koom siab, yuav luag txhua tus tsa lawv qhov muag mus saum ntuj, thiab nrog suab nrov ua kom Vajtswv tau koob meej. Qhov no ua rau ib txhia ntawm cov uas tau yws thiab tso lub platform tseg ntawd raug kov siab, thiab lawv rov qab los nrog lub ntsej muag txo hwj chim nce mus saum nws dua.”</w:t>
      </w:r>
    </w:p>
    <w:p>
      <w:pPr>
        <w:pStyle w:val="ArticleScripture"/>
        <w:jc w:val="left"/>
      </w:pPr>
      <w:r>
        <w:rPr>
          <w:rFonts w:ascii="Times New Roman" w:hAnsi="Times New Roman" w:eastAsia="Times New Roman" w:cs="Times New Roman"/>
        </w:rPr>
        <w:t>“Tau raug coj kuv rov qab mus rau qhov kev tshaj tawm txog thawj zaug uas Khetos los. Yauhas raug xa los hauv Eliyas tus ntsuj plig thiab hwj chim kom npaj txoj kev rau Yexus txoj kev los. Cov uas tsis lees txais Yauhas tej lus tim khawv tsis tau txais txiaj ntsig los ntawm Yexus tej lus qhuab qhia. Lawv txoj kev tawm tsam rau txoj kev tshaj tawm txog nws thawj zaug kev los tau muab lawv tso rau qhov chaw uas lawv tsis muaj peev xwm txais tau yooj yim tej pov thawj muaj zog tshaj plaws tias nws yog tus Mexiyas. Xatas tau coj cov uas tsis lees txais Yauhas zaj lus kom mus ntxiv mus, kom tsis lees txais Yexus thiab muab nws ntsia saum ntoo khaub lig. Thaum ua li no, lawv tau muab lawv tus kheej tso rau qhov chaw uas lawv tsis tuaj yeem txais tau txoj koob hmoov nyob rau hnub Peetekos, uas yuav tau qhia lawv txoj kev nkag mus rau hauv lub Tuam Tsev Dawb Huv saum ntuj ceeb tsheej. Kev ntuag ntawm daim ntaub thaiv hauv lub tuam tsev qhia tawm tias cov neeg Yudais tej kev txi thiab tej kab ke yuav tsis raug lees txais ntxiv lawm. Txoj Kev Txi loj kawg nkaus twb raug muab fij lawm, thiab twb raug lees txais lawm, thiab tus Vaj Ntsuj Plig Dawb Huv uas nqes los nyob rau hnub Peetekos tau nqa cov thwj tim lub siab tawm ntawm lub Tuam Tsev Dawb Huv hauv ntiajteb mus rau lub nyob saum ntuj ceeb tsheej, qhov chaw uas Yexus tau nkag mus los ntawm nws tus kheej cov ntshav, thiab tau nchuav tej txiaj ntsig ntawm nws txoj kev hloov theej txhoj rau saum nws cov thwj tim. Cov neeg Yudais raug tso cia nyob hauv kev dag ntxias tiav nrag thiab kev tsaus ntuj tag nrho. Lawv plam tag nrho txoj kev kaj uas lawv yuav tau muaj txog txoj kev npaj cawm seej, thiab tseem tso siab rau lawv tej kev txi thiab tej khoom fij uas tsis muaj nqis. Lawv tsis tuaj yeem txais txiaj ntsig los ntawm Khetos txoj kev ua tus nrig txog kev haum xeeb nyob hauv Chaw Dawb Huv. Lub Tuam Tsev Dawb Huv saum ntuj ceeb tsheej tau los hloov lub hauv ntiajteb, los lawv ho tsis muaj kev paub txog txoj kev mus rau saum ntuj ceeb tsheej li.”</w:t>
      </w:r>
    </w:p>
    <w:p>
      <w:pPr>
        <w:pStyle w:val="ArticleScripture"/>
        <w:jc w:val="left"/>
      </w:pPr>
      <w:r>
        <w:rPr>
          <w:rFonts w:ascii="Times New Roman" w:hAnsi="Times New Roman" w:eastAsia="Times New Roman" w:cs="Times New Roman"/>
        </w:rPr>
        <w:t>“Coob leej coob ntshai heev rau txoj kev uas cov Yudais tau coj rau Yexus thaum lawv tsis lees yuav nws thiab muab nws ntsia saum ntoo khaub lig. Thiab thaum lawv nyeem keeb kwm txog qhov kev tsim txom uas txaj muag kawg nkaus uas nws raug, lawv xav tias lawv hlub Khetos, thiab yuav tsis tau tsis lees nws ib yam li Petus, lossis muab nws ntsia saum ntoo khaub lig ib yam li cov Yudais. Tab sis Vajtswv, tus uas tau pom lawv txoj kev khuv leej uas lawv hais tawm rau nws Leej Tub, tau sim lawv, thiab tau coj txoj kev hlub uas lawv hais tias muaj rau Yexus los rau qhov kev kuaj ntawd.”</w:t>
      </w:r>
    </w:p>
    <w:p>
      <w:pPr>
        <w:pStyle w:val="ArticleScripture"/>
        <w:jc w:val="left"/>
      </w:pPr>
      <w:r>
        <w:rPr>
          <w:rFonts w:ascii="Times New Roman" w:hAnsi="Times New Roman" w:eastAsia="Times New Roman" w:cs="Times New Roman"/>
        </w:rPr>
        <w:t>“Tag nrho saum ntuj tau ntsia nrog txoj kev txaus siab tob tshaj plaws rau qhov uas txoj xov ntawd raug txais. Tiamsis coob leej uas hais tias lawv hlub Yexus, thiab uas ntws kua muag thaum lawv nyeem txog zaj dab neeg ntawm tus ntoo khaub lig, tsis yog txais txoj xov ntawd nrog kev zoo siab, lawv thiaj raug ua kom sawv nrog kev chim, thuam xov zoo txog Yexus txoj kev los, thiab tshaj tawm tias yog kev dag ntxias. Lawv tsis kam muaj kev sib raug zoo nrog cov uas hlub nws txoj kev tshwm sim, tiamsis ntxub lawv, thiab muab lawv ntiab tawm hauv tej koom txoos. Cov uas tsis kam txais thawj txoj xov tsis muaj peev xwm txais txiaj ntsig ntawm txoj xov thib ob, thiab kuj tsis tau txais txiaj ntsig ntawm lub suab quaj thaum ib tag hmo, uas yog los npaj lawv kom nkag tau nrog Yexus los ntawm txoj kev ntseeg rau hauv Chaw Dawb Huv Tshaj Plaws ntawm lub Tuam Tsev Dawb Huv saum ntuj ceeb tsheej. Thiab vim qhov uas lawv tau tsis kam txais ob txoj xov ua ntej ntawd lawm, lawv thiaj pom tsis tau ib qho kaj nyob hauv txoj xov ntawm tus tim tswv thib peb, uas qhia txoj kev mus rau hauv Chaw Dawb Huv Tshaj Plaws. Kuv pom tias tej koom txoos uas tsuas muaj npe xwb, ib yam li cov Yudais tau muab Yexus ntsia saum tus ntoo khaub lig, lawv kuj tau muab tej txoj xov no ntsia saum tus ntoo khaub lig thiab; yog li ntawd lawv thiaj tsis muaj ib qho kev paub txog txoj kev txav uas tau ua nyob saum ntuj ceeb tsheej, los yog txog txoj kev mus rau hauv Chaw Dawb Huv Tshaj Plaws, thiab lawv tsis muaj peev xwm txais txiaj ntsig ntawm Yexus txoj kev thov nruab nrab nyob ntawd. Zoo ib yam li cov Yudais, uas tau muab lawv tej kev txi uas tsis muaj nqis los fij, lawv kuj tsa lawv tej lus thov uas tsis muaj nqis mus rau chav uas Yexus twb tawm ntawm lawm, thiab Xatas, zoo siab rau txoj kev dag ntxias ntawm cov uas hais tias yog cov raws Khetos qab, ntes lawv ruaj rau hauv nws lub cuab, thiab txais ib yam cwj pwm kev ntseeg, ces coj cov uas hais tias yog Khetos cov ntseeg no lub siab mus rau nws tus kheej, thiab ua haujlwm nrog nws lub hwj chim, nws tej cim, thiab tej txuj ci dag cuav. Qee leej nws dag lawv ib txoj kev, qee leej dua lwm txoj kev. Nws muaj ntau yam kev dag ntxias sib txawv npaj cia los cuam tshuam ntau hom siab. Qee leej ntsia ib yam kev dag ntxias nrog kev ntshai heev, thaum lawv ho kam txais lwm yam yooj yim heev. Xatas dag qee leej los ntawm Kev Sib Txuas Nrog Dab. Nws kuj los zoo li ib tug tim tswv uas ci ntsa iab, thiab nthuav nws txoj kev cuam tshuam thoob plaws lub teb chaws. Kuv pom tej kev txhim kho cuav nyob txhua qhov chaw. Tej koom txoos tau khav theeb thiab suav hais tias Vajtswv tabtom ua haujlwm loj kawg nkaus rau lawv, thaum qhov tseeb yog lwm tug ntsuj plig. Nws yuav ploj mus thiab tso lub ntiaj teb thiab pawg ntseeg tseg rau hauv ib qho xwm txheej phem dua li yav tas los.”</w:t>
      </w:r>
    </w:p>
    <w:p>
      <w:pPr>
        <w:pStyle w:val="ArticleScripture"/>
        <w:jc w:val="left"/>
      </w:pPr>
      <w:r>
        <w:rPr>
          <w:rFonts w:ascii="Times New Roman" w:hAnsi="Times New Roman" w:eastAsia="Times New Roman" w:cs="Times New Roman"/>
        </w:rPr>
        <w:t>“Kuv tau pom tias Vajtswv muaj tej me nyuam ncaj ncees nyob hauv cov Adventist uas tsuas muaj npe xwb, thiab nyob hauv cov pawg ntseeg uas poob lawm, thiab cov xibhwb thiab cov pej xeem tseem yuav raug hu kom tawm hauv cov pawg ntseeg no los, ua ntej tej xwm txheej yuav raug nchuav los, thiab lawv yuav zoo siab hlo tuav rawv qhov tseeb. Xatas paub qhov no, thiab ua ntej tus tim tswv thib peb lub suab quaj nrov nrov, nws tsa ib qho kev kub siab ntxhov nyob hauv cov koom txoos kev cai dab qhuas no, kom cov uas twb tsis kam lees qhov tseeb lawm thiaj xav tias Vajtswv nrog lawv nyob. Nws cia siab yuav dag ntxias cov ncaj ncees, thiab coj lawv kom xav tias Vajtswv tseem tab tom ua hauj lwm rau cov pawg ntseeg. Tiamsis qhov kaj yuav ci tuaj, thiab txhua tus ncaj ncees yuav tawm hauv cov pawg ntseeg uas poob lawm mus, thiab sawv nrog cov seem uas tshuav.” Spiritual Gifts, volume 1, 151–172.</w:t>
      </w:r>
    </w:p>
    <w:p>
      <w:pPr>
        <w:pStyle w:val="ArticleBody"/>
        <w:jc w:val="left"/>
      </w:pPr>
      <w:r>
        <w:rPr>
          <w:rFonts w:ascii="Times New Roman" w:hAnsi="Times New Roman" w:eastAsia="Times New Roman" w:cs="Times New Roman"/>
        </w:rPr>
        <w:t>Nqe no muaj ntau qhov tseeb tseem ceeb heev, tiam sis kuv tab tom siv nqe no los cais tawm qee yam cwj pwm ntawm tej lus tshaj hauv keeb kwm Millerite, xwv kom to taub tias tej ntawd ua piv txwv txog peb keeb kwm li cas. Peb tug tim tswv hauv Qhia Tshwm tshooj kaum plaub txhua tus muaj ib txoj lus nyob hauv lawv txhais tes. Tus tim tswv thib ob thiab tus tim tswv thib peb raug qhia tias muaj ib daim “ntawv qhwv” nrog lawv thaum lawv nqes los nrog lawv txoj lus. Txhua tus tim tswv sawv cev rau ib txoj lus, thiab kev tuaj txog ntawm txhua txoj lus ua rau muaj ib qho txiaj ntsig.</w:t>
      </w:r>
    </w:p>
    <w:p>
      <w:pPr>
        <w:pStyle w:val="ArticleBody"/>
        <w:jc w:val="left"/>
      </w:pPr>
      <w:r>
        <w:rPr>
          <w:rFonts w:ascii="Times New Roman" w:hAnsi="Times New Roman" w:eastAsia="Times New Roman" w:cs="Times New Roman"/>
        </w:rPr>
        <w:t>Peb yuav txuas ntxiv rau zaj lus no hauv tshooj ntawv tom ntej.</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Lus Ceeb Toom Uas Mus Ib Txhij—Zauv Ob</dc:title>
  <dc:subject>Tshab Qhia Daim Ntaub Txojlus Yaj Saub: Txhais Cov Lus Hauv Qhia Tshwm 14 hauv Keeb Kwm Millerite thiab Niaj Hnub No</dc:subject>
  <dc:creator>Jeff Pippenger</dc:creator>
  <cp:keywords/>
  <dc:description>Generated by ArticleDigger from parallel_warnings\02_parallel_warnings.json</dc:description>
  <cp:lastModifiedBy>ArticleDigger</cp:lastModifiedBy>
  <cp:revision>1</cp:revision>
  <dcterms:created xsi:type="dcterms:W3CDTF">2000-01-01T00:00:00Z</dcterms:created>
  <dcterms:modified xsi:type="dcterms:W3CDTF">2000-01-01T00:00:00Z</dcterms:modified>
  <cp:category>parallel_warnings</cp:category>
  <cp:lastPrinted>2000-01-01T00:00:00Z</cp:lastPrinted>
</cp:coreProperties>
</file>