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Kev Ceeb Toom Sib Txawv Uas Mus Ua Ke - Zauv Plaub</w:t>
      </w:r>
    </w:p>
    <w:p>
      <w:pPr>
        <w:pStyle w:val="ArticleSubtitle"/>
        <w:jc w:val="left"/>
      </w:pPr>
      <w:r>
        <w:rPr>
          <w:rFonts w:ascii="Arial" w:hAnsi="Arial" w:eastAsia="Arial" w:cs="Arial"/>
        </w:rPr>
        <w:t>Lub Hauv Paus Ntawm Txoj Kev Ntseeg thiab Kev Phom Sij Ntawm Kev Tsis Nco Qab: Tej Zaj Lus Qhia Los Ntawm Kev Yaj Saub thiab Keeb Kwm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Scripture"/>
        <w:jc w:val="left"/>
      </w:pPr>
      <w:r>
        <w:rPr>
          <w:rFonts w:ascii="Times New Roman" w:hAnsi="Times New Roman" w:eastAsia="Times New Roman" w:cs="Times New Roman"/>
        </w:rPr>
        <w:t>Nws yuav qhia kev paub rau leej twg? thiab nws yuav ua rau leej twg to taub txoj kev qhia? yog cov uas twb txiav mis lawm, thiab raug rub tawm ntawm lub mis.</w:t>
      </w:r>
    </w:p>
    <w:p>
      <w:pPr>
        <w:pStyle w:val="ArticleScripture"/>
        <w:jc w:val="left"/>
      </w:pPr>
      <w:r>
        <w:rPr>
          <w:rFonts w:ascii="Times New Roman" w:hAnsi="Times New Roman" w:eastAsia="Times New Roman" w:cs="Times New Roman"/>
        </w:rPr>
        <w:t>Vim hais tias yuav tsum yog lus qhuab qhia saum lus qhuab qhia, lus qhuab qhia saum lus qhuab qhia; kab saum kab, kab saum kab; ntawm no me ntsis, thiab ntawm tod me ntsis:</w:t>
      </w:r>
    </w:p>
    <w:p>
      <w:pPr>
        <w:pStyle w:val="ArticleScripture"/>
        <w:jc w:val="left"/>
      </w:pPr>
      <w:r>
        <w:rPr>
          <w:rFonts w:ascii="Times New Roman" w:hAnsi="Times New Roman" w:eastAsia="Times New Roman" w:cs="Times New Roman"/>
        </w:rPr>
        <w:t>Vim nws yuav hais rau haiv neeg no los ntawm daim di ncauj txhaws txhaws thiab ib yam lus txawv. Rau cov uas nws tau hais tias, Nov yog qhov chaw so uas nej yuav pub tus qaug zog tau so; thiab nov yog qhov chaw ua kom rov qab muaj zog: los lawv tsis kam mloog.</w:t>
      </w:r>
    </w:p>
    <w:p>
      <w:pPr>
        <w:pStyle w:val="ArticleScripture"/>
        <w:jc w:val="left"/>
      </w:pPr>
      <w:r>
        <w:rPr>
          <w:rFonts w:ascii="Times New Roman" w:hAnsi="Times New Roman" w:eastAsia="Times New Roman" w:cs="Times New Roman"/>
        </w:rPr>
        <w:t>Tiamsis lo lus ntawm tus Tswv los txog rau lawv ua kevcai ntxiv rau kevcai, kevcai ntxiv rau kevcai; kab ntxiv rau kab, kab ntxiv rau kab; ntawm no me ntsis, thiab ntawm ntawd me ntsis; xwv kom lawv mus, thiab ntog rov qab, thiab raug lov, thiab raug daig hauv cuab, thiab raug ntes. Yaxayas 28:9–13.</w:t>
      </w:r>
    </w:p>
    <w:p>
      <w:pPr>
        <w:pStyle w:val="ArticleBody"/>
        <w:jc w:val="left"/>
      </w:pPr>
      <w:r>
        <w:rPr>
          <w:rFonts w:ascii="Times New Roman" w:hAnsi="Times New Roman" w:eastAsia="Times New Roman" w:cs="Times New Roman"/>
        </w:rPr>
        <w:t>Cov nqe no hauv Yaxayas no twb raug hais rov hais dua ntau zaus hauv Habakkuk Cov Ntaub Ntawv. Ntawm no kuv tsuas yog yuav kov me ntsis xwb kom rub tau ib los yog ob lub ntsiab lus tawm ntawm cov nqe yav dhau los no, los ntxiv rau kev sib tham tam sim no. Nqe Vajlugkub no qhia txog ib haiv neeg uas swb ib qho kev sim, rau qhov lawv “mus, thiab poob rov qab, thiab raug tsoo tawg, thiab raug daig cuab, thiab raug ntes.” Lawv yog ib haiv neeg uas swb ib qho kev sim hais txog tus uas Vajtswv yuav sim “qhia” kom “to taub” txog “kev txawj ntse” los yog “qhuab qhia.” Qhov ntawd yog ib qho kev sim uas raug tsa raws li kev to taub txog ib qho kev nce ntxiv ntawm kev txawj ntse, yog li ntawd nws yog tib qho kev sim uas cais cov neeg muaj tswvyim thiab cov neeg phem nyob hauv Daniyees tshooj kaum ob, rau qhov txhua tus yaj saub pom zoo thiab txheeb qhia txog kawg ntiajteb. Nyob hauv Daniyees kaum ob, cov “neeg muaj tswvyim” to taub, tab sis cov “neeg phem” tsis to taub qhov kev nce ntxiv ntawm kev txawj ntse.</w:t>
      </w:r>
    </w:p>
    <w:p>
      <w:pPr>
        <w:pStyle w:val="ArticleBody"/>
        <w:jc w:val="left"/>
      </w:pPr>
      <w:r>
        <w:rPr>
          <w:rFonts w:ascii="Times New Roman" w:hAnsi="Times New Roman" w:eastAsia="Times New Roman" w:cs="Times New Roman"/>
        </w:rPr>
        <w:t>Cov neeg hauv nqe lus ntawm Yaxayas raug sim los ntawm “Vajtswv txoj lus” uas “lawv tsis kam mloog.” Thiab “Vajtswv txoj lus” tshwj xeeb uas lawv tsis lees txais, thiab uas yuav tau pub rau lawv “nkag siab” txog kev nce ntxiv ntawm “kev paub,” yog txoj cai hauv Vajluskub uas txhais hais tias yuav ua li cas thiaj muab tej keeb kwm yaj saub los sib dhos kom raug. Cov uas poob rau hauv nqe lus ntawm Yaxayas ntawd tau tsis lees txais txoj cai uas qhia tias, yog yuav kom to taub ib zaj keeb kwm yaj saub, koj yuav tsum nrhiav txoj kab ntawd “ntawm no me ntsis, thiab ntawm ntawd me ntsis.” Vajtswv txoj lus uas tsim kev sim siab, uas lawv tau tsis lees txais, yog txoj kev xaiv tej kab yaj saub ntawm no thiab ntawd, thiab tom qab ntawd muab ib txoj kab keeb kwm yaj saub uas twb xaiv lawm coj los tso sib txuam nrog lwm txoj kab keeb kwm yaj saub uas hais txog tib lub ntsiab. Kev vam meej ntawm qhov haujlwm los muab kab rau saum kab raws li txoj no nyob ntawm kev siv tej cai tseeb tiag ntawm kev txhais yaj saub. Cov cai ntawd, uas yog “tej lus qhuab qhia,” kuj yuav tsum muab coj los sib sau ua ke thiab lawv nyob ntawm no thiab ntawd hauv phau Vajluskub. Cov ntxhais nkauj xwb ntawm Yaxayas uas swb qhov kev sim ntawd, swb vim lawv hnov qab yam tseem ceeb tshaj plaws uas lawv tsis tsim nyog yuav hnov qab, thiab yam ntawd yog, keeb kwm rov tshwm sim dua.</w:t>
      </w:r>
    </w:p>
    <w:p>
      <w:pPr>
        <w:pStyle w:val="ArticleScripture"/>
        <w:jc w:val="left"/>
      </w:pPr>
      <w:r>
        <w:rPr>
          <w:rFonts w:ascii="Times New Roman" w:hAnsi="Times New Roman" w:eastAsia="Times New Roman" w:cs="Times New Roman"/>
        </w:rPr>
        <w:t>“Peb tsis muaj ib yam dab tsi yuav ntshai txog yav tom ntej, tsuas yog thaum peb tsis nco qab txoj kev uas tus Tswv tau coj peb los, thiab Nws tej lus qhuab qhia hauv peb keeb kwm yav dhau los.” Life Sketches, 196.</w:t>
      </w:r>
    </w:p>
    <w:p>
      <w:pPr>
        <w:pStyle w:val="ArticleBody"/>
        <w:jc w:val="left"/>
      </w:pPr>
      <w:r>
        <w:rPr>
          <w:rFonts w:ascii="Times New Roman" w:hAnsi="Times New Roman" w:eastAsia="Times New Roman" w:cs="Times New Roman"/>
        </w:rPr>
        <w:t>Vajtswv tsis yog tus tsim kev ntxhov siab, thiab ib qho chaw ruaj khov uas qhia qhov tseeb ntawd yog tias txhua tus yaj saub hauv phau Vajlugkub yeej tab tom txheeb tib txoj kab lus faj lem xwb. Lawv tsis yog txhua tus pom cov xwm txheej tib yam nkaus nkaus rau ntawm txoj kab ntawd, los sis pom txhua yam xwm txheej zoo ib yam, tiam sis nws yeej yog tib txoj kab ntawm cov xwm txheej nyob rau thaum kawg ntawm lub ntiajteb. Cov no yog cov xwm txheej uas coj mus txog rau lub sijhawm uas txoj kev sim neej raug kaw, ces tom qab ntawd yog xya lub phom sij kawg, uas xaus rau hauv txoj Kev Los Zaum Ob ntawm Khetos. Zaj lus ntawm ib tug yaj saub tej zaum yuav hais txog Vajtswv haiv neeg ncaj ncees hauv txoj kab keeb kwm ntawd, tab sis lwm tus yaj saub tej lus tim khawv kuj yuav hais txog Vajtswv haiv neeg tsis ncaj ncees, los sis hais txog Tebchaws Meskas, Vatican, United Nations, cov tub lag luam hauv ntiajteb, los sis Islam, los nws yeej ib txwm yog tib txoj kab ntawd xwb.</w:t>
      </w:r>
    </w:p>
    <w:p>
      <w:pPr>
        <w:pStyle w:val="ArticleBody"/>
        <w:jc w:val="left"/>
      </w:pPr>
      <w:r>
        <w:rPr>
          <w:rFonts w:ascii="Times New Roman" w:hAnsi="Times New Roman" w:eastAsia="Times New Roman" w:cs="Times New Roman"/>
        </w:rPr>
        <w:t>Txoj xov ntawm Eliyas hauv Malakis, thiab cov xov uas sawv cev hauv Tshwmsim tshooj ib, kaum plaub thiab kaum yim, nrog rau txoj xov ntawm Daniyees kaum ib thiab kaum ob, yog tib txoj xov nkaus xwb. Lawv txhua tus yog tib txoj kab keeb kwm, tiam sis txhua tus nyias muaj nws tus kheej qhov kev pab tshwj xeeb rau zaj keeb kwm ntawd.</w:t>
      </w:r>
    </w:p>
    <w:p>
      <w:pPr>
        <w:pStyle w:val="ArticleBody"/>
        <w:jc w:val="left"/>
      </w:pPr>
      <w:r>
        <w:rPr>
          <w:rFonts w:ascii="Times New Roman" w:hAnsi="Times New Roman" w:eastAsia="Times New Roman" w:cs="Times New Roman"/>
        </w:rPr>
        <w:t>Yam uas luag to taub yuam kev yuav luag thoob plaws ntiajteb hais txog zaj lus tshwjxeeb ntawd yog qhov tseeb tias nws tsuas raug qhib tawm rau Vajtswv haiv neeg paub xwb nyob tsis ntev ua ntej lub sij hawm ntawm tibneeg txoj kev sim siab xaus. Vim peb paub tias zaj lus tshwjxeeb ntawd yeej ib txwm ceeb toom txog txoj kev xaus sai sai uas tab tom los txog ntawm lub sij hawm sim siab, peb yuav xav txog tej zaum qhov piv txwv uas meej tshaj plaws hauv Phau Vajlugkub hais txog txoj kev xaus ntawm lub sij hawm sim siab.</w:t>
      </w:r>
    </w:p>
    <w:p>
      <w:pPr>
        <w:pStyle w:val="ArticleScripture"/>
        <w:jc w:val="left"/>
      </w:pPr>
      <w:r>
        <w:rPr>
          <w:rFonts w:ascii="Times New Roman" w:hAnsi="Times New Roman" w:eastAsia="Times New Roman" w:cs="Times New Roman"/>
        </w:rPr>
        <w:t>Tus uas tsis ncaj ncees, cia nws tseem ua tsis ncaj ncees ntxiv mus; thiab tus uas qias vuab tsuab, cia nws tseem qias vuab tsuab ntxiv mus; thiab tus uas ncaj ncees, cia nws tseem ua ncaj ncees ntxiv mus; thiab tus uas dawb huv, cia nws tseem ua dawb huv ntxiv mus. Tshwm Sim 22:11.</w:t>
      </w:r>
    </w:p>
    <w:p>
      <w:pPr>
        <w:pStyle w:val="ArticleBody"/>
        <w:jc w:val="left"/>
      </w:pPr>
      <w:r>
        <w:rPr>
          <w:rFonts w:ascii="Times New Roman" w:hAnsi="Times New Roman" w:eastAsia="Times New Roman" w:cs="Times New Roman"/>
        </w:rPr>
        <w:t>Ua ntej tshaj tawm txog qhov kawg ntawm lub sijhawm sim siab nyob rau hauv lub tuam tsev teev ntuj saum ntuj ceeb tsheej nrog cov lus hauv nqe kaum ib, yuav tsum muaj ib zaj lus ceeb toom tshwjxeeb uas yog lus faj lem tawm hauv phau Ntawv Qhia Tshwm, uas raug qhib rau Vajtswv cov tub qhe.</w:t>
      </w:r>
    </w:p>
    <w:p>
      <w:pPr>
        <w:pStyle w:val="ArticleScripture"/>
        <w:jc w:val="left"/>
      </w:pPr>
      <w:r>
        <w:rPr>
          <w:rFonts w:ascii="Times New Roman" w:hAnsi="Times New Roman" w:eastAsia="Times New Roman" w:cs="Times New Roman"/>
        </w:rPr>
        <w:t>Thiab nws hais rau kuv tias, Tsis txhob muab cov lus qhia yav tom ntej hauv phau ntawv no kaw cia: rau qhov lub sij hawm twb nyob ze lawm. Tus uas tsis ncaj ncees, cia nws tseem ua tsis ncaj ncees mus ntxiv: thiab tus uas qias neeg, cia nws tseem qias neeg mus ntxiv: thiab tus uas ncaj ncees, cia nws tseem ua ncaj ncees mus ntxiv: thiab tus uas dawb huv, cia nws tseem ua dawb huv mus ntxiv. Tshwm Sim 22:10, 11.</w:t>
      </w:r>
    </w:p>
    <w:p>
      <w:pPr>
        <w:pStyle w:val="ArticleBody"/>
        <w:jc w:val="left"/>
      </w:pPr>
      <w:r>
        <w:rPr>
          <w:rFonts w:ascii="Times New Roman" w:hAnsi="Times New Roman" w:eastAsia="Times New Roman" w:cs="Times New Roman"/>
        </w:rPr>
        <w:t>Yuav muaj ib txoj xov lus cev Vajtswv lus tshwj xeeb uas Vajtswv haiv neeg yuav tsum lees paub ua ntej me ntsis ntawm xya lub xwm txheej phem kawg. Thaum “lub sij hawm twb los ze” ntawd, “zaj lus cev Vajtswv lus hauv phau ntawv no” (yog zaj lus cev Vajtswv lus hauv Phau Ntawv Qhia Tshwm) uas tau raug kaw tseg yuav tsum raug qhib tawm. Tib zaj lus cev Vajtswv lus hauv Phau Ntawv Qhia Tshwm uas tau raug kaw tseg xwb yog zaj lus cev Vajtswv lus hais txog xya lub xob quaj.</w:t>
      </w:r>
    </w:p>
    <w:p>
      <w:pPr>
        <w:pStyle w:val="ArticleScripture"/>
        <w:jc w:val="left"/>
      </w:pPr>
      <w:r>
        <w:rPr>
          <w:rFonts w:ascii="Times New Roman" w:hAnsi="Times New Roman" w:eastAsia="Times New Roman" w:cs="Times New Roman"/>
        </w:rPr>
        <w:t>Thiab kuv pom dua ib tug timtswv muaj hwjchim loj nqes saum ntuj los, hnav ib txheej huab; thiab muaj ib tug duab zaj sawv nyob saum nws taubhau, thiab nws lub ntsej muag zoo ib yam li lub hnub, thiab nws ob txhais taw zoo li tej tug ncej hluav taws: Thiab nws tuav hauv nws txhais tes ib phau ntawv me uas qhib lawm: thiab nws muab nws txhais ko taw xis tsa saum hiavtxwv, hos nws txhais ko taw laug tsa saum daim av, Thiab qw nrov nrov, ib yam li thaum tsov ntxhuav nyooj: thiab thaum nws twb qw tas lawm, xya lub xob quaj tau nrov tawm lawv tej suab. Thiab thaum xya lub xob quaj twb nrov tawm lawv tej suab lawm, kuv tabtom yuav sau: ces kuv hnov ib lub suab saum ntuj hais rau kuv tias, Muab tej uas xya lub xob quaj tau hais ntawd kaw cia, thiab txhob sau lawv. Tshwm Sim 10:1–4.</w:t>
      </w:r>
    </w:p>
    <w:p>
      <w:pPr>
        <w:pStyle w:val="ArticleBody"/>
        <w:jc w:val="left"/>
      </w:pPr>
      <w:r>
        <w:rPr>
          <w:rFonts w:ascii="Times New Roman" w:hAnsi="Times New Roman" w:eastAsia="Times New Roman" w:cs="Times New Roman"/>
        </w:rPr>
        <w:t>Ua ntej nkaus uas lub sijhawm tshuaj ntsuam rau noob neej yuav kaw, thaum “lub sijhawm twb los ze lawm,” yuav muaj kev qhib tawm ntawm ib qho tseeb tshwjxeeb hauv Vajluskub uas qhia kom paub txog “tej yam uas yuav tsum tshwm sim sai sai no.” Tus timtswv uas muaj hwjchim loj hauv Tshwmsim kaum yog Yexus Khetos, uas quaj nrov ib yam li Tsov Ntxhuav.</w:t>
      </w:r>
    </w:p>
    <w:p>
      <w:pPr>
        <w:pStyle w:val="ArticleScripture"/>
        <w:jc w:val="left"/>
      </w:pPr>
      <w:r>
        <w:rPr>
          <w:rFonts w:ascii="Times New Roman" w:hAnsi="Times New Roman" w:eastAsia="Times New Roman" w:cs="Times New Roman"/>
        </w:rPr>
        <w:t>“Tus tim tswv muaj hwjchim uas qhia Yauhas ntawd tsis yog lwm tus li, tiam sis yog Yexus Khetos. Qhov uas Nws tso Nws sab xis taw rau saum hiavtxwv, thiab Nws sab laug rau saum daim av qhuav, qhia txog feem uas Nws tab tom ua nyob rau hauv cov xwm txheej xaus kawg ntawm txoj kev sib ceg loj nrog Xatas. Txoj hauj lwm no qhia txog Nws lub hwjchim loj kawg nkaus thiab txoj cai kav saum tag nrho lub ntiajteb. Txoj kev sib ceg ntawd tau loj hlob muaj zog dua thiab ruaj khov dua ib tiam dhau ib tiam, thiab yuav tseem txuas ntxiv mus li ntawd mus txog rau cov xwm txheej xaus kawg, thaum txoj haujlwm txawj ntse heev ntawm cov hwjchim tsaus ntuj yuav mus txog nws qhov siab kawg. Xatas, koom nrog cov neeg phem, yuav dag ntxias tag nrho lub ntiajteb thiab cov koom txoos uas tsis txais txoj kev hlub ntawm qhov tseeb. Tiamsis tus tim tswv muaj hwjchim ntawd hu kom sawvdaws mloog. Nws quaj nrog suab nrov nrov. Nws yuav qhia lub hwjchim thiab txoj cai kav ntawm Nws lub suab rau cov uas tau koom nrog Xatas los tawm tsam qhov tseeb.” The Seventh-day Adventist Bible Commentary, volume 7, 971.</w:t>
      </w:r>
    </w:p>
    <w:p>
      <w:pPr>
        <w:pStyle w:val="ArticleBody"/>
        <w:jc w:val="left"/>
      </w:pPr>
      <w:r>
        <w:rPr>
          <w:rFonts w:ascii="Times New Roman" w:hAnsi="Times New Roman" w:eastAsia="Times New Roman" w:cs="Times New Roman"/>
        </w:rPr>
        <w:t>Thaum kawg “cov pawg ntseeg” uas “Xatas” dag ntxias ntawd raug dag ntxias vim lawv tsis tau txais txoj kev hlub ntawm “qhov tseeb.” Lo lus “qhov tseeb” hauv nqe lus hauv Phau Ntawv Thexalaunikes thib ob uas Muam White nyuam qhuav hais txog ntawd yog lo lus Kili thawj uas raug muab los ntawm lo lus Henplais txhais ua “qhov tseeb,” uas muaj peb tsab ntawv Henplais thiab sawv cev rau Alpha thiab Omega. Puas muaj ib qho pov thawj hauv Vajlugkub tias qhov tseeb uas txuas nrog txoj cai ntawm thawj zaug hais txog, uas sawv cev rau ib yam cwj pwm ntawm Khetos tus yam ntxwv, yog qhov tseeb uas raug tsis kam lees thiab yog li ua rau muaj kev dag ntxias loj heev?</w:t>
      </w:r>
    </w:p>
    <w:p>
      <w:pPr>
        <w:pStyle w:val="ArticleScripture"/>
        <w:jc w:val="left"/>
      </w:pPr>
      <w:r>
        <w:rPr>
          <w:rFonts w:ascii="Times New Roman" w:hAnsi="Times New Roman" w:eastAsia="Times New Roman" w:cs="Times New Roman"/>
        </w:rPr>
        <w:t>Tam sim no thov ntuas nej, cov kwvtij, vim peb tus Tswv Yexus Khetos txoj kev los, thiab vim peb txoj kev sib sau ua ke mus cuag nws, kom nej tsis txhob maj mam poob siab hauv nej lub siab, lossis raug ntxhov siab, tsis yog los ntawm ntsuj plig, los ntawm lus, lossis los ntawm ntawv uas zoo li yog tuaj ntawm peb, xws li tias hnub ntawm Khetos twb los ze lawm. Tsis txhob cia leejtwg dag ntxias nej los ntawm ib txoj kev twg li; rau qhov hnub ntawd yuav tsis los, tsuas yog thaum xub thawj muaj kev thim kev ntseeg tawm mus, thiab tus neeg txhaum ntawd raug muab nthuav tawm los, tus tub ntawm kev puastsuaj; tus uas tawm tsam thiab tsa nws tus kheej siab tshaj txhua yam uas hu ua Vajtswv, lossis txhua yam uas raug pehawm; kom txog rau qhov nws zaum hauv Vajtswv lub tuam tsev ib yam li yog Vajtswv, qhia nws tus kheej tias nws yog Vajtswv. Nej tsis nco qab lod, tias thaum kuv tseem nrog nej nyob, kuv twb qhia tej no rau nej lawm? Thiab nimno nej yeej paub yam uas txwv nws cia, kom nws thiaj raug muab nthuav tawm rau hauv nws lub sijhawm. Rau qhov txoj kev tsis ncaj ncees uas zais tob ntawd twb tabtom ua haujlwm lawm: tsuas yog tus uas nimno tseem txwv cia yuav tseem txwv mus, mus txog thaum nws raug muab tshem tawm hauv txoj kev. Ces mam li muaj tus Neeg Phem ntawd raug muab nthuav tawm los, tus uas tus Tswv yuav muab txojsia ntawm nws lub qhov ncauj rhuav tshem, thiab yuav muab kev ci ntsa iab ntawm nws txoj kev los ua kom puastsuaj: yog tus ntawd ntag, uas nws txoj kev los yog raws li Xatas txoj haujlwm, nrog txhua lub hwjchim thiab tej cim thiab tej txujci dag, thiab nrog txhua yam kev dag ntxias ntawm kev tsis ncaj ncees nyob hauv cov uas tabtom puastsuaj; vim lawv tsis kam txais txoj kev hlub rau qhov tseeb, kom lawv thiaj dim tau. Thiab vim li no Vajtswv yuav xa ib txoj kev yuam kev muaj zog tuaj rau lawv, kom lawv ntseeg txoj kev dag: kom lawv txhua tus raug txim, cov uas tsis ntseeg qhov tseeb, tiamsis nyiam kev tsis ncaj ncees. 2 Thexalaunika 2:1–12.</w:t>
      </w:r>
    </w:p>
    <w:p>
      <w:pPr>
        <w:pStyle w:val="ArticleBody"/>
        <w:jc w:val="left"/>
      </w:pPr>
      <w:r>
        <w:rPr>
          <w:rFonts w:ascii="Times New Roman" w:hAnsi="Times New Roman" w:eastAsia="Times New Roman" w:cs="Times New Roman"/>
        </w:rPr>
        <w:t>Nqe lus no hauv Thessalonians twb tau hais txog ntau zaus lawm hauv Habakkuk’s Tables, yog li ntawm no peb tsuas yuav hais ib lo lus piav luv xwb. Yam uas Muam White hu ua “Satan’s marvelous act” yog yam uas Povlauj hu ua “the working of Satan with all power and signs and lying wonders.” Txoj hauj lwm dag ntxias uas Muam White thiab Povlauj tau qhia tseg ntawd pib thaum muaj txoj cai Hnub Sunday hauv Tebchaws Meskas.</w:t>
      </w:r>
    </w:p>
    <w:p>
      <w:pPr>
        <w:pStyle w:val="ArticleScripture"/>
        <w:jc w:val="left"/>
      </w:pPr>
      <w:r>
        <w:rPr>
          <w:rFonts w:ascii="Times New Roman" w:hAnsi="Times New Roman" w:eastAsia="Times New Roman" w:cs="Times New Roman"/>
        </w:rPr>
        <w:t>“Los ntawm txoj cai txib uas yuam kom tsa thiab txhawb lub koom haum Papacy, uas yog kev ua txhaum rau Vajtswv txoj kevcai, peb haiv neeg yuav txiav nws tus kheej tawm kiag li ntawm txoj kev ncaj ncees. Thaum Protestantism yuav nthuav nws txhais tes hla lub hav tob mus tuav tes nrog lub hwjchim Loos, thaum nws yuav ncav hla lub qhov tsua tob mus sib tuav tes nrog Kev Ntseeg Ntsujplig, thaum, nyob hauv qab lub hwjchim ntawm qhov kev sib koom ua peb feem no, peb lub tebchaws yuav tsis lees paub txhua lub hauv paus ntsiab lus ntawm nws Txoj Cai Lij Choj raws li ib tsoom fwv Protestant thiab republican, thiab yuav npaj kev txhawb rau kev nthuav tawm cov lus cuav thiab kev dag ntxias ntawm papal, ces peb thiaj yuav paub tias lub sijhawm twb los txog rau Xatas tej haujlwm uas txaus ntshai thiab txawv kawg, thiab tias qhov kawg twb nyob ze lawm.” Testimonies, volume 5, 451.</w:t>
      </w:r>
    </w:p>
    <w:p>
      <w:pPr>
        <w:pStyle w:val="ArticleBody"/>
        <w:jc w:val="left"/>
      </w:pPr>
      <w:r>
        <w:rPr>
          <w:rFonts w:ascii="Times New Roman" w:hAnsi="Times New Roman" w:eastAsia="Times New Roman" w:cs="Times New Roman"/>
        </w:rPr>
        <w:t>Hauv zaj lus no hauv Thessalonians uas peb tab tom xav txog no, Povlauj qhia tus pope thaum kawg ntawm lub ntiajteb no nrog plaub lo lus sib txawv. Tus pope yog “tus neeg ntawm kev txhaum,” nws yog “tus tub ntawm kev puam tsuaj,” nws yog “qhov tsis meej ntawm kev tsis ncaj” thiab “Tus Phem ntawd.” Povlauj kuj muab ob peb yam cwj pwm ntxiv txog tus pope dhau ntawm plaub lub npe no, rau qhov nws qhia rau peb tias tus pope, (uas thaum Povlauj tiam tseem nyob rau yav tom ntej) “yuav raug muab tshwm sim tawm los nyob rau nws lub sijhawm.”</w:t>
      </w:r>
    </w:p>
    <w:p>
      <w:pPr>
        <w:pStyle w:val="ArticleBody"/>
        <w:jc w:val="left"/>
      </w:pPr>
      <w:r>
        <w:rPr>
          <w:rFonts w:ascii="Times New Roman" w:hAnsi="Times New Roman" w:eastAsia="Times New Roman" w:cs="Times New Roman"/>
        </w:rPr>
        <w:t>Tus pope “yuav raug muab tshwm nyob rau hauv nws lub sijhawm,” thiab qhov pov thawj hauv Vajlugkub uas meej tshaj plaws, txawm li cas los xij tsis yog tib qhov tseeb hauv Vajlugkub xwb; qhov tseeb hauv Vajlugkub uas meej tshaj plaws tias tus pope ntawm pawg ntseeg Loos yog tus antichrist uas tej lus faj lem hauv Vajlugkub hais txog ntawd, raug tsim tsa los ntawm xya nqe siv txawv nhau thiab ncaj qha hauv Vajlugkub uas qhia txog “lub sijhawm” uas txoj kev ua pope yuav kav lub ntiajteb, yog tib lub “sijhawm” uas noob neej hu ua Lub Caij Nyoog Tsaus Ntuj. Vajlugkub nthuav tawm tus pope raws li txoj kev ua pope los ntawm kev rov qhia dua ntau zaus txog lub caij nyoog “sijhawm” uas raug teev meej, txij xyoo 538 mus txog 1798, uas txoj kev ua pope yuav kav lub ntiajteb. Povlauj hais tias nws yuav raug muab tshwm nyob rau hauv nws lub sijhawm.</w:t>
      </w:r>
    </w:p>
    <w:p>
      <w:pPr>
        <w:pStyle w:val="ArticleBody"/>
        <w:jc w:val="left"/>
      </w:pPr>
      <w:r>
        <w:rPr>
          <w:rFonts w:ascii="Times New Roman" w:hAnsi="Times New Roman" w:eastAsia="Times New Roman" w:cs="Times New Roman"/>
        </w:rPr>
        <w:t>Povlauj kuj qhia meej tias tus pope yog tus uas “tawm tsam thiab tsa nws tus kheej siab dua txhua yam uas hu ua Vajtswv, lossis yam uas neeg pe hawm; kom nws zoo li Vajtswv zaum hauv Vajtswv lub tuam tsev, qhia nws tus kheej tias nws yog Vajtswv.” Ntawm lwm yam, qhov no qhia meej tias tus antichrist hauv Vajlugkub tej lus faj lem yog ib lub cim kev ntseeg. Nws tsis yog ib tug Hitler, lossis ib tug Alexander the Great. Qhov no hajyam nqaim ntxiv rau kev txheeb tus pope, rau qhov nws tsis yog tsuas yog ib tug neeg lim hiam hauv kev ntseeg xwb, nws yog ib tug neeg lim hiam hauv kev ntseeg uas lees tias nws nyob hauv Vajtswv lub tuam tsev. Tus antichrist hais tias nws zaum nyob hauv pawg ntseeg Khetos.</w:t>
      </w:r>
    </w:p>
    <w:p>
      <w:pPr>
        <w:pStyle w:val="ArticleBody"/>
        <w:jc w:val="left"/>
      </w:pPr>
      <w:r>
        <w:rPr>
          <w:rFonts w:ascii="Times New Roman" w:hAnsi="Times New Roman" w:eastAsia="Times New Roman" w:cs="Times New Roman"/>
        </w:rPr>
        <w:t>Raws li Povlauj thiab Daniyee hais tseg, thaum tus pope nyob hauv nws lub koom txoos Khetos uas nws lees tias yog li ntawd, nws nthuav tawm tus cwj pwm ntawm Xatas, tus uas ntshaw kom zaum saum Vajtswv lub zwm txwv thiab kom raug tsa siab dua txhua yam. Kuv hais tias Povlauj thiab Daniyee, vim feem coob ntawm cov neeg piav Vajlugkub lees paub tias thaum Povlauj qhia tias ib yam ntawm cov yam ntxwv ntawm tus pope yog tias nws yog ib tug neeg khav theeb rau nws tus kheej tag nrho, ces Povlauj tsuas yog hais rov qab raws li Daniyee qhov kev piav txog tus pope hauv Daniyee tshooj kaum ib, qhov chaw uas Daniyee sau tseg hais tias:</w:t>
      </w:r>
    </w:p>
    <w:p>
      <w:pPr>
        <w:pStyle w:val="ArticleScripture"/>
        <w:jc w:val="left"/>
      </w:pPr>
      <w:r>
        <w:rPr>
          <w:rFonts w:ascii="Times New Roman" w:hAnsi="Times New Roman" w:eastAsia="Times New Roman" w:cs="Times New Roman"/>
        </w:rPr>
        <w:t>“Thiab tus vajntxwv yuav ua raws li nws siab nyiam; thiab nws yuav tsa nws tus kheej kom siab, thiab qhuas nws tus kheej saum txhua tus vajtswv, thiab yuav hais tej lus txawv txav tawm tsam Vajtswv tus Vajtswv, thiab nws yuav vam meej mus txog thaum txoj kev npau taws tiav lawd: rau qhov yam uas twb raug teem tseg lawm yuav tsum muaj tiav.” Daniel 11:36.</w:t>
      </w:r>
    </w:p>
    <w:p>
      <w:pPr>
        <w:pStyle w:val="ArticleBody"/>
        <w:jc w:val="left"/>
      </w:pPr>
      <w:r>
        <w:rPr>
          <w:rFonts w:ascii="Times New Roman" w:hAnsi="Times New Roman" w:eastAsia="Times New Roman" w:cs="Times New Roman"/>
        </w:rPr>
        <w:t>Thaum Povlauj hais txog tus yam ntxwv khav theeb qia dub ntawm tus pope, nws muab Daniyees nqe lus ntawd los hais dua thiab qhia tias yog tus pope uas “tiv thaiv thiab tsa nws tus kheej siab tshaj txhua yam uas hu ua Vajtswv, lossis yam uas neeg pe hawm; kom nws ib yam li yog Vajtswv zaum hauv Vajtswv lub tuam tsev, qhia nws tus kheej tias nws yog Vajtswv.” Nqe lus hauv Daniyees uas qhia txog tus yam ntxwv ntawm txoj kev kav papacy kuj hais txog “lub sijhawm” uas raug teem tseg kom “qhia tawm” tias papacy yog tus antichrist, raws li nws qhia tias papacy yuav “vam meej” mus txog thaum “txoj kev npau taws ua tiav.”</w:t>
      </w:r>
    </w:p>
    <w:p>
      <w:pPr>
        <w:pStyle w:val="ArticleBody"/>
        <w:jc w:val="left"/>
      </w:pPr>
      <w:r>
        <w:rPr>
          <w:rFonts w:ascii="Times New Roman" w:hAnsi="Times New Roman" w:eastAsia="Times New Roman" w:cs="Times New Roman"/>
        </w:rPr>
        <w:t>“Kev chim” ntawd tau xaus rau xyoo 1798, yog li ntawd Daniyee hauv nqe no (txawm hais tias qhov no tsis yog ib qho ntawm xya qhov chaw ncaj qha hauv cov phau ntawv Daniyee thiab Tshwmsim uas hais txog keeb kwm 1260 xyoo), los nws tseem qhia ncaj qha txog lub hwjchim papal thiab cim tias nws tau txais “ib qho raug mob tuag taus,” raws li Yauhas hu nws, hauv xyoo 1798. Yog li ntawd, nqe no qhia txog qhov kawg ntawm lub sijhawm uas papal kav, txawm tias nws tsis qhia meej txog ntev npaum li cas ntawm txoj kev kav ntawd.</w:t>
      </w:r>
    </w:p>
    <w:p>
      <w:pPr>
        <w:pStyle w:val="ArticleBody"/>
        <w:jc w:val="left"/>
      </w:pPr>
      <w:r>
        <w:rPr>
          <w:rFonts w:ascii="Times New Roman" w:hAnsi="Times New Roman" w:eastAsia="Times New Roman" w:cs="Times New Roman"/>
        </w:rPr>
        <w:t>Hauv hauv nqe ntawd, Povlauj kuj qhia kom meej txog ib lub hwjchim uas yuav txwv tsis pub lub papacy los kav lub ntiajteb xyoo 538, thaum nws hais tias cov Thessalonikas uas nws tab tom sau ntawv rau twb paub qhov tseeb tshwjxeeb ntawd lawm. Nws tsa lo lus nug tias, “Nej puas tsis nco qab, tias, thaum kuv tseem nrog nej nyob, kuv twb qhia tej no rau nej lawm?” Nws ceebtoom lawv tias lawv twb paub lawm “yam uas txwv tseg” (txhais tias thaiv lossis cheem) lub papacy mus txog thaum nws yuav “qhia tawm hauv nws lub sijhawm.” Lub hwjchim uas nyob ua ntej thiab txwv tsis pub lub papacy los kav lub ntiajteb yog lub hwjchim uas kav lub ntiajteb thaum Povlauj sau tsab ntawv ntawd. Qhov ntawd yog pagan Rome. Povlauj sau tias pagan Rome yuav raug “rho tawm ntawm txoj kev mus” kom lub papacy thiaj li los kav tau lub ntiajteb.</w:t>
      </w:r>
    </w:p>
    <w:p>
      <w:pPr>
        <w:pStyle w:val="ArticleBody"/>
        <w:jc w:val="left"/>
      </w:pPr>
      <w:r>
        <w:rPr>
          <w:rFonts w:ascii="Times New Roman" w:hAnsi="Times New Roman" w:eastAsia="Times New Roman" w:cs="Times New Roman"/>
        </w:rPr>
        <w:t>Qhov kev to taub no thiaj coj William Miller los lees paub tias lub hwjchim uas raug cim ua “txhua hnub” hauv phau Daniel yog Loos kev pe dab qhuas. Adventism lees paub tias lub qauv, thiab yog li ntawd tag nrho William Miller tej kev to taub txog lus faj lem, tau raug txhim tsa saum nws txoj kev to taub txog cov phau Daniel thiab Tshwm Sim, thiab tias ob phau ntawv ntawd hais txog ob lub hwjchim ua kom puam tsuaj, yog Loos kev pe dab qhuas thiab Loos papacy. Hauv nqe lus hauv Thessalonians, Miller, uas twb paub lawm (ib yam li txhua tus Protestant paub nyob rau nws tiam, tias tus pope yog tus antichrist); thaum nws pom tias Loos kev pe dab qhuas yog lub hwjchim hauv keeb kwm uas los ua ntej txoj kev kav ntawm papacy, thiab tias Povlauj tau hais tias Loos kev pe dab qhuas yuav tsum raug muab tshem tawm ua ntej papacy nce mus zaum saum lub zwm txwv ntawm lub ntiaj teb, nws thiaj txuas qhov no nrog phau Daniel thiab “txhua hnub,” qhov chaw uas hais peb zaug tias “txhua hnub” yuav tsum raug “muab tshem tawm” ua ntej papacy los tswj lub ntiaj teb. Povlauj zaj lus tim khawv tau pub Miller pom tias Loos kev pe dab qhuas yog Daniel li “txhua hnub,” thiab tom qab ntawd nws thiaj lees paub tau tias Daniel ob lub hwjchim ua kom puam tsuaj yog Loos kev pe dab qhuas thiab Loos papacy. Qhov tseeb no sawv cev ua lub hauv paus ntawm kev txav Millerite. Adventism yeej tsis lees txais Miller tes haujlwm niaj hnub no, los lawv tseem to taub tias daim duab dav dav no ntawm Miller txoj kev loj hlob hauv kev to taub txog “txhua hnub” hauv Daniel ua pov thawj tias lub hwjchim uas Povlauj hais tias “txwv” txoj kev sawv los ntawm papal hwjchim kom txog rau thaum nws raug muab tshem tawm yog Loos kev pe dab qhuas, yog qhov kev tshuaj ntsuam kom raug txog Miller txoj kev xav rau cov ntsiab lus no.</w:t>
      </w:r>
    </w:p>
    <w:p>
      <w:pPr>
        <w:pStyle w:val="ArticleBody"/>
        <w:jc w:val="left"/>
      </w:pPr>
      <w:r>
        <w:rPr>
          <w:rFonts w:ascii="Times New Roman" w:hAnsi="Times New Roman" w:eastAsia="Times New Roman" w:cs="Times New Roman"/>
        </w:rPr>
        <w:t>Thaum qhov tseeb hais txog “qhov niaj hnub” hauv phau ntawv Daniyees yog ib lub cim sawv cev rau Loos txheej dab qhuas uas tau ua ntej lub nceeg vaj ntawm Loos papacy, uas Daniyees tau sawv cev tias yog qhov qias neeg uas ua rau kev puas tsuaj, Miller thiaj li muaj peev xwm paub txog tej lub sijhawm yaj saub uas txuas nrog cov nceeg vaj hauv yaj saub Vajlugkub; thiab thaum nws lub siab raug qhib rau tej kev nkag siab no, nws tau sau ua ke ib txheej ntawm tej qhov tseeb uas sawv cev rau lub hauv paus ntawm Kev Ntseeg Adventist. Tej qhov tseeb ntawd tau raug tsa cia rau saum ob daim phiaj ntawm cov pioneer chart xyoo 1843 thiab 1850. Tej qhov tseeb ntawd yog lub hauv paus ntawm Kev Ntseeg Adventist, thiab lawv tau tsim raws li kev lees paub txog “sijhawm.” Keeb kwm ntawm thaum twg cov hauv paus ntawd raug muab tsa los yog ib qho kev sib tham tseem ceeb hauv Habakkuk’s Tables.</w:t>
      </w:r>
    </w:p>
    <w:p>
      <w:pPr>
        <w:pStyle w:val="ArticleBody"/>
        <w:jc w:val="left"/>
      </w:pPr>
      <w:r>
        <w:rPr>
          <w:rFonts w:ascii="Times New Roman" w:hAnsi="Times New Roman" w:eastAsia="Times New Roman" w:cs="Times New Roman"/>
        </w:rPr>
        <w:t>Yam uas tsis tau raug taw qhia nyob rau hauv Habakuk Cov Rooj yog tias tej lub hauv paus uas raug tsa los raws li lub sij hawm ntawd tau tsim ib lub qauv uas muab qhov kev pom uas tsim nyog rau tiam kawg kom paub tias muaj tej qhov tseeb uas raug sawv cev ua lub hauv paus. Muaj ib qhov tseeb thawj zaug uas yog lub pob zeb thawj thawj uas muab tso rau hauv lub hauv paus, tiam sis “yam niaj hnub” hauv phau Daniyees tsis yog Miller thawj qhov tseeb. Qhov tseeb uas yuav los ua lub pob zeb thawj zaug hauv lub hauv paus uas Miller raug tsa los txhim yog “xya lub sij hawm” ntawm Levis Kevcai nees nkaum rau, tiam sis yog tsis muaj qhov tseeb ntawm “yam niaj hnub,” Miller yuav tsis tau paub txog tus qauv ntawm yav tom ntej lus faj lem uas nws yuav tsum paub thiaj li nthuav tau thawj tus tim tswv txoj xov. Nws tus qauv yog muab lus faj lem tso rau hauv txoj kev pom ntawm ob lub hwj chim ua kom puam tsuaj. Miller tab tom hais txog tus zaj (Loos kev pe dab qhuas) thiab tus tsiaj nyaum (lub hwj chim papacy). Tus tim tswv thib peb hais txog tus zaj (Koom Haum Tebchaws Ntiajteb), tus tsiaj nyaum (lub hwj chim papacy), thiab tus yaj saub cuav (Tebchaws Meskas).</w:t>
      </w:r>
    </w:p>
    <w:p>
      <w:pPr>
        <w:pStyle w:val="ArticleBody"/>
        <w:jc w:val="left"/>
      </w:pPr>
      <w:r>
        <w:rPr>
          <w:rFonts w:ascii="Times New Roman" w:hAnsi="Times New Roman" w:eastAsia="Times New Roman" w:cs="Times New Roman"/>
        </w:rPr>
        <w:t>Yog ib tug neeg lees txais tag nrho, tsis yog qee yam xwb, tiam sis tag nrho cov lus faj lem txog lub sij hawm uas cov Millerites tau nthuav tawm rau ntawm ob daim ntawv kab ke dawb huv ntawm cov pioneer, tus neeg ntawd yuav tsum tshuaj xyuas cov lus tseeb ntawd rau nws tus kheej. Koj yuav ua li cas thiaj lees txais tau lawv, yog tias koj yeej tsis tau tshuaj xyuas lawv? Yog cov neeg uas tab tom tshuaj xyuas cov lus tseeb hauv paus ntawd coj cov lus tseeb ntawd los ua lawv tus kheej lub luag hauj lwm los sim xyuas, thiab tom qab ntawd lees txais tag nrho cov lus tseeb ntawd, ces lawv twb tau txhim tsa saum Pob Zeb lawm, tsis yog saum xuab zeb.</w:t>
      </w:r>
    </w:p>
    <w:p>
      <w:pPr>
        <w:pStyle w:val="ArticleScripture"/>
        <w:jc w:val="left"/>
      </w:pPr>
      <w:r>
        <w:rPr>
          <w:rFonts w:ascii="Times New Roman" w:hAnsi="Times New Roman" w:eastAsia="Times New Roman" w:cs="Times New Roman"/>
        </w:rPr>
        <w:t>“Cia cov uas sawv ua Vajtswv cov neeg zov ntawm phab ntsa Xi-oos yog cov txivneej uas pom tau tej kev phom sij ua ntej cov neeg,—cov txivneej uas paub cais qhov tseeb tawm ntawm qhov yuam kev, kev ncaj ncees tawm ntawm kev tsis ncaj ncees.</w:t>
      </w:r>
    </w:p>
    <w:p>
      <w:pPr>
        <w:pStyle w:val="ArticleScripture"/>
        <w:jc w:val="left"/>
      </w:pPr>
      <w:r>
        <w:rPr>
          <w:rFonts w:ascii="Times New Roman" w:hAnsi="Times New Roman" w:eastAsia="Times New Roman" w:cs="Times New Roman"/>
        </w:rPr>
        <w:t>“Lus twb tau los lawm: Tsis txhob cia ib yam dab tsi los nkag los uas yuav cuam tshuam lub hauv paus ntawm txoj kev ntseeg uas peb tau txhim tsa saum nws txij li thaum txoj xov ntawd tau los txog hauv xyoo 1842, 1843, thiab 1844. Kuv tau nyob hauv txoj xov no, thiab txij thaum ntawd los kuv tau sawv ntawm lub ntiaj teb xub ntiag, ncaj ncees rau qhov kaj uas Vajtswv tau pub rau peb. Peb tsis npaj yuav txav peb txhais ko taw tawm ntawm lub chaw sawv uas lawv tau muab tso rau, thaum ib hnub dhau ib hnub peb nrhiav tus Tswv nrog kev thov Vajtswv kub siab, nrhiav qhov kaj. Nej puas xav tias kuv yuav tso tseg qhov kaj uas Vajtswv tau pub rau kuv? Nws yuav tsum zoo ib yam li Pob Zeb Ruaj Khov Mus Ib Txhis. Nws tau coj kuv kev txij li thaum nws raug pub los.” Review and Herald, April 14, 1903.</w:t>
      </w:r>
    </w:p>
    <w:p>
      <w:pPr>
        <w:pStyle w:val="ArticleBody"/>
        <w:jc w:val="left"/>
      </w:pPr>
      <w:r>
        <w:rPr>
          <w:rFonts w:ascii="Times New Roman" w:hAnsi="Times New Roman" w:eastAsia="Times New Roman" w:cs="Times New Roman"/>
        </w:rPr>
        <w:t>Yuav kom cov uas yuav hnov thiaj li tshuaj xyuas tau tej lus faj lem hais txog lub sij hawm hauv keeb kwm Millerite, nws yuav tsum muaj txoj kev ua uas tig mus saib cov ntu keeb kwm uas tej lus faj lem hais txog lub sij hawm sawv cev rau. Qhov no sawv cev rau txoj hauj lwm ntawm kev piav qhia tej xwm txheej rau saum ib txoj kab sij hawm. Thaum ib tug kawm txog lus faj lem twb mus txog qib kev tshawb nrhiav uas nws xav txog cov ntu faj lem no, uas cov Millerites tau txheeb xyuas tawm hauv phau Vajlugkub thiab tom qab ntawd raug txhawb nqa los ntawm cov ntaub ntawv keeb kwm, nws yuav nyob rau hauv ib txoj hauj lwm uas yuav paub tau tias keeb kwm ntawm thaum pib ntawm zaj lus faj lem hais txog lub sij hawm ntawd, ua piv txwv raws li lub cim, sawv cev rau keeb kwm ntawm thaum kawg ntawm tib zaj lus faj lem ntawd. Nrog rau qhov chaw sawv no, tus kawm ntawd yuav tsum kawm paub tias keeb kwm rov muaj dua. Nrog rau qhov kev nkag siab ntawd twb nyob ruaj lawm, nws kuj yuav tsum pom tias Yexus piav txog qhov kawg los ntawm qhov pib.</w:t>
      </w:r>
    </w:p>
    <w:p>
      <w:pPr>
        <w:pStyle w:val="ArticleBody"/>
        <w:jc w:val="left"/>
      </w:pPr>
      <w:r>
        <w:rPr>
          <w:rFonts w:ascii="Times New Roman" w:hAnsi="Times New Roman" w:eastAsia="Times New Roman" w:cs="Times New Roman"/>
        </w:rPr>
        <w:t>Thiab los ntawm txoj kab yaj saub ntawm kev faj lem uas nthuav qhia hnub kawg ntawm lub ntiajteb raws li yog “kev txhim tsa ib lub tuam tsev,” tus kawm yuav tsum paub tias muaj ib lub pob zeb kaw ncov kawg nkaus uas raug muab tso rau saum lub tuam tsev uas raug tsa saum lub hauv paus. Nws yuav tsum los pom tias lub hauv paus ntawm lub tuam tsev uas Miller raug siv los coj los rau qhov pom kev (uas sawv cev rau Yexus Khetos, rau qhov tsis muaj lwm lub hauv paus twg uas yuav muab tsa tau dua li Yexus Khetos), yog ib lub hauv paus uas raug tsa raws li lub sijhawm yaj saub. Vim Yexus qhia txog qhov kawg los ntawm qhov pib, tus kawm yuav tsum pom ib yam nkaus tias lub pob zeb kaw ncov, yog lub pob zeb kawg ntawm lub tuam tsev—yuav tsum mus raws nraim li lub hauv paus. Rau Miller, lub hauv paus ntawm lub tuam tsev yog lub sijhawm yaj saub, tiam sis txawm li ntawd los lub hauv paus ntawd yeej yog Yexus Khetos.</w:t>
      </w:r>
    </w:p>
    <w:p>
      <w:pPr>
        <w:pStyle w:val="ArticleScripture"/>
        <w:jc w:val="left"/>
      </w:pPr>
      <w:r>
        <w:rPr>
          <w:rFonts w:ascii="Times New Roman" w:hAnsi="Times New Roman" w:eastAsia="Times New Roman" w:cs="Times New Roman"/>
        </w:rPr>
        <w:t>Raws li Vajtswv txoj kev tshav ntuj uas tau muab rau kuv, ib yam li tus thawj kws txhim tsev uas muaj tswvyim, kuv twb tsa lub hauv paus lawm, thiab lwm tus tab tom txhim saum ntawd. Tiamsis kom txhua tus ceev faj seb nws txhim saum ntawd li cas. Rau qhov tsis muaj leejtwg tsa tau lwm lub hauv paus dua li lub uas twb tsa lawm, uas yog Yexus Khetos. 1 Khaulee 3:10, 11.</w:t>
      </w:r>
    </w:p>
    <w:p>
      <w:pPr>
        <w:pStyle w:val="ArticleBody"/>
        <w:jc w:val="left"/>
      </w:pPr>
      <w:r>
        <w:rPr>
          <w:rFonts w:ascii="Times New Roman" w:hAnsi="Times New Roman" w:eastAsia="Times New Roman" w:cs="Times New Roman"/>
        </w:rPr>
        <w:t>Povlauj tab tom qhia nws tes dej num tias yog kev tsa ib lub tuam tsev uas nws tau muab lub hauv paus tso cia, los yog yog qhov pib. Nws yog tus tubtxib rau lwm haiv neeg, thiab Vajtswv tau siv nws los tsa lub hauv paus ntawm pawg ntseeg Khixatia. Hauv tib nqe lus ntawd thiab, Povlauj kuj qhia tias peb lub cev yog lub tuam tsev ntawm tus Vaj Ntsuj Plig Dawb Huv. Tseem muaj Xalaumoo lub tuam tsev thiab lub tsev teev ntuj dawb huv hauv tebchaws moj sab qhua, uas txhua yam ntawd puav leej muaj lub hauv paus, thiab txhua lub hauv paus ntawd raug sawv cev tias yog Yexus Khetos. Lub hauv paus uas Miller raug siv los tsa yog lub tuam tsev ntawm Kev Ntseeg Advent, thiab lub hauv paus ntawm lub tuam tsev ntawd yeej yog Yexus Khetos tiag tiag, tiam sis hais kom meej dua, nws yog lub tuam tsev uas raug tsa los ntawm cov khoom siv uas yog sab ntsuj plig thiab sab yaj saub.</w:t>
      </w:r>
    </w:p>
    <w:p>
      <w:pPr>
        <w:pStyle w:val="ArticleBody"/>
        <w:jc w:val="left"/>
      </w:pPr>
      <w:r>
        <w:rPr>
          <w:rFonts w:ascii="Times New Roman" w:hAnsi="Times New Roman" w:eastAsia="Times New Roman" w:cs="Times New Roman"/>
        </w:rPr>
        <w:t>Yog li ntawd, lub pob zeb hau saum toj kawg nkaus yuav tsum yog Yexus Khetos thiab, tiam sis lub pob zeb hau saum toj kawg nkaus kuj yuav tsum muaj ib txoj cai yaj saub thawj tshaj plaws nrog thiab, rau qhov Miller tau txais ib pawg kev cai uas muaj txoj cai thawj tshaj plaws ntawm cov Millerites, uas yog lub hauv paus ntsiab cai “xyoo-rau-ib-hnub.” Yog tsis muaj txoj cai ntawd, ces yuav tsis muaj kev lees paub txog yav tom ntej raws sij hawm, thiab yog li ntawd yuav tsis muaj lub hauv paus li. Yuav tsum muaj ib qho uas phim sib npaug rau thaum kawg uas sawv cev rau Yexus Khetos (Lub Hauv Paus) thiab uas yog ib txoj cai thawj tshaj plaws nyob hauv ib pawg kev cai uas tsa tau Kev Qhia Tshwm ntawm Yexus Khetos. Txoj cai ntawd, raws li paub tseeb lawm, yog txoj cai ntawm “kev hais thawj zaug,” uas sawv cev rau tus cwj pwm yam ntxwv ntawm Khetos uas qhia qhov kawg txij thaum pib.</w:t>
      </w:r>
    </w:p>
    <w:p>
      <w:pPr>
        <w:pStyle w:val="ArticleBody"/>
        <w:jc w:val="left"/>
      </w:pPr>
      <w:r>
        <w:rPr>
          <w:rFonts w:ascii="Times New Roman" w:hAnsi="Times New Roman" w:eastAsia="Times New Roman" w:cs="Times New Roman"/>
        </w:rPr>
        <w:t>Hauv 2 Thexalaunika, cov uas tsis txais txoj kev hlub rau qhov tseeb kom lawv thiaj dim, tau tsis lees txais qhov tseeb raws li sawv cev los ntawm lo lus Kili uas yog muab los ntawm lo lus Henplais uas tsim los ntawm peb tug tsiaj ntawv, uas raug txhais ua “qhov tseeb” hauv Phau Qub. Pawg uas txais txoj kev dag ntxias muaj hwj chim loj, vim lawv ntseeg txoj kev dag, tau tsis kam rov qab mus rau tej qub kev, yog lub hauv paus ntawm Kev Ntseeg Adventism raws li sawv cev rau saum ob daim duab dawb huv. Yog li ntawd, hauv nqe lus uas peb tau xav txog tau ib ntus no hais tias:</w:t>
      </w:r>
    </w:p>
    <w:p>
      <w:pPr>
        <w:pStyle w:val="ArticleScripture"/>
        <w:jc w:val="left"/>
      </w:pPr>
      <w:r>
        <w:rPr>
          <w:rFonts w:ascii="Times New Roman" w:hAnsi="Times New Roman" w:eastAsia="Times New Roman" w:cs="Times New Roman"/>
        </w:rPr>
        <w:t>“Tug tim tswv muaj hwjchim uas qhia Yauhas ntawd tsis yog lwm tus li Tswv Yexus Khetos. Qhov uas Nws tsa Nws txhais ko taw xis rau saum hiav txwv, thiab Nws txhais ko taw laug rau saum av qhuav, qhia txog feem hauj lwm uas Nws tab tom ua nyob rau hauv tej xwm txheej kawg ntawm txoj kev sib cav loj nrog Xatas. Txoj hauj lwm ntawd qhia txog Nws lub hwjchim thiab txoj cai kav siab tshaj plaws rau tag nrho lub ntiajteb. Txoj kev sib cav ntawd twb muaj zog tuaj thiab ruaj khov zuj zus txij tiam dhau tiam, thiab tseem yuav txuas ntxiv mus li ntawd mus txog rau tej xwm txheej xaus kawg, thaum tej hauj lwm txawj ntse ntawm cov hwjchim tsaus ntuj yuav nce mus txog qhov siab kawg. Xatas, koom tes nrog cov neeg phem, yuav dag ntxias tag nrho lub ntiajteb thiab cov pawg ntseeg uas tsis txais txoj kev hlub ntawm qhov tseeb. Tiamsis tus tim tswv muaj hwjchim hu kom sawv daws mloog. Nws qw nrov nrov. Nws yuav tsum qhia txog lub hwjchim thiab txoj cai kav ntawm Nws lub suab rau cov uas tau koom nrog Xatas tawm tsam qhov tseeb.” The Seventh-day Adventist Bible Commentary, volume 7, 971.</w:t>
      </w:r>
    </w:p>
    <w:p>
      <w:pPr>
        <w:pStyle w:val="ArticleBody"/>
        <w:jc w:val="left"/>
      </w:pPr>
      <w:r>
        <w:rPr>
          <w:rFonts w:ascii="Times New Roman" w:hAnsi="Times New Roman" w:eastAsia="Times New Roman" w:cs="Times New Roman"/>
        </w:rPr>
        <w:t>Hauv hauv nqe lus dhau los no, “cov pawg ntseeg uas tsis tau txais txoj kev hlub rau qhov tseeb” yog cov nkauj xwb phem thiab ruam hauv Daniel thiab Mathais; cov uas Amoos 8:12 qhia tias yuav pib nrhiav Vajtswv txoj xov ceeb toom kawg thaum twb lig dhau lawm. Nws lig dhau lawm, vim lawv tau ntseeg ib qho cuav hais txog lub hauv paus ntawm Adventism. Adventism xub pib nqus rau hauv qhov cuav ntawd xyoo 1863, thiab txij thaum ntawd mus nws tsuas yog poob qis zuj zus mus tas li xwb.</w:t>
      </w:r>
    </w:p>
    <w:p>
      <w:pPr>
        <w:pStyle w:val="ArticleBody"/>
        <w:jc w:val="left"/>
      </w:pPr>
      <w:r>
        <w:rPr>
          <w:rFonts w:ascii="Times New Roman" w:hAnsi="Times New Roman" w:eastAsia="Times New Roman" w:cs="Times New Roman"/>
        </w:rPr>
        <w:t>Yam uas kuv yuav sau no, kuv xav tias yog ib yam uas nyob rau sab kev xav tus kheej nkaus xwb; tiamsis txij xyoo 1863 los, puas muaj ib qho kaj tshiab ntawm lus cev Vajtswv lus twg raug coj los qhia rau hauv Adventism? Ellen White hais txog Jones thiab Waggoner txoj lus hauv xyoo 1888 tias, ntawd yog tib txoj lus uas nws twb tau nthuav qhia los tau ntau xyoo lawm. Tej zaum lawv txoj lus tau hnov zoo li tshiab thiab ua rau Adventism ceeb thiab poob siab heev hauv xyoo 1888; tiamsis qhov kev tshiab thiab qhov kev poob siab ntawd tsis yog los ntawm ib txoj lus tshiab, tiam sis yog los ntawm ib qho kev dig muag uas twb pib nqes los rau saum Vajtswv haiv neeg txij xyoo 1863 los.</w:t>
      </w:r>
    </w:p>
    <w:p>
      <w:pPr>
        <w:pStyle w:val="ArticleBody"/>
        <w:jc w:val="left"/>
      </w:pPr>
      <w:r>
        <w:rPr>
          <w:rFonts w:ascii="Times New Roman" w:hAnsi="Times New Roman" w:eastAsia="Times New Roman" w:cs="Times New Roman"/>
        </w:rPr>
        <w:t>Ellen White tau qhia tias haiv Neeg Adventist nyob hauv lub xeev Laodicea ua ntej xyoo 1863, yog li ntawd txoj kev dig muag ntawm Laodicea twb pib nkag los rau saum Adventism ua ntej xyoo 1863 lawm; tiam sis xyoo 1863 pawg ntseeg tau muab qhov tseeb hais txog “xya lub sijhawm” hauv Leviticus nees nkaum rau tso tseg raws txoj kev cai, uas yog thawj zaug “lus faj lem txog lub sijhawm” uas Miller tau tshawb pom. Txij xyoo 1863 los tsis tau muaj ib qho kaj lug faj lem twg tshwm sim hauv Adventism li! Yam twg tau hloov?</w:t>
      </w:r>
    </w:p>
    <w:p>
      <w:pPr>
        <w:pStyle w:val="ArticleBody"/>
        <w:jc w:val="left"/>
      </w:pPr>
      <w:r>
        <w:rPr>
          <w:rFonts w:ascii="Times New Roman" w:hAnsi="Times New Roman" w:eastAsia="Times New Roman" w:cs="Times New Roman"/>
        </w:rPr>
        <w:t>Lub pob zeb xub thawj kiag ntawm lub hauv paus tuam tsev uas tau txhim tsa saum lub sijhawm yaj saub thiab sawv cev rau Yexus Khetos, raug Adventism muab tso tseg xyoo 1863. Lub pob zeb thawj uas Miller muab tso rau hauv lub hauv paus tuam tsev uas raug tsa saum lub sijhawm raws li Khetos tau nthuav tawm hauv Daniyees, tus uas sawv cev rau Nws Tus Kheej ua Palmoni, tus “uas suav tej naj npawb uas txaus xav kawg,” raug tsis lees txais thiab muab txav mus tso tseg. Lub pob zeb xub thawj kiag uas Miller tau nrhiav pom…</w:t>
      </w:r>
    </w:p>
    <w:p>
      <w:pPr>
        <w:pStyle w:val="ArticleScripture"/>
        <w:jc w:val="left"/>
      </w:pPr>
      <w:r>
        <w:rPr>
          <w:rFonts w:ascii="Times New Roman" w:hAnsi="Times New Roman" w:eastAsia="Times New Roman" w:cs="Times New Roman"/>
        </w:rPr>
        <w:t>“Hauv kev hais txog zaj lus faj lem ntawm lub pob zeb uas raug tsis lees txais, Khetos tau hais txog ib qho xwm txheej tiag tiag hauv keeb kwm ntawm cov Yixayee. Qhov xwm txheej ntawd muaj feem txuas nrog kev tsim thawj lub tuam tsev. Txawm yog thaum Khetos los thawj zaug nws muaj ib qho kev siv tshwj xeeb, thiab tsim nyog yuav tsum kov cov Yudais lub siab nrog hwj chim tshwj xeeb, los nws kuj muaj ib zaj lus qhuab qhia rau peb thiab. Thaum tsa lub tuam tsev uas Xalaumoos ua, cov pob zeb loj kawg rau tej ntsa thiab lub hauv paus twb raug npaj txhij tas nrho hauv qhov chaw txua pob zeb lawm; thaum coj los txog rau qhov chaw ua tsev, tsis pub siv ib yam cuab yeej ntaus rau saum lawv li; cov neeg ua haujlwm tsuas yog muab lawv tso rau lawv tej chaw xwb. Rau kev siv ua lub hauv paus, lawv tau nqa ib lub pob zeb uas loj txawv txav thiab muaj yam ntxwv txawv txav tuaj; tiam sis cov neeg ua haujlwm nrhiav tsis tau chaw rau nws, thiab tsis kam lees txais nws. Nws ua rau lawv ntxhov siab thaum nws pw tsis tau siv nyob hauv lawv txoj kev. Tau ntev nws tseem nyob ua ib lub pob zeb uas raug tsis lees txais. Tiamsis thaum cov neeg ua tsev los txog rau kev txawb lub pob zeb kaum tsev, lawv nrhiav ntev ntev kom tau ib lub pob zeb uas loj txaus thiab muaj zog txaus, thiab muaj tus yam ntxwv kom raug, los tuav tau qhov chaw tshwj xeeb ntawd, thiab ris tau lub nra hnyav loj uas yuav nias saum nws. Yog lawv xaiv tsis muaj tswvyim rau qhov chaw tseem ceeb no, ces kev nyab xeeb ntawm tag nrho lub tsev yuav raug rau kev phom sij. Lawv yuav tsum nrhiav tau ib lub pob zeb uas muaj peev xwm tiv taus lub hnub, te, thiab cua daj cua dub. Muaj ntau lub pob zeb uas tau raug xaiv hauv ntau lub sijhawm sib txawv, tiam sis hauv qab qhov hnyav loj kawg nkaus lawv tawg ua tej daim. Lwm lub ho tsis taus qhov kev sim ntawm huab cua hloov sai sai. Tiamsis thaum kawg neeg thiaj tig los saib lub pob zeb uas raug tsis lees txais tau ntev ntawd. Nws twb raug huab cua, raug tshav ntuj, thiab raug cua daj cua dub lawm, tsis tau qhia tawm ib qho me me txawm yog ib txoj kab tawg. Cov neeg ua tsev xyuas lub pob zeb ntawd. Nws twb dhau txhua qhov kev sim lawm tsuas tshuav ib qho xwb. Yog nws taus qhov kev sim ntawm kev nias hnyav kawg, lawv txiav txim siab yuav lees txais nws ua lub pob zeb kaum tsev. Lawv thiaj ua qhov kev sim ntawd. Lub pob zeb raug lees txais, raug coj los rau qhov chaw uas tau teem rau nws, thiab pom tias phim raws nraim. Hauv kev ua yog toog yaj saub, Yaxayas raug qhia tias lub pob zeb no yog ib lub cim qhia txog Khetos. Nws hais tias:”</w:t>
      </w:r>
    </w:p>
    <w:p>
      <w:pPr>
        <w:pStyle w:val="ArticleScripture"/>
        <w:jc w:val="left"/>
      </w:pPr>
      <w:r>
        <w:rPr>
          <w:rFonts w:ascii="Times New Roman" w:hAnsi="Times New Roman" w:eastAsia="Times New Roman" w:cs="Times New Roman"/>
        </w:rPr>
        <w:t>“‘Cia li ua kom tus Tswv uas yog tus Tswv kav txhua pab tub rog dawb huv; thiab cia Nws ua nej txoj kev ntshai, thiab cia Nws ua nej txoj kev txhawj tshee. Thiab Nws yuav ua ib lub chaw dawb huv; tiam sis Nws yuav ua ib lub pob zeb uas ua rau dawm thiab ib lub pob tsuas uas ua rau raug kev txhaum rau ob lub tsev ntawm cov Yixayee, ua ib lub vas thiab ua ib txoj hlua cuab rau cov neeg nyob hauv Yeluxalees. Thiab coob leej hauv lawv yuav dawm, thiab poob, thiab tawg tas, thiab raug cuab, thiab raug ntes.’ Raug coj los nqis hauv kev ua yog toog pom yav tom ntej mus rau thaum Khetos thawj zaug los, tus yaj saub raug qhia kom pom tias Khetos yuav tsum ris kev sim siab thiab kev xeem, uas txoj kev saib xyuas tus thawj pob zeb taub hau kaum tsev hauv lub tuam tsev Xalaumoos yog ib qho piv txwv cev Vajtswv lus txog. ‘Vim li no tus Tswv Vajtswv hais li no, Saib seb, Kuv tsa ib lub pob zeb rau hauv Xi-oos ua lub hauv paus, yog ib lub pob zeb uas raug sim lawm, yog tus pob zeb taub hau kaum tsev uas muaj nqis heev, yog ib lub hauv paus ruaj khov: tus uas ntseeg yuav tsis maj nroos.’ Yaxayas 8:13–15; 28:16.”</w:t>
      </w:r>
    </w:p>
    <w:p>
      <w:pPr>
        <w:pStyle w:val="ArticleScripture"/>
        <w:jc w:val="left"/>
      </w:pPr>
      <w:r>
        <w:rPr>
          <w:rFonts w:ascii="Times New Roman" w:hAnsi="Times New Roman" w:eastAsia="Times New Roman" w:cs="Times New Roman"/>
        </w:rPr>
        <w:t>“Nyob rau hauv txoj kev txawj ntse uas tsis muaj kawg, Vajtswv tau xaiv lub pob zeb hauv paus, thiab Nws tus kheej tau muab nws tso. Nws hu nws tias ‘ib lub hauv paus ruaj khov.’ Tag nrho lub ntiaj teb no yeej yuav tso tau lawv tej nra hnyav thiab tej kev nyuaj siab rau saum nws; nws muaj peev xwm ris tau lawv txhua yam. Nrog txoj kev ruaj ntseg tag nrho lawv yuav tsim tsa tau rau saum nws. Khetos yog ‘ib lub pob zeb uas twb raug sim lawm.’ Cov uas tso siab rau Nws, Nws yeej tsis ua rau lawv poob siab. Nws twb ris dhau txhua txoj kev sim siab lawm. Nws tau tiv dhau Adas txoj kev txhaum, thiab txoj kev txhaum ntawm nws tej xeeb leej xeeb ntxwv, thiab tau tawm los ua tus yeej ntau tshaj tus yeej tawm tsam tej hwj chim ntawm kev phem. Nws tau ris tej nra hnyav uas txhua tus neeg txhaum uas hloov siab lees txim tau muab pov rau saum Nws. Hauv Khetos tus siab uas muaj kev txhaum tau nrhiav tau kev kaj siab. Nws yog lub hauv paus ruaj khov. Txhua tus uas ua kom Nws yog tus uas lawv vam khom, tau so nyob rau hauv txoj kev ruaj ntseg uas zoo tag nrho.”</w:t>
      </w:r>
    </w:p>
    <w:p>
      <w:pPr>
        <w:pStyle w:val="ArticleScripture"/>
        <w:jc w:val="left"/>
      </w:pPr>
      <w:r>
        <w:rPr>
          <w:rFonts w:ascii="Times New Roman" w:hAnsi="Times New Roman" w:eastAsia="Times New Roman" w:cs="Times New Roman"/>
        </w:rPr>
        <w:t>“Hauv txoj hau kev cev Vajtswv lus ntawm Yaxayas, Khetos raug tshaj tawm tias yog ob yam tib si: ib lub hauv paus ruaj khov thiab ib lub pob zeb uas ua rau dawm. Tus tubtxib Petus, thaum sau ntawv raws li kev tshoov siab ntawm tus Vaj Ntsuj Plig Dawb Huv, qhia meej tias Khetos yog lub pob zeb hauv paus rau leej twg, thiab yog lub pob zeb uas ua rau chim siab rau leej twg:”</w:t>
      </w:r>
    </w:p>
    <w:p>
      <w:pPr>
        <w:pStyle w:val="ArticleScripture"/>
        <w:jc w:val="left"/>
      </w:pPr>
      <w:r>
        <w:rPr>
          <w:rFonts w:ascii="Times New Roman" w:hAnsi="Times New Roman" w:eastAsia="Times New Roman" w:cs="Times New Roman"/>
        </w:rPr>
        <w:t>“‘Yog tias nej twb tau saj lawm tias tus Tswv muaj kev hlub tshua. Nej los cuag Nws, ib yam li los cuag ib lub pob zeb uas muaj txoj sia, uas tibneeg tsis lees txais tiag, tiamsis Vajtswv tau xaiv thiab muaj nqes heev, nej kuj ib yam li cov pob zeb uas muaj txoj sia, raug txhim tsa ua ib lub tsev ntawm sab ntsuj plig, ua ib pawg pov thawj dawb huv, kom muab tej xyeem ntawm sab ntsuj plig uas Vajtswv txais yuav los ntawm Yexus Khetos. Yog li ntawd kuj muaj sau cia hauv Vajluskub tias, Saib seb, Kuv muab ib lub pob zeb loj ntawm lub ces kaum tso rau hauv Xi-oos, yog tus xaiv tseg, muaj nqes heev: thiab tus uas ntseeg Nws yuav tsis raug txaj muag. Yog li ntawd rau nej cov uas ntseeg, Nws muaj nqes heev: tiamsis rau cov uas tsis mloog lus, lub pob zeb uas cov ua tsev tsis lees txais, lub pob zeb ntawd thiaj los ua lub taub hau ntawm lub ces kaum, thiab ua ib lub pob zeb uas ua rau dawm, thiab ua ib lub pob tsuas uas ua rau chim siab, rau lawv uas dawm ntog rau ntawm lo lus, vim yog tsis mloog lus.’ 1 Petus 2:3–8.”</w:t>
      </w:r>
    </w:p>
    <w:p>
      <w:pPr>
        <w:pStyle w:val="ArticleScripture"/>
        <w:jc w:val="left"/>
      </w:pPr>
      <w:r>
        <w:rPr>
          <w:rFonts w:ascii="Times New Roman" w:hAnsi="Times New Roman" w:eastAsia="Times New Roman" w:cs="Times New Roman"/>
        </w:rPr>
        <w:t>“Rau cov uas ntseeg, Khetos yog lub hauv paus ruaj khov tseeb. Cov no yog cov uas poob los rau saum lub Pob Zeb thiab raug lov tawg. Kev zwm rau Khetos thiab kev ntseeg rau hauv Nws raug sawv cev ntawm no. Poob los rau saum lub Pob Zeb thiab raug lov tawg txhais hais tias tso peb txoj kev ncaj ncees ntawm peb tus kheej tseg thiab mus cuag Khetos nrog tus me nyuam txoj kev txo hwj chim, hloov siab lees txim rau peb tej kev txhaum, thiab ntseeg rau hauv Nws txoj kev hlub uas zam txim. Thiab ib yam nkaus li ntawd, yog los ntawm kev ntseeg thiab kev mloog lus peb thiaj tsa saum Khetos ua peb lub hauv paus.”</w:t>
      </w:r>
    </w:p>
    <w:p>
      <w:pPr>
        <w:pStyle w:val="ArticleScripture"/>
        <w:jc w:val="left"/>
      </w:pPr>
      <w:r>
        <w:rPr>
          <w:rFonts w:ascii="Times New Roman" w:hAnsi="Times New Roman" w:eastAsia="Times New Roman" w:cs="Times New Roman"/>
        </w:rPr>
        <w:t>“Saum lub pob zeb uas muaj sia no, cov Yudais thiab Lwm Haiv Neeg ib yam nkaus yeej tuaj yeem txhim tsa tau. Nov yog tib lub hauv paus uas peb thiaj li tuaj yeem txhim tsa tau ruaj ntseg. Nws dav txaus rau sawv daws, thiab muaj zog txaus yuav txhawb tau lub nra hnyav thiab lub nra ris ntawm tag nrho lub ntiajteb. Thiab los ntawm kev koom nrog Khetos, uas yog lub pob zeb uas muaj sia, txhua tus uas txhim tsa saum lub hauv paus no yuav dhau los ua tej pob zeb uas muaj sia. Coob leej raug txaug, raug txhuam kom du, thiab raug ua kom zoo nkauj los ntawm lawv tus kheej txoj kev siv zog; tiam sis lawv tsis tuaj yeem dhau los ua ‘tej pob zeb uas muaj sia,’ vim lawv tsis txuas nrog Khetos. Yog tsis muaj txoj kev txuas no, tsis muaj leejtwg yuav cawm tau. Yog tsis muaj Khetos txoj sia nyob hauv peb, peb tsis muaj peev xwm tiv taus tej cua daj cua dub ntawm kev ntxias. Peb txoj kev nyab xeeb mus ib txhis nyob ntawm qhov uas peb txhim tsa saum lub hauv paus uas ruaj khov. Hnub no muaj neeg coob heev tab tom txhim tsa saum tej hauv paus uas tseem tsis tau raug sim. Thaum nag los, thiab cua daj cua dub hlob, thiab dej nyab tuaj, lawv lub tsev yuav vau, vim nws tsis tau muab tsa saum lub Pob Zeb Nyob Mus Ib Txhis, yog lub pob zeb kaum tsev thawj, Khetos Yexus.”</w:t>
      </w:r>
    </w:p>
    <w:p>
      <w:pPr>
        <w:pStyle w:val="ArticleScripture"/>
        <w:jc w:val="left"/>
      </w:pPr>
      <w:r>
        <w:rPr>
          <w:rFonts w:ascii="Times New Roman" w:hAnsi="Times New Roman" w:eastAsia="Times New Roman" w:cs="Times New Roman"/>
        </w:rPr>
        <w:t>“‘Rau cov uas ntog rau lo lus, vim yog lawv tsis mloog lus,’ Khetos yog ib lub pob zeb uas ua rau poob siab. Tiamsis ‘lub pob zeb uas cov kws ua tsev tsis kam txais, tib lub ntawd thiaj los ua lub taub hau ntawm lub ces kaum.’ Zoo ib yam li lub pob zeb uas raug muab tseg ntawd, Khetos hauv Nws tes haujlwm hauv ntiajteb tau ris kev tsis quav ntsej thiab kev tsim txom. Nws yog ‘tus uas neeg saib tsis taus thiab muab cais tseg; yog ib tug txiv neej uas muaj kev nyuaj siab thiab paub kev quaj ntsuag: … Nws raug saib tsis taus, thiab peb tsis suav Nws tias muaj nqis li.’ Yaxayas 53:3. Tiamsis lub sijhawm twb ze lawm uas Nws yuav raug tsa kom muaj yeeb koob. Los ntawm kev sawv hauv qhov tuag rov los Nws yuav raug tshaj tawm tias yog ‘Vajtswv Leej Tub nrog hwjchim.’ Loos 1:4. Thaum Nws rov qab los zaum ob, Nws yuav raug qhia tawm tias yog tus Tswv ntawm ntuj ceeb tsheej thiab ntiajteb. Cov uas tam sim no twb yuav ntsia Nws saum ntoo khaub lig yuav lees paub Nws txoj kev loj kawg. Nyob rau ntawm txhua yam tsim nyob hauv lub qab ntuj khwb, lub pob zeb uas raug muab tseg yuav los ua lub taub hau ntawm lub ces kaum.”</w:t>
      </w:r>
    </w:p>
    <w:p>
      <w:pPr>
        <w:pStyle w:val="ArticleScripture"/>
        <w:jc w:val="left"/>
      </w:pPr>
      <w:r>
        <w:rPr>
          <w:rFonts w:ascii="Times New Roman" w:hAnsi="Times New Roman" w:eastAsia="Times New Roman" w:cs="Times New Roman"/>
        </w:rPr>
        <w:t>“Thiab rau tus twg uas lub pob zeb no poob los rau, nws yuav muab tus ntawd zom ua hmoov av.” Cov neeg uas tsis lees txais Khetos tsis ntev tom qab no yuav pom lawv lub nroog thiab lawv lub teb chaws raug rhuav tshem. Lawv lub meej mom yuav raug tsoo kom tawg tas, thiab tawg khiav ri niab ib yam li hmoov av nyob ntawm cua xub ntiag. Thiab yam twg yog qhov uas rhuav tshem cov Yudais? Nws yog lub pob zeb uas, yog lawv tsa saum nws, ces nws yuav tau ua lawv txoj kev ruaj ntseg. Nws yog Vajtswv txoj kev zoo uas raug ntxub ntxaug, txoj kev ncaj ncees uas raug muab ntiab pov tseg, txoj kev khuv leej uas raug saib tsis taus. Tibneeg tsa lawv tus kheej tawm tsam Vajtswv, thiab txhua yam uas yuav tau ua lawv txoj kev cawm dim kuj raug tig los ua lawv txoj kev puas tsuaj. Txhua yam uas Vajtswv tau teem tseg rau txoj sia, lawv pom tias yog rau kev tuag. Hauv qhov uas cov Yudais muab Khetos ntsia saum ntoo khaub lig twb muaj kev rhuav tshem Yeluxalees nyob hauv lawm. Cov ntshav uas tau ntws rau saum Khaulauxais yog lub nra hnyav uas ua rau lawv poob mus rau kev puastsuaj rau lub ntiajteb no thiab rau lub ntiajteb uas yuav los. Yog li ntawd kuj yuav muaj nyob rau hnub kawg loj ntawd, thaum kev txiav txim yuav poob los rau cov uas tsis kam lees txais Vajtswv txoj kev tshav ntuj. Khetos, uas yog lawv lub pob zeb uas ua rau lawv dawm, thaum ntawd yuav tshwm rau lawv zoo li ib lub roob ua pauj. Lub hwjchim ci ntsa iab ntawm Nws lub ntsej muag, uas rau cov ncaj ncees yog txoj sia, rau cov neeg phem yuav yog hluav taws kub nyhiab hlawv kom ploj. Vim txoj kev hlub uas raug tsis lees txais, txoj kev tshav ntuj uas raug saib tsis taus, tus neeg txhaum yuav raug rhuav tshem.</w:t>
      </w:r>
    </w:p>
    <w:p>
      <w:pPr>
        <w:pStyle w:val="ArticleScripture"/>
        <w:jc w:val="left"/>
      </w:pPr>
      <w:r>
        <w:rPr>
          <w:rFonts w:ascii="Times New Roman" w:hAnsi="Times New Roman" w:eastAsia="Times New Roman" w:cs="Times New Roman"/>
        </w:rPr>
        <w:t>“Los ntawm ntau yam piv txwv thiab tej lus ceeb toom uas rov hais dua ntau zaus, Yexus tau qhia tias yam twg yuav yog qhov tshwm sim rau cov Yudais vim lawv tsis kam lees txais Vajtswv Leej Tub. Hauv cov lus no Nws tab tom hais rau txhua tus hauv txhua tiam uas tsis kam txais Nws ua lawv tus Cawmseej. Txhua lo lus ceeb toom yog rau lawv. Lub tuam tsev uas raug ua kom qias, tus tub uas tsis mloog lus, cov neeg tu vaj txiv cuav, cov neeg tsim tsev uas saib tsis taus, muaj lawv qhov piv txwv sib xws nyob hauv kev paub dhau los ntawm txhua tus neeg txhaum. Yog nws tsis hloov siab lees txim, txoj kev puastsuaj uas tej no tau ua duab ntxoov ua ntej yuav yog nws li.” Desire of Ages, 597–600.</w:t>
      </w:r>
    </w:p>
    <w:p>
      <w:pPr>
        <w:pStyle w:val="ArticleBody"/>
        <w:jc w:val="left"/>
      </w:pPr>
      <w:r>
        <w:rPr>
          <w:rFonts w:ascii="Times New Roman" w:hAnsi="Times New Roman" w:eastAsia="Times New Roman" w:cs="Times New Roman"/>
        </w:rPr>
        <w:t>Peb yuav txuas ntxiv qhov no rau hauv tsab xov xwm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Kev Ceeb Toom Sib Txawv Uas Mus Ua Ke - Zauv Plaub</dc:title>
  <dc:subject>Lub Hauv Paus Ntawm Txoj Kev Ntseeg thiab Kev Phom Sij Ntawm Kev Tsis Nco Qab: Tej Zaj Lus Qhia Los Ntawm Kev Yaj Saub thiab Keeb Kwm</dc:subject>
  <dc:creator>Jeff Pippenger</dc:creator>
  <cp:keywords/>
  <dc:description>Generated by ArticleDigger from parallel_warnings\04_parallel_warnings.json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