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Qhia Tshwm ntawm Yexus Khetos – Zaj Plaub</w:t>
      </w:r>
    </w:p>
    <w:p>
      <w:pPr>
        <w:pStyle w:val="ArticleSubtitle"/>
        <w:jc w:val="left"/>
      </w:pPr>
      <w:r>
        <w:rPr>
          <w:rFonts w:ascii="Arial" w:hAnsi="Arial" w:eastAsia="Arial" w:cs="Arial"/>
        </w:rPr>
        <w:t>Yaxayas Plaub Caug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Zaj lus ntawm Kev Qhia Tshwm ntawm Yexus Khetos uas tab tom raug qhib lub foob ntawd muaj nrog rau kev txheeb xyuas lo lus Henplais uas raug txhais ua “qhov tseeb,” lo lus ntawd, nrog rau lwm yam, sawv cev rau tus yam ntxwv ntawm Khetos raws li tus Alpha thiab Omega. Qhov pib ntawm ib yam sawv cev rau qhov kawg ntawm ib yam ntawd nthuav dav thoob plaws hauv tag nrho phau Vajlugkub, thiab tus yam ntxwv ntawm Khetos raug muab tshwm sim hauv phau Vajlugkub, rau qhov Nws yog Txojlus. Alpha thiab Omega yog ib feem ntawm tus yam ntxwv ntawm Khetos uas Nws tus kheej qhia meej, ua pov thawj tias Nws yog Vajtswv.</w:t>
      </w:r>
    </w:p>
    <w:p>
      <w:pPr>
        <w:pStyle w:val="ArticleBody"/>
        <w:jc w:val="left"/>
      </w:pPr>
      <w:r>
        <w:rPr>
          <w:rFonts w:ascii="Times New Roman" w:hAnsi="Times New Roman" w:eastAsia="Times New Roman" w:cs="Times New Roman"/>
        </w:rPr>
        <w:t>Yaxayas tshooj plaub caug cim txog qhov pib ntawm ib zaj lus piav yaj saub uas txuas mus txog rau thaum kawg ntawm phau Yaxayas hauv tshooj rau caum rau. Nws pib los ntawm kev txheeb qhia txog tus Nplig Siab uas raug xa los, tus uas Khetos cog lus rau cov thwjtim tias yuav nplig lawv vim nws txoj kev ncaim mus, tiam sis txoj kev los txog ntawm tus Nplig Siab ntawd thiaj pom nws txoj kev ua tiav zoo kawg nkaus, ib yam li txhua zaj yaj saub, nyob rau hnub kawg. Yaxayas thiab Yexus nkawd txoj kev txheeb qhia txog kev tuaj txog ntawm tus Nplig Siab taw tes mus rau qhov kev poob siab ntawm kev txav ntawm ib puas plaub caug plaub txhiab leej, uas tau tshwm sim rau lub Xya hli ntuj hnub tim 18, xyoo 2020.</w:t>
      </w:r>
    </w:p>
    <w:p>
      <w:pPr>
        <w:pStyle w:val="ArticleScripture"/>
        <w:jc w:val="left"/>
      </w:pPr>
      <w:r>
        <w:rPr>
          <w:rFonts w:ascii="Times New Roman" w:hAnsi="Times New Roman" w:eastAsia="Times New Roman" w:cs="Times New Roman"/>
        </w:rPr>
        <w:t>Txawm li cas los xij kuv qhia qhov tseeb rau nej; nws yog qhov tsim nyog rau nej tias kuv yuav ncaim mus: rau qhov yog kuv tsis ncaim mus, tus Txhawb Nqa yuav tsis los cuag nej; tiam sis yog kuv mus lawm, kuv yuav txib nws los cuag nej. Thiab thaum nws los txog lawm, nws yuav qhuab ntuas lub ntiajteb txog kev txhaum, thiab txog kev ncaj ncees, thiab txog kev txiav txim. Yauhas 16:7, 8.</w:t>
      </w:r>
    </w:p>
    <w:p>
      <w:pPr>
        <w:pStyle w:val="ArticleBody"/>
        <w:jc w:val="left"/>
      </w:pPr>
      <w:r>
        <w:rPr>
          <w:rFonts w:ascii="Times New Roman" w:hAnsi="Times New Roman" w:eastAsia="Times New Roman" w:cs="Times New Roman"/>
        </w:rPr>
        <w:t>Cov lus “kev txhaum, kev ncaj ncees, thiab kev txiav txim” yog yam uas tus Nplig Siab yuav siv los “qhuab ntuas” lub ntiaj teb. Lo lus uas txhais ua “qhuab ntuas” ntawd muaj nrog rau lub ntsiab tias ua kom ntseeg ruaj. Peb theem no—“kev txhaum, kev ncaj ncees, thiab kev txiav txim”—sawv cev rau lo lus Henplais uas txhais ua “qhov tseeb.” Lo lus ntawd raug tsim los ntawm thawj tsab ntawv, tsab ntawv kaum peb, thiab tsab ntawv kawg ntawm niam ntawv Henplais; thiab lo lus ntawd sawv cev tias Tus Tsim txhua yam yog tus thawj thiab tus kawg, tus Alpha thiab Omega. Thaum tus Nplig Siab los cuag ib puas plaub caug plaub txhiab leej uas poob siab lawm, Nws yuav ua kom lawv ntseeg ruaj, thiab tom qab ntawd ua kom lub ntiaj teb ntseeg ruaj, tias Vajtswv yog tus Alpha thiab Omega.</w:t>
      </w:r>
    </w:p>
    <w:p>
      <w:pPr>
        <w:pStyle w:val="ArticleScripture"/>
        <w:jc w:val="left"/>
      </w:pPr>
      <w:r>
        <w:rPr>
          <w:rFonts w:ascii="Times New Roman" w:hAnsi="Times New Roman" w:eastAsia="Times New Roman" w:cs="Times New Roman"/>
        </w:rPr>
        <w:t>“Nej nej kuv haiv nej haiv kuv haiv neeg,” nej tus Vajtswv hais li ntawd. “Hais lus nplij siab rau Yeluxalees, thiab qw rau nws, tias nws lub sijhawm ua rog twb tiav lawm, tias nws txoj kev ua txhaum twb raug zam lawm: rau qhov nws tau txais ntawm tus Tswv txhais tes ob npaug rau tag nrho nws tej kev txhaum.” Lub suab ntawm tus uas quaj nrov hauv roob moj sab qhua hais tias, “Npaj tus Tswv txojkev, kho ib txojkev loj hauv teb chaws qhuav rau peb tus Vajtswv. Txhua lub hav yuav raug tsa kom siab, thiab txhua lub roob thiab toj yuav raug txo kom qis: thiab yam nkhaus yuav raug ua kom ncaj, thiab tej chaw tawv tsis du yuav ua kom tiaj tus: Thiab tus Tswv lub hwjchim ci ntsa iab yuav raug tshwm tawm, thiab txhua tus muaj cev nqaij daim tawv yuav pom nws ua ke: rau qhov tus Tswv lub qhov ncauj twb hais lawm.” Yaxayas 40:1–5.</w:t>
      </w:r>
    </w:p>
    <w:p>
      <w:pPr>
        <w:pStyle w:val="ArticleBody"/>
        <w:jc w:val="left"/>
      </w:pPr>
      <w:r>
        <w:rPr>
          <w:rFonts w:ascii="Times New Roman" w:hAnsi="Times New Roman" w:eastAsia="Times New Roman" w:cs="Times New Roman"/>
        </w:rPr>
        <w:t>Nqe no tab tom txheeb qhia txog txoj hauj lwm ntawm tus tubtxib Eliyas kawg, uas William Miller yog tus qauv sawv cev ua ntej rau nws, thiab William Miller ntawd kuj yog tus tau raug ua qauv sawv cev los ntawm Yauhas tus Muab Neeg Ua Kevcai Raus Dej, tus uas nws tus kheej kuj raug ua qauv sawv cev los ntawm Eliyas; thiab tus uas Malakhi twb qhia tseg lawm tias yog tus tubtxib uas npaj txojkev rau tus tubtxib ntawm txojcai cog lus. Hauv qhov kev txav mus los ntawm Eliyas kawg, thaum tus Tswv xa tus Nplij Siab los txhawb cov uas twb tau poob siab lawm thiab tab tom tos tus Tswv nyob rau lub sijhawm ncua ntev, ces “yehovah lub yeeb koob yuav tshwm sim, thiab txhua cev nqaij daim tawv yuav pom nws ua ke.” “Yeeb koob” ntawm tus Tswv yog Nws tus cwj pwm, thiab Phau Ntawv Qhia Tshwm txog Yexus Khetos yog kev qhib tawm ntawm ib feem ntawm Nws tus cwj pwm uas raug sawv cev ua Alpha thiab Omega. Tom qab kev nthuav qhia hauv thawj tsib nqe, “lub suab ntawm tus uas quaj hauv tebchaws moj sab qhua,” nug Vajtswv tias, “Kuv yuav quaj dabtsi?”</w:t>
      </w:r>
    </w:p>
    <w:p>
      <w:pPr>
        <w:pStyle w:val="ArticleScripture"/>
        <w:jc w:val="left"/>
      </w:pPr>
      <w:r>
        <w:rPr>
          <w:rFonts w:ascii="Times New Roman" w:hAnsi="Times New Roman" w:eastAsia="Times New Roman" w:cs="Times New Roman"/>
        </w:rPr>
        <w:t>Lub suab hais tias, Qw. Thiab nws hais tias, Kuv yuav tsum qw li cas? Txhua cev nqaij daim tawv yog nyom, thiab txhua yam nws txoj kev zoo nkauj yog yam li lub paj hauv teb: Nyom qhuav, paj ntsws mus: vim tus ntsuj plig ntawm tus Tswv tshuab rau saum nws: yeej muaj tseeb, haiv neeg yog nyom. Nyom qhuav, paj ntsws mus: tiam sis peb tus Vajtswv lo lus yuav nyob ruaj mus ib txhis. Yaxayas 40:6–8.</w:t>
      </w:r>
    </w:p>
    <w:p>
      <w:pPr>
        <w:pStyle w:val="ArticleBody"/>
        <w:jc w:val="left"/>
      </w:pPr>
      <w:r>
        <w:rPr>
          <w:rFonts w:ascii="Times New Roman" w:hAnsi="Times New Roman" w:eastAsia="Times New Roman" w:cs="Times New Roman"/>
        </w:rPr>
        <w:t>Txoj lus hais txog tus cwj pwm ntawm Khetos uas raug sawv cev ua Alpha thiab Omega raug muab tso rau hauv lub cim piv txwv ntawm Islam. Hauv Exekees peb caug xya, lub hav ntawm cov pob txha tuag raug coj los sib sau ua ntej, thiab tom qab ntawd raug coj los muaj sia los ntawm txoj lus cev Vajtswv lus ntawm plaub cua.</w:t>
      </w:r>
    </w:p>
    <w:p>
      <w:pPr>
        <w:pStyle w:val="ArticleScripture"/>
        <w:jc w:val="left"/>
      </w:pPr>
      <w:r>
        <w:rPr>
          <w:rFonts w:ascii="Times New Roman" w:hAnsi="Times New Roman" w:eastAsia="Times New Roman" w:cs="Times New Roman"/>
        </w:rPr>
        <w:t>“Cov tim tswv tab tuav plaub lub cua, uas raug sawv cev ua ib tug nees npau taws nrhiav kev tawg dim thiab dhia ceev hla saum npoo tag nrho lub ntiajteb, nqa kev puas tsuaj thiab kev tuag raws nws txoj kev.”</w:t>
      </w:r>
    </w:p>
    <w:p>
      <w:pPr>
        <w:pStyle w:val="ArticleScripture"/>
        <w:jc w:val="left"/>
      </w:pPr>
      <w:r>
        <w:rPr>
          <w:rFonts w:ascii="Times New Roman" w:hAnsi="Times New Roman" w:eastAsia="Times New Roman" w:cs="Times New Roman"/>
        </w:rPr>
        <w:t>“Peb puas yuav tsaug zog nyob rau ntawm ntug kawg nkaus ntawm lub ntiajteb uas nyob mus ib txhis? Peb puas yuav ua neeg npub, txias, thiab tuag? Au, thov kom nyob hauv peb tej pawg ntseeg muaj Vajtswv tus Ntsuj Plig thiab txoj pa uas Vajtswv tshuab rau hauv Nws haiv neeg, kom lawv sawv tau ntsug ntawm lawv ko taw thiab muaj sia nyob. Peb yuav tsum pom tias txojkev nqaim, thiab lub rooj vag kuj nqaim thiab txwv. Tiamsis thaum peb hla dhau lub rooj vag nqaim ntawd lawm, nws qhov dav tsis muaj ciam txwv li.” Manuscript Releases, volume 20, 217.</w:t>
      </w:r>
    </w:p>
    <w:p>
      <w:pPr>
        <w:pStyle w:val="ArticleBody"/>
        <w:jc w:val="left"/>
      </w:pPr>
      <w:r>
        <w:rPr>
          <w:rFonts w:ascii="Times New Roman" w:hAnsi="Times New Roman" w:eastAsia="Times New Roman" w:cs="Times New Roman"/>
        </w:rPr>
        <w:t>Tus nees npau taws hauv tej lus faj lem hauv Phau Vajlugkub yog Islam. Tus nees npau taws ntawd tab tom raug tuav cia kom txhob ua nws tes haujlwm ntawm kev rhuav tshem, raws li sawv cev los ntawm plaub tug timtswv tuav plaub cua tseg hauv Tshwmsim xya. Lawv raug txwv kom nyob twjywm mus txog thaum ib puas plaub caug plaub txhiab leej raug muab cim ntim.</w:t>
      </w:r>
    </w:p>
    <w:p>
      <w:pPr>
        <w:pStyle w:val="ArticleScripture"/>
        <w:jc w:val="left"/>
      </w:pPr>
      <w:r>
        <w:rPr>
          <w:rFonts w:ascii="Times New Roman" w:hAnsi="Times New Roman" w:eastAsia="Times New Roman" w:cs="Times New Roman"/>
        </w:rPr>
        <w:t>Tom qab tej no kuv tau pom plaub tug timtswv sawv ntawm plaub ceg kaum ntawm lub ntiajteb, tuav plaub cua ntawm lub ntiajteb, kom cua txhob tshuab rau saum lub ntiajteb, los saum hiavtxwv, los rau ib tsob ntoo twg li. Thiab kuv pom dua ib tug timtswv nce saum sab hnub tuaj tuaj, tuav lub cim foob ntawm Vajtswv uas muaj sia nyob; nws quaj nrog suab nrov nrov rau plaub tug timtswv uas tau raug pub cai rau lawv ua phem rau lub ntiajteb thiab hiavtxwv, hais tias, Tsis txhob ua phem rau lub ntiajteb, los hiavtxwv, los cov ntoo, mus txog thaum peb tau muab lub cim foob rau ntawm hauv pliaj ntawm cov tub qhe ntawm peb tus Vajtswv. Qhia Tshwm 7:1–3.</w:t>
      </w:r>
    </w:p>
    <w:p>
      <w:pPr>
        <w:pStyle w:val="ArticleBody"/>
        <w:jc w:val="left"/>
      </w:pPr>
      <w:r>
        <w:rPr>
          <w:rFonts w:ascii="Times New Roman" w:hAnsi="Times New Roman" w:eastAsia="Times New Roman" w:cs="Times New Roman"/>
        </w:rPr>
        <w:t>Plaub cua cua raug tuav tseg ntawd, yog cim txog kev txwv tsis pub Islam txav mus txog thaum txoj hauj lwm muab lub cim rau Vajtswv haiv neeg tiav lawm. Hauv Phau Ntawv Qhia Tshwm, Islam raug sawv cev los ntawm peb lub xyu nrov kawg hauv xya lub xyu nrov, thiab kuj yog peb txoj kev txom nyem thiab.</w:t>
      </w:r>
    </w:p>
    <w:p>
      <w:pPr>
        <w:pStyle w:val="ArticleScripture"/>
        <w:jc w:val="left"/>
      </w:pPr>
      <w:r>
        <w:rPr>
          <w:rFonts w:ascii="Times New Roman" w:hAnsi="Times New Roman" w:eastAsia="Times New Roman" w:cs="Times New Roman"/>
        </w:rPr>
        <w:t>Thiab kuv ntsia, thiab hnov ib tug tim tswv ya hla nruab nrab ntuj, qw nrog lub suab nrov nrov hais tias, Kev txom nyem loj, kev txom nyem loj, kev txom nyem loj yuav los rau cov neeg uas nyob hauv ntiajteb, vim yog lwm lub suab raj ntawm peb tug tim tswv uas tseem yuav nrov ntxiv! Tshwmsim 8:13.</w:t>
      </w:r>
    </w:p>
    <w:p>
      <w:pPr>
        <w:pStyle w:val="ArticleBody"/>
        <w:jc w:val="left"/>
      </w:pPr>
      <w:r>
        <w:rPr>
          <w:rFonts w:ascii="Times New Roman" w:hAnsi="Times New Roman" w:eastAsia="Times New Roman" w:cs="Times New Roman"/>
        </w:rPr>
        <w:t>Tom qab qhia txog peb lub suab raj ceeb txom, Yauhas qhia txog cov yam ntxwv ntawm Islam nyob hauv tshooj cuaj. Hauv nqe plaub ntawm tshooj cuaj muaj ib lo lus txib muab rau Islam, uas tau ua tiav hauv keeb kwm ntawm Abubekr, tus thawj coj thawj zaug tom qab Mohammed.</w:t>
      </w:r>
    </w:p>
    <w:p>
      <w:pPr>
        <w:pStyle w:val="ArticleScripture"/>
        <w:jc w:val="left"/>
      </w:pPr>
      <w:r>
        <w:rPr>
          <w:rFonts w:ascii="Times New Roman" w:hAnsi="Times New Roman" w:eastAsia="Times New Roman" w:cs="Times New Roman"/>
        </w:rPr>
        <w:t>Thiab tau raug txib rau lawv tias tsis txhob ua mob rau tej nyom ntawm lub ntiajteb, los tsis txhob ua mob rau ib yam nroj tsuag ntsuab, los sis ib tsob ntoo twg li; tsuas yog rau cov neeg uas tsis muaj Vajtswv lub cim rau ntawm lawv tej hauv pliaj xwb. Tshwm Sim 9:4.</w:t>
      </w:r>
    </w:p>
    <w:p>
      <w:pPr>
        <w:pStyle w:val="ArticleBody"/>
        <w:jc w:val="left"/>
      </w:pPr>
      <w:r>
        <w:rPr>
          <w:rFonts w:ascii="Times New Roman" w:hAnsi="Times New Roman" w:eastAsia="Times New Roman" w:cs="Times New Roman"/>
        </w:rPr>
        <w:t>Uriah Smith tau txheeb qhia txog txoj kev sib raug ntawm Abubekr rau nqe plaub.</w:t>
      </w:r>
    </w:p>
    <w:p>
      <w:pPr>
        <w:pStyle w:val="ArticleScripture"/>
        <w:jc w:val="left"/>
      </w:pPr>
      <w:r>
        <w:rPr>
          <w:rFonts w:ascii="Times New Roman" w:hAnsi="Times New Roman" w:eastAsia="Times New Roman" w:cs="Times New Roman"/>
        </w:rPr>
        <w:t>“Tom qab Mohammed tuag lawm, nws tau raug hloov chaw hauv txoj hauj lwm kav los ntawm Abubekr, A.D. 632, tus uas, thaum nws twb tsa tau nws txoj cai thiab nws txoj kev tswj hwm kom ruaj khov lawm, tau xa ib tsab ntawv ncig mus rau cov xeem neeg hauv Arabia, uas nram qab no yog ib feem uas muab rho tawm los:</w:t>
      </w:r>
    </w:p>
    <w:p>
      <w:pPr>
        <w:pStyle w:val="ArticleScripture"/>
        <w:jc w:val="left"/>
      </w:pPr>
      <w:r>
        <w:rPr>
          <w:rFonts w:ascii="Times New Roman" w:hAnsi="Times New Roman" w:eastAsia="Times New Roman" w:cs="Times New Roman"/>
        </w:rPr>
        <w:t>“‘Thaum nej tawm tsam hauv tej rog ntawm tus Tswv, nej yuav tsum coj nej tus kheej yam tsim nyog rau cov txivneej, tsis txhob tig nej nraub qaum khiav; tiamsis txhob cia nej txojkev yeej raug qias los ntawm cov ntshav ntawm pojniam thiab menyuam yaus. Tsis txhob rhuav ib tsob xibtes li, thiab tsis txhob hlawv ib daim teb nplej twg li. Tsis txhob txiav tej ntoo txi txiv, thiab tsis txhob ua phem rau tej tsiaj txhu, tsuas yog cov nej tua los noj xwb. Thaum nej cog lus lossis teem ib qho kev pom zoo twg, nej yuav tsum tuav rawv rau qhov ntawd, thiab ua kom raws li nej tej lus. Thiab thaum nej mus ntxiv, nej yuav ntsib qee leej neeg ntseeg uas nyob ntsiag to cais tawm hauv tej tsev teev ntuj monasthi, thiab lawv npaj siab tias yuav ua haujlwm rau Vajtswv raws li txoj ntawd; cia lawv nyob, txhob tua lawv thiab txhob rhuav lawv tej monasthi. Thiab nej yuav pom dua ib hom neeg uas zwm rau lub tsev sablaj ntawm Xatas, cov uas chais lawv lub taubhau saum nruab; nej yuav tsum nco ntsoov phua lawv tej taubhau, thiab tsis txhob pub ib qho kev zam rau lawv li mus txog thaum lawv hloov los ua Mohammedans lossis them se qhev.’” Uriah Smith, Daniel and the Revelation, 500.</w:t>
      </w:r>
    </w:p>
    <w:p>
      <w:pPr>
        <w:pStyle w:val="ArticleBody"/>
        <w:jc w:val="left"/>
      </w:pPr>
      <w:r>
        <w:rPr>
          <w:rFonts w:ascii="Times New Roman" w:hAnsi="Times New Roman" w:eastAsia="Times New Roman" w:cs="Times New Roman"/>
        </w:rPr>
        <w:t>Uriah Smith txuas ntxiv los txheeb xyuas ob pab neeg, uas yuav tsum raug cov tub rog Islamic uas Abubekr tau xa mus ua tsov rog tawm tsam Loos cais kom paub qhov txawv. Ib pab uas nws txheeb xyuas yog cov xib hwb teev ntuj Kas Tos Liv, uas pe hawm rau hnub Sunday; thiab lwm pab yog cov uas pe hawm rau hnub xya. Islam tsuas yog yuav tsum tawm tsam cov uas pe hawm lub hnub xwb. Qhov tseem ceeb dua rau peb qhov kev txiav txim siab yog tias tibneeg, txawm yog cov tuav hnub Sunday los yog cov tuav Hnub Xanpataus, raug sawv cev raws li cim ua nyom, tej yam ntsuab, thiab ntoo. Plaub cua hauv tshooj xya raug txwv tsis pub tshuab rau saum nyom kom txog thaum cov tuav Hnub Xanpataus raug muab ntim cim lawm.</w:t>
      </w:r>
    </w:p>
    <w:p>
      <w:pPr>
        <w:pStyle w:val="ArticleBody"/>
        <w:jc w:val="left"/>
      </w:pPr>
      <w:r>
        <w:rPr>
          <w:rFonts w:ascii="Times New Roman" w:hAnsi="Times New Roman" w:eastAsia="Times New Roman" w:cs="Times New Roman"/>
        </w:rPr>
        <w:t>Tus tub txib ntawm kev txav uas muaj ib puas plaub caug plaub txhiab tus nug Vajtswv tias, “Kuv yuav hu li cas?” Nws raug hais rau tias nws zaj lus yuav tsum yog tias Vajtswv Txojlus nyob ruaj khov mus ib txhis, thiab zaj lus ntawd yuav tsum raug muab tso rau hauv lub ntsiab lus ntawm cua tshuab rau saum nyom. Thaum tus Ntsuj Plig Nplig Siab raug xa los rau ib puas plaub caug plaub txhiab tus uas tau poob siab vim muaj ib qho kev twv txog Islam uas ua tsis tiav, thiab tom qab ntawd lawv thiaj lees paub tias lawv tab tom nyob hauv lub caij ncua raws li zaj lus piv txwv ntawm kaum tus nkauj xwb, ces tus Ntsuj Plig Nplig Siab thiaj qhia rau lawv tias zaj lus uas lawv yuav tsum nthuav tawm yog zaj lus hais txog tes num ntawm Islam hauv Vajlugkub cov lus faj lem. Kev los txog ntawm tus Ntsuj Plig Nplig Siab, hauv keeb kwm ntawm lub caij ncua, ua rau lawv sawv ruaj.</w:t>
      </w:r>
    </w:p>
    <w:p>
      <w:pPr>
        <w:pStyle w:val="ArticleScripture"/>
        <w:jc w:val="left"/>
      </w:pPr>
      <w:r>
        <w:rPr>
          <w:rFonts w:ascii="Times New Roman" w:hAnsi="Times New Roman" w:eastAsia="Times New Roman" w:cs="Times New Roman"/>
        </w:rPr>
        <w:t>Thiab nws hais rau kuv tias, Leej Tub Neeg, cia li sawv ntsug ntawm koj txhais taw, ces kuv yuav hais rau koj. Thiab tus Ntsuj Plig tau los rau hauv kuv thaum nws hais rau kuv, thiab tsa kuv sawv rau ntawm kuv txhais taw, xwv kom kuv hnov tus uas hais rau kuv. Ezekiel 2:1, 2.</w:t>
      </w:r>
    </w:p>
    <w:p>
      <w:pPr>
        <w:pStyle w:val="ArticleBody"/>
        <w:jc w:val="left"/>
      </w:pPr>
      <w:r>
        <w:rPr>
          <w:rFonts w:ascii="Times New Roman" w:hAnsi="Times New Roman" w:eastAsia="Times New Roman" w:cs="Times New Roman"/>
        </w:rPr>
        <w:t>Lawv sawv ntsug thaum lawv raug tsa sawv hauv qhov tuag rov qab los.</w:t>
      </w:r>
    </w:p>
    <w:p>
      <w:pPr>
        <w:pStyle w:val="ArticleScripture"/>
        <w:jc w:val="left"/>
      </w:pPr>
      <w:r>
        <w:rPr>
          <w:rFonts w:ascii="Times New Roman" w:hAnsi="Times New Roman" w:eastAsia="Times New Roman" w:cs="Times New Roman"/>
        </w:rPr>
        <w:t>Thiab cov neeg, tej xeem neeg, ntau yam lus, thiab txhua haiv neeg yuav pom nkawd lub cev tuag tau peb hnub thiab ib nrab, thiab yuav tsis cia muab nkawd lub cev tuag tso rau hauv ntxa. Thiab cov uas nyob saum lub ntiajteb yuav zoo siab rau nkawd, thiab ua kev lomzem, thiab yuav xa khoom plig sib rau ib leeg; vim ob tug yaj saub no tau tsim txom cov uas nyob saum lub ntiajteb. Thiab tom qab peb hnub thiab ib nrab, tus Ntsuj Plig ntawm txoj sia uas los ntawm Vajtswv nkag los rau hauv nkawd, thiab nkawd sawv ntsug rau saum nkawd txhais ko taw; thiab txoj kev ntshai loj heev poob rau saum cov uas pom nkawd. Qhia Tshwm 11:9–11.</w:t>
      </w:r>
    </w:p>
    <w:p>
      <w:pPr>
        <w:pStyle w:val="ArticleBody"/>
        <w:jc w:val="left"/>
      </w:pPr>
      <w:r>
        <w:rPr>
          <w:rFonts w:ascii="Times New Roman" w:hAnsi="Times New Roman" w:eastAsia="Times New Roman" w:cs="Times New Roman"/>
        </w:rPr>
        <w:t>Ob qib ntawm kev sawv, thiab tom qab ntawd raug tsa kom siab ua tus chij kuj raug Ezekiel sawv cev hauv tshooj peb caug xya. Ezekiel thawj qib, coj cov cev pob txha qhuav tuag tej ntu los sib sau ua ke, uas nyob hauv hav ntawm kev poob siab. Ezekiel qib ob, yog zaj lus ntawm plaub cua, uas yog zaj lus kaw ruaj, uas yog zaj lus ntawm Islam.</w:t>
      </w:r>
    </w:p>
    <w:p>
      <w:pPr>
        <w:pStyle w:val="ArticleScripture"/>
        <w:jc w:val="left"/>
      </w:pPr>
      <w:r>
        <w:rPr>
          <w:rFonts w:ascii="Times New Roman" w:hAnsi="Times New Roman" w:eastAsia="Times New Roman" w:cs="Times New Roman"/>
        </w:rPr>
        <w:t>Nws hais rau kuv tias, Tub ntawm neeg, cov pob txha no puas yuav ciaj tau? Thiab kuv teb tias, Au tus Tswv Vajtswv, tsuas yog koj thiaj paub. Nws rov hais rau kuv tias, Cev lus faj lem rau cov pob txha no, thiab hais rau lawv tias, Au nej cov pob txha qhuav, nej cia li mloog lo lus ntawm tus Tswv. Tus Tswv Vajtswv hais li no rau cov pob txha no: Saib seb, kuv yuav ua kom pa nkag los rau hauv nej, ces nej yuav ciaj sia; thiab kuv yuav muab hlab leeg tso rau saum nej, thiab yuav ua kom nqaij hlob tuaj rau saum nej, thiab yuav npog nej nrog tawv nqaij, thiab yuav muab pa rau hauv nej, ces nej yuav ciaj sia; thiab nej yuav paub tias kuv yog tus Tswv. Yog li ntawd kuv thiaj cev lus faj lem raws li kuv tau raug txib; thiab thaum kuv tseem tabtom cev lus faj lem, muaj ib lub suab nrov, thiab saib seb, muaj ib qho co tshee, ces cov pob txha txawm sib los ua ke, pob txha rau nws pob txha. Thiab thaum kuv ntsia, saib seb, cov hlab leeg thiab nqaij txawm hlob tuaj rau saum lawv, thiab tawv nqaij npog lawv sab saud: tiamsis tsis tau muaj pa nyob hauv lawv. Ces nws hais rau kuv tias, Cev lus faj lem rau cua, cev lus faj lem, tub ntawm neeg, thiab hais rau cua tias, Tus Tswv Vajtswv hais li no; Au pa, cia li los ntawm plaub ceg cua tuaj, thiab tshuab rau saum cov uas raug tua no, kom lawv tau ciaj sia. Yog li ntawd kuv thiaj cev lus faj lem raws li nws tau txib kuv, ces pa txawm nkag los rau hauv lawv, thiab lawv txawm ciaj sia, thiab sawv ntsug ntawm lawv ko taw, yog ib pab tub rog loj kawg nkaus. Exekhee 37:3–10.</w:t>
      </w:r>
    </w:p>
    <w:p>
      <w:pPr>
        <w:pStyle w:val="ArticleBody"/>
        <w:jc w:val="left"/>
      </w:pPr>
      <w:r>
        <w:rPr>
          <w:rFonts w:ascii="Times New Roman" w:hAnsi="Times New Roman" w:eastAsia="Times New Roman" w:cs="Times New Roman"/>
        </w:rPr>
        <w:t>Nyob rau hauv nqe Vajlugkub ntawm Yaxayas uas peb tab tom xav txog no, thaum tus Nplij Siab los txog, lawv sawv ntsug rau saum lawv txhais ko taw, ces lawv raug tsa nce mus rau saum ib lub roob siab ua ib lub cim chij, thiab tshaj tawm txog “txoj xov zoo,” uas yog nag tom qab, yog txoj xov ntawm tus tim tswv thib peb.</w:t>
      </w:r>
    </w:p>
    <w:p>
      <w:pPr>
        <w:pStyle w:val="ArticleScripture"/>
        <w:jc w:val="left"/>
      </w:pPr>
      <w:r>
        <w:rPr>
          <w:rFonts w:ascii="Times New Roman" w:hAnsi="Times New Roman" w:eastAsia="Times New Roman" w:cs="Times New Roman"/>
        </w:rPr>
        <w:t>Au Xiyoo, koj uas coj xov zoo los, cia li nce mus saum lub roob siab; Au Yeluxalees, koj uas coj xov zoo los, tsa koj lub suab kom muaj zog; tsa nws kom siab, txhob ntshai; hais rau cov nroog hauv Yudas tias, Saib seb nej tus Vajtswv! Saib seb, tus Tswv Vajtswv yuav los nrog txhais tes muaj hwjchim, thiab nws txhais npab yuav kav rau nws tus kheej: saib seb, nws lub nqi zog nrog nws nyob, thiab nws tes haujlwm nyob ntawm nws xub ntiag. Nws yuav pub nws pab yaj noj ib yam li tus tswv yug yaj: nws yuav sau cov menyuam yaj los nrog nws txhais npab, thiab puag lawv hauv nws xub ntiag, thiab yuav maj mam coj cov uas muaj menyuam mos. Leejtwg tau ntsuas dej hauv lub xib teg ntawm nws txhais tes, thiab tau ntsuas lub ntuj nrog ib ncua tes, thiab tau khaws tej plua plav ntawm lub ntiajteb rau hauv ib qho ntsuas, thiab tau luj tej roob hauv rab liv, thiab tej toj hauv rab ntsuas? Leejtwg tau qhia tus Ntsuj Plig ntawm tus Tswv, lossis ua nws tus kws pab tswvyim tau qhia nws? Nws tau nrog leejtwg sablaj, thiab leejtwg qhia nws, thiab qhia nws txog txojkev txiav txim, thiab qhia nws txog kev paub, thiab qhia rau nws txojkev nkag siab? Saib seb, tej haiv neeg zoo li ib tee dej hauv ib thoob, thiab raug suav tias zoo li cov plua plav me me ntawm rab liv: saib seb, nws nqa tej kob los zoo li ib yam me kawg nkaus. Thiab Leebanoo tsis txaus rau hlawv, thiab tej tsiaj hauv ntawd kuj tsis txaus rau ib qho hlawv xyeem. Txhua haiv neeg nyob ntawm nws xub ntiag zoo li tsis muaj dabtsi; thiab rau nws lawv raug suav tias tsawg dua qhov tsis muaj dabtsi, thiab yog yam khoob lug. Yaxayas 40:9–17.</w:t>
      </w:r>
    </w:p>
    <w:p>
      <w:pPr>
        <w:pStyle w:val="ArticleBody"/>
        <w:jc w:val="left"/>
      </w:pPr>
      <w:r>
        <w:rPr>
          <w:rFonts w:ascii="Times New Roman" w:hAnsi="Times New Roman" w:eastAsia="Times New Roman" w:cs="Times New Roman"/>
        </w:rPr>
        <w:t>Cov uas tau tawm hauv lawv tej ntxa raug tsa kom siab ua ib tug chij-cim, lossis raws li Yaxayas hais tseg, lawv raug coj mus rau “ib lub roob siab.” Lub roob siab ntawd yog tus chij-cim, thiab nws sawv cev rau cov uas tau tos tus Tswv thaum lub sij hawm ncua uas pib los ntawm thawj qhov kev chim siab ntawm Lub Xya hli ntuj 18, 2020.</w:t>
      </w:r>
    </w:p>
    <w:p>
      <w:pPr>
        <w:pStyle w:val="ArticleScripture"/>
        <w:jc w:val="left"/>
      </w:pPr>
      <w:r>
        <w:rPr>
          <w:rFonts w:ascii="Times New Roman" w:hAnsi="Times New Roman" w:eastAsia="Times New Roman" w:cs="Times New Roman"/>
        </w:rPr>
        <w:t>Ib txhiab leej yuav khiav thaum ib leeg cem; thaum tsib leeg cem nej yuav khiav mus; mus txog thaum nej tshuav nyob ib yam li ib tug chij rau saum ncov roob, thiab ib yam li ib daim chij rau saum ib lub toj. Yog li no tus Tswv yuav tos, xwv kom nws yuav pub txojkev tshav ntuj rau nej, thiab yog li no nws yuav raug tsa kom siab, xwv kom nws yuav muaj kev khuvleej rau nej; rau qhov tus Tswv yog Vajtswv uas txiav txim ncaj ncees: foom koob hmoov rau txhua tus uas tos ntsoov rau nws. Yaxayas 30:17, 18.</w:t>
      </w:r>
    </w:p>
    <w:p>
      <w:pPr>
        <w:pStyle w:val="ArticleBody"/>
        <w:jc w:val="left"/>
      </w:pPr>
      <w:r>
        <w:rPr>
          <w:rFonts w:ascii="Times New Roman" w:hAnsi="Times New Roman" w:eastAsia="Times New Roman" w:cs="Times New Roman"/>
        </w:rPr>
        <w:t>Hauvau Phau Ntawv Qhia Tshwm tshooj kaum ib, tus chij cim raug coj mus rau saum ntuj.</w:t>
      </w:r>
    </w:p>
    <w:p>
      <w:pPr>
        <w:pStyle w:val="ArticleScripture"/>
        <w:jc w:val="left"/>
      </w:pPr>
      <w:r>
        <w:rPr>
          <w:rFonts w:ascii="Times New Roman" w:hAnsi="Times New Roman" w:eastAsia="Times New Roman" w:cs="Times New Roman"/>
        </w:rPr>
        <w:t>Thiab lawv hnov ib lub suab nrov nrov loj saum ntuj hais rau lawv tias, Nej cia li nce los saum no. Thiab lawv tau nce mus saum ntuj nyob hauv ib tauv huab; thiab lawv cov yeeb ncuab tau ntsia ntsoov pom lawv. Thiab tib lub sij hawm ntawd muaj ib qho av qeeg loj heev, thiab ib feem kaum ntawm lub nroog poob lawm, thiab nyob rau hauv qhov av qeeg ntawd xya txhiab leej neeg raug tua tuag; hos cov seem uas tshuav ntshai heev, thiab tau qhuas lub hwjchim rau Vajtswv uas nyob saum ntuj. Qhia Tshwm 11:12, 13.</w:t>
      </w:r>
    </w:p>
    <w:p>
      <w:pPr>
        <w:pStyle w:val="ArticleBody"/>
        <w:jc w:val="left"/>
      </w:pPr>
      <w:r>
        <w:rPr>
          <w:rFonts w:ascii="Times New Roman" w:hAnsi="Times New Roman" w:eastAsia="Times New Roman" w:cs="Times New Roman"/>
        </w:rPr>
        <w:t>Tshwm Sim Kaum Ib qhia meej tias ob tug tim khawv raug tsa nce mus saum ntuj ceeb tsheej, tib lub sij hawm uas muaj av qeeg. Qhov av qeeg uas tau muaj tiav nyob rau hauv keeb kwm yav dhau los los ntawm Fab Kis Kev Hloov Tshiab, yog ib daim qauv sawv cev rau kev ntxeev rov qab ntawm Tebchaws Meskas thaum txoj cai Hnub Caiv. Yog li ntawd, tus chij cim raug tsa sawv thaum txoj cai Hnub Caiv, thiab tom qab ntawd tus chij cim tshaj tawm “txoj xov zoo” mus rau tag nrho lub ntiaj teb.</w:t>
      </w:r>
    </w:p>
    <w:p>
      <w:pPr>
        <w:pStyle w:val="ArticleScripture"/>
        <w:jc w:val="left"/>
      </w:pPr>
      <w:r>
        <w:rPr>
          <w:rFonts w:ascii="Times New Roman" w:hAnsi="Times New Roman" w:eastAsia="Times New Roman" w:cs="Times New Roman"/>
        </w:rPr>
        <w:t>Nej txhua tus uas nyob hauv lub ntiaj teb no, thiab nej cov uas nyob saum npoo av, nej yuav pom thaum nws tsa ib lub chij rau saum tej roob; thiab thaum nws tshuab raj, nej yuav hnov. Yaxayas 18:3.</w:t>
      </w:r>
    </w:p>
    <w:p>
      <w:pPr>
        <w:pStyle w:val="ArticleBody"/>
        <w:jc w:val="left"/>
      </w:pPr>
      <w:r>
        <w:rPr>
          <w:rFonts w:ascii="Times New Roman" w:hAnsi="Times New Roman" w:eastAsia="Times New Roman" w:cs="Times New Roman"/>
        </w:rPr>
        <w:t>Tus chij yuav nthuav tawm “txoj xov zoo” thaum “lub raj ncas” raug tshuab. Txoj xov kawg ntawm Phau Ntawv Qhia Tshwm uas los ntawm lub raj ncas yog lub raj ncas xya, uas yog txoj kev txom nyem thib peb, uas yog Islam. Yaxayas, Yauhas thiab Exekees txhua tus puav leej tab tom hais txog hnub kawg, thiab lawv yeej tsis sib tawm tsam ib leeg li.</w:t>
      </w:r>
    </w:p>
    <w:p>
      <w:pPr>
        <w:pStyle w:val="ArticleBody"/>
        <w:jc w:val="left"/>
      </w:pPr>
      <w:r>
        <w:rPr>
          <w:rFonts w:ascii="Times New Roman" w:hAnsi="Times New Roman" w:eastAsia="Times New Roman" w:cs="Times New Roman"/>
        </w:rPr>
        <w:t>Lub cim ntim ntawm Vajtswv raug muab tso rau saum Vajtswv haiv neeg thaum muaj txoj cai Hnub Sunday.</w:t>
      </w:r>
    </w:p>
    <w:p>
      <w:pPr>
        <w:pStyle w:val="ArticleScripture"/>
        <w:jc w:val="left"/>
      </w:pPr>
      <w:r>
        <w:rPr>
          <w:rFonts w:ascii="Times New Roman" w:hAnsi="Times New Roman" w:eastAsia="Times New Roman" w:cs="Times New Roman"/>
        </w:rPr>
        <w:t>“Tsis muaj ib tug twg hauv peb yuav tau txais Vajtswv lub cim ntim li, yog tias peb tus cwj pwm tseem muaj ib qho chaw txaij lossis ib qho chaw qias nyob saum nws. Nws raug tso cia rau peb los kho tej qhov tsis zoo hauv peb tus cwj pwm, los ntxuav tus ntsuj plig lub tuam tsev kom dawb huv ntawm txhua yam kev qias neeg. Ces nag tom qab yuav poob los saum peb ib yam li nag ntxov tau poob los saum cov thwjtim rau Hnub Peetekos....”</w:t>
      </w:r>
    </w:p>
    <w:p>
      <w:pPr>
        <w:pStyle w:val="ArticleScripture"/>
        <w:jc w:val="left"/>
      </w:pPr>
      <w:r>
        <w:rPr>
          <w:rFonts w:ascii="Times New Roman" w:hAnsi="Times New Roman" w:eastAsia="Times New Roman" w:cs="Times New Roman"/>
        </w:rPr>
        <w:t>“Nej tab tom ua dab tsi, cov kwv tij, hauv txoj hauj lwm loj ntawm kev npaj? Cov uas tab tom koom nrog lub ntiaj teb tab tom txais tus qauv ntawm lub ntiaj teb thiab npaj rau lub cim ntawm tus tsiaj qus. Cov uas tsis cia siab rau tus kheej, uas tab tom txo hwj chim lawv tus kheej rau ntawm Vajtswv xub ntiag thiab ntxuav lawv tej ntsuj plig los ntawm kev mloog lus rau qhov tseeb, cov no tab tom txais tus qauv saum ntuj ceeb tsheej thiab npaj rau Vajtswv lub foob rau hauv lawv hauv pliaj. Thaum txoj cai tshaj tawm mus thiab lub cim raug luam rau lawv lawm, lawv tus cwj pwm yuav nyob dawb huv thiab tsis muaj chaw xyeej mus ib txhis li.” Testimonies, volume 5, 214–216.</w:t>
      </w:r>
    </w:p>
    <w:p>
      <w:pPr>
        <w:pStyle w:val="ArticleBody"/>
        <w:jc w:val="left"/>
      </w:pPr>
      <w:r>
        <w:rPr>
          <w:rFonts w:ascii="Times New Roman" w:hAnsi="Times New Roman" w:eastAsia="Times New Roman" w:cs="Times New Roman"/>
        </w:rPr>
        <w:t>Txawm hais tias txoj cai txiav txim raug muab tswj siv thaum txoj cai Hnub Caiv thawj lis piam raug yuam, cov uas tau txais lub cim foob yuav tsum muaj tus cwj pwm uas raug npaj txhij rau lub cim foob ntawd ua ntej txoj cai Hnub Caiv thawj lis piam los txog, rau qhov txoj cai Hnub Caiv thawj lis piam yog qhov kev kub ntxhov loj uas txhua yam kev kub ntxhov hauv Vajtswv Txojlus tau taw qhia mus rau yav tom ntej. Nws yog “qhov kev kub ntxhov,” lossis “lub suab qw,” thaum ib tag hmo hauv zaj lus piv txwv txog kaum tus ntxhais nkauj xwb.</w:t>
      </w:r>
    </w:p>
    <w:p>
      <w:pPr>
        <w:pStyle w:val="ArticleScripture"/>
        <w:jc w:val="left"/>
      </w:pPr>
      <w:r>
        <w:rPr>
          <w:rFonts w:ascii="Times New Roman" w:hAnsi="Times New Roman" w:eastAsia="Times New Roman" w:cs="Times New Roman"/>
        </w:rPr>
        <w:t>“Tus cwj pwm raug muab qhia tawm thaum muaj kev kub ntxhov. Thaum lub suab hu tiag tiag tau tshaj tawm thaum ib tag hmo hais tias, ‘Saib seb, nraug vauv tabtom los; nej cia li tawm mus ntsib nws,’ cov nkauj xwb uas tsaug zog txawm sawv tsees ntawm lawv txoj kev tsaug zog, thiab thiaj pom tseeb tias leejtwg tau npaj tseg rau qhov xwm txheej ntawd lawm. Ob pab ntawd puav leej raug ntes tsis paub ua ntej, tiamsis ib pab twb npaj txhij rau lub sij hawm ceeb ntawd, hos ib pab dua raug pom tias tsis muaj kev npaj li. Tus cwj pwm raug muab qhia tawm los ntawm tej xwm txheej. Tej xwm txheej kub ntxhov nthuav tawm qhov hlau tseeb ntawm tus cwj pwm. Ib yam kev puastsuaj uas tshwm sim tam sid thiab tsis tau xav txog ua ntej, ib yam kev plam neeg txheeb ze vim kev tuag, lossis ib qho kev kub ntxhov, ib yam mob nkeeg uas los poob nthav lossis kev txom nyem ntsuav siab, ib yam dabtsi uas coj tus ntsuj plig los tim ntsej tim muag nrog txoj kev tuag, yuav nthuav tawm qhov tseeb nyob sab hauv ntawm tus cwj pwm. Yuav raug muab qhia kom pom tseeb seb puas muaj txoj kev ntseeg tiag tiag hauv tej lus cog tseg ntawm Vajtswv Txojlus. Yuav raug muab qhia kom pom tseeb seb tus ntsuj plig puas raug txhawb nqa los ntawm txoj kev tshav ntuj, seb puas muaj roj nyob hauv lub hwj nrog lub teeb.”</w:t>
      </w:r>
    </w:p>
    <w:p>
      <w:pPr>
        <w:pStyle w:val="ArticleScripture"/>
        <w:jc w:val="left"/>
      </w:pPr>
      <w:r>
        <w:rPr>
          <w:rFonts w:ascii="Times New Roman" w:hAnsi="Times New Roman" w:eastAsia="Times New Roman" w:cs="Times New Roman"/>
        </w:rPr>
        <w:t>“Lub sijhawm ntawm kev sim siab los txog rau txhua tus. Peb coj peb tus kheej li cas nyob hauv Vajtswv txoj kev sim thiab kev kuaj? Peb tej teeb puas tuag? los yog peb tseem ua kom lawv cig nyob? Peb puas npaj txhij rau txhua yam xwm txheej kub ntxhov los ntawm peb txoj kev sib txuas nrog Nws tus uas puv npo ntawm txoj kev tshav ntuj thiab qhov tseeb? Tsib tug nkauj xwb uas muaj tswvyim tsis muaj peev xwm faib lawv tus cwj pwm rau tsib tug nkauj xwb ruam. Tus cwj pwm yuav tsum raug tsim los ntawm peb txhua tus ua ib leeg.” Review and Herald, October 17, 1895.</w:t>
      </w:r>
    </w:p>
    <w:p>
      <w:pPr>
        <w:pStyle w:val="ArticleBody"/>
        <w:jc w:val="left"/>
      </w:pPr>
      <w:r>
        <w:rPr>
          <w:rFonts w:ascii="Times New Roman" w:hAnsi="Times New Roman" w:eastAsia="Times New Roman" w:cs="Times New Roman"/>
        </w:rPr>
        <w:t>Cov nkauj xwb uas muaj tswvyim yuav tsum muaj roj ua ntej lub suab quaj nrov tuaj, rau qhov thaum kev kub ntxhov thaum ib tag hmo los txog lawm, ces twb lig dhau lawm tsis tau txais roj ntxiv.</w:t>
      </w:r>
    </w:p>
    <w:p>
      <w:pPr>
        <w:pStyle w:val="ArticleScripture"/>
        <w:jc w:val="left"/>
      </w:pPr>
      <w:r>
        <w:rPr>
          <w:rFonts w:ascii="Times New Roman" w:hAnsi="Times New Roman" w:eastAsia="Times New Roman" w:cs="Times New Roman"/>
        </w:rPr>
        <w:t>“Muaj ib tug ntsuj plig ntawm txoj kev ntxhov siab kawg nkaus, ntawm kev ua rog thiab kev muab ntshav txeej, thiab tus ntsuj plig ntawd yuav loj hlob ntxiv mus txog rau lub sijhawm kawg kiag. Thaum cov neeg ntawm Vajtswv raug muab khi rau hauv lawv tej hauv pliaj lawm,—nws tsis yog ib yam khi lossis ib lub cim uas pom tau, tiam sis yog kev ruaj khov nyob hauv qhov tseeb, tsis hais ntawm sab kev txawj xav lossis sab ntsuj plig, kom lawv txav tsis taus,—thaum cov neeg ntawm Vajtswv raug khi thiab npaj txhij rau txoj kev co ntawd lawm, ces nws yuav los. Muaj tseeb tiag, nws twb pib lawm; Vajtswv tej kev txiav txim tam sim no twb nyob saum lub tebchaws no lawm, kom ceeb toom rau peb, xwv peb thiaj paub yam uas tab tom yuav los.” Manuscript Releases, volume 1, 249.</w:t>
      </w:r>
    </w:p>
    <w:p>
      <w:pPr>
        <w:pStyle w:val="ArticleBody"/>
        <w:jc w:val="left"/>
      </w:pPr>
      <w:r>
        <w:rPr>
          <w:rFonts w:ascii="Times New Roman" w:hAnsi="Times New Roman" w:eastAsia="Times New Roman" w:cs="Times New Roman"/>
        </w:rPr>
        <w:t>Lub foob ntawm Vajtswv yog kev ruaj khov nyob hauv qhov tseeb, tsis hais hauv kev txawj xav thiab hauv sab ntsuj plig tib si. Lub foob ntawd tsis pom tau, tiam sis daim chij yuav pom tau, rau qhov ntawd yog tib txoj kev uas lub ntiaj teb thiaj raug ceeb toom tau. Yog li ntawd, muaj ib lub sijhawm uas lub foob tsis pom tau, ces tom qab ntawd yog txoj cai Hnub Caiv Hnub Sunday, thaum lub foob yuav tsum pom tau.</w:t>
      </w:r>
    </w:p>
    <w:p>
      <w:pPr>
        <w:pStyle w:val="ArticleScripture"/>
        <w:jc w:val="left"/>
      </w:pPr>
      <w:r>
        <w:rPr>
          <w:rFonts w:ascii="Times New Roman" w:hAnsi="Times New Roman" w:eastAsia="Times New Roman" w:cs="Times New Roman"/>
        </w:rPr>
        <w:t>“Tes hauj lwm ntawm Vaj Ntsuj Plig Dawb Huv yog los txiav txim rau lub ntiaj teb kom paub txog kev txhaum, txog kev ncaj ncees, thiab txog kev txiav txim. Lub ntiaj teb tsuas yuav raug ceeb toom tau los ntawm qhov pom cov uas ntseeg qhov tseeb raug dawb huv los ntawm qhov tseeb, ua neej raws li tej ntsiab cai siab thiab dawb huv, qhia kom pom meej hauv ib txoj kev siab thiab tsa nto, txoj kab sib cais ntawm cov uas ceev Vajtswv tej lus txib, thiab cov uas tsuj lawv rau hauv qab lawv ko taw. Kev raug dawb huv los ntawm Vaj Ntsuj Plig qhia kom pom qhov txawv ntawm cov uas muaj Vajtswv lub foob, thiab cov uas ceev ib hnub so cuav. Thaum lub sij hawm sim siab los txog, yuav qhia kom pom meej tseeb tias lub cim ntawm tus tsiaj qus yog dab tsi. Nws yog kev ceev Hnub Caiv. Cov uas tom qab tau hnov qhov tseeb lawm los tseem txuas ntxiv suav hnub no tias dawb huv, ris lub npe kos ntawm tus neeg txhaum, tus uas xav hloov sijhawm thiab tej kevcai.” Bible Training School, December 1, 1903.</w:t>
      </w:r>
    </w:p>
    <w:p>
      <w:pPr>
        <w:pStyle w:val="ArticleBody"/>
        <w:jc w:val="left"/>
      </w:pPr>
      <w:r>
        <w:rPr>
          <w:rFonts w:ascii="Times New Roman" w:hAnsi="Times New Roman" w:eastAsia="Times New Roman" w:cs="Times New Roman"/>
        </w:rPr>
        <w:t>Lub foob uas yuav tsum tau txais ua ntej txoj cai Hnub Caiv yog txoj kev loj hlob tiav ntawm Khetos tus cwj pwm, thiab nws tsis pom, tsuas yog cov tim tswv thiaj pom xwb. Lub foob uas pom tseeb thaum txoj cai Hnub Caiv los txog yog cov uas ceev Hnub Xanpataus hnub xya, rau qhov ntawd yog lub foob, lossis lub cim, ntawm Vajtswv haiv neeg.</w:t>
      </w:r>
    </w:p>
    <w:p>
      <w:pPr>
        <w:pStyle w:val="ArticleScripture"/>
        <w:jc w:val="left"/>
      </w:pPr>
      <w:r>
        <w:rPr>
          <w:rFonts w:ascii="Times New Roman" w:hAnsi="Times New Roman" w:eastAsia="Times New Roman" w:cs="Times New Roman"/>
        </w:rPr>
        <w:t>Koj kuj hais rau cov me nyuam Yixayee thiab hais tias, Tseeb tiag nej yuav tsum ceev kuv tej hnub Xanpataus tseg; rau qhov ntawd yog ib lub cim nruab nrab ntawm kuv thiab nej thoob plaws nej tej tiam neeg; kom nej thiaj paub tias kuv yog tus Tswv uas ua kom nej dawb huv. Khiavdim 31:13.</w:t>
      </w:r>
    </w:p>
    <w:p>
      <w:pPr>
        <w:pStyle w:val="ArticleBody"/>
        <w:jc w:val="left"/>
      </w:pPr>
      <w:r>
        <w:rPr>
          <w:rFonts w:ascii="Times New Roman" w:hAnsi="Times New Roman" w:eastAsia="Times New Roman" w:cs="Times New Roman"/>
        </w:rPr>
        <w:t>Kev muab lub cim foob rau ib puas plaub caug plaub txhiab leej tau pib thaum Lub Xya hli ntuj tim 18, 2020, thiab yuav tsum ua kom tiav ua ntej txoj cai hnub Sunday.</w:t>
      </w:r>
    </w:p>
    <w:p>
      <w:pPr>
        <w:pStyle w:val="ArticleScripture"/>
        <w:jc w:val="left"/>
      </w:pPr>
      <w:r>
        <w:rPr>
          <w:rFonts w:ascii="Times New Roman" w:hAnsi="Times New Roman" w:eastAsia="Times New Roman" w:cs="Times New Roman"/>
        </w:rPr>
        <w:t>Nej nej txhua tus uas nyob hauv ntiajteb no, thiab cov uas nyob saum lub ntiajteb, nej cia li saib thaum nws tsa ib lub chij rau saum tej roob; thiab thaum nws tshuab ib lub raj, nej cia li mloog. Yaxayas 18:3.</w:t>
      </w:r>
    </w:p>
    <w:p>
      <w:pPr>
        <w:pStyle w:val="ArticleBody"/>
        <w:jc w:val="left"/>
      </w:pPr>
      <w:r>
        <w:rPr>
          <w:rFonts w:ascii="Times New Roman" w:hAnsi="Times New Roman" w:eastAsia="Times New Roman" w:cs="Times New Roman"/>
        </w:rPr>
        <w:t>Xya lub xob quaj nroo uas tam sim no twb raug qhib lawm no, qhia meej tias keeb kwm ntawm ib puas plaub caug plaub txhiab yog txoj hauj lwm ntawm kev tshaj tawm ib txoj xov uas raug muab tso rau hauv lub ntsiab lus ntawm txoj kev ceeb toom ntawm lub raj uas yog kev txom nyem zaum peb. Lub raj ntawm Islam hauv Vajlugkub tej lus faj lem yog yam uas raug nrov los ntawm tus chij uas raug tsa sawv tawm hauv qhov ntxa.</w:t>
      </w:r>
    </w:p>
    <w:p>
      <w:pPr>
        <w:pStyle w:val="ArticleBody"/>
        <w:jc w:val="left"/>
      </w:pPr>
      <w:r>
        <w:rPr>
          <w:rFonts w:ascii="Times New Roman" w:hAnsi="Times New Roman" w:eastAsia="Times New Roman" w:cs="Times New Roman"/>
        </w:rPr>
        <w:t>Plaub txoj kev cim ntawm txhua txoj kab kev kho dua tshiab, uas sib haum nrog plaub txoj kev cim ntawm keeb kwm xyoo 1840 mus txog 1844, tsa kom pom tias txhua kauj ruam ntawm plaub kauj ruam hauv txhua txoj kab kev kho dua tshiab yeej ib txwm muaj tib lub ntsiab lus. Thawj txoj kev cim hauv keeb kwm ntawm ib puas plaub caug plaub txhiab leej, uas tau sawv cev los ntawm 1840 txog 1844, yog kev txhawb kom muaj hwj chim rau zaj lus hauv hnub tim Cuaj Hlis 11, 2001. Txoj kev cim ntawd yog Islam. Txoj kev cim thib ob ntawm keeb kwm uas sib txig rau ib puas plaub caug plaub txhiab leej yog kev poob siab ntawm Lub Xya Hli 18, 2020. Txoj kev cim ntawd yog ib lo lus twv hais txog Islam uas tau raug ua kom qias los ntawm kev siv sijhawm. Txoj kev cim thib peb uas cim txog Lub Suab Quaj Ib Tag Hmo yog ib qho kev kho kom raug ntawm lo lus twv uas ua tsis tiav txog Islam. Qhov kev kho kom raug ntawd sawv cev rau kev tsis lees txais kev siv sijhawm. Txoj kev cim thib plaub yog txoj cai Hnub Caiv, qhov uas tus chij uas raug tsa siab ntawd nrov lub xya raj, uas yog txoj kev txom nyem thib peb, uas yog Islam.</w:t>
      </w:r>
    </w:p>
    <w:p>
      <w:pPr>
        <w:pStyle w:val="ArticleBody"/>
        <w:jc w:val="left"/>
      </w:pPr>
      <w:r>
        <w:rPr>
          <w:rFonts w:ascii="Times New Roman" w:hAnsi="Times New Roman" w:eastAsia="Times New Roman" w:cs="Times New Roman"/>
        </w:rPr>
        <w:t>Yaxayas tshooj plaub caug qhia txog qhov chaw pib rau nees nkaum rau tshooj tom ntej. Qhov chaw pib ntawd nyob hauv phau Ntawv Qhia Tshwm tshooj kaum ib, thaum ob tug yaj saub uas tsim txom cov neeg raug coj rov qab los muaj sia. Tus Nplig Siab tsa lawv sawv rov los thiab muab lawv los rau txoj hauj lwm sawv ntsug, ces tom qab ntawd lawv raug tsa nce mus rau saum ntuj ceeb tsheej. Yaxayas qhia tus tub txib Eliyas tias yog lub suab quaj hauv roob moj sab qhua. Ces tus tub txib ntawd nug tias nws cov lus yuav tsum yog dab tsi, thiab nws raug qhia hauv txoj kev cim yav tom ntej tias, cov lus ntawm Islam yog lub suab raj ceeb toom uas tus chij tsa siab tshaj tawm. Txawm li ntawd los, tib txoj kev uas Islam yuav raug nthuav tawm tau tias yog lub suab raj ceeb toom hauv hnub kawg yog los ntawm kev txheeb xyuas Islam yav tag los. Qhov pib ntawm Islam raws li cov Millerites tau to taub, thiab raws li tau piav kom pom tseeb hauv ob daim ntawv dawb ceev ntawm Habakkuk, yuav tsum raug siv los txheeb xyuas Islam ntawm txoj kev txom nyem thib peb.</w:t>
      </w:r>
    </w:p>
    <w:p>
      <w:pPr>
        <w:pStyle w:val="ArticleScripture"/>
        <w:jc w:val="left"/>
      </w:pPr>
      <w:r>
        <w:rPr>
          <w:rFonts w:ascii="Times New Roman" w:hAnsi="Times New Roman" w:eastAsia="Times New Roman" w:cs="Times New Roman"/>
        </w:rPr>
        <w:t>Kuv tau nyob hauv tus Ntsuj Plig rau hnub ntawm tus Tswv, thiab kuv hnov tom qab kuv ib lub suab loj, zoo li suab raj. Tshwm Sim 1:10.</w:t>
      </w:r>
    </w:p>
    <w:p>
      <w:pPr>
        <w:pStyle w:val="ArticleBody"/>
        <w:jc w:val="left"/>
      </w:pPr>
      <w:r>
        <w:rPr>
          <w:rFonts w:ascii="Times New Roman" w:hAnsi="Times New Roman" w:eastAsia="Times New Roman" w:cs="Times New Roman"/>
        </w:rPr>
        <w:t>Yauhashasnov Yauhas tau hnov ib lub suab raj tom qab nws hauv Phau Tshwmsim, thiab Yauhas sawv cev rau ib puas plaub caug plaub txhiab tus uas hnov ib lub suab los ntawm yav tag los. Lub suab tom qab Yauhas, uas yog sawv cev rau lub suab raj los ntawm yav tag los, yog txoj kev to taub ntawm cov pioneer hais tias cov raj yog Vajtswv tej kev txiav txim tawm tsam kev pe hawm Hnub Caiv thawj. Plaub lub raj thawj raug coj los tawm tsam Loos pag xas nyob rau hauv kev teb rau thawj txoj cai Hnub Caiv thawj uas Constantine tau tshaj tawm nyob rau xyoo 321. Lub raj thib tsib thiab thib rau, uas yog thawj thiab thib ob txoj kev txom nyem, sawv cev rau Vajtswv tej kev txiav txim tawm tsam Loos papal tom qab nws thiab tau tshaj tawm ib txoj cai Hnub Caiv thawj ntawm Rooj Sab Laj ntawm Orleans nyob rau xyoo 538. Txoj kev txom nyem thib peb ntawm Islam los txog thaum txoj cai Hnub Caiv thawj raug tshaj tawm hauv Tebchaws Meskas. Ces tus chij cim raug tsa siab, thiab qhia kom paub txog lub luag hauj lwm cev lus faj lem ntawm Islam, raws li lub luag hauj lwm pib ntawm Islam.</w:t>
      </w:r>
    </w:p>
    <w:p>
      <w:pPr>
        <w:pStyle w:val="ArticleBody"/>
        <w:jc w:val="left"/>
      </w:pPr>
      <w:r>
        <w:rPr>
          <w:rFonts w:ascii="Times New Roman" w:hAnsi="Times New Roman" w:eastAsia="Times New Roman" w:cs="Times New Roman"/>
        </w:rPr>
        <w:t>Txoj lus uas tus chij tshaj tawm ntawd tsuas yuav raug tsa kom ruaj khov tau xwb thaum muab txoj lus ntawd tso rau hauv cov ntsiab lus ntawm Alpha thiab Omega. Tom qab lo lus qhib no hauv Yaxayas tshooj plaub caug, qhov kev nthuav tawm hauv Vajlugkub uas muaj zog tshaj thiab ncaj qha tshaj plaws txog Vajtswv ua tus Alpha thiab Omega raug nthuav tawm thoob plaws ntau tshooj sib law liag. Cov tshooj ntawd yog Yaxayas txoj kev sawv cev ntawm Phau Ntawv Qhia Tshwm ntawm Yexus Khetos uas “Vajtswv muab rau” Yexus, “kom qhia rau nws cov tub qhe txog tej yam uas yuav tsum muaj tshwm sim sai sai no; thiab nws txib nws tus timtswv mus qhia tej no los ntawm tej cim rau nws tus tub qhe Yauhas,” uas tau sau nws “rau hauv ib phau ntawv, thiab” xa “mus rau xya pawg ntseeg.”</w:t>
      </w:r>
    </w:p>
    <w:p>
      <w:pPr>
        <w:pStyle w:val="ArticleBody"/>
        <w:jc w:val="left"/>
      </w:pPr>
      <w:r>
        <w:rPr>
          <w:rFonts w:ascii="Times New Roman" w:hAnsi="Times New Roman" w:eastAsia="Times New Roman" w:cs="Times New Roman"/>
        </w:rPr>
        <w:t>Peb yuav xav txog cov tshooj hauv Yaxayas nram no nyob rau hauv tsab ntawv tom ntej.</w:t>
      </w:r>
    </w:p>
    <w:p>
      <w:pPr>
        <w:pStyle w:val="ArticleScripture"/>
        <w:jc w:val="left"/>
      </w:pPr>
      <w:r>
        <w:rPr>
          <w:rFonts w:ascii="Times New Roman" w:hAnsi="Times New Roman" w:eastAsia="Times New Roman" w:cs="Times New Roman"/>
        </w:rPr>
        <w:t>Foom koob hmoov yog tus uas nyeem, thiab cov uas mloog tej lus ntawm zaj lus faj lem no, thiab ceev tej yam uas tau sau tseg hauv ntawd: vim lub sijhawm twb nyob ze lawm. Qhia Tshwm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Qhia Tshwm ntawm Yexus Khetos – Zaj Plaub</dc:title>
  <dc:subject>Yaxayas Plaub Caug</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