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Kev Qhia Tshwm Txog Yexus Khetos - Tus Lej Tsib</w:t>
      </w:r>
    </w:p>
    <w:p>
      <w:pPr>
        <w:pStyle w:val="ArticleSubtitle"/>
        <w:jc w:val="left"/>
      </w:pPr>
      <w:r>
        <w:rPr>
          <w:rFonts w:ascii="Arial" w:hAnsi="Arial" w:eastAsia="Arial" w:cs="Arial"/>
        </w:rPr>
        <w:t>Yaxayas Plaub Caug: Cia Li Nplij Siab, Cia Li Nplij Siab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Hauv kaum xya nqe thawj ntawm Yaxayas plaub caug, muaj lus faj lem tso cov ib puas plaub caug plaub txhiab tus ntawd rau thaum kawg ntawm peb hnub thiab ib nrab, qhov chaw uas lawv tau pw tuag rau ntawm tej kev taug, thaum lub ntiajteb tab tom zoo siab xyiv fab. Txhua tus cev Vajtswv lus puav leej pom zoo ib yam, thiab tej xwm txheej hauv lus faj lem uas lawv nthuav tawm yeej ib txwm sib raug nrog lwm tus cev Vajtswv lus, rau qhov Vajtswv tsis yog tus tsim kev kub ntxhov.</w:t>
      </w:r>
    </w:p>
    <w:p>
      <w:pPr>
        <w:pStyle w:val="ArticleScripture"/>
        <w:jc w:val="left"/>
      </w:pPr>
      <w:r>
        <w:rPr>
          <w:rFonts w:ascii="Times New Roman" w:hAnsi="Times New Roman" w:eastAsia="Times New Roman" w:cs="Times New Roman"/>
        </w:rPr>
        <w:t>Thiab cov ntsuj plig ntawm cov yaj saub kuj nyob hauv qab rau cov yaj saub. Rau qhov Vajtswv tsis yog tus tsim kev ntxhov siab, tiam sis yog tus tsim kev thaj yeeb, ib yam li hauv txhua pawg ntseeg ntawm cov neeg dawb huv. 1 Khaulee 14:32, 33.</w:t>
      </w:r>
    </w:p>
    <w:p>
      <w:pPr>
        <w:pStyle w:val="ArticleBody"/>
        <w:jc w:val="left"/>
      </w:pPr>
      <w:r>
        <w:rPr>
          <w:rFonts w:ascii="Times New Roman" w:hAnsi="Times New Roman" w:eastAsia="Times New Roman" w:cs="Times New Roman"/>
        </w:rPr>
        <w:t>Tus Nplij Siab, uas Yexus tau cog lus tias yuav xa los nyob rau lub sij hawm uas Nws tsis nyob ntawd lawm, twb raug muab tso rau hauv tej lus thawj zaug ntawm nqe thawj ntawm nees nkaum rau tshooj uas ua ke los ua Yaxayas zaj lus faj lem kawg. “Nej cia li nplij siab, nej cia li nplij siab kuv haiv neeg, nej tus Vajtswv hais li no.” Txoj cai ntawm thawj zaug uas raug hais tawm qhia kom pom tseeb tias nees nkaum rau tshooj tom qab no yuav tsum raug to taub raws li kev siv rau qhov kev ua tiav uas zoo meej thiab kawg nkaus ntawm kev los txog ntawm Tus Nplij Siab.</w:t>
      </w:r>
    </w:p>
    <w:p>
      <w:pPr>
        <w:pStyle w:val="ArticleScripture"/>
        <w:jc w:val="left"/>
      </w:pPr>
      <w:r>
        <w:rPr>
          <w:rFonts w:ascii="Times New Roman" w:hAnsi="Times New Roman" w:eastAsia="Times New Roman" w:cs="Times New Roman"/>
        </w:rPr>
        <w:t>Thiab kuv yuav thov Leej Txiv, thiab Nws yuav pub rau nej ib tug Tus Nplig Siab dua, kom Nws yuav nrog nej nyob mus ib txhis.... Tiamsis Tus Nplig Siab, uas yog Vaj Ntsujplig Dawb Huv, uas Leej Txiv yuav txib los hauv kuv lub npe, Nws yuav qhia nej txhua yam, thiab yuav ua kom nej nco dheev txhua yam uas kuv tau hais rau nej. Yauhas 14:16, 26.</w:t>
      </w:r>
    </w:p>
    <w:p>
      <w:pPr>
        <w:pStyle w:val="ArticleBody"/>
        <w:jc w:val="left"/>
      </w:pPr>
      <w:r>
        <w:rPr>
          <w:rFonts w:ascii="Times New Roman" w:hAnsi="Times New Roman" w:eastAsia="Times New Roman" w:cs="Times New Roman"/>
        </w:rPr>
        <w:t>Lub suab quaj thaum ib tag hmo ntawm keeb kwm Millerite rov muaj dua nyob rau hauv keeb kwm ntawm ib puas plaub caug plaub txhiab leej.</w:t>
      </w:r>
    </w:p>
    <w:p>
      <w:pPr>
        <w:pStyle w:val="ArticleScripture"/>
        <w:jc w:val="left"/>
      </w:pPr>
      <w:r>
        <w:rPr>
          <w:rFonts w:ascii="Times New Roman" w:hAnsi="Times New Roman" w:eastAsia="Times New Roman" w:cs="Times New Roman"/>
        </w:rPr>
        <w:t>“Muaj ib lub ntiajteb uas tabtom pw hauv kev phem kev qias, hauv kev dag ntxias thiab kev yuam kev, nyob hauv qhov ntxoov ntxoo ntawm txoj kev tuag,—tsaug zog, tsaug zog. Leejtwg yog cov uas tabtom raug kev mob plawv ntsuj plig kom tsa lawv sawv? Lub suab twg thiaj ncav cuag lawv tau? Kuv lub siab raug coj mus rau yav tom ntej, thaum lub cim qhia yuav raug muab. ‘Saib maj, tus Nraug Vauv tabtom los; nej cia li tawm mus txais tos nws.’ Tiamsis ib txhia yuav tau ncua kom tau cov roj los ntxiv rau lawv tej teeb, thiab lig dhau lawm lawv mam pom tias tus cwj pwm, uas yog roj sawv cev rau ntawd, hloov muab tsis tau rau lwm tus li.” Review and Herald, February 11, 1896.</w:t>
      </w:r>
    </w:p>
    <w:p>
      <w:pPr>
        <w:pStyle w:val="ArticleBody"/>
        <w:jc w:val="left"/>
      </w:pPr>
      <w:r>
        <w:rPr>
          <w:rFonts w:ascii="Times New Roman" w:hAnsi="Times New Roman" w:eastAsia="Times New Roman" w:cs="Times New Roman"/>
        </w:rPr>
        <w:t>Lo lus nug raug nug tias, “lub suab twg thiaj yuav” “tsa” cov uas “tsaug zog” tau? Lub “suab” uas tsa lawv sawv hauv Yaxayas tshooj plaub caug, yog lub “suab” uas “quaj” nyob hauv “roob moj sab qhua.”</w:t>
      </w:r>
    </w:p>
    <w:p>
      <w:pPr>
        <w:pStyle w:val="ArticleScripture"/>
        <w:jc w:val="left"/>
      </w:pPr>
      <w:r>
        <w:rPr>
          <w:rFonts w:ascii="Times New Roman" w:hAnsi="Times New Roman" w:eastAsia="Times New Roman" w:cs="Times New Roman"/>
        </w:rPr>
        <w:t>Hais lus nplig siab rau Yeluxalees, thiab qw rau nws, tias nws txoj kev ua rog twb tiav lawm, tias nws txoj kev tsis ncaj twb raug zam txim lawm: vim nws twb tau txais ob npaug ntawm tus Tswv txhais tes rau tag nrho nws tej kev txhaum. Tus “suab” ntawm tus uas “quaj” hauv roob moj sab qhua.... Yaxayas 40:2, 3.</w:t>
      </w:r>
    </w:p>
    <w:p>
      <w:pPr>
        <w:pStyle w:val="ArticleBody"/>
        <w:jc w:val="left"/>
      </w:pPr>
      <w:r>
        <w:rPr>
          <w:rFonts w:ascii="Times New Roman" w:hAnsi="Times New Roman" w:eastAsia="Times New Roman" w:cs="Times New Roman"/>
        </w:rPr>
        <w:t>Zaj lus ntawm Kev Quaj Thaum Ib Tag Hmo kuj yog zaj lus ntawm nag tom qab.</w:t>
      </w:r>
    </w:p>
    <w:p>
      <w:pPr>
        <w:pStyle w:val="ArticleScripture"/>
        <w:jc w:val="left"/>
      </w:pPr>
      <w:r>
        <w:rPr>
          <w:rFonts w:ascii="Times New Roman" w:hAnsi="Times New Roman" w:eastAsia="Times New Roman" w:cs="Times New Roman"/>
        </w:rPr>
        <w:t>“Koj tab tom muab tus Tswv txoj kev los yuav los no cais deb dhau lawm. Kuv pom tias nag lig tab tom los zoo li [ceev nrooj ib yam li] txoj kev qw thaum ib tag hmo, thiab nrog lub hwj chim ntau dua kaum npaug.” Spalding and Magan, 5.</w:t>
      </w:r>
    </w:p>
    <w:p>
      <w:pPr>
        <w:pStyle w:val="ArticleBody"/>
        <w:jc w:val="left"/>
      </w:pPr>
      <w:r>
        <w:rPr>
          <w:rFonts w:ascii="Times New Roman" w:hAnsi="Times New Roman" w:eastAsia="Times New Roman" w:cs="Times New Roman"/>
        </w:rPr>
        <w:t>Ib lub cim ntau yam uas pom muaj nyob hauv Vajtswv Txojlus, uas sawv cev rau txoj xov los nag yav lig, yog lub cim uas raug lees paub los ntawm kev rov hais ob npaug ntawm tej lo lus lossis tej kab lus. Kev rov hais ob npaug ntawm tej lo lus, lossis tej kab lus, yog ib lub cim ntawm Kev Quaj Thaum Ib Tag Hmo, lossis txoj xov los nag yav lig hauv hnub kawg. Lub cim ntawm kev rov hais ob npaug ntawm “nplij nej siab,” muab qhov qhib ntawm Yaxayas tshooj plaub caug tso rau hauv lub sij hawm tos ntev, thaum txoj xov uas sawv cev ua Kev Quaj Thaum Ib Tag Hmo hauv zaj lus piv txwv ntawm kaum tus nkauj xwb yuav tsum raug lees paub thiab mam li tshaj tawm. Lub sij hawm ntawd, Khetos xa tus Nplij Siab los tsa cov nkauj xwb uas tsaug zog, uas raug sawv cev los ntawm lus faj lem tias yog tsaug zog, thiab hauv qee nqe lus faj lem kuj yog tsaug zog, yog txoj kev tsaug zog ntawm txoj kev tuag. Nqe thawj ntawm Yaxayas plaub caug, raug muab tso rau hauv lus faj lem peb hnub ib nrab raws cim “tom qab” qhov kev chim siab ntawm Lub Xya Hli 18, 2020, vim hais tias lub sij hawm ntawd yog thaum tus Nplij Siab raug xa los tsa cov uas tsaug zog. Peb hnub ib nrab yog ib lub cim ntawm roob moj sab qhua, thiab yog ntawd qhov uas “suab” pib “quaj.”</w:t>
      </w:r>
    </w:p>
    <w:p>
      <w:pPr>
        <w:pStyle w:val="ArticleBody"/>
        <w:jc w:val="left"/>
      </w:pPr>
      <w:r>
        <w:rPr>
          <w:rFonts w:ascii="Times New Roman" w:hAnsi="Times New Roman" w:eastAsia="Times New Roman" w:cs="Times New Roman"/>
        </w:rPr>
        <w:t>Tshwmsim kaum, Exekhee 37, Mathai 25, thiab keeb kwm ntawm cov Millerite (ua ke nrog tib cov cim-keeb-kawm ntawm keeb kwm Millerite uas tshwm sim hauv txhua txoj kev hloov kho), los sib koom qhia kom paub txog ib “txheej txheem tshwj xeeb” ntawm kev tsa cov nkauj xwb uas tsaug zog. Txoj txheej txheem no pib thaum cov nkauj xwb poob pw tsaug zog rau lub sijhawm ntawm kev poob siab. Lub sijhawm tos uas pib ntawm qhov kev poob siab ntawd, thaum kawg mam raug lees paub tias yog lub sijhawm tos. Feem kawg ntawm lub sijhawm tos yog kev tsim kho ntawm txoj xov ntawm Lub Suab Quaj Ib Tag Hmo. Thaum txoj xov ntawd raug tsa ruaj khov lawm, ces nws raug tshaj tawm mus txog thaum nws mus txog nws qhov siab tshaj plaws, yog kev txiav txim.</w:t>
      </w:r>
    </w:p>
    <w:p>
      <w:pPr>
        <w:pStyle w:val="ArticleBody"/>
        <w:jc w:val="left"/>
      </w:pPr>
      <w:r>
        <w:rPr>
          <w:rFonts w:ascii="Times New Roman" w:hAnsi="Times New Roman" w:eastAsia="Times New Roman" w:cs="Times New Roman"/>
        </w:rPr>
        <w:t>Tus tubtxib uas raug sawv cev ua “lub suab” hauv Yaxayas, tau nug tias zaj xov uas yuav tsum raug tshaj tawm yog dab tsi. Nws raug qhia ua lus cim qhia kom nthuav tawm zaj xov ntawm Islam. Zaj lus faj lem ntawm Islam tsis tuaj yeem muab cais tawm ntawm txoj cai Sunday uas yuav los sai no, rau qhov Islam yog ib lub hwjchim raj nrov, thiab xya lub raj hauv Tshwmsim sawv cev rau Vajtswv txoj kev txiav txim saum cov hwjchim uas tsim cov cai Sunday. Cov hwjchim ntawd yog Loos pagan xyoo 321, ib lub cim ntawm tus zaj; Loos papal xyoo 538, ib lub cim ntawm tus tsiaj qus; thiab txoj cai Sunday uas yuav los sai no hauv Tebchaws Meskas, ib lub cim ntawm tus yaj saub cuav.</w:t>
      </w:r>
    </w:p>
    <w:p>
      <w:pPr>
        <w:pStyle w:val="ArticleBody"/>
        <w:jc w:val="left"/>
      </w:pPr>
      <w:r>
        <w:rPr>
          <w:rFonts w:ascii="Times New Roman" w:hAnsi="Times New Roman" w:eastAsia="Times New Roman" w:cs="Times New Roman"/>
        </w:rPr>
        <w:t>Nyob rau hauv kev txuas nrog rau kev txheeb kom paub tias yog dab tsi yog zaj lus uas “lub suab” uas tau quaj nyob hauv hav moj sab qhua yuav tsum tshaj tawm, muaj lo lus cog tseg tias Vajtswv txoj lus yeej tsis poob mus li. “Lo lus cog tseg thiab kev paub tseeb” tias Vajtswv txoj lus yeej tsis poob mus li, nyob hauv tib qho chaw yaj saub uas hauv Habakkuk tshooj ob, thiab nqe peb, tau hais tawm tias, “thaum kawg nws yuav hais lus, thiab tsis dag: txawm yog nws ncua, cia li tos nws; vim nws yuav los tseeb tiag, nws yuav tsis ncua.” Zaj lus ntawm Islam yeej yuav tsis poob mus li, nws yuav los tseeb tiag. Nqe kawg ntawm Yaxayas tshooj plaub caug, hais rau cov uas tos lub zeem muag nyob hauv Habakkuk.</w:t>
      </w:r>
    </w:p>
    <w:p>
      <w:pPr>
        <w:pStyle w:val="ArticleScripture"/>
        <w:jc w:val="left"/>
      </w:pPr>
      <w:r>
        <w:rPr>
          <w:rFonts w:ascii="Times New Roman" w:hAnsi="Times New Roman" w:eastAsia="Times New Roman" w:cs="Times New Roman"/>
        </w:rPr>
        <w:t>Tiamsis cov uas tos ntsoov rau tus Tswv yuav rov muaj zog dua; lawv yuav ya nce siab nrog tis ib yam li dav dawb hau; lawv yuav khiav, thiab tsis nkees; lawv yuav mus kev, thiab tsis qaug zog. Yaxayas 40:31.</w:t>
      </w:r>
    </w:p>
    <w:p>
      <w:pPr>
        <w:pStyle w:val="ArticleBody"/>
        <w:jc w:val="left"/>
      </w:pPr>
      <w:r>
        <w:rPr>
          <w:rFonts w:ascii="Times New Roman" w:hAnsi="Times New Roman" w:eastAsia="Times New Roman" w:cs="Times New Roman"/>
        </w:rPr>
        <w:t>“Keeb kwm zais” ntawm xya lub nroo, uas tam sim no tab tom raug qhib lub foob, qhia peb txog peb lub cim-kev taw qhia uas pib thiab xaus nrog ib qho kev poob siab. Hauv zaj keeb kwm piv txwv ntawd, muaj peb lub cim-kev taw qhia, cais tawm los ntawm ob ntu sijhawm. Ib qho kev poob siab pib lub sijhawm ncua. Lub sijhawm ncua coj mus rau txoj xov thiab txoj kev twv ua ntej uas raug kho kom raug ntawm Kev Quaj Qhia Thaum Nruab Nrab Hmo. Txoj xov ntawm Kev Quaj Qhia Thaum Nruab Nrab Hmo pib ib ntu ntawm kev tshaj tawm txoj xov ntawm Kev Quaj Qhia Thaum Nruab Nrab Hmo, uas coj mus rau qhov kev poob siab thib ob, uas raug sawv cev ua kev txiav txim. Peb kauj ruam ntawd, cais tawm los ntawm ob ntu sijhawm, sawv cev rau Alpha thiab Omega, raws li tau raug tsim nyob hauv lo lus Henplais “qhov tseeb.”</w:t>
      </w:r>
    </w:p>
    <w:p>
      <w:pPr>
        <w:pStyle w:val="ArticleBody"/>
        <w:jc w:val="left"/>
      </w:pPr>
      <w:r>
        <w:rPr>
          <w:rFonts w:ascii="Times New Roman" w:hAnsi="Times New Roman" w:eastAsia="Times New Roman" w:cs="Times New Roman"/>
        </w:rPr>
        <w:t>Hauv Ezekiel peb caug xya, Ezekiel kuj sawv cev rau “lub suab” ntawm Yaxayas plaub caug. Lub suab hauv Yaxayas plaub caug nug hais tias, “Kuv yuav quaj dab tsi?” Ces “lub suab” hauv Ezekiel peb caug xya, nqe xya, tau “xibhwb raws li” nws “tau raug txib.”</w:t>
      </w:r>
    </w:p>
    <w:p>
      <w:pPr>
        <w:pStyle w:val="ArticleScripture"/>
        <w:jc w:val="left"/>
      </w:pPr>
      <w:r>
        <w:rPr>
          <w:rFonts w:ascii="Times New Roman" w:hAnsi="Times New Roman" w:eastAsia="Times New Roman" w:cs="Times New Roman"/>
        </w:rPr>
        <w:t>Yog li ntawd kuv thiaj cev Vajtswv lus raws li kuv tau raug txib; thiab thaum kuv cev Vajtswv lus, muaj ib lub suab nrov, thiab saib seb, muaj ib qho tshee hnyo, ces tej pob txha txawm los sib sau ua ke, pob txha rau nws pob txha. Thiab thaum kuv ntsia saib, saib seb, tej leeg thiab nqaij txawm hlob tuaj rau saum lawv, thiab daim tawv nqaij npog lawv sab nraud; tiam sis tseem tsis tau muaj pa nyob hauv lawv. Exekees 37:7, 8.</w:t>
      </w:r>
    </w:p>
    <w:p>
      <w:pPr>
        <w:pStyle w:val="ArticleBody"/>
        <w:jc w:val="left"/>
      </w:pPr>
      <w:r>
        <w:rPr>
          <w:rFonts w:ascii="Times New Roman" w:hAnsi="Times New Roman" w:eastAsia="Times New Roman" w:cs="Times New Roman"/>
        </w:rPr>
        <w:t>Thawj thawj zaj lus faj lem ntawm Exekees coj cov pob txha thiab nqaij los sib sau ua ke, los lawv tseem tsis tau muaj txoj sia. “Yog li ntawd,” Exekees “tau hais lus faj lem raws li nws” tau “txib” zaum ob. Zaj lus faj lem zaum ob ua rau cov cev ntawd rov muaj txoj sia. Ob zaj lus faj lem no raug ua qauv qhia los ntawm kev tsim Adas.</w:t>
      </w:r>
    </w:p>
    <w:p>
      <w:pPr>
        <w:pStyle w:val="ArticleScripture"/>
        <w:jc w:val="left"/>
      </w:pPr>
      <w:r>
        <w:rPr>
          <w:rFonts w:ascii="Times New Roman" w:hAnsi="Times New Roman" w:eastAsia="Times New Roman" w:cs="Times New Roman"/>
        </w:rPr>
        <w:t>Thiab tus Tswv Vajtswv txawm tsim neeg tawm hauv hmoov av ntawm lub ntiajteb, thiab tshuab txoj sia rau hauv nws ob lub qhov ntswg; ces neeg thiaj li los ua ib tug ntsujplig uas muaj sia. Chivkeeb 2:7.</w:t>
      </w:r>
    </w:p>
    <w:p>
      <w:pPr>
        <w:pStyle w:val="ArticleBody"/>
        <w:jc w:val="left"/>
      </w:pPr>
      <w:r>
        <w:rPr>
          <w:rFonts w:ascii="Times New Roman" w:hAnsi="Times New Roman" w:eastAsia="Times New Roman" w:cs="Times New Roman"/>
        </w:rPr>
        <w:t>Txoj kev ob theem uas coj cov pob txha qhuav uas tuag rov los muaj sia raug hais thawj zaug nyob rau hauv kev tsim Adas, li no thiaj hais kom pom tseeb tias Vajtswv Txojlus yaj saub kuj yog Nws lub hwjchim tsim thiab. Vajtswv xub “tsim” Adas, thiab Exekhee tus thawj zaj lus faj lem tau coj cov pob txha thiab lub cev los sib dhos ua ke, ces Vajtswv “tshuab pa rau hauv nws lub qhov ntswg txoj sia ua pa; thiab neeg thiaj los ua ib tug ntsuj plig ciaj sia.”</w:t>
      </w:r>
    </w:p>
    <w:p>
      <w:pPr>
        <w:pStyle w:val="ArticleBody"/>
        <w:jc w:val="left"/>
      </w:pPr>
      <w:r>
        <w:rPr>
          <w:rFonts w:ascii="Times New Roman" w:hAnsi="Times New Roman" w:eastAsia="Times New Roman" w:cs="Times New Roman"/>
        </w:rPr>
        <w:t>Kev faj lug cev thib ob ntawm Ezekiel raug hais “rau cua,” tsis yog rau cov pob txha, rau qhov nws raug hais kom “hais rau cua,” “Cia li los ntawm plaub ceg cua, Au pa, thiab tshuab rau saum cov uas raug tua no, xwv kom lawv yuav ciaj sia.” Ezekiel zaj lus cev faj lug thib ob, uas ua kom cov cev tuag rov muaj sia los ua ib pab tub rog muaj hwjchim loj, raug hais, tsis yog rau cov cev tuag, tiam sis rau cua. Nws yog ib lo lus txib rau cua kom tshuab rau saum cov cev ntawd. Thawj zaug uas lo lus “pa” raug hais txog hauv Vajtswv Txojlus yog thaum tsim Adas, thiab nyob ntawd nws raug txhais tias yog pa uas pub txojsia, thiab yam uas coj txojsia los rau hauv cov cev tuag ntawd, los ntawm plaub ceg cua.</w:t>
      </w:r>
    </w:p>
    <w:p>
      <w:pPr>
        <w:pStyle w:val="ArticleScripture"/>
        <w:jc w:val="left"/>
      </w:pPr>
      <w:r>
        <w:rPr>
          <w:rFonts w:ascii="Times New Roman" w:hAnsi="Times New Roman" w:eastAsia="Times New Roman" w:cs="Times New Roman"/>
        </w:rPr>
        <w:t>“Cov timtswv saum ntuj tab tom tuav plaub cua, sawv cev ua ib tug nees npau taws nrhiav kom dim thiab yaum hla thoob plaws saum npoo av ntiajteb, nqa kev puas tsuaj thiab kev tuag raws nws txojkev.”</w:t>
      </w:r>
    </w:p>
    <w:p>
      <w:pPr>
        <w:pStyle w:val="ArticleScripture"/>
        <w:jc w:val="left"/>
      </w:pPr>
      <w:r>
        <w:rPr>
          <w:rFonts w:ascii="Times New Roman" w:hAnsi="Times New Roman" w:eastAsia="Times New Roman" w:cs="Times New Roman"/>
        </w:rPr>
        <w:t>“Peb puas yuav tsaug zog rau ntawm ntug ciam teb ntawm lub ntiajteb nyob mus ib txhis no? Peb puas yuav qaug zog, txias, thiab tuag lawm? Au, thov kom peb muaj nyob hauv peb cov koom txoos tus Ntsuj Plig thiab txoj pa ntawm Vajtswv uas raug tshuab rau hauv Nws haiv neeg, xwv kom lawv sawv tau rau saum lawv ob txhais taw thiab muaj sia nyob.” Manuscript Releases, volume 20, 217.</w:t>
      </w:r>
    </w:p>
    <w:p>
      <w:pPr>
        <w:pStyle w:val="ArticleBody"/>
        <w:jc w:val="left"/>
      </w:pPr>
      <w:r>
        <w:rPr>
          <w:rFonts w:ascii="Times New Roman" w:hAnsi="Times New Roman" w:eastAsia="Times New Roman" w:cs="Times New Roman"/>
        </w:rPr>
        <w:t>Ob lo lus nug nyob ntawm no yog tias peb puas yuav tsaug zog, thiab peb puas yuav tuag?…ob lo lus no yog siv rau tib yam xwm txheej yaj saub. Txoj xov txog plaub cua uas tab tom raug cov tim tswv txwv cia, yog txoj xov uas ua rau Vajtswv txoj pa nkag mus rau hauv cov tuag thiab ua rau lawv sawv tsees thiab muaj txoj sia nyob. Txoj xov txog plaub cua yog txoj xov txog tus nees npau taws ntawm Islam. Txoj xov txog plaub cua hauv phau Ntawv Qhia Tshwm, yog txoj xov ntawm kev muab lub cim ntim. Txoj xov ntawm kev muab lub cim ntim hauv Qhia Tshwm xya, nqe ib txog peb, yog txoj xov uas qhia meej tias plaub cua raug txwv cia mus txog thaum Vajtswv cov tub qhe tau raug muab lub cim ntim.</w:t>
      </w:r>
    </w:p>
    <w:p>
      <w:pPr>
        <w:pStyle w:val="ArticleScripture"/>
        <w:jc w:val="left"/>
      </w:pPr>
      <w:r>
        <w:rPr>
          <w:rFonts w:ascii="Times New Roman" w:hAnsi="Times New Roman" w:eastAsia="Times New Roman" w:cs="Times New Roman"/>
        </w:rPr>
        <w:t>Tom qab tej no kuv pom plaub tug timtswv sawv ntawm plaub ceg kaum ntawm lub ntiajteb, tuav plaub cua ntawm lub ntiajteb, kom cua txhob tshuab rau saum lub ntiajteb, los rau saum hiavtxwv, los rau ib tsob ntoo twg. Thiab kuv pom dua ib tug timtswv nce los ntawm sab hnub tuaj, nqa lub cim ntim ntawm Vajtswv uas muaj sia nyob; thiab nws quaj nrov nrov rau plaub tug timtswv uas tau muab rau lawv ua kom tsimtxom lub ntiajteb thiab hiavtxwv, hais tias, Tsis txhob ua kom lub ntiajteb raug mob, tsis yog hiavtxwv, tsis yog ntoo, mus txog thaum peb tau muab cim ntim rau cov tub qhe ntawm peb tus Vajtswv rau hauv lawv lub hauvpliaj. Qhia Tshwm 7:1–3.</w:t>
      </w:r>
    </w:p>
    <w:p>
      <w:pPr>
        <w:pStyle w:val="ArticleBody"/>
        <w:jc w:val="left"/>
      </w:pPr>
      <w:r>
        <w:rPr>
          <w:rFonts w:ascii="Times New Roman" w:hAnsi="Times New Roman" w:eastAsia="Times New Roman" w:cs="Times New Roman"/>
        </w:rPr>
        <w:t>Yaxayas cov lus faj lem thib ob raug hais rau cua, thiab txoj sia uas cua ntawd coj los rau hauv tej cev nqaij daim tawv ntawd los ntawm zaj lus ntawm plaub ceg cua los. Hauv nqe yim mus txog kaum, hauv Exekees peb caug xya, cov lus uas tshwm sim xws li “cua” los sis “ua pa” yog tib lo lus Henplais nkaus hauv txhua zaus uas nws tshwm. Vajtswv tau tshuab rau hauv Adas txoj pa txoj sia, thiab hauv Exekees txoj pa txoj sia yog zaj lus ntawm kev ntim lub cim rau ib puas plaub caug plaub txhiab tus uas los ntawm plaub ceg cua los. Zaj lus ntawd xa Vajtswv lub hwj chim tsim los rau cov cev nqaij daim tawv uas twb raug coj los sib sau ua ke rau hauv hav ntawm txoj kev tuag lawm, los ntawm thawj zaj lus. Zaj lus ntawm plaub ceg cua yog zaj lus hais txog Islam coj kev txiav txim los rau saum Tebchaws Meskas vim txoj cai Hnub Caiv. Nws yog zaj lus ntawm Kev Quaj Thaum Ib Tag Hmo.</w:t>
      </w:r>
    </w:p>
    <w:p>
      <w:pPr>
        <w:pStyle w:val="ArticleBody"/>
        <w:jc w:val="left"/>
      </w:pPr>
      <w:r>
        <w:rPr>
          <w:rFonts w:ascii="Times New Roman" w:hAnsi="Times New Roman" w:eastAsia="Times New Roman" w:cs="Times New Roman"/>
        </w:rPr>
        <w:t>Keeb kwm zais ntawm xya lub nroo pib nrog ib qho kev poob siab, uas yog qhov pib ntawm lub sijhawm ncua. Hauv Tshwmsim kaum ib, thaum ob tug yaj saub raug tua rau hnub tim 18 Lub Xya Hli, 2020, lub sijhawm ncua tau pib. Exekees kuj nyob hauv cov tuag thaum tus Tswv nug Exekees tias ob tug tim khawv uas tuag pw hauv txoj kev puas yuav ciaj taus.</w:t>
      </w:r>
    </w:p>
    <w:p>
      <w:pPr>
        <w:pStyle w:val="ArticleScripture"/>
        <w:jc w:val="left"/>
      </w:pPr>
      <w:r>
        <w:rPr>
          <w:rFonts w:ascii="Times New Roman" w:hAnsi="Times New Roman" w:eastAsia="Times New Roman" w:cs="Times New Roman"/>
        </w:rPr>
        <w:t>Tus Tswv txhais tes nyob saum kuv, thiab coj kuv tawm mus hauv tus Tswv tus Ntsuj Plig, thiab muab kuv tso rau hauv nruab nrab lub hav uas muaj pob txha puv npo, thiab ua rau kuv taug kev ncig lawv txhua qhov; thiab saib seb, nyob hauv lub hav qhib muaj pob txha coob heev kawg li; thiab saib maj, lawv qhuav heev kawg. Thiab nws hais rau kuv tias, Me Nyuam Neeg, cov pob txha no puas yuav ciaj tau? Thiab kuv teb tias, Au Tus Tswv Vajtswv, koj paub. Ezekiel 37:1–3.</w:t>
      </w:r>
    </w:p>
    <w:p>
      <w:pPr>
        <w:pStyle w:val="ArticleBody"/>
        <w:jc w:val="left"/>
      </w:pPr>
      <w:r>
        <w:rPr>
          <w:rFonts w:ascii="Times New Roman" w:hAnsi="Times New Roman" w:eastAsia="Times New Roman" w:cs="Times New Roman"/>
        </w:rPr>
        <w:t>Hauv nqe xya, thaum Exekees xa thawj zaug ntawm ob zaj lus faj lem ntawd, cov lus tsuas yog hais tias, “Au nej tej pob txha qhuav, cia li mloog tus Tswv lo lus.” Yauhas, hauv Phau Ntawv Qhia Tshwm, tau sau tseg tias, “foom koob hmoov rau cov uas hnov tej lus faj lem ntawm phau ntawv no.” Exekees sawv cev rau cov pob txha qhuav tuag uas tau koob hmoov, yog cov uas hnov Exekees lo lus txib kom mloog tus Tswv Lo Lus, thiab Nws Lo Lus yog Qhov Tseeb. Hauv Exekees tshooj ob, tau piav txog txoj kev paub ntawm cov uas hnov Vajtswv lo lus.</w:t>
      </w:r>
    </w:p>
    <w:p>
      <w:pPr>
        <w:pStyle w:val="ArticleScripture"/>
        <w:jc w:val="left"/>
      </w:pPr>
      <w:r>
        <w:rPr>
          <w:rFonts w:ascii="Times New Roman" w:hAnsi="Times New Roman" w:eastAsia="Times New Roman" w:cs="Times New Roman"/>
        </w:rPr>
        <w:t>Thiab nws hais rau kuv tias, Me tub ntawm neeg, sawv ntsug ntawm koj txhais ko taw, thiab kuv yuav hais rau koj. Thiab tus Ntsuj Plig tau los rau hauv kuv thaum nws hais rau kuv, thiab tsa kuv sawv ntsug ntawm kuv txhais ko taw, xwv kom kuv hnov tus uas hais rau kuv. Ezekiel 2:1, 2.</w:t>
      </w:r>
    </w:p>
    <w:p>
      <w:pPr>
        <w:pStyle w:val="ArticleBody"/>
        <w:jc w:val="left"/>
      </w:pPr>
      <w:r>
        <w:rPr>
          <w:rFonts w:ascii="Times New Roman" w:hAnsi="Times New Roman" w:eastAsia="Times New Roman" w:cs="Times New Roman"/>
        </w:rPr>
        <w:t>Hauv Tshwm Sim tshooj kaum ib, thaum cov cev tuag hnov Vajtswv Txojlus, Tus Nplig Siab nkag los rau hauv lawv, thiab lawv sawv ntsug rau saum lawv txhais ko taw. Tus Nplig Siab yog tus uas tsa lawv sawv rau saum lawv txhais ko taw.</w:t>
      </w:r>
    </w:p>
    <w:p>
      <w:pPr>
        <w:pStyle w:val="ArticleScripture"/>
        <w:jc w:val="left"/>
      </w:pPr>
      <w:r>
        <w:rPr>
          <w:rFonts w:ascii="Times New Roman" w:hAnsi="Times New Roman" w:eastAsia="Times New Roman" w:cs="Times New Roman"/>
        </w:rPr>
        <w:t>Thiab tom qab peb hnub thiab ib nrab, tus Ntsuj Plig ntawm txoj sia los ntawm Vajtswv tau nkag mus rau hauv lawv, thiab lawv sawv ntsug rau saum lawv txhais ko taw; thiab kev ntshai loj heev poob rau saum cov uas pom lawv. Tshwmsim 11:11.</w:t>
      </w:r>
    </w:p>
    <w:p>
      <w:pPr>
        <w:pStyle w:val="ArticleBody"/>
        <w:jc w:val="left"/>
      </w:pPr>
      <w:r>
        <w:rPr>
          <w:rFonts w:ascii="Times New Roman" w:hAnsi="Times New Roman" w:eastAsia="Times New Roman" w:cs="Times New Roman"/>
        </w:rPr>
        <w:t>Kev sawv tsees ntawm cov tuag yog thawj theem, hauv ib txoj txheej txheem ob theem uas tsa lawv tawm hauv lawv tej ntxa kom los ua tus chij uas raug tsa siab rau thaum lub sij hawm txiav txim ntawm txoj cai Hnub Xya. Thaum lawv sawv hauv tshooj kaum ib, “kev ntshai loj kawg” poob los saum cov uas pom lawv.</w:t>
      </w:r>
    </w:p>
    <w:p>
      <w:pPr>
        <w:pStyle w:val="ArticleScripture"/>
        <w:jc w:val="left"/>
      </w:pPr>
      <w:r>
        <w:rPr>
          <w:rFonts w:ascii="Times New Roman" w:hAnsi="Times New Roman" w:eastAsia="Times New Roman" w:cs="Times New Roman"/>
        </w:rPr>
        <w:t>Thiab nws yuav hla mus rau nws lub chaw ruaj khov vim ntshai, thiab nws cov thawj coj yuav ntshai tus chij, tus Tswv hais li no, tus uas nws hluav taws nyob hauv Xi-oos, thiab nws lub cub tawg nyob hauv Yeluxalees. Yaxayas 31:9.</w:t>
      </w:r>
    </w:p>
    <w:p>
      <w:pPr>
        <w:pStyle w:val="ArticleBody"/>
        <w:jc w:val="left"/>
      </w:pPr>
      <w:r>
        <w:rPr>
          <w:rFonts w:ascii="Times New Roman" w:hAnsi="Times New Roman" w:eastAsia="Times New Roman" w:cs="Times New Roman"/>
        </w:rPr>
        <w:t>Zaj lus ntawm Txoj Kev Quaj Thaum Ib Tag Hmo hauv keeb kwm Millerite yog feem thib ob ntawm zaj lus ntawm tus tim tswv thib ob. Zaj lus ntawm tus tim tswv thib ob tau tsim kom muaj kev cais cov Millerites tawm ntawm cov pawg ntseeg uas thaum ntawd raug qhia tias yog cov ntxhais ntawm Npanpiloo, thiab cov neeg ncaj ncees raug hu kom tawm los thiab los sawv nrog cov Millerites. Ib “lub cev” ntawm cov ntseeg raug tsim los ntawm zaj lus ntawd, thiab tom qab ntawd kauj ruam thib ob yog zaj lus ntawm Txoj Kev Quaj Thaum Ib Tag Hmo uas koom nrog thiab ntxiv hwj chim rau zaj lus thib ob. Ces cov Millerites txawm dhau los ua ib pab tub rog muaj hwj chim loj uas coj zaj lus ntawd mus thoob plaws lub teb chaws ib yam li nthwv dej loj hiav txwv. Txoj txheej txheem ob-kauj ruam ntawd yog ob lub suab hauv Qhia Tshwm kaum yim, thiab nws yog tib txheej txheem nkaus li kev sawv rov los ntawm cov pob txha qhuav uas tuag lawm hauv Exekees uas raug tua nyob hauv txoj kev hauv Qhia Tshwm kaum ib.</w:t>
      </w:r>
    </w:p>
    <w:p>
      <w:pPr>
        <w:pStyle w:val="ArticleScripture"/>
        <w:jc w:val="left"/>
      </w:pPr>
      <w:r>
        <w:rPr>
          <w:rFonts w:ascii="Times New Roman" w:hAnsi="Times New Roman" w:eastAsia="Times New Roman" w:cs="Times New Roman"/>
        </w:rPr>
        <w:t>“Cov tim tswv tau raug xa los pab tus tim tswv muaj hwjchim loj uas nqes saum ntuj los, thiab kuv hnov tej suab uas zoo li nrov thoob plaws txhua qhov chaw hais tias, Nej kuv haiv neeg, cia li tawm hauv nws los, xwv kom nej txhob koom nrog nws tej kev txhaum, thiab xwv kom nej txhob txais nws tej kev raug txim; rau qhov nws tej kev txhaum twb mus txog saum ntuj lawm, thiab Vajtswv twb nco txog nws tej kev tsis ncaj lawm. Zaj lus no zoo li yog ib qho ntxiv rau zaj lus thib peb, thiab koom nrog nws, ib yam li lub suab quaj thaum ib tag hmo tau koom nrog tus tim tswv thib ob zaj lus hauv xyoo 1844.” Spiritual Gifts, volume 1, 195, 196.</w:t>
      </w:r>
    </w:p>
    <w:p>
      <w:pPr>
        <w:pStyle w:val="ArticleBody"/>
        <w:jc w:val="left"/>
      </w:pPr>
      <w:r>
        <w:rPr>
          <w:rFonts w:ascii="Times New Roman" w:hAnsi="Times New Roman" w:eastAsia="Times New Roman" w:cs="Times New Roman"/>
        </w:rPr>
        <w:t>Qhov thawj lub cim-keeb-kauj hauv keeb kwm zais ntawm xya lub xob quaj, yog kev poob siab uas pib lub sijhawm tos ntev. Lub sijhawm tos ntev yog ib ntu sijhawm uas raug sawv cev ua peb hnub ib nrab, uas yog ib lub cim ntawm roob moj sab qhua. Thaum kawg ntawm plaub caug xyoo uas taug kev yuam kev hauv roob moj sab qhua, Yausua coj ib pab tub rog muaj hwjchim loj mus rau hauv Tebchaws Lus Cog Tseg. Thaum kawg ntawm peb hnub ib nrab, Exekees raug coj mus rau lub hav ntawm kev tuag, thiab raug hais kom txib cov cev tuag kom “mloog tus Tswv lo lus.” Exekees yog ib “lub suab” quaj hauv roob moj sab qhua. Lo lus txib kom mloog tus Tswv Lo Lus coj cov nplhaib cev los sib sau ua ke, tiamsis lawv tseem tsis tau ciaj sia, lawv tseem tsis tau yog ib pab tub rog, lawv tseem tsis tau raug muab khi ua cim. “Tus Tswv lo lus” uas Exekees hais nyob hauv tshooj ob, qhia meej tias thaum tus Nplig Siab los txog, Vajtswv haiv neeg sawv ntsug, tib lub sijhawm uas lawv hnov tus Tswv Lo Lus. Khetos tau cog lus tias Nws yuav xa tus Nplig Siab los, peb hnub ib nrab tom qab lawv raug tua nyob hauv txojkev.</w:t>
      </w:r>
    </w:p>
    <w:p>
      <w:pPr>
        <w:pStyle w:val="ArticleBody"/>
        <w:jc w:val="left"/>
      </w:pPr>
      <w:r>
        <w:rPr>
          <w:rFonts w:ascii="Times New Roman" w:hAnsi="Times New Roman" w:eastAsia="Times New Roman" w:cs="Times New Roman"/>
        </w:rPr>
        <w:t>Thaum sawv los lawm, cov cev “uas tseem tsis tau muaj sia” yuav raug muab ib zaj lus faj lem zaum ob. “Lub suab quaj hauv roob moj sab qhua” hauv Yaxayas nug tias zaj lus faj lem twg yog qhov nws yuav tsum quaj tshaj tawm? “Txoj xov” uas ob leeg Exekees thiab “lub suab” hauv Yaxayas plaub caug raug txib kom nthuav tawm, yog txoj xov ntawm Islam. Thaum zaj lus faj lem ntawd raug tshaj tawm lawm, “Adas” thiaj los muaj sia ua ib pab tub rog muaj hwjchim loj. Ob tug timkhawv uas ciaj sia ntawd ces tshaj tawm txoj xov txog Islam txoj kev txiav txim rau tebchaws Meskas, vim muaj kev tsim tsa txoj cai Hnub Caiv uas yuav los sai. Txoj kev txiav txim ntawm txoj cai Hnub Caiv yog tus cim ciam peb ntawm zaj keeb kwm zais cia ntawm xya lub xob quaj. Thaum nws tiav raws li tau hais lawm, pab tub rog ntawd raug tsa ua ib tug chij rau saum ntuj, thiab raug sawv cev nyob hauv Qhia Tshwm kaum plaub.</w:t>
      </w:r>
    </w:p>
    <w:p>
      <w:pPr>
        <w:pStyle w:val="ArticleScripture"/>
        <w:jc w:val="left"/>
      </w:pPr>
      <w:r>
        <w:rPr>
          <w:rFonts w:ascii="Times New Roman" w:hAnsi="Times New Roman" w:eastAsia="Times New Roman" w:cs="Times New Roman"/>
        </w:rPr>
        <w:t>“Kuv twb tau muaj ib txoj kev paub hauv thawj tug timtswv, tus timtswv thib ob, thiab tus timtswv thib peb tej lus txib. Cov timtswv no raug sawv cev tias tab tom ya nyob nruab nrab saum ntuj ceeb tsheej, tshaj tawm ib txoj lus ceeb toom rau lub ntiajteb, thiab muaj kev cuam tshuam ncaj qha rau cov neeg uas nyob hauv hnub kawg ntawm zaj keeb kwm ntiajteb no. Tsis muaj leejtwg hnov cov timtswv no lub suab, vim lawv yog ib lub cim sawv cev rau Vajtswv haiv neeg uas tab tom ua hauj lwm hauv kev sib haum xeeb nrog lub qab ntuj ceeb tsheej. Cov txivneej thiab cov pojniam, uas raug Vajtswv tus Ntsuj Plig qhia kom pom kev thiab raug muab dawb huv los ntawm qhov tseeb, tshaj tawm peb txoj lus txib ntawd raws li lawv li kev txiav txim.” Selected Messages, phau 2, 387.</w:t>
      </w:r>
    </w:p>
    <w:p>
      <w:pPr>
        <w:pStyle w:val="ArticleBody"/>
        <w:jc w:val="left"/>
      </w:pPr>
      <w:r>
        <w:rPr>
          <w:rFonts w:ascii="Times New Roman" w:hAnsi="Times New Roman" w:eastAsia="Times New Roman" w:cs="Times New Roman"/>
        </w:rPr>
        <w:t>Tus chij uas raug tsa siab yog tus tim tswv thib peb uas ya nyob nruab nrab ntuj, ceeb toom rau noob neej kom txhob lees txais lub cim ntawm tus tsiaj qus. Pab tub rog muaj hwjchim loj ntawd tseem niaj hnub tshaj tawm txoj xov ntawd rau ntiajteb, mus txog thaum Mi-ka-ee sawv tsees thiab lub sijhawm sim siab rau tibneeg xaus lawm.</w:t>
      </w:r>
    </w:p>
    <w:p>
      <w:pPr>
        <w:pStyle w:val="ArticleBody"/>
        <w:jc w:val="left"/>
      </w:pPr>
      <w:r>
        <w:rPr>
          <w:rFonts w:ascii="Times New Roman" w:hAnsi="Times New Roman" w:eastAsia="Times New Roman" w:cs="Times New Roman"/>
        </w:rPr>
        <w:t>Peb yuav txuas ntxiv cov lus xav no hauv tsab ntawv tom ntej.</w:t>
      </w:r>
    </w:p>
    <w:p>
      <w:pPr>
        <w:pStyle w:val="ArticleScripture"/>
        <w:jc w:val="left"/>
      </w:pPr>
      <w:r>
        <w:rPr>
          <w:rFonts w:ascii="Times New Roman" w:hAnsi="Times New Roman" w:eastAsia="Times New Roman" w:cs="Times New Roman"/>
        </w:rPr>
        <w:t>Thiab thaum ib tag hmo, muaj ib lub suab qw nrov hais tias, Saib seb, tus vauv tabtom los; cia li tawm mus tos txais nws. Mathais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 Qhia Tshwm Txog Yexus Khetos - Tus Lej Tsib</dc:title>
  <dc:subject>Yaxayas Plaub Caug: Cia Li Nplij Siab, Cia Li Nplij Siab</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