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Kev Qhia Tshwm ntawm Yexus Khetos - Zauv Kaum</w:t>
      </w:r>
    </w:p>
    <w:p>
      <w:pPr>
        <w:pStyle w:val="ArticleSubtitle"/>
        <w:jc w:val="left"/>
      </w:pPr>
      <w:r>
        <w:rPr>
          <w:rFonts w:ascii="Arial" w:hAnsi="Arial" w:eastAsia="Arial" w:cs="Arial"/>
        </w:rPr>
        <w:t>Tsov Rog nyob saum ntuj</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2023-11-03</w:t>
      </w:r>
    </w:p>
    <w:p>
      <w:pPr>
        <w:pStyle w:val="ArticleBody"/>
        <w:jc w:val="left"/>
      </w:pPr>
      <w:r>
        <w:rPr>
          <w:rFonts w:ascii="Times New Roman" w:hAnsi="Times New Roman" w:eastAsia="Times New Roman" w:cs="Times New Roman"/>
        </w:rPr>
        <w:t>Kev sib tawm tsam loj kawg ntawm Khetos thiab Lusifawj (Tus Nqa Teeb) tau pib hauv ntuj ceeb tsheej, thiab Vajtswv tau tso cai ib lub sijhawm rau kev sim siab. Thaum Lusifawj nthuav nws txoj kev ntxeev siab tawm mus, ib ntu sijhawm tau raug pub kom cov txiaj ntsig ntawm Tus Nqa Teeb txoj kev ntxeev siab tshwm tawm los. Thaum Vajtswv txiav txim tias lub sijhawm sim siab ntawd twb xaus lawm, Lusifawj lub npe thiaj hloov ntawm Lusifawj Tus Nqa Teeb mus ua Xatas, Tus Yeeb Ncuab. Rau Xatas thiab cov tim tswv uas tau koom nrog nws txoj kev ntxeev siab, lub sijhawm sim siab twb xaus lawm, thiab lawv raug ntiab tawm hauv ntuj ceeb tsheej, thiab raug txiav txim rau hluav taws nyob mus ib txhis.</w:t>
      </w:r>
    </w:p>
    <w:p>
      <w:pPr>
        <w:pStyle w:val="ArticleScripture"/>
        <w:jc w:val="left"/>
      </w:pPr>
      <w:r>
        <w:rPr>
          <w:rFonts w:ascii="Times New Roman" w:hAnsi="Times New Roman" w:eastAsia="Times New Roman" w:cs="Times New Roman"/>
        </w:rPr>
        <w:t>Tom qab ntawd nws kuj yuav hais rau cov uas nyob sab laug tias, Nej cov uas raug foom tsis zoo, cia li ncaim ntawm kuv mus rau hauv hluav taws uas nyob mus ib txhis, uas twb npaj cia rau dab ntxwg nyoog thiab nws cov tim tswv lawm. Mathais 25:41.</w:t>
      </w:r>
    </w:p>
    <w:p>
      <w:pPr>
        <w:pStyle w:val="ArticleBody"/>
        <w:jc w:val="left"/>
      </w:pPr>
      <w:r>
        <w:rPr>
          <w:rFonts w:ascii="Times New Roman" w:hAnsi="Times New Roman" w:eastAsia="Times New Roman" w:cs="Times New Roman"/>
        </w:rPr>
        <w:t>Kev sib tawm tsam loj nruab nrab ntawm Khetos thiab Xatas, tom qab ntawd, tau los txog hauv Lub Vaj Edees, thiab ib zaug ntxiv Vajtswv tau muab ib lub sijhawm sim siab. Thaum Xatas liam Vajtswv tias dag txog txoj kev tuag thiab cov txiv hmab txiv ntoo ntawm tsob ntoo, thiab ntxias Evas kom koom nrog hauv nws txoj kev ntxeev siab, ib ntu sijhawm kuj tau raug tso cai dua kom cov txiaj ntsig ntawm Xatas txoj kev ntxeev siab raug nthuav tawm saum lub ntiajteb ib yam li tau muaj nyob saum ntuj ceeb tsheej. Nyob ntawd Xatas tau txais ib lub npe ntxiv tias Dab Ntxwg Nyoog, uas txhais tias “Tus Kws Liam”. Thaum lub sijhawm sim siab (rau cov tub ntawm Adas uas tau koom nrog hauv Xatas txoj kev ntxeev siab) xaus lawm, cov tub ntawm Adas ntawd yuav raug txiav txim rau hauv hluav taws nyob mus ib txhis.</w:t>
      </w:r>
    </w:p>
    <w:p>
      <w:pPr>
        <w:pStyle w:val="ArticleScripture"/>
        <w:jc w:val="left"/>
      </w:pPr>
      <w:r>
        <w:rPr>
          <w:rFonts w:ascii="Times New Roman" w:hAnsi="Times New Roman" w:eastAsia="Times New Roman" w:cs="Times New Roman"/>
        </w:rPr>
        <w:t>Thiab muaj kev ua rog nyob saum ntuj ceeb tsheej: Mikha-ee thiab nws cov timtswv tau tawm tsam tus zaj; thiab tus zaj tau tawm tsam thiab nws cov timtswv thiab, tab sis lawv tsis yeej; lawv qhov chaw kuj tsis pom muaj ntxiv lawm nyob saum ntuj ceeb tsheej. Thiab tus zaj loj ntawd raug ntiab tawm, yog tus nab qub ntawd, hu ua Ntxwg Nyoog, thiab Xatas, tus uas dag ntxias tag nrho lub ntiajteb no: nws raug ntiab tawm los rau hauv ntiajteb, thiab nws cov timtswv raug ntiab tawm nrog nws. Qhia Tshwm 12:7–9.</w:t>
      </w:r>
    </w:p>
    <w:p>
      <w:pPr>
        <w:pStyle w:val="ArticleBody"/>
        <w:jc w:val="left"/>
      </w:pPr>
      <w:r>
        <w:rPr>
          <w:rFonts w:ascii="Times New Roman" w:hAnsi="Times New Roman" w:eastAsia="Times New Roman" w:cs="Times New Roman"/>
        </w:rPr>
        <w:t>Tsov rog saum ntuj ceeb tsheej thaum pib ntawm txoj kev sib cav loj heev ntawd yog ib daim duab qhia txog tsov rog thaum xaus ntawm txoj kev sib cav loj heev ntawd, rau qhov Alpha thiab Omega ib txwm qhia txog qhov kawg ntawm ib yam, nrog rau qhov pib ntawm tib yam ntawd. Kev piav txog tsov rog uas tau muaj tshwm sim saum ntuj ceeb tsheej ntawd raug nthuav tawm los ntawm ib qho kev xav tsis thoob loj heev saum ntuj ceeb tsheej.</w:t>
      </w:r>
    </w:p>
    <w:p>
      <w:pPr>
        <w:pStyle w:val="ArticleScripture"/>
        <w:jc w:val="left"/>
      </w:pPr>
      <w:r>
        <w:rPr>
          <w:rFonts w:ascii="Times New Roman" w:hAnsi="Times New Roman" w:eastAsia="Times New Roman" w:cs="Times New Roman"/>
        </w:rPr>
        <w:t>Tom qab ntawd muaj ib lub cim loj tshwm rau saum ntuj ceeb tsheej; ib tug pojniam hnav lub hnub, thiab lub hli nyob hauv nws qab taw, thiab saum nws taub hau muaj ib lub mom muaj koob muaj npe uas muaj kaum ob lub hnub qub: Thiab nws cev xeeb tub, nws quaj qw vim tab tom mob yug menyuam, thiab raug kev txom nyem kom yuav yug tau. Qhia Tshwm 12:1, 2.</w:t>
      </w:r>
    </w:p>
    <w:p>
      <w:pPr>
        <w:pStyle w:val="ArticleBody"/>
        <w:jc w:val="left"/>
      </w:pPr>
      <w:r>
        <w:rPr>
          <w:rFonts w:ascii="Times New Roman" w:hAnsi="Times New Roman" w:eastAsia="Times New Roman" w:cs="Times New Roman"/>
        </w:rPr>
        <w:t>Thaum qhov kev tsis sib haum kawg nkaus ntawm txoj kev sib tawm tsam loj nruab nrab ntawm Khetos thiab Xatas tshwm sim, uas yog thaum lub sij hawm ntawm txoj kev txojsia tseem tab tom muaj txiaj ntsig; thaj chaw sib ntaus ntawd raug sawv cev hauv Phau Tshwm Sim ntawm Yexus Khetos tias nyob saum ntuj ceeb tsheej. Qhov tseeb no tam sim no tab tom raug qhib lub foob. Tus tubtxib Povlauj hais txog peb txheej ntuj ceeb tsheej.</w:t>
      </w:r>
    </w:p>
    <w:p>
      <w:pPr>
        <w:pStyle w:val="ArticleScripture"/>
        <w:jc w:val="left"/>
      </w:pPr>
      <w:r>
        <w:rPr>
          <w:rFonts w:ascii="Times New Roman" w:hAnsi="Times New Roman" w:eastAsia="Times New Roman" w:cs="Times New Roman"/>
        </w:rPr>
        <w:t>“Tus tubtxib Povlauj thaum ntxov hauv nws txoj kev ua neeg Khetos tau txais tej cib fim tshwjxeeb kom kawm paub Vajtswv lub siab nyiam txog cov uas raws Yexus qab. Nws tau ‘raug coj mus txog rau saum ntuj txheej peb,’ ‘mus rau hauv lub vaj kaj siab, thiab tau hnov tej lus uas hais tsis tau, uas tsis tsim nyog rau neeg hais tawm.’ Nws tus kheej kuj lees tias ntau yam ‘kev pom thiab kev tshwm sim’ tau raug muab rau nws ‘ntawm tus Tswv los.’ Nws txoj kev to taub txog tej ntsiab cai ntawm txoj moo zoo qhov tseeb muaj sib npaug nrog ‘cov tubtxib loj tshaj plaws.’ 2 Khaulinthaus 12:2, 4, 1, 11. Nws muaj kev nkag siab meej thiab puv npo txog ‘qhov dav, thiab qhov ntev, thiab qhov tob, thiab qhov siab’ ntawm ‘Khetos txoj kev hlub, uas dhau kev paub lawm.’ Efexus 3:18, 19.” Acts of the Apostles, 469.</w:t>
      </w:r>
    </w:p>
    <w:p>
      <w:pPr>
        <w:pStyle w:val="ArticleBody"/>
        <w:jc w:val="left"/>
      </w:pPr>
      <w:r>
        <w:rPr>
          <w:rFonts w:ascii="Times New Roman" w:hAnsi="Times New Roman" w:eastAsia="Times New Roman" w:cs="Times New Roman"/>
        </w:rPr>
        <w:t>Tsov rog thaum pib ntawm txoj kev sib cav loj tau pib nyob rau saum ntuj ceeb tsheej thib peb, thiab tsov rog thaum xaus ntawm txoj kev sib cav loj xaus nyob rau saum ntuj ceeb tsheej thib ib. Muaj peb txheej saum ntuj ceeb tsheej, txheej thawj yog saum ntuj ceeb tsheej uas sawv cev rau huab cua nyob ib ncig ntawm ntiaj teb no. Saum ntuj ceeb tsheej thib ob yog lub hnub, lub hli, thiab cov hnub qub. Saum ntuj ceeb tsheej thib peb yog yam uas Niam Tij White hu ua “paradise,” thiab nws sawv cev rau qhov chaw uas Vajtswv lub zwm txwv nyob. Nws yog nyob hauv Vajtswv lub chaw tswj hwm txoj cai ntag uas tus Nqa Teeb, Lusifawj, tau pib nws txoj kev ntxeev siab.</w:t>
      </w:r>
    </w:p>
    <w:p>
      <w:pPr>
        <w:pStyle w:val="ArticleBody"/>
        <w:jc w:val="left"/>
      </w:pPr>
      <w:r>
        <w:rPr>
          <w:rFonts w:ascii="Times New Roman" w:hAnsi="Times New Roman" w:eastAsia="Times New Roman" w:cs="Times New Roman"/>
        </w:rPr>
        <w:t>Lub ntuj ceeb tsheej thib peb yog qhov chaw uas qee leej cev Vajtswv lus, nrog rau Muam White, tau raug coj mus txog hauv kev ua yog toog pom. Thaum Povlauj nyob ntawd, nws tau raug qhia txog keeb kwm ntawm kev sawv tsees ntawm cov pob txha qhuav uas tuag lawm, uas raug tua nyob hauv txoj kev rau hnub tim 18 Lub Xya hli ntuj, 2020, thiab cov xwm txheej uas tau ua raws tom qab nrog kev yug los ntawm ib puas plaub caug plaub txhiab leej. Povlauj raug txwv tsis pub qhia qhov keeb kwm ntawd, rau qhov keeb kwm ntawd tau raug sawv cev ua ib qho keeb kwm uas tsis raug cai yuav “hais tawm.” Povlauj tuag me ntsis dhau peb caug xyoo ua ntej Yauhas tus Qhia Tshwm tau txais yog toog pom ntawm Phau Tshwm Sim ntawm Yexus Khetos. Yauhas, ib yam li Povlauj, hnov yam uas xya lub xob quaj “hais tawm,” thiab nws kuj raug hais kom tsis txhob sau yam uas tau “hais tawm.” Yam uas xya lub xob quaj “hais tawm” yuav tsum nyob twj ywm raug kaw ruaj mus txog thaum kawg ntawm peb hnub riam thiab ib nrab uas yog lub cim, uas ob tug timkhawv tau tuag nyob hauv txoj kev.</w:t>
      </w:r>
    </w:p>
    <w:p>
      <w:pPr>
        <w:pStyle w:val="ArticleScripture"/>
        <w:jc w:val="left"/>
      </w:pPr>
      <w:r>
        <w:rPr>
          <w:rFonts w:ascii="Times New Roman" w:hAnsi="Times New Roman" w:eastAsia="Times New Roman" w:cs="Times New Roman"/>
        </w:rPr>
        <w:t>Thaum xya lub xob nroo twb hais lawv tej suab lawm, kuv twb yuav sau cia; tiam sis kuv hnov ib lub suab tawm saum ntuj ceeb tsheej hais rau kuv tias, Cia li muab tej uas xya lub xob nroo tau hais ntawd kaw cia, thiab txhob sau tej ntawd. Tshwmsim 10:4.</w:t>
      </w:r>
    </w:p>
    <w:p>
      <w:pPr>
        <w:pStyle w:val="ArticleBody"/>
        <w:jc w:val="left"/>
      </w:pPr>
      <w:r>
        <w:rPr>
          <w:rFonts w:ascii="Times New Roman" w:hAnsi="Times New Roman" w:eastAsia="Times New Roman" w:cs="Times New Roman"/>
        </w:rPr>
        <w:t>Tag nrho cov yaj saub ua tim khawv txog “hnub kawg” ntawm txoj kev txiav txim tshuaj xyuas, thiab cov “hnub kawg” ntawd tau pib tshwj xeeb rau lub Cuaj Hlis 11, 2001, thiab tam sim no lawv twb mus txog theem uas txoj kev muab khi pib lawm. Txoj kev muab khi pib thaum kawg ntawm peb hnub ib nrab uas yog hnub ua cim, thaum ob tug tim khawv uas raug tua ntawd tseem pw rau hauv txoj kev. Tag nrho cov yaj saub pom zoo sib xws. Povlauj tau pom tshav rog ntawm tsov rog kawg ntawm lub sijhawm sim siab, uas muaj chaw tshwm sim hauv thawj ntuj ceeb tsheej. Tshav rog ntawm tsov rog kawg ntawm lub sijhawm sim siab, uas muaj chaw tshwm sim nyob hauv thawj ntuj ceeb tsheej, muaj kev sib txig nrog tshav rog ntawm tsov rog thawj zaug ntawm lub sijhawm sim siab, uas muaj chaw tshwm sim hauv peb ntuj ceeb tsheej. Tej zaum yuav zoo li tsis tsim nyog los qhia kom meej tias cov tshav rog ntawd yog tej tshav rog ntawm lub sijhawm sim siab, tiam sis Xatas, uas yog Khetos tus yeeb ncuab hauv thawj tshav rog thiab yog tus yeeb ncuab ntawm ib puas plaub caug plaub txhiab leej hauv tshav rog kawg, paub tias nws lub sijhawm tshuav luv lawm. Nws paub tias qhov no yog ib qho tshav rog uas raug teem cia nyob hauv thaj tsam ntawm lub sijhawm sim siab. Peb puas paub?</w:t>
      </w:r>
    </w:p>
    <w:p>
      <w:pPr>
        <w:pStyle w:val="ArticleBody"/>
        <w:jc w:val="left"/>
      </w:pPr>
      <w:r>
        <w:rPr>
          <w:rFonts w:ascii="Times New Roman" w:hAnsi="Times New Roman" w:eastAsia="Times New Roman" w:cs="Times New Roman"/>
        </w:rPr>
        <w:t>Xyoo 1840, tus timtswv muaj hwjchim nqes los thiab txhawb lub hwjchim rau thawj tus timtswv txoj xov. Cov Protestants ntawm tiam ntawd ces raug sim, thiab thaum kawg ib lub npe ntawm kev ntxeev siab tau lo nrog lawv thaum lawv raug hu ua cov ntxhais ntawm Npanpiloo. Lucifer lub npe kuj raug hloov thiab thaum nws lub sijhawm raug sim thaum nws tseem nyob hauv txoj kev xeem ntawd. Tus timtswv muaj hwjchim uas nqes los xyoo 1840 ntawd, yog ib daim qauv qhia txog tus timtswv muaj hwjchim hauv Qhia Tshwm tshooj kaum yim uas nqes los rau hnub Cuaj Hli 11, 2001. Kev txiav txim xyuas tseem tsis tau pib xyoo 1840, vim nws tseem tshuav plaub xyoos tom ntej mam los txog, tiam sis cov Protestants tseem tau muab ib daim sawv cev yav tom ntej txog kev txiav txim rau cov neeg ciaj, rau qhov thaum tus timtswv nqes los xyoo 1840, lawv lub sijhawm raug sim pib lawm. Thaum tus timtswv hauv Qhia Tshwm tshooj kaum yim nqes los xyoo 2001, kev txiav txim saum ntuj tau hloov ntawm kev txiav txim rau cov neeg tuag mus rau kev txiav txim rau cov neeg ciaj.</w:t>
      </w:r>
    </w:p>
    <w:p>
      <w:pPr>
        <w:pStyle w:val="ArticleBody"/>
        <w:jc w:val="left"/>
      </w:pPr>
      <w:r>
        <w:rPr>
          <w:rFonts w:ascii="Times New Roman" w:hAnsi="Times New Roman" w:eastAsia="Times New Roman" w:cs="Times New Roman"/>
        </w:rPr>
        <w:t>Hnub tim Lub Xya hli ntuj 18, 2020, thawj qhov kev poob siab rau txoj kev txav ntawm tus tim tswv thib peb, uas raug ua qauv qhia los ntawm thawj qhov kev poob siab ntawm txoj kev txav ntawm tus tim tswv thawj, tau los txog. Hauv txoj kev txav thaum chiv thawj, txoj kev sim siab ntawm cov Protestants tau xaus rau ntawm lub waymark ntawm thawj qhov kev poob siab, thiab tom qab ntawd txoj kev sim siab ntawm thawj txoj kev txav thiaj li pib. Hnub tim Lub Xya hli ntuj 18, 2020, txoj kev txiav txim tau nce mus ntxiv ib kauj ruam ntxiv, vim hais tias txoj xov uas yuav los txog thaum kawg ntawm roob moj sab qhua ntawm peb hnub thiab ib nrab yuav tsis yog tsuas yog qhov kev ua tiav uas zoo tag nrho thiab kawg nkaus ntawm txoj xov Midnight Cry xwb, tiam sis nws kuj yuav cim tseg raws li yaj saub txog kev los txog ntawm kev muab cim rau ib puas plaub caug plaub txhiab leej.</w:t>
      </w:r>
    </w:p>
    <w:p>
      <w:pPr>
        <w:pStyle w:val="ArticleScripture"/>
        <w:jc w:val="left"/>
      </w:pPr>
      <w:r>
        <w:rPr>
          <w:rFonts w:ascii="Times New Roman" w:hAnsi="Times New Roman" w:eastAsia="Times New Roman" w:cs="Times New Roman"/>
        </w:rPr>
        <w:t>Thiab lub hwjchim ntawm cov Yixayee tus Vajtswv txav tawm ntawm saum tus khelunpees, qhov chaw uas Nws tau nyob, mus rau ntawm lub chaw txawb ntawm lub tsev. Thiab Nws hu tus txiv neej uas hnav ntaub linen, tus uas muaj lub thawv cwj mem sau ntawv ntawm nws ib sab; Thiab tus Tswv hais rau nws tias, Cia li mus hla nruab nrab ntawm lub nroog, hla nruab nrab ntawm Yeluxalees, thiab muab ib lub cim rau saum hauv pliaj ntawm cov txiv neej uas quaj ntsuag thiab quaj nyiav vim txhua yam kev qias neeg uas raug ua nyob hauv nws nruab nrab. Exekees 9:3, 4.</w:t>
      </w:r>
    </w:p>
    <w:p>
      <w:pPr>
        <w:pStyle w:val="ArticleBody"/>
        <w:jc w:val="left"/>
      </w:pPr>
      <w:r>
        <w:rPr>
          <w:rFonts w:ascii="Times New Roman" w:hAnsi="Times New Roman" w:eastAsia="Times New Roman" w:cs="Times New Roman"/>
        </w:rPr>
        <w:t>Txoj kev muab lub cim ntim rau ib puas plaub caug plaub txhiab leej ntawd tau pib txij thaum lawv yug los, uas kuj yog lawv txoj kev sawv hauv qhov tuag rov los. Txoj xov ntawm plaub cua coj cov pob txha qhuav tuag rov los muaj sia, thiab txoj xov ntawm plaub cua yog txoj xov ntawm kev muab lub cim ntim rau ib puas plaub caug plaub txhiab leej. Povlauj thiab Yauhas nkawd ob leeg tau pom thiab tau hnov tib zaj keeb kwm uas peb tam sim no tab tom ua neej nyob hauv, zaj keeb kwm “uas ntau tus yaj saub thiab cov neeg ncaj ncees tau ntshaw xav pom.” Zaj keeb kwm ntawm txoj kev txav loj kawg nkaus ntawm tus tim tswv thib peb, uas tau muaj tus qauv qhia ua ntej los ntawm txoj kev txav loj kawg nkaus ntawm tus tim tswv thawj.</w:t>
      </w:r>
    </w:p>
    <w:p>
      <w:pPr>
        <w:pStyle w:val="ArticleScripture"/>
        <w:jc w:val="left"/>
      </w:pPr>
      <w:r>
        <w:rPr>
          <w:rFonts w:ascii="Times New Roman" w:hAnsi="Times New Roman" w:eastAsia="Times New Roman" w:cs="Times New Roman"/>
        </w:rPr>
        <w:t>“Txhua txoj xov uas tau muab txij xyoo 1840–1844 los yuav tsum raug tshaj tawm nrog hwjchim tam sim no, vim muaj coob leej neeg uas tau poob lawv txoj kev taw. Cov xov no yuav tsum mus cuag txhua pawg ntseeg.</w:t>
      </w:r>
    </w:p>
    <w:p>
      <w:pPr>
        <w:pStyle w:val="ArticleScripture"/>
        <w:jc w:val="left"/>
      </w:pPr>
      <w:r>
        <w:rPr>
          <w:rFonts w:ascii="Times New Roman" w:hAnsi="Times New Roman" w:eastAsia="Times New Roman" w:cs="Times New Roman"/>
        </w:rPr>
        <w:t>“Yexus Khetos tau hais tias, ‘Koj lub qhov muag tau koob hmoov, rau qhov lawv pom; thiab nej lub pob ntseg tau koob hmoov, rau qhov lawv hnov. Vim kuv hais tseeb rau nej tias, ntau tus yaj saub thiab cov neeg ncaj ncees tau ntshaw pom tej yam uas nej pom, los lawv tsis tau pom; thiab xav hnov tej yam uas nej hnov, los lawv tsis tau hnov’ [Mathais 13:16, 17]. Cov qhov muag uas tau pom tej yam uas tau pom nyob rau xyoo 1843 thiab 1844 yeej tau koob hmoov.”</w:t>
      </w:r>
    </w:p>
    <w:p>
      <w:pPr>
        <w:pStyle w:val="ArticleScripture"/>
        <w:jc w:val="left"/>
      </w:pPr>
      <w:r>
        <w:rPr>
          <w:rFonts w:ascii="Times New Roman" w:hAnsi="Times New Roman" w:eastAsia="Times New Roman" w:cs="Times New Roman"/>
        </w:rPr>
        <w:t>“Lo lus ceeb toom twb raug muab lawm. Thiab yuav tsum tsis txhob qeeb rau hauv kev rov tshaj tawm lo lus ceeb toom ntawd, rau qhov tej cim ntawm lub caij nyoog tab tom ua tiav; txoj hauj lwm xaus yuav tsum raug ua kom tiav. Ib txoj hauj lwm loj yuav raug ua tiav hauv ib lub sijhawm luv. Tsis ntev no ib lo lus ceeb toom yuav raug muab tawm los raws li Vajtswv txoj kev teem tseg uas yuav loj hlob mus ua ib lub suab qw nrov ncha. Ces Daniyee yuav sawv hauv nws feem, los muab nws zaj lus tim khawv.” Manuscript Releases, volume 21, 437.</w:t>
      </w:r>
    </w:p>
    <w:p>
      <w:pPr>
        <w:pStyle w:val="ArticleBody"/>
        <w:jc w:val="left"/>
      </w:pPr>
      <w:r>
        <w:rPr>
          <w:rFonts w:ascii="Times New Roman" w:hAnsi="Times New Roman" w:eastAsia="Times New Roman" w:cs="Times New Roman"/>
        </w:rPr>
        <w:t>Lub ntsiab lus tseem ceeb tshaj plaws ntawm Lucifer txoj kev ua rog thaum chiv thawj nyob saum ntuj ceeb tsheej yog kev sib txuas lus. Nws yog tus nqa txoj kev kaj uas tau siv nws txoj hauj lwm los nkag ntxias kev yuam kev rau hauv tej siab ntawm cov tim tswv dawb huv. Peb raug qhia tias cov tim tswv uas tau nqus nws tej tswv yim tawm tsam ntawd, twb tsis txawm pom tias yog Lucifer uas tau ntxias lawv kom xav tej yam uas thaum kawg lawv tau xav txog Vajtswv. Nws txawj zais heev, ib yam li nws tau ua rau Evas hauv lub vaj, uas ua rau cov tim tswv uas ib zaug dawb huv, los ntseeg tias tej kev xav uas Xatas tau cog rau hauv lawv tej siab, yog lawv tus kheej tej kev xav thawj txwm. Cov noob ntawd, thaum kawg, tau txi txiv ua kev puas tsuaj mus ib txhis.</w:t>
      </w:r>
    </w:p>
    <w:p>
      <w:pPr>
        <w:pStyle w:val="ArticleBody"/>
        <w:jc w:val="left"/>
      </w:pPr>
      <w:r>
        <w:rPr>
          <w:rFonts w:ascii="Times New Roman" w:hAnsi="Times New Roman" w:eastAsia="Times New Roman" w:cs="Times New Roman"/>
        </w:rPr>
        <w:t>Tsov rog kawg, uas yuav muaj tshwm sim nyob rau saum ntuj thawj, twb yuav pib lawm, thiab nws tsis yog hais txog kev ntxias cov timtswv dawb huv, los sis hais txog Xatas kev ntxias Evas, tiam sis nws yog hais txog nws txoj kev ntxias tag nrho noob neej los ntawm ib txheej txheem kev sib txuas lus uas raug qias thiab uas raug sawv cev tias nyob saum ntuj. Nws yog hais txog Lub Vas Sab Nthab Ntiajteb No (World-Wide Web) uas Xatas siv los cog tej tswv yim rau hauv neeg, yam uas cov neeg ntawd tsis paub tias lawv tau ntseeg ib lo lus dag, thiab ua li ntawd lawv twb qhia tawm tias lawv tsis hlub qhov tseeb. Tus tubtxib Povlauj yog tus uas tau hais tseg tias nyob rau hauv “hnub kawg” neeg yuav txais ib lo lus dag, vim lawv tsis muaj kev hlub rau “qhov tseeb.” Tom qab tag nrho lawm, nws twb tau pom kiag keeb kwm uas txoj hauj lwm txawv tshaj plaw no ntawm Xatas raug ua tiav.</w:t>
      </w:r>
    </w:p>
    <w:p>
      <w:pPr>
        <w:pStyle w:val="ArticleBody"/>
        <w:jc w:val="left"/>
      </w:pPr>
      <w:r>
        <w:rPr>
          <w:rFonts w:ascii="Times New Roman" w:hAnsi="Times New Roman" w:eastAsia="Times New Roman" w:cs="Times New Roman"/>
        </w:rPr>
        <w:t>Kev ntxias tib neeg raug ua kom tiav los ntawm cov neeg ntiajteb koom ua ib pawg ntawm United Nations, uas yog lub hwjchim ntawm tus zaj. Cov neeg ntiajteb koom ua ib pawg ntawm United Nations hauv lus faj lem muaj vajntxwv thiab tub lag tub luam. Cov vajntxwv yog cov nom tswv kav tebchaws, hos cov tuam txhab tshuab loj heev thiab cov neeg nplua nuj ntau txhiab vam uas ua lag luam thoob ntau haiv tebchaws yog cov tub lag tub luam.</w:t>
      </w:r>
    </w:p>
    <w:p>
      <w:pPr>
        <w:pStyle w:val="ArticleBody"/>
        <w:jc w:val="left"/>
      </w:pPr>
      <w:r>
        <w:rPr>
          <w:rFonts w:ascii="Times New Roman" w:hAnsi="Times New Roman" w:eastAsia="Times New Roman" w:cs="Times New Roman"/>
        </w:rPr>
        <w:t>Tsov rog pib ntawm txoj cai Hnub Caiv, thaum ntawd tebchaws Meskas los ua vajntxwv thawj tshaj ntawm kaum tus vajntxwv. Ces tebchaws Meskas nyuam qhuav tau hais lus zoo li ib tug zaj, yog li cim tseg qhov kawg ntawm lub nceeg vaj thib rau ntawm tus tsiaj nyaum hauv ntiajteb. Tom qab ntawd nws tawm mus dag ntxias tag nrho lub ntiajteb los ntawm tej txuj ci tseem ceeb uas nws yuav ua nyob rau ntawm tus tsiaj nyaum xubntiag, tej txuj ci tseem ceeb uas raug sawv cev tias yog coj hluav taws nqes saum ntuj los.</w:t>
      </w:r>
    </w:p>
    <w:p>
      <w:pPr>
        <w:pStyle w:val="ArticleScripture"/>
        <w:jc w:val="left"/>
      </w:pPr>
      <w:r>
        <w:rPr>
          <w:rFonts w:ascii="Times New Roman" w:hAnsi="Times New Roman" w:eastAsia="Times New Roman" w:cs="Times New Roman"/>
        </w:rPr>
        <w:t>Thiab nws kuj ua tej txuj ci tseem ceeb loj heev, txog ntais nws ua kom hluav taws nqes saum ntuj los rau hauv ntiajteb tab meeg neeg pom. Qhia Tshwm 13:13.</w:t>
      </w:r>
    </w:p>
    <w:p>
      <w:pPr>
        <w:pStyle w:val="ArticleBody"/>
        <w:jc w:val="left"/>
      </w:pPr>
      <w:r>
        <w:rPr>
          <w:rFonts w:ascii="Times New Roman" w:hAnsi="Times New Roman" w:eastAsia="Times New Roman" w:cs="Times New Roman"/>
        </w:rPr>
        <w:t>Thaum cov pob txha qhuav ntawm cov neeg tuag uas tau sawv rov qab los, uas raug tua nyob hauv txoj kev, raug tsa mus rau saum ntuj ceeb tsheej ua ib lub cim, tib lub sijhawm ntawd kuj muaj dua lwm yam txuj ci ceeb tsheej tshwm sim rau saum ntuj thiab.</w:t>
      </w:r>
    </w:p>
    <w:p>
      <w:pPr>
        <w:pStyle w:val="ArticleScripture"/>
        <w:jc w:val="left"/>
      </w:pPr>
      <w:r>
        <w:rPr>
          <w:rFonts w:ascii="Times New Roman" w:hAnsi="Times New Roman" w:eastAsia="Times New Roman" w:cs="Times New Roman"/>
        </w:rPr>
        <w:t>Thiab kuj muaj dua ib yam txujci tshwm saum ntuj ceeb tsheej; thiab saib seb, muaj ib tug zaj loj liab ploog, muaj xya lub taub hau thiab kaum lub kub, thiab muaj xya lub mom vaj ntxwv rau saum nws tej taub hau. Tshwmsim 12:3</w:t>
      </w:r>
    </w:p>
    <w:p>
      <w:pPr>
        <w:pStyle w:val="ArticleBody"/>
        <w:jc w:val="left"/>
      </w:pPr>
      <w:r>
        <w:rPr>
          <w:rFonts w:ascii="Times New Roman" w:hAnsi="Times New Roman" w:eastAsia="Times New Roman" w:cs="Times New Roman"/>
        </w:rPr>
        <w:t>Tus zaj loj liab yog Xatas, tiam sis nws kuj yog Loos teev dab mlom.</w:t>
      </w:r>
    </w:p>
    <w:p>
      <w:pPr>
        <w:pStyle w:val="ArticleScripture"/>
        <w:jc w:val="left"/>
      </w:pPr>
      <w:r>
        <w:rPr>
          <w:rFonts w:ascii="Times New Roman" w:hAnsi="Times New Roman" w:eastAsia="Times New Roman" w:cs="Times New Roman"/>
        </w:rPr>
        <w:t>“Yog li no tus zaj, tus zaj loj, feem thawj sawv cev rau Xatas, ces nyob hauv lub ntsiab thib ob, nws kuj yog ib lub cim ntawm Loos uas teev dab mlom.” The Great Controversy, 439.</w:t>
      </w:r>
    </w:p>
    <w:p>
      <w:pPr>
        <w:pStyle w:val="ArticleBody"/>
        <w:jc w:val="left"/>
      </w:pPr>
      <w:r>
        <w:rPr>
          <w:rFonts w:ascii="Times New Roman" w:hAnsi="Times New Roman" w:eastAsia="Times New Roman" w:cs="Times New Roman"/>
        </w:rPr>
        <w:t>Tus zaj yog Xatas, thiab nyob rau kev siv thib ob tus zaj sawv cev rau Loos teev dab mlom. Hauv keeb kwm ntawm Khetos txoj kev yug los, tus zaj ntawm Loos teev dab mlom raug sawv cev tawm los; tiam sis kev siv yav tom ntej uas ua tiav kawg nkaus ntawm tus zaj yog nyob hauv “hnub kawg.” Hauv “hnub kawg” tus zaj raug sawv cev los ntawm kaum tus vajntxwv ntawm United Nations. Lawv tsis tshwm nyob hauv keeb kwm ntawm Khetos txoj kev yug los, tiam sis nyob hauv keeb kwm ntawm txoj kev yug los ntawm ib puas plaub caug plaub txhiab leej, uas lawv txoj kev yug los ntawd tau raug ua qauv tseg los ntawm Khetos txoj kev yug los.</w:t>
      </w:r>
    </w:p>
    <w:p>
      <w:pPr>
        <w:pStyle w:val="ArticleScripture"/>
        <w:jc w:val="left"/>
      </w:pPr>
      <w:r>
        <w:rPr>
          <w:rFonts w:ascii="Times New Roman" w:hAnsi="Times New Roman" w:eastAsia="Times New Roman" w:cs="Times New Roman"/>
        </w:rPr>
        <w:t>“Cov vaj ntxwv thiab cov thawj kav thiab cov nom tswv tau muab lub cim ntawm tus timkhawv cuav antichrist tso rau saum lawv tus kheej, thiab raug sawv cev ua tus nab loj uas tawm mus ua rog nrog cov neeg dawb huv—nrog cov uas ceev Vajtswv tej lus txib thiab uas muaj txoj kev ntseeg ntawm Yexus.” Testimonies to Ministers, 38.</w:t>
      </w:r>
    </w:p>
    <w:p>
      <w:pPr>
        <w:pStyle w:val="ArticleBody"/>
        <w:jc w:val="left"/>
      </w:pPr>
      <w:r>
        <w:rPr>
          <w:rFonts w:ascii="Times New Roman" w:hAnsi="Times New Roman" w:eastAsia="Times New Roman" w:cs="Times New Roman"/>
        </w:rPr>
        <w:t>Kaum zaj kaum kub yog lub cim qhia txog nws txoj kev koom ua ib pab koomtes; nws xya lub taub hau uas muaj mom nyob saum lawv, qhia kom paub tseeb tias nws yog lub taub hau xya ntawm yim lub tebchaws hauv Vajlugkub tej lus faj lem, raws li tau sawv cev ob qho tib si hauv Nebuchadnezzar tus pej thuam hauv Daniyees tshooj ob, thiab kuj nyob hauv yim lub taub hau ntawm Tshwmsim tshooj kaum xya. Koom Haum Tebchaws Ntiaj Teb yog “dua ib yam txujci tseemceeb saum ntuj,” nyob rau lub sijhawm ntawd kiag thaum tus chij, uas tau yug los hauv txoj kev uas hla lub hav ntawm cov pob txha qhuav tuag, raug tsa mus rau saum ntuj. Zaj thiab tus pojniam tshwm sim ua yam txujci tseemceeb saum ntuj thaum txoj cai Sunday, uas kuj yog tib lub ntsiab lus sijhawm uas tus tsiaj qus hiavtxwv ntawm Kev Ntseeg Kas Tos Liv kuj raug “xav tsis thoob raws qab.”</w:t>
      </w:r>
    </w:p>
    <w:p>
      <w:pPr>
        <w:pStyle w:val="ArticleScripture"/>
        <w:jc w:val="left"/>
      </w:pPr>
      <w:r>
        <w:rPr>
          <w:rFonts w:ascii="Times New Roman" w:hAnsi="Times New Roman" w:eastAsia="Times New Roman" w:cs="Times New Roman"/>
        </w:rPr>
        <w:t>Kuv kuj pom ib lub taub hau ntawm nws zoo li raug ntaus txhab mus txog kev tuag; thiab nws lub txhab uas tuag ntawd raug kho kom zoo lawm: thiab tag nrho lub ntiajteb xav tsis thoob thiab raws tus tsiaj qus mus. Tshwm Sim 13:3.</w:t>
      </w:r>
    </w:p>
    <w:p>
      <w:pPr>
        <w:pStyle w:val="ArticleBody"/>
        <w:jc w:val="left"/>
      </w:pPr>
      <w:r>
        <w:rPr>
          <w:rFonts w:ascii="Times New Roman" w:hAnsi="Times New Roman" w:eastAsia="Times New Roman" w:cs="Times New Roman"/>
        </w:rPr>
        <w:t>Lub ntiajteb tab tom qhuas raws tus tsiaj hiav txwv papal, “tom qab” nws lub qhov txhab tuag taus raug kho zoo, thiab nws raug kho zoo ntawm txoj cai Hnub Caiv nyob hauv Tebchaws Meskas. Tus chij, tus zaj, thiab tus tsiaj puavleej raug qhuas raws, pib ntawm txoj cai Hnub Caiv nyob hauv Tebchaws Meskas. Tus yaj saub cuav qhia tawm qhov tseem ceeb tshaj plaws ntawm Xatas tej yam txujci dag ntxias nyob rau tib lub sijhawm ntawd, rau qhov yog tam sim ntawd tom qab txoj cai Hnub Caiv, thaum tus yaj saub cuav nyuam qhuav pib hais lus zoo li ib tug “zaj,” nws thiaj tawm mus dag ntxias tag nrho lub ntiajteb, thiab nws ua tiav nws txoj kev dag ntxias los ntawm saum ntuj los.</w:t>
      </w:r>
    </w:p>
    <w:p>
      <w:pPr>
        <w:pStyle w:val="ArticleScripture"/>
        <w:jc w:val="left"/>
      </w:pPr>
      <w:r>
        <w:rPr>
          <w:rFonts w:ascii="Times New Roman" w:hAnsi="Times New Roman" w:eastAsia="Times New Roman" w:cs="Times New Roman"/>
        </w:rPr>
        <w:t>Thiab kuv txawm pom dua ib tug tsiaj qus ntxiv sawv tawm hauv ntiajteb los; nws muaj ob tug kub zoo li ib tug menyuam yaj, tiamsis nws hais lus zoo li ib tug zaj. Thiab nws siv tag nrho txoj cai ntawm thawj tug tsiaj qus ntawd nyob rau ntawm nws xub ntiag, thiab ua rau lub ntiajteb thiab cov neeg uas nyob hauv nws pe hawm thawj tug tsiaj qus, tus uas nws qhov txhab txaus tuag twb raug kho zoo lawm. Thiab nws ua tej yam txujci loj kawg, txog nthat nws ua kom hluav taws nqes saum ntuj los rau hauv ntiajteb rau ntawm tibneeg qhov muag pom. Tshwmsim 13:11–13.</w:t>
      </w:r>
    </w:p>
    <w:p>
      <w:pPr>
        <w:pStyle w:val="ArticleBody"/>
        <w:jc w:val="left"/>
      </w:pPr>
      <w:r>
        <w:rPr>
          <w:rFonts w:ascii="Times New Roman" w:hAnsi="Times New Roman" w:eastAsia="Times New Roman" w:cs="Times New Roman"/>
        </w:rPr>
        <w:t>Tsov rog uas tau pib hauv lub ntuj ceeb tsheej thib peb xaus rau hauv lub ntuj ceeb tsheej thib ib. Kev koom tes peb ntu ntawm tus zaj, tus tsiaj nyaum, thiab tus yaj saub cuav raug Vajlugkub thiab Tus Ntsuj Plig Saub qhia meej tias yog pab koom phem. Thaum txog txoj cai Hnub Caiv, kev koom tes peb ntu ntawd pib coj tag nrho lub ntiaj teb mus ua tsov rog tawm tsam tus poj niam, raws li nws tab tom txav mus rau Armageddon. Thaum txog txoj cai Hnub Caiv, lawv los sawv ruaj hauv tshav rog ntawm lub ntuj ceeb tsheej thib ib, ces lawv swb! Raws li Loos sawv los muaj hwj chim peb zaug hauv keeb kwm ntawm lub ntiaj teb, nws ib txwm xub kov yeej nws tus yeeb ncuab, ces nws tus phooj ywg koom tes, ces nws tus neeg raug tsim txom, thiab ces poob lawm.</w:t>
      </w:r>
    </w:p>
    <w:p>
      <w:pPr>
        <w:pStyle w:val="ArticleScripture"/>
        <w:jc w:val="left"/>
      </w:pPr>
      <w:r>
        <w:rPr>
          <w:rFonts w:ascii="Times New Roman" w:hAnsi="Times New Roman" w:eastAsia="Times New Roman" w:cs="Times New Roman"/>
        </w:rPr>
        <w:t>Thiab kuv pom peb tug ntsuj plig qias neeg zoo li qav tawm hauv tus zaj lub qhov ncauj los, thiab tawm hauv tus tsiaj qus lub qhov ncauj los, thiab tawm hauv tus yaj saub cuav lub qhov ncauj los. Rau qhov lawv yog cov ntsuj plig ntawm dab phem, ua tej txuj ci tseem ceeb, uas mus cuag cov vaj ntxwv hauv ntiajteb thiab thoob plaws lub ntiajteb, kom sau lawv los rau kev ua rog rau hnub loj ntawd ntawm Vajtswv Tus Muaj Hwjchim Loj Kawg Nkaus. Saib seb, kuv los zoo li ib tug tub sab. Foom koob hmoov rau tus uas ceev faj zov thiab khaws nws tej tsoos tsho, tsam nws taug kev liab qab, thiab luag pom nws txoj kev txaj muag. Thiab nws tau sau lawv ua ke rau hauv ib qho chaw uas hu hauv lus Henplais tias Armageddon. Qhia Tshwm 16:13–16.</w:t>
      </w:r>
    </w:p>
    <w:p>
      <w:pPr>
        <w:pStyle w:val="ArticleBody"/>
        <w:jc w:val="left"/>
      </w:pPr>
      <w:r>
        <w:rPr>
          <w:rFonts w:ascii="Times New Roman" w:hAnsi="Times New Roman" w:eastAsia="Times New Roman" w:cs="Times New Roman"/>
        </w:rPr>
        <w:t>“Tsov rog saum ntuj” hauv “hnub kawg” tsis yog lus piv txwv; nws yog tsov rog ntawm kev sib txuas lus uas raug coj los ua nyob saum cov ntuj. Ntawm tus zaj lub qhov ncauj, ntawm tus tsiaj nyaum lub qhov ncauj, thiab ntawm tus yaj saub cuav lub qhov ncauj, muaj “dab phem tej ntsuj plig” tawm los, uas ua “txuj ci tseem ceeb.” Lo lus “ntsuj plig” txhais tias pa, thiab pa yog ib lub cim ntawm ib zaj lus. Tus pa hauv Ezekiel peb caug xya ua rau cov pob txha tuag rov muaj sia, thiab nws ua li ntawd los ntawm kev xa tawm txoj xov ntawm Islam, uas hauv phau Vajlugkub raug sawv cev ua cua tuaj sab hnub tuaj. “Ntsuj plig,” “cua,” thiab “pa” yog tib lo lus uas raug txhais ua peb lo lus Askiv ntawd, tsis hais hauv lus Henplais los yog hauv lus Kili.</w:t>
      </w:r>
    </w:p>
    <w:p>
      <w:pPr>
        <w:pStyle w:val="ArticleScripture"/>
        <w:jc w:val="left"/>
      </w:pPr>
      <w:r>
        <w:rPr>
          <w:rFonts w:ascii="Times New Roman" w:hAnsi="Times New Roman" w:eastAsia="Times New Roman" w:cs="Times New Roman"/>
        </w:rPr>
        <w:t>“Vajtswv muaj peev xwm ua pa txoj sia tshiab rau hauv txhua tus ntsuj plig uas xav ua haujlwm pab Nws nrog lub siab dawb paug, thiab kov daim di ncauj nrog ib lub ncaig hluav taws uas los ntawm lub thaj txi Ntuj, thiab ua kom lawv txawj hais lus qhuas Nws muaj hwj chim. Ntau txhiab lub suab yuav raug puv npo nrog lub hwj chim los tshaj tawm tej qhov tseeb uas zoo kawg hauv Vajtswv Txojlus. Tus nplaig txhav daig yuav raug tso kom dim, thiab cov uas txaj muag ntshai yuav raug ua kom muaj zog los ua tim khawv rau qhov tseeb nrog siab tawv. Thov kom tus Tswv pab Nws haiv neeg kom ntxuav lub tuam tsev ntawm tus ntsuj plig kom dawb huv ntawm txhua yam kev qias vuab tsuab, thiab kom ceev ib txoj kev sib raug zoo nrog Nws kom ze heev uas lawv thiaj li yuav tau koom hauv nag tom qab thaum nws raug nchuav los.” Review and Herald, July 20, 1886.</w:t>
      </w:r>
    </w:p>
    <w:p>
      <w:pPr>
        <w:pStyle w:val="ArticleBody"/>
        <w:jc w:val="left"/>
      </w:pPr>
      <w:r>
        <w:rPr>
          <w:rFonts w:ascii="Times New Roman" w:hAnsi="Times New Roman" w:eastAsia="Times New Roman" w:cs="Times New Roman"/>
        </w:rPr>
        <w:t>Cov “ntsuj plig” uas tawm hauv qhov ncauj ntawm tus zaj, tawm hauv qhov ncauj ntawm tus tsiaj qus, thiab tawm hauv qhov ncauj ntawm tus yaj saub cuav sawv cev rau tej lus xov uas yog los ntawm Xatas. Hauv thawj qhov kev sib ntaus hauv lub ntuj ceeb tsheej thib peb—nws yog kev sib txuas lus uas raug qias thiab raug ua kom txhaum, raws li sawv cev los ntawm tus nqa lub teeb uas raug qias lawm. Hauv qhov kev sib ntaus kawg hauv lub ntuj ceeb tsheej thib ib—nws rov qab yog dua ib zaug ntxiv, kev sib txuas lus uas raug qias. Kev sib txuas lus uas raug qias uas Xatas tau siv hauv kev ua rog ntawm lub ntuj ceeb tsheej thib peb, uas yuav raug siv dua nyob rau hauv kev ua rog ntawm lub ntuj ceeb tsheej thib ib, yog kev ntxias kom poob rau hauv hwj chim tswj siab, uas nyob rau tiam niaj hnub no hu ua hypnosis.</w:t>
      </w:r>
    </w:p>
    <w:p>
      <w:pPr>
        <w:pStyle w:val="ArticleScripture"/>
        <w:jc w:val="left"/>
      </w:pPr>
      <w:r>
        <w:rPr>
          <w:rFonts w:ascii="Times New Roman" w:hAnsi="Times New Roman" w:eastAsia="Times New Roman" w:cs="Times New Roman"/>
        </w:rPr>
        <w:t>“Cov txiv neej thiab poj niam tsis tsim nyog kawm txog txoj kev txawj uas yuav ntes thiab qhev tau lub siab lub ntsws ntawm cov uas nrog lawv koom ua ke. Nov yog txoj kev txawj uas Xatas qhia. Peb yuav tsum tawm tsam txhua yam uas muaj yam ntxwv li ntawd. Peb tsis tsim nyog kov yeej nrog mesmerism thiab hypnotism—txoj kev txawj ntawm tus uas tau poob ntawm nws thawj txoj hauj lwm thiab raug ntiab tawm ntawm tej tshav ntuj saum ntuj ceeb tsheej.” Manuscript 86, 1905.</w:t>
      </w:r>
    </w:p>
    <w:p>
      <w:pPr>
        <w:pStyle w:val="ArticleBody"/>
        <w:jc w:val="left"/>
      </w:pPr>
      <w:r>
        <w:rPr>
          <w:rFonts w:ascii="Times New Roman" w:hAnsi="Times New Roman" w:eastAsia="Times New Roman" w:cs="Times New Roman"/>
        </w:rPr>
        <w:t>Niaj hnub no nyob hauv lub ntiaj teb no, kev ua kom neeg raug hnov qab hauv siab raug ua tiav los ntawm cov tuam txhab thev naus laus zis loj heev dhau ntawm lub vas sab thoob ntiaj teb, uas siv yam uas raug hu ua txuj ci kev tshaj tawm niaj hnub no, tiamsis qhov tseeb yog qhov kev txawj ntse siab kawg nkaus ntawm txuj ci qub uas yog Dab Ntxwg Nyoog txoj kev ua kom neeg raug hnov qab hauv siab. Cov neeg txhawb kev tswj hwm thoob qab ntuj, cov tuam txhab thev naus laus zis loj heev, thiab cov neeg nplua nuj txog qib billions npaj siab yuav ntes lawv cov tsiaj raug hauv ib “lub vas” ntawm kev dag ntxias uas twb tau raug tsa ruaj thoob plaws lub ntiaj teb lawm. Yog hais raws li koj xav, ntawd yog Xatas cov PsyOps tawm tsam tag nrho lub ntiaj teb. Cov ntawd yog tej lus xov uas yog dab ntxwg nyoog li, tej uas coj lub ntiaj teb mus rau Armageddon, thiab tej lus xov uas yog dab ntxwg nyoog li ntawd raug tshaj tawm saum ntuj tib lub sijhawm uas peb tug tim tswv tab tom tshaj tawm Khetos txoj lus saum ntuj.</w:t>
      </w:r>
    </w:p>
    <w:p>
      <w:pPr>
        <w:pStyle w:val="ArticleScripture"/>
        <w:jc w:val="left"/>
      </w:pPr>
      <w:r>
        <w:rPr>
          <w:rFonts w:ascii="Times New Roman" w:hAnsi="Times New Roman" w:eastAsia="Times New Roman" w:cs="Times New Roman"/>
        </w:rPr>
        <w:t>Thiab kuv thiaj pom dua ib tug timtswv ya nyob nruab nrab saum ntuj, muaj txoj moo zoo uas nyob mus ib txhis los tshaj tawm rau cov uas nyob saum npoo av, thiab rau txhua haiv neeg, txhua xeem, txhua yam lus, thiab txhua pawg neeg, hais nrov nrov tias, Cia nej ntshai Vajtswv, thiab muab koob meej rau nws; rau qhov nws lub sij hawm txiav txim twb los txog lawm: thiab pe hawm tus uas tsim ntuj ceeb tsheej, thiab lub ntiajteb, thiab hiav txwv, thiab tej qhov dej txhawv. Ces muaj dua ib tug timtswv raws tom qab, hais tias, Npanpiloo poob lawm, poob lawm, lub nroog loj ntawd, vim nws tau ua rau txhua haiv neeg haus cawv txiv hmab ntawm txoj kev chim vim nws tej kev nkauj kev nraug. Thiab tus timtswv thib peb raws lawv qab, hais nrov nrov tias, Yog leejtwg pe hawm tus tsiaj qus thiab nws tus mlom, thiab txais nws lub cim rau ntawm nws hauv pliaj, lossis rau ntawm nws txhais tes, Tus ntawd kuj yuav haus cawv txiv hmab ntawm Vajtswv txoj kev chim, uas raug muab nchuav tsis sib tov rau hauv lub khob ntawm nws txoj kev npau taws; thiab nws yuav raug tsim txom nrog hluav taws thiab leej faj nyob rau ntawm cov timtswv dawb huv xub ntiag, thiab nyob rau ntawm tus Menyuam Yaj xub ntiag: Thiab pa luam yeeb ntawm lawv txoj kev tsim txom nce mus ib txhis ib txhis li: thiab lawv tsis muaj kev so nruab hnub los nruab hmo, yog cov uas pe hawm tus tsiaj qus thiab nws tus mlom, thiab leejtwg los txais lub cim ntawm nws lub npe. Qhia Tshwm 14:6–11.</w:t>
      </w:r>
    </w:p>
    <w:p>
      <w:pPr>
        <w:pStyle w:val="ArticleBody"/>
        <w:jc w:val="left"/>
      </w:pPr>
      <w:r>
        <w:rPr>
          <w:rFonts w:ascii="Times New Roman" w:hAnsi="Times New Roman" w:eastAsia="Times New Roman" w:cs="Times New Roman"/>
        </w:rPr>
        <w:t>Cov “dab” uas tawm ntawm txhua tus tswv cuab hauv txoj kev sib koom ua peb feem ntawd, tawm ntawm lawv lub qhov ncauj los. Kev hais lus ntawm ib lub tebchaws yog txoj haujlwm uas nws tsoom fwv ua.</w:t>
      </w:r>
    </w:p>
    <w:p>
      <w:pPr>
        <w:pStyle w:val="ArticleScripture"/>
        <w:jc w:val="left"/>
      </w:pPr>
      <w:r>
        <w:rPr>
          <w:rFonts w:ascii="Times New Roman" w:hAnsi="Times New Roman" w:eastAsia="Times New Roman" w:cs="Times New Roman"/>
        </w:rPr>
        <w:t>“Kev hais lus ntawm ib haiv neeg yog txoj kev ua ntawm nws cov thawj coj tsim cai lij choj thiab cov thawj coj txiav txim plaub ntug.” The Great Controversy, 443.</w:t>
      </w:r>
    </w:p>
    <w:p>
      <w:pPr>
        <w:pStyle w:val="ArticleBody"/>
        <w:jc w:val="left"/>
      </w:pPr>
      <w:r>
        <w:rPr>
          <w:rFonts w:ascii="Times New Roman" w:hAnsi="Times New Roman" w:eastAsia="Times New Roman" w:cs="Times New Roman"/>
        </w:rPr>
        <w:t>Yelemis raug cog lus tseg tias yog nws yuav cais cov nplej tawm ntawm cov quav nplej, thiab tsis rov qab mus rau cov quav nplej ntawd (txawm yog cov quav nplej yuav rov qab los cuag nws tau), ces Vajtswv yuav tsa nws ua Nws “lub qhov ncauj.”</w:t>
      </w:r>
    </w:p>
    <w:p>
      <w:pPr>
        <w:pStyle w:val="ArticleScripture"/>
        <w:jc w:val="left"/>
      </w:pPr>
      <w:r>
        <w:rPr>
          <w:rFonts w:ascii="Times New Roman" w:hAnsi="Times New Roman" w:eastAsia="Times New Roman" w:cs="Times New Roman"/>
        </w:rPr>
        <w:t>Kuv tsis tau zaum hauv pawg sib txoob ntawm cov neeg thuam luag, thiab tsis tau zoo siab; kuv zaum ib leeg vim yog koj txhais tes: rau qhov koj tau ua kom kuv puv npo nrog kev npau taws chim. Vim li cas kuv txoj kev mob thiaj nyob mus li, thiab kuv lub qhov txhab thiaj kho tsis tau, uas tsis kam txais kev kho? Koj puas yuav ua rau kuv zoo li tus dag ntxias kiag li, thiab zoo li dej uas qhuav mus? Yog li no tus Tswv hais li no, Yog koj tig rov qab, ces kuv yuav coj koj rov qab los, thiab koj yuav sawv ntawm kuv xub ntiag: thiab yog koj cais yam muaj nqis tawm ntawm yam qias neeg, koj yuav zoo li kuv lub qhov ncauj: cia lawv tig rov qab los cuag koj; tiam sis koj txhob tig rov qab mus cuag lawv. Yelemis 15:17–19.</w:t>
      </w:r>
    </w:p>
    <w:p>
      <w:pPr>
        <w:pStyle w:val="ArticleBody"/>
        <w:jc w:val="left"/>
      </w:pPr>
      <w:r>
        <w:rPr>
          <w:rFonts w:ascii="Times New Roman" w:hAnsi="Times New Roman" w:eastAsia="Times New Roman" w:cs="Times New Roman"/>
        </w:rPr>
        <w:t>Yelemis tab tom sawv cev rau cov Millerites hauv lawv thawj zaug kev poob siab, uas xav tias Vajtswv tau dag. Vajtswv tsis tau dag, Nws tsuas yog tsa Nws txhais tes npog ib qho yuam kev uas nyob hauv daim ntawv qhia xyoo 1843 xwb. Yelemis tau txais lus cog tseg, ib yam li cov uas poob siab rau hnub Lub Xya hli ntuj 18, 2020, kuj tau txais lus cog tseg; tias yog lawv yuav cais lawv tus kheej tawm ntawm cov neeg ruam thiab tej lus qhuab qhia uas yog ntawm Xatas uas tau muaj ua ntej txoj kev poob siab, ces tus Tswv yuav tsa Yelemis, thiab cov uas nws yog tus qauv piv txwv rau lawv, ua Nws “lub qhov ncauj.” Daim ntawv qhia xyoo 1843 tau raug tsim tawm los ua kom tiav raws li lo lus txib kom ua li ntawd hauv Habakkuk tshooj ob.</w:t>
      </w:r>
    </w:p>
    <w:p>
      <w:pPr>
        <w:pStyle w:val="ArticleScripture"/>
        <w:jc w:val="left"/>
      </w:pPr>
      <w:r>
        <w:rPr>
          <w:rFonts w:ascii="Times New Roman" w:hAnsi="Times New Roman" w:eastAsia="Times New Roman" w:cs="Times New Roman"/>
        </w:rPr>
        <w:t>“Nws yog zaj lus tim khawv sib koom ua ke ntawm cov xibfwb qhuab qhia thiab cov ntawv xov xwm ntawm Kev Los Zaum Ob, thaum lawv sawv ruaj nreb rau saum ‘txoj kev ntseeg thawj thaum chiv keeb,’ tias kev luam tawm daim chart yog qhov ua kom tiav ntawm Habakkuk 2:2, 3. Yog daim chart yog ib yam uas yog ncauj lus hauv lus faj lem (thiab cov uas tsis lees nws ntawd yog lawv tso txoj kev ntseeg thawj thaum chiv keeb tseg), ces qhov ntawd ua raws tias BC 457 yog lub xyoo uas yuav tsum pib suav 2300 hnub ntawd. Nws yog qhov tsim nyog kom 1843 yog thawj lub sijhawm uas tau muab luam tawm, xwv kom ‘lub zeem muag’ thiaj ‘ncua,’ los yog kom muaj ib lub sijhawm ncua, uas pab pawg nkauj xwb yuav tsum tsaug zog thiab pw tsaug zog rau saum zaj ncauj lus loj txog lub sijhawm, ua ntej lawv yuav raug tsa kom sawv los ntawm Txoj Kev Quaj Thaum Ib Tag Hmo.” James White, Second Advent Review and Sabbath Herald, Ntim 1, Zauv 2.</w:t>
      </w:r>
    </w:p>
    <w:p>
      <w:pPr>
        <w:pStyle w:val="ArticleBody"/>
        <w:jc w:val="left"/>
      </w:pPr>
      <w:r>
        <w:rPr>
          <w:rFonts w:ascii="Times New Roman" w:hAnsi="Times New Roman" w:eastAsia="Times New Roman" w:cs="Times New Roman"/>
        </w:rPr>
        <w:t>Tus Tswv, los ntawm Habakkuk, tau txib kom cov Millerites tsim daim ntawv qhia xyoo 1843, thiab nyob hauv ntawd muaj ib qho yuam kev uas Tus Tswv tau npog Nws txhais tes rau saum. Vim li no Yelemis thiaj hais tias nws txoj kev poob siab yog vim Vajtswv txhais tes. Thaum, tom qab txoj kev poob siab ntawd, Tus Tswv coj cov Millerites rov qab mus rau Habakkuk tshooj ob, lawv thiaj pom lo lus cog tseg tias txawm yog yog toog pom ntawd yuav ncua, los lawv yuav tsum tos nws, rau qhov nws yuav tsis dag, thiab thaum kawg nws yuav “hais”.</w:t>
      </w:r>
    </w:p>
    <w:p>
      <w:pPr>
        <w:pStyle w:val="ArticleBody"/>
        <w:jc w:val="left"/>
      </w:pPr>
      <w:r>
        <w:rPr>
          <w:rFonts w:ascii="Times New Roman" w:hAnsi="Times New Roman" w:eastAsia="Times New Roman" w:cs="Times New Roman"/>
        </w:rPr>
        <w:t>Lub zeem muag uas “hais lus” ntawd sawv cev rau cov ntsiab lus ntawm cov lus cev Vajtswv lus, thiab lo lus cog tseg rau Yelemis yog tias yog nws yuav muab txoj kev poob siab tshem tawm, rov qab los rau txoj kev kub siab rau cov lus ntawd uas nws tau muaj ua ntej txoj kev poob siab, thiab yog tias nws yuav cais kom pom qhov txawv ntawm nplej thiab npluag, nws yuav yog Vajtswv “lub ncauj,” thiab yuav nthuav tawm cov lus ntawm Kev Quaj Hu Thaum Ib Tag Hmo.</w:t>
      </w:r>
    </w:p>
    <w:p>
      <w:pPr>
        <w:pStyle w:val="ArticleScripture"/>
        <w:jc w:val="left"/>
      </w:pPr>
      <w:r>
        <w:rPr>
          <w:rFonts w:ascii="Times New Roman" w:hAnsi="Times New Roman" w:eastAsia="Times New Roman" w:cs="Times New Roman"/>
        </w:rPr>
        <w:t>Vim yog txoj kev tshwm sim no tseem yog rau lub sijhawm uas twb teem cia lawm; tiamsis thaum kawg nws yuav hais tawm, thiab yuav tsis dag: txawm yog nws zoo li qeeb los, cia li tos nws; vim nws yuav los txog tseeb tiag, nws yuav tsis ncua. Habakkuk 2:3.</w:t>
      </w:r>
    </w:p>
    <w:p>
      <w:pPr>
        <w:pStyle w:val="ArticleBody"/>
        <w:jc w:val="left"/>
      </w:pPr>
      <w:r>
        <w:rPr>
          <w:rFonts w:ascii="Times New Roman" w:hAnsi="Times New Roman" w:eastAsia="Times New Roman" w:cs="Times New Roman"/>
        </w:rPr>
        <w:t>Cov neeg uas Yelemis sawv cev rau, nyob rau hauv ob qho kev txav ntawm tus tim tswv thawj thiab tus tim tswv thib peb, uas ua tiav lo lus txib kom rov qab los, yuav yog “lub qhov ncauj” ntawm tus Tswv nyob rau hauv kev ua rog tawm tsam pawg kev sib koom ua phem, saum tshav rog ntawm thawj ntuj ceeb tsheej. Lawv yuav nthuav tawm txoj xov ntawm Kev Qw Nruab Nrab Hmo Ntuj. Cov uas Yelemis sawv cev rau tam sim no tab tom hnov ib “lub suab” hauv tebchaws moj sab qhua. Peb hnub ib nrab uas yog cim sawv cev yog ib lub cim ntawm ib thaj moj sab qhua yav tom ntej.</w:t>
      </w:r>
    </w:p>
    <w:p>
      <w:pPr>
        <w:pStyle w:val="ArticleScripture"/>
        <w:jc w:val="left"/>
      </w:pPr>
      <w:r>
        <w:rPr>
          <w:rFonts w:ascii="Times New Roman" w:hAnsi="Times New Roman" w:eastAsia="Times New Roman" w:cs="Times New Roman"/>
        </w:rPr>
        <w:t>Lub suab ntawm tus uas qw hauv tebchaws moj sab qhua hais tias, Nej cia li npaj txojkev rau tus Tswv, thiab ua ib txojkev loj ncaj nraim hauv hav suab puam rau peb tus Vajtswv. Txhua lub hav yuav raug tsa kom siab, thiab txhua lub roob thiab txhua lub pov toj yuav raug txo kom qis; yam nkhaus yuav raug ua kom ncaj, thiab tej chaw tawv ncauj tsis sib luag yuav raug ua kom tiaj tus. Ces tus Tswv lub hwjchim ci ntsa iab yuav raug muab tshwm tawm, thiab txhua tus neeg uas muaj cev nqaij daim tawv yuav pom nws ua ke; rau qhov tus Tswv lub qhov ncauj twb hais li ntawd lawm. Yaxayas 40:3–5.</w:t>
      </w:r>
    </w:p>
    <w:p>
      <w:pPr>
        <w:pStyle w:val="ArticleBody"/>
        <w:jc w:val="left"/>
      </w:pPr>
      <w:r>
        <w:rPr>
          <w:rFonts w:ascii="Times New Roman" w:hAnsi="Times New Roman" w:eastAsia="Times New Roman" w:cs="Times New Roman"/>
        </w:rPr>
        <w:t>Peb yuav txuas ntxiv peb qhov kev txiav txim siab txog qhov kev sib ntaus kawg ntawm tsov rog kev sim siab, uas tau pib hauv lub ntuj ceeb tsheej thib peb thiab xaus hauv lub ntuj ceeb tsheej thib ib, hauv zaj lus tom ntej.</w:t>
      </w:r>
    </w:p>
    <w:p>
      <w:pPr>
        <w:pStyle w:val="ArticleScripture"/>
        <w:jc w:val="left"/>
      </w:pPr>
      <w:r>
        <w:rPr>
          <w:rFonts w:ascii="Times New Roman" w:hAnsi="Times New Roman" w:eastAsia="Times New Roman" w:cs="Times New Roman"/>
        </w:rPr>
        <w:t>Ces tag nrho cov Midias thiab cov Amalekites thiab cov tub ki sab hnub tuaj tau sib sau ua ke, lawv hla los thiab tsa yeej nyob hauv hav Jezreel. Tiamsis tus Ntsuj Plig ntawm tus Tswv los rau saum Khede-oos, thiab nws tshuab raj; ces cov neeg Abiezer thiaj raug hu tuaj raws nws qab. Thiab nws txib tub xa xov mus thoob plaws tag nrho Manaxes; cov uas kuj raug hu tuaj raws nws qab thiab: nws kuj txib tub xa xov mus rau Asher, thiab rau Zebulun, thiab rau Naphtali; ces lawv tuaj nce los ntsib lawv. Cov Txiav Txim 6:33–35.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Kev Qhia Tshwm ntawm Yexus Khetos - Zauv Kaum</dc:title>
  <dc:subject>Tsov Rog nyob saum ntuj</dc:subject>
  <dc:creator>Jeff Pippenger</dc:creator>
  <cp:keywords/>
  <dc:description>Generated by ArticleDigger from revelation\10_revelation.json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