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Kev Tshwm Sim Ntawm Yexus Khetos - Zauv Kaum Plaub</w:t>
      </w:r>
    </w:p>
    <w:p>
      <w:pPr>
        <w:pStyle w:val="ArticleSubtitle"/>
        <w:jc w:val="left"/>
      </w:pPr>
      <w:r>
        <w:rPr>
          <w:rFonts w:ascii="Arial" w:hAnsi="Arial" w:eastAsia="Arial" w:cs="Arial"/>
        </w:rPr>
        <w:t>Daim Foob Xyae zaum Xya muaj xya lub tsiaj nyaum nyob puv ib ncig lub zwm txwv ntawm Vajtswv—cov no yog cov txivneej huabtais ua raws li xya tej kevcai ntawm Vajtswv; lawv yog cov xibhwb tshaj lij, thiab txhua tus twb muaj ib tug tim khawv rau lawv. Kuv tau pom ib daim foob zoo li lub chaw khaws tej zais lus tob tshaj plaws, thiab nws twb raug qhib lawm. Thaum tus Menyuam Yaj qhib daim Foob Xya, muaj kev ntsiag to nyob saum ntuj li ib nrab teev. Tom qab ntawd, xya tug timtswv uas sawv ntawm Vajtswv xub ntiag txais xya lub raj (Tshwmsim 8:1–2).</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2023-11-11</w:t>
      </w:r>
    </w:p>
    <w:p>
      <w:pPr>
        <w:pStyle w:val="ArticleBody"/>
        <w:jc w:val="left"/>
      </w:pPr>
      <w:r>
        <w:rPr>
          <w:rFonts w:ascii="Times New Roman" w:hAnsi="Times New Roman" w:eastAsia="Times New Roman" w:cs="Times New Roman"/>
        </w:rPr>
        <w:t>Tsov rog sim siab ntawm cov tubtxib saum ntuj, uas pib nrog Lucifer nyob rau saum ntuj ceeb tsheej thib peb raws li tau sawv cev nyob hauv Tshwmsim tshooj kaum ob, yog ib yam piv txwv txog tsov rog sim siab ntawm tibneeg thiab cov tubtxib saum ntuj, uas xaus rau saum ntuj ceeb tsheej thib ib. Thaum Xatas thiab nws cov tubtxib saum ntuj raug muab ntiab tawm hauv saum ntuj ceeb tsheej thib peb lawm, Xatas thiaj qhib ib lub hauv ntej tshiab ntawm kev ua rog hauv lub vaj Edees. Ib yam li hauv tsov rog ntawm saum ntuj ceeb tsheej thib peb nrog Lucifer, Vajtswv kuj tau tsa ib lub caij sim siab rau noob neej. Tsov rog nyob rau saum ntuj ceeb tsheej thib ib uas yuav pib tiag tiag thaum txoj cai Hnub Caiv Cuav uas yuav los sai no los txog, sawv cev rau qhov kawg ntawm lub sijhawm sim siab rau noob neej.</w:t>
      </w:r>
    </w:p>
    <w:p>
      <w:pPr>
        <w:pStyle w:val="ArticleBody"/>
        <w:jc w:val="left"/>
      </w:pPr>
      <w:r>
        <w:rPr>
          <w:rFonts w:ascii="Times New Roman" w:hAnsi="Times New Roman" w:eastAsia="Times New Roman" w:cs="Times New Roman"/>
        </w:rPr>
        <w:t>Hauv phau Ntawv Qhia Tshwm tshooj kaum ob thiab kaum peb, muaj kev sawv cev txog tus zaj, tus tsiaj qus, thiab tus yaj saub cuav. Feem ntau, peb lub hwj chim no raug to taub tias feem coob yog sawv cev rau keeb kwm yav dhau los ntawm peb lub hwj chim ntawd, tiamsis Yauhas raug hais kom sau txog “tej uas yuav muaj los,” thiab tag nrho phau Ntawv Qhia Tshwm hais txog “hnub kawg,” yog li ntawd peb tab tom siv lub hauv paus ntsiab lus hauv Vajlugkub tias qhov kawg raug ua piv txwv qhia los ntawm qhov pib, thiab siv cov cim hauv phau Ntawv Qhia Tshwm raws li qhov tseeb rau tam sim no, tsis yog qhov tseeb yav dhau los.</w:t>
      </w:r>
    </w:p>
    <w:p>
      <w:pPr>
        <w:pStyle w:val="ArticleBody"/>
        <w:jc w:val="left"/>
      </w:pPr>
      <w:r>
        <w:rPr>
          <w:rFonts w:ascii="Times New Roman" w:hAnsi="Times New Roman" w:eastAsia="Times New Roman" w:cs="Times New Roman"/>
        </w:rPr>
        <w:t>Dab Ntxwg twb raug txheeb paub lawm tias, hauv ob qho tib si—hauv tsov rog uas nws tau pib hauv lub ntuj ceeb tsheej thib peb, thiab hauv thawj qhov kev sib ntaus uas nws tau coj los rau tibneeg hauv lub vaj Edees—nws tau siv “kev hais ntxias kom poob siab” los xa nws tej lus sib txuas lus uas raug ua qias tsis huv, kom thiaj ua tiav nws txoj kev ua rog.</w:t>
      </w:r>
    </w:p>
    <w:p>
      <w:pPr>
        <w:pStyle w:val="ArticleScripture"/>
        <w:jc w:val="left"/>
      </w:pPr>
      <w:r>
        <w:rPr>
          <w:rFonts w:ascii="Times New Roman" w:hAnsi="Times New Roman" w:eastAsia="Times New Roman" w:cs="Times New Roman"/>
        </w:rPr>
        <w:t>“Xatas tau ntxias thawj tug Adas hauv Edees, thiab Adas nrog tus yeeb ncuab sib cav xav, yog li ntawd nws thiaj muab qhov zoo rau nws. Xatas siv nws lub hwj chim ntawm kev qaug ntxias tswj siab rau saum Adas thiab Evas, thiab lub hwj chim no nws kuj siv zog xav coj los siv rau saum Khetos. Tiamsis tom qab uas Vaj Lug Kub lo lus raug hais tawm lawm, Xatas thiaj paub tias nws tsis muaj ib lub sijhawm los yeej kiag li.</w:t>
      </w:r>
    </w:p>
    <w:p>
      <w:pPr>
        <w:pStyle w:val="ArticleScripture"/>
        <w:jc w:val="left"/>
      </w:pPr>
      <w:r>
        <w:rPr>
          <w:rFonts w:ascii="Times New Roman" w:hAnsi="Times New Roman" w:eastAsia="Times New Roman" w:cs="Times New Roman"/>
        </w:rPr>
        <w:t>“Txiv neej thiab poj niam tsis tsim nyog kawm txoj kev txawj uas qhia kom ntes tau lub siab thiab lub tswv yim ntawm cov uas nrog lawv koom nrog. Qhov no yog txoj kev txawj uas Xatas qhia. Peb yuav tsum tawm tsam txhua yam uas zoo li ntawd. Peb tsis tsim nyog mus cuam tshuam nrog mesmerism thiab hypnotism—uas yog txoj kev txawj ntawm tus uas tau poob ntawm nws thawj lub xeev thiab raug ntiab tawm ntawm tej tshav ntuj saum ntuj ceeb tsheej.” Mind, Character and Personality, 713.</w:t>
      </w:r>
    </w:p>
    <w:p>
      <w:pPr>
        <w:pStyle w:val="ArticleBody"/>
        <w:jc w:val="left"/>
      </w:pPr>
      <w:r>
        <w:rPr>
          <w:rFonts w:ascii="Times New Roman" w:hAnsi="Times New Roman" w:eastAsia="Times New Roman" w:cs="Times New Roman"/>
        </w:rPr>
        <w:t>“txoj kev txawj ntse uas Xatas qhia” tau raug cov tub lag luam thoob ntiaj teb ua kom tiav npo, thiab raug coj los siv dhau ntawm “kev loj super highway ntawm ntaub ntawv” hauv “hnub kawg.” Xatas yog leej txiv ntawm tej lus dag, thiab cov tuam txhab xov xwm loj tsis yog tsuas txhawb tej lus cuav xwb, lawv tseem lim tawm qhov tseeb, lawv taug qab cov uas lawv txiav txim tias yog neeg cuav kev ntseeg, thiab lawv siv hom kev ua kom poob siab-tsis-nco-qab uas txawj tshaj plaws uas ib txwm tau xyaum dua hauv keeb kwm ntawm lub ntiaj teb no. Tsov rog uas tau pib hauv lub ntuj ceeb tsheej thib peb qhia kom pom meej txog yam ntxwv no ntawm Xatas txoj kev ua tsov rog, kom cov neeg ncaj ncees uas tseem ciaj sia thaum tsov rog ntawm lub ntuj ceeb tsheej thib ib pib txav mus thiaj raug ceeb toom ua ntej los ntawm kev paub ua ntej. Thaum peb to taub tias lub chaw tswj hwm rau lub vas xaij thoob ntiaj teb, thiab “kev loj super highway ntawm ntaub ntawv” raug tuav tswj thiab kav nyob hauv Tebchaws Meskas, ces peb pom ib daim duab ntawm qhov uas txhais tau tias Tebchaws Meskas hu hluav taws nqes saum ntuj los thiab dag ntxias tag nrho lub ntiaj teb. “Hluav taws” hauv phau Ntawv Tshwmsim sawv cev rau ib zaj lus.</w:t>
      </w:r>
    </w:p>
    <w:p>
      <w:pPr>
        <w:pStyle w:val="ArticleBody"/>
        <w:jc w:val="left"/>
      </w:pPr>
      <w:r>
        <w:rPr>
          <w:rFonts w:ascii="Times New Roman" w:hAnsi="Times New Roman" w:eastAsia="Times New Roman" w:cs="Times New Roman"/>
        </w:rPr>
        <w:t>Lub cim nyob hauv Tshwm Sim tshooj kaum peb, thiab nqe kaum peb, raug rho tawm los ntawm qhov kev sib ntaus ntawm Roob Karmel, qhov chaw uas cov yaj saub ntawm Npa-as thiab cov yaj saub ntawm tej ncej xyoob dawb huv tsis muaj peev xwm hu kom hluav taws nqes saum ntuj los lees paub tias Npa-as thiab Ashtaroth yog vajtswv tseeb. Npa-as, yog ib tug vajtswv txivneej, thiab Ashtaroth yog ib tug vajtswv pojniam, sawv cev rau tus duab ntawm tus tsiaj qus, yog kev sib xyaw tsis dawb huv ntawm pawg ntseeg thiab lub xeev. Lawv yog Yexanpees cov yaj saub, tus uas nyob hauv ib txoj kev sib raug tsis dawb huv nrog Ahab. Ob tug timkhawv yaj saub ntawd ntawm tus duab ntawm tus tsiaj qus hauv zaj keeb kwm ntawm Roob Karmel, qhia txog tes haujlwm ntawm Tebchaws Meskas hauv kev xub tsim ib tug duab ntawm txoj kev cai papal hauv Tebchaws Meskas, thiab tom qab ntawd hauv lub ntiajteb no. “Hluav taws” ntawm Karmel yuav tsum yog pov thawj qhia tias leejtwg yog Vajtswv tseeb tiag. Nws sawv cev rau ib qho kev tshwm saum ntuj los uas qhia tus Vajtswv tseeb, thiab tib qho teeb meem ntawd tseem muaj thaum Tebchaws Meskas hu kom hluav taws nqes saum ntuj los.</w:t>
      </w:r>
    </w:p>
    <w:p>
      <w:pPr>
        <w:pStyle w:val="ArticleBody"/>
        <w:jc w:val="left"/>
      </w:pPr>
      <w:r>
        <w:rPr>
          <w:rFonts w:ascii="Times New Roman" w:hAnsi="Times New Roman" w:eastAsia="Times New Roman" w:cs="Times New Roman"/>
        </w:rPr>
        <w:t>Nyob rau hauv phau ntawv Yaxayas, Vajtswv uas qhia qhov kawg txij thaum pib los, hais ncaj qha rau qhov chaw qub ntawm Roob Khamel, thiab kuj hais rau qhov xwm txheej yav tom ntej uas sawv cev thaum Tebchaws Meskas hu hluav taws nqis saum ntuj los.</w:t>
      </w:r>
    </w:p>
    <w:p>
      <w:pPr>
        <w:pStyle w:val="ArticleScripture"/>
        <w:jc w:val="left"/>
      </w:pPr>
      <w:r>
        <w:rPr>
          <w:rFonts w:ascii="Times New Roman" w:hAnsi="Times New Roman" w:eastAsia="Times New Roman" w:cs="Times New Roman"/>
        </w:rPr>
        <w:t>Nej cov nej lus, tus Tswv hais li no; coj nej tej lus tim khawv muaj zog tuaj, tus Vajntxwv ntawm Yakhauj hais li no. Cia lawv coj tej ntawd tawm los, thiab qhia rau peb paub tias yuav muaj dab tsi tshwm sim: cia lawv qhia tej xwm txheej thaum ub, tias yog dab tsi, kom peb thiaj xav txog lawv, thiab paub txog lawv qhov kawg; los sis tshaj tawm rau peb paub txog tej uas tseem yuav los. Qhia tej uas yuav muaj tom qab no, kom peb thiaj paub tias nej yog tej vajtswv tiag: yog lawm, cia nej ua zoo los yog ua phem, kom peb poob siab ntshai, thiab pom nws ua ke. Saib seb, nej yog tsis muaj dab tsi li, thiab nej tes haujlwm yog tsis muaj nqis li; tus uas xaiv nej yog yam uas qias neeg ntxub kawg nkaus. Kuv tau tsa ib tug los ntawm sab qaum teb, thiab nws yuav los; ntawm qhov chaw hnub tuaj nws yuav hu raws li kuv lub npe: thiab nws yuav los tsuj cov thawj coj ib yam li tsuj av nplaum, ib yam li tus kws puab laujkaub tsuj av nplaum. Leejtwg tau tshaj tawm txij thaum chiv keeb los, kom peb thiaj paub? thiab ua ntej lawd, kom peb thiaj hais tau tias, Nws ncaj ncees? Yog lawm, tsis muaj leejtwg qhia li, yog lawm, tsis muaj leejtwg tshaj tawm li, yog lawm, tsis muaj leejtwg hnov nej tej lus li. Tus xub thawj yuav hais rau Xi-oos tias, Saib seb, saib seb lawv no! thiab kuv yuav muab ib tug uas coj txoj xov zoo rau Yeluxalees. Yaxayas 41:21–27.</w:t>
      </w:r>
    </w:p>
    <w:p>
      <w:pPr>
        <w:pStyle w:val="ArticleBody"/>
        <w:jc w:val="left"/>
      </w:pPr>
      <w:r>
        <w:rPr>
          <w:rFonts w:ascii="Times New Roman" w:hAnsi="Times New Roman" w:eastAsia="Times New Roman" w:cs="Times New Roman"/>
        </w:rPr>
        <w:t>Hauv txoj kev ua rog hauv thawj lub ntuj uas yuav pib tshwm sim thaum txoj cai Hnub Caiv uas yuav los sai no raug tsa los siv, Tebchaws Meskas, thiab kuj yog Xatas nws tus kheej, yuav raug pub kom “nthuav” lawv “rooj plaub,” thiab lawv yuav hu hluav taws nqis saum ntuj los hauv ib txoj kev sim ua pov thawj tias tus vajtswv ntawm Jezebel yog tus Vajtswv tseeb. Lub ntiajteb yuav raug yuam kom lees txais lub cim ntawm hnub teev hawm ntawm tus vajtswv ntawd. Hluav taws uas raug hu nqis saum ntuj los, dhau ntawm “txoj kev loj tshaj xov xwm ntaub ntawv” mus cuag tag nrho noob neej, yog ib txoj haujlwm ntawm “yam tsis muaj nqis,” thiab tus uas xaiv txoj xov uas raug xa los ntawm txoj kev ntawd yog ib “yam qias neeg.”</w:t>
      </w:r>
    </w:p>
    <w:p>
      <w:pPr>
        <w:pStyle w:val="ArticleBody"/>
        <w:jc w:val="left"/>
      </w:pPr>
      <w:r>
        <w:rPr>
          <w:rFonts w:ascii="Times New Roman" w:hAnsi="Times New Roman" w:eastAsia="Times New Roman" w:cs="Times New Roman"/>
        </w:rPr>
        <w:t>Hauv txoj kev ua rog ntawd, ib puas plaub caug plaub txhiab leej, thiab tom qab ntawd pab neeg coob kawg uas suav tsis txheeb, yuav yog Vajtswv cov timkhawv hauv qhov kev sib cav hais txog leejtwg yog Vajtswv tseeb. Cov lus uas xa tawm ntawm ob tog ntawm txoj kev ua rog ntawd raug sawv cev ua “hluav taws.” Txhua haiv neeg yuav raug sau los ua ke kom txiav txim seb leejtwg yog Vajtswv tseeb, thiab yuav muaj ob pab timkhawv kom thiaj li tsim kom muaj “qhov tseeb.”</w:t>
      </w:r>
    </w:p>
    <w:p>
      <w:pPr>
        <w:pStyle w:val="ArticleScripture"/>
        <w:jc w:val="left"/>
      </w:pPr>
      <w:r>
        <w:rPr>
          <w:rFonts w:ascii="Times New Roman" w:hAnsi="Times New Roman" w:eastAsia="Times New Roman" w:cs="Times New Roman"/>
        </w:rPr>
        <w:t>Cia txhua haiv neeg sib sau ua ke, thiab cia cov tibneeg raug hu tuaj txoos ua ke: leejtwg nyob hauv lawv yuav tshaj tawm tau qhov no, thiab qhia tej uas yav dhau los rau peb? cia lawv coj lawv cov timkhawv los, xwv kom lawv thiaj raug suav hais tias ncaj ncees: los yog cia lawv mloog, thiab hais tias, Qhov no yog qhov tseeb. Nej yog kuv cov timkhawv, hais tias tus Tswv, thiab yog kuv tus tub qhe uas kuv tau xaiv: kom nej thiaj paub thiab ntseeg kuv, thiab nkag siab tias kuv yog tus ntawd: ua ntej kuv yeej tsis muaj ib tug vajtswv twg raug tsim, thiab tom qab kuv los kuj yuav tsis muaj ib tug li. Kuv, yog kuv tus kheej, yog tus Tswv; thiab dhau ntawm kuv lawm tsis muaj tus cawmseej. Kuv tau tshaj tawm, thiab tau cawm dim, thiab tau qhia tawm, thaum tseem tsis tau muaj ib tug vajtswv txawv nyob hauv nej: yog li ntawd nej yog kuv cov timkhawv, hais tias tus Tswv, tias kuv yog Vajtswv. Yaxayas 43:9–12.</w:t>
      </w:r>
    </w:p>
    <w:p>
      <w:pPr>
        <w:pStyle w:val="ArticleBody"/>
        <w:jc w:val="left"/>
      </w:pPr>
      <w:r>
        <w:rPr>
          <w:rFonts w:ascii="Times New Roman" w:hAnsi="Times New Roman" w:eastAsia="Times New Roman" w:cs="Times New Roman"/>
        </w:rPr>
        <w:t>Qhov kev tshwm sim kawg ntawm Roob Khamel muaj cov timkhawv rau Xatas thiab cov timkhawv rau Vajtswv. Qhov kev qhia tawm no yog los ua pov thawj tias leejtwg yog Vajtswv tseeb tiag, tiam sis cov timkhawv ncaj ncees ntawm Vajtswv yuav tsum ua timkhawv txog dabtsi?</w:t>
      </w:r>
    </w:p>
    <w:p>
      <w:pPr>
        <w:pStyle w:val="ArticleScripture"/>
        <w:jc w:val="left"/>
      </w:pPr>
      <w:r>
        <w:rPr>
          <w:rFonts w:ascii="Times New Roman" w:hAnsi="Times New Roman" w:eastAsia="Times New Roman" w:cs="Times New Roman"/>
        </w:rPr>
        <w:t>Tus Tswv, tus Vajntxwv kav cov Yixayee, thiab lawv tus Txhiv Dim, tus Tswv uas kav ib tsoom tubrog, hais li no tias: Kuv yog tus thawj, thiab Kuv yog tus kawg; thiab dhau ntawm Kuv lawm tsis muaj ib tug Vajtswv twg. Leejtwg, ib yam li Kuv, yuav hu tau, thiab yuav tshaj tawm tau, thiab yuav muab nws teem tseg raws kev txiav txim rau Kuv, txij thaum Kuv tsa haiv neeg puag thaum ub los? Thiab tej uas tab tom yuav los, thiab tej uas yuav tshwm sim, cia lawv qhia rau lawv paub. Nej txhob ntshai, thiab tsis txhob txaj muag: puas yog Kuv tsis tau qhia rau koj txij thaum ntawd los, thiab tsis tau tshaj tawm lawm lov? Nej yeej yog Kuv cov timkhawv. Puas muaj ib tug Vajtswv dua li Kuv? Muaj tseeb, tsis muaj ib tug Vajtswv twg li; Kuv tsis paub muaj ib tug li. Cov uas ua mlom puab yog txhua tus tsis muaj nqis; thiab tej yam uas lawv nyiam heev yuav tsis muaj txiaj ntsig li; thiab tej ntawd yog lawv tus kheej cov timkhawv; lawv tsis pom, thiab tsis paub; kom lawv raug txaj muag. Yaxayas 44:6–9.</w:t>
      </w:r>
    </w:p>
    <w:p>
      <w:pPr>
        <w:pStyle w:val="ArticleBody"/>
        <w:jc w:val="left"/>
      </w:pPr>
      <w:r>
        <w:rPr>
          <w:rFonts w:ascii="Times New Roman" w:hAnsi="Times New Roman" w:eastAsia="Times New Roman" w:cs="Times New Roman"/>
        </w:rPr>
        <w:t>Cov neeg ncaj ncees hauv qhov kev sib ntsib kawg ntawm Roob Carmel yuav tsum ua tim khawv rau qhov tseeb tias Vajtswv yog tus xub thawj thiab tus kawg. Nws yog tus Vajtswv uas “tsa haiv neeg thaum ub,” kom qhia kom paub txog “tej yam uas tab tom yuav los.” Cov tim khawv ntawm Vajtswv yuav tsum nthuav tawm Phau Ntawv Qhia Tshwm Sim ntawm Yexus Khetos uas raug qhib tawm tsis ntev ua ntej qhov kev sib ntaus kawg ntawm Roob Carmel.</w:t>
      </w:r>
    </w:p>
    <w:p>
      <w:pPr>
        <w:pStyle w:val="ArticleBody"/>
        <w:jc w:val="left"/>
      </w:pPr>
      <w:r>
        <w:rPr>
          <w:rFonts w:ascii="Times New Roman" w:hAnsi="Times New Roman" w:eastAsia="Times New Roman" w:cs="Times New Roman"/>
        </w:rPr>
        <w:t>Xatas txoj xov hauv roob Khasmel raug sawv cev ua hluav taws nqes saum ntuj los.</w:t>
      </w:r>
    </w:p>
    <w:p>
      <w:pPr>
        <w:pStyle w:val="ArticleScripture"/>
        <w:jc w:val="left"/>
      </w:pPr>
      <w:r>
        <w:rPr>
          <w:rFonts w:ascii="Times New Roman" w:hAnsi="Times New Roman" w:eastAsia="Times New Roman" w:cs="Times New Roman"/>
        </w:rPr>
        <w:t>Thiab nws ua tej txuj ci loj kawg li, nws txawm ua kom hluav taws nqes saum ntuj los rau hauv lub ntiajteb no tim neeg lub xub ntiag, Tshwmsim 13:13.</w:t>
      </w:r>
    </w:p>
    <w:p>
      <w:pPr>
        <w:pStyle w:val="ArticleBody"/>
        <w:jc w:val="left"/>
      </w:pPr>
      <w:r>
        <w:rPr>
          <w:rFonts w:ascii="Times New Roman" w:hAnsi="Times New Roman" w:eastAsia="Times New Roman" w:cs="Times New Roman"/>
        </w:rPr>
        <w:t>Nqe no yog piav txog tej txuj ci tseem ceeb uas Tebchaws Meskas ua tiav los ntawm kev kawm txuj ci niaj hnub hais txog kev ua kom neeg poob rau hauv kev tsaug zog ntawm siab uas raug xa mus rau noob neej thoob “txoj kev loj tshaj plaws ntawm kev tshaj xov xwm.” Tiamsis nqe no kuj tseem hais txog kev tshwm sim los ntawm Xatas nws tus kheej thaum nws ua txuj coj cev cuav tias yog Khetos.</w:t>
      </w:r>
    </w:p>
    <w:p>
      <w:pPr>
        <w:pStyle w:val="ArticleScripture"/>
        <w:jc w:val="left"/>
      </w:pPr>
      <w:r>
        <w:rPr>
          <w:rFonts w:ascii="Times New Roman" w:hAnsi="Times New Roman" w:eastAsia="Times New Roman" w:cs="Times New Roman"/>
        </w:rPr>
        <w:t>“Tus timtswv uas koom nyob rau hauv kev tshaj tawm ntawm zaj lus ntawm tus timtswv thib peb yuav ua kom tag nrho lub ntiajteb kaj lug nrog nws lub yeeb koob. Ib txoj hauj lwm uas dav cuag thoob qab ntuj thiab muaj hwjchim txawv tshaj li ib txwm raug qhia tseg ntawm no. Kev txav ntawm txoj kev los txog xyoo 1840–44 yog ib qho kev tshwm sim muaj hwjchim thiab muaj yeeb koob ntawm Vajtswv lub hwjchim; zaj lus ntawm tus timtswv thawj tau raug nqa mus txog rau txhua lub chaw tshaj tawm txoj moo zoo hauv lub ntiajteb, thiab hauv qee lub tebchaws kuj muaj kev txaus siab heev tshaj plaws txog kev cai dab qhuas uas tau pom nyob hauv ib lub tebchaws twg txij li lub sijhawm Kev Hloov Kev Ntseeg ntawm xyoo kaum rau; tiam sis tej no yuav raug hla dhau los ntawm txoj kev txav uas muaj hwjchim loj kawg nkaus nyob hauv qab txoj kev ceeb toom kawg ntawm tus timtswv thib peb.”</w:t>
      </w:r>
    </w:p>
    <w:p>
      <w:pPr>
        <w:pStyle w:val="ArticleScripture"/>
        <w:jc w:val="left"/>
      </w:pPr>
      <w:r>
        <w:rPr>
          <w:rFonts w:ascii="Times New Roman" w:hAnsi="Times New Roman" w:eastAsia="Times New Roman" w:cs="Times New Roman"/>
        </w:rPr>
        <w:t>“Txoj hauj lwm ntawd yuav zoo ib yam li ntawm Hnub Peetekos. Ib yam li ‘nag thaum ntxov’ tau muab pub rau, hauv kev nchuav tawm ntawm Vaj Ntsuj Plig Dawb Huv thaum pib qhib txoj moo zoo, kom ua rau cov noob muaj nqis txi tuaj, li ntawd ‘nag thaum lig’ yuav raug muab pub rau thaum kawg xaus ntawm nws, kom cov qoob loo siav tiav rau lub caij sau qoob. ‘Ces peb mam paub, yog peb rau siab mus paub tus Tswv: Nws txoj kev tawm los yeej raug npaj tseg zoo li thaum kaj ntug; thiab Nws yuav los cuag peb ib yam li nag, zoo li nag thaum lig thiab nag thaum ntxov los rau saum lub ntiaj teb.’ Hosea 6:3. ‘Yog li ntawd nej cov me nyuam Xi-oos, nej cia li zoo siab, thiab nej zoo siab hlo rau hauv tus Tswv uas yog nej tus Vajtswv: rau qhov Nws tau muab nag thaum ntxov rau nej raws li tsim nyog, thiab Nws yuav ua kom nag nqes los rau nej, yog nag thaum ntxov, thiab nag thaum lig.’ Joel 2:23. ‘Nyob rau hnub kawg no, Vajtswv hais tias, Kuv yuav nchuav Kuv tus Ntsuj Plig rau saum txhua tus neeg.’ ‘Thiab yuav muaj li no tias, txhua tus uas hu txog tus Tswv lub npe yuav dim.’ Acts 2:17, 21.”</w:t>
      </w:r>
    </w:p>
    <w:p>
      <w:pPr>
        <w:pStyle w:val="ArticleScripture"/>
        <w:jc w:val="left"/>
      </w:pPr>
      <w:r>
        <w:rPr>
          <w:rFonts w:ascii="Times New Roman" w:hAnsi="Times New Roman" w:eastAsia="Times New Roman" w:cs="Times New Roman"/>
        </w:rPr>
        <w:t>“Tes hauj lwm loj ntawm txoj moo zoo yuav tsis xaus nrog kev qhia tshwm ntawm Vajtswv lub hwj chim tsawg dua li qhov uas tau cim nws thaum pib. Cov lus faj lem uas tau ua tiav nyob rau hauv kev nchuav tawm ntawm nag thaum ntxov thaum qhib txoj moo zoo, yuav rov ua tiav dua hauv nag thaum kawg thaum nws kaw. Ntawm no yog ‘lub sijhawm ntawm kev ua kom rov qab muaj zog’ uas tus tubtxib Petus tau tos ntsoov mus txog thaum nws hais tias: ‘Yog li ntawd, nej cia li hloov siab lees txim, thiab tig los, xwv kom nej tej kev txhaum raug lwv pov tseg, thaum lub sijhawm ntawm kev ua kom rov qab muaj zog yuav los ntawm tus Tswv lub xub ntiag; thiab Nws yuav xa Yexus los.’ Tubtxib Tes Haujlwm 3:19, 20.”</w:t>
      </w:r>
    </w:p>
    <w:p>
      <w:pPr>
        <w:pStyle w:val="ArticleScripture"/>
        <w:jc w:val="left"/>
      </w:pPr>
      <w:r>
        <w:rPr>
          <w:rFonts w:ascii="Times New Roman" w:hAnsi="Times New Roman" w:eastAsia="Times New Roman" w:cs="Times New Roman"/>
        </w:rPr>
        <w:t>“Cov tub qhev ntawm Vajtswv, nrog lawv tej ntsej muag ci lug thiab ci ntsa iab vim kev fij tseg dawb huv, yuav maj nroos mus ib qho chaw rau ib qho chaw tshaj tawm txoj xov ntawm saum ntuj ceeb tsheej los. Los ntawm ntau txhiab lub suab, thoob plaws lub ntiaj teb, yuav muaj kev tshaj tawm lo lus ceeb toom. Yuav muaj tej txuj ci tseem ceeb tshwm sim, cov neeg mob yuav raug kho kom zoo, thiab tej cim thiab tej yam uas ua rau ceeb yuav nrog cov ntseeg mus. Xatas kuj ua hauj lwm thiab, nrog tej txuj ci dag ntxias, txawm coj hluav taws nqes saum ntuj ceeb tsheej los rau ntawm tib neeg qhov muag pom. Qhia Tshwm 13:13. Yog li no cov neeg nyob hauv ntiaj teb yuav raug coj los xaiv lawv txoj hauj lwm.” The Great Controversy, 611, 612.</w:t>
      </w:r>
    </w:p>
    <w:p>
      <w:pPr>
        <w:pStyle w:val="ArticleBody"/>
        <w:jc w:val="left"/>
      </w:pPr>
      <w:r>
        <w:rPr>
          <w:rFonts w:ascii="Times New Roman" w:hAnsi="Times New Roman" w:eastAsia="Times New Roman" w:cs="Times New Roman"/>
        </w:rPr>
        <w:t>Thaum peb mus txog lub sijhawm uas Xatas hu kom hluav taws nqes saum ntuj los, “cov neeg nyob hauv ntiajteb yuav raug coj los sawv los txiav txim siab.” Nyob rau lub sijhawm ntawd, Vajtswv cov timkhawv “yuav maj nroos mus ntawm ib qhov chaw rau ib qhov chaw tshaj tawm txoj xov saum ntuj los. Los ntawm ntau txhiab lub suab, thoob plaws ntiajteb, yuav muaj kev ceeb toom raug tshaj tawm.” Tes haujlwm uas Vajtswv cov timkhawv ua tiav “yuav zoo ib yam li hnub Peetekos,” thaum tus “tubtxib saum ntuj uas koom nrog hauv kev tshaj tawm txoj xov ntawm tus timtswv thib peb yuav ci ntsa iab rau tag nrho lub ntiajteb nrog nws lub yeeb koob.” Hnub Peetekos, hluav taws yog lub cim ntawm kev ntws los ntawm Vaj Ntsuj Plig Dawb Huv, thiab hluav taws kuj yog lub cim ntawm kev ntws los ntawm Xatas tus ntsuj plig qias tsis huv.</w:t>
      </w:r>
    </w:p>
    <w:p>
      <w:pPr>
        <w:pStyle w:val="ArticleBody"/>
        <w:jc w:val="left"/>
      </w:pPr>
      <w:r>
        <w:rPr>
          <w:rFonts w:ascii="Times New Roman" w:hAnsi="Times New Roman" w:eastAsia="Times New Roman" w:cs="Times New Roman"/>
        </w:rPr>
        <w:t>Tom qab Yauhas sawv cev rau ib puas plaub caug plaub txhiab leej thiab cov neeg coob coob hauv Tshwmsim tshooj xya, nws qhia meej txog kev qhib ntawm lub foob xya, uas yog lub foob kawg. Lub foob kawg, lossis lub foob xya, sawv cev rau kev qhib tawm ntawm Tshwmsim ntawm Yexus Khetos, thiab yog tib txoj haukev faj lem hauv phau Tshwmsim uas yuav tsum raug qhib tawm ua ntej lub sijhawm ntawm kev sim siab xaus. Lub foob xya, xya lub suab nroo, thiab Tshwmsim ntawm Yexus Khetos, txhua yam no puav leej yog cov cim ntawm tib qhov tseeb nkaus xwb, uas raug qhib tawm meej ua ntej lub sijhawm ntawm kev sim siab xaus. Tshwmsim ntawm Yexus Khetos hais txog tus cwj pwm thiab lub hwjchim tsim txhua yam ntawm Khetos raws li tus Alpha thiab Omega. Xya lub suab nroo qhia txog keeb kwm lub sijhawm uas ib puas plaub caug plaub txhiab leej raug muab khi, hos lub foob xya qhia txog kev nchuav tawm ntawm Vaj Ntsuj Plig Dawb Huv thaum lub sijhawm keeb kwm uas ob tug timkhawv raug tsa sawv rov qab los thiab tau txais lub hwjchim tsim txhua yam ntawm “qhov tseeb” ntawm Vajtswv, uas raug xa los ntawm Leej Txiv, mus rau Leej Tub, mus rau Khabriel, mus rau tus yaj saub, rau cov uas xaiv los nyeem, hnov, thiab ua raws li lub hwjchim uas nyob hauv ntawd.</w:t>
      </w:r>
    </w:p>
    <w:p>
      <w:pPr>
        <w:pStyle w:val="ArticleScripture"/>
        <w:jc w:val="left"/>
      </w:pPr>
      <w:r>
        <w:rPr>
          <w:rFonts w:ascii="Times New Roman" w:hAnsi="Times New Roman" w:eastAsia="Times New Roman" w:cs="Times New Roman"/>
        </w:rPr>
        <w:t>Thiab thaum nws tau qhib lub cim foob xya, ces muaj kev ntsiag to nyob saum ntuj li ib nrab teev. Thiab kuv pom xya tug tim tswv uas sawv ntawm Vajtswv xub ntiag; thiab tau muab xya lub raj rau lawv. Thiab muaj dua ib tug tim tswv tuaj sawv ntawm lub thaj, tuav ib lub lauj kaub xyab kub; thiab tau muab xyab ntau rau nws, kom nws yuav tau muab nws nrog tej lus thov ntawm tag nrho cov neeg dawb huv fij rau saum lub thaj kub uas nyob ntawm lub zwm txwv xub ntiag. Thiab pa taws ntawm cov xyab, uas los nrog tej lus thov ntawm cov neeg dawb huv, tau nce mus rau Vajtswv xub ntiag tawm hauv tus tim tswv txhais tes. Thiab tus tim tswv tau nqa lub lauj kaub xyab, thiab puv nws nrog hluav taws ntawm lub thaj, thiab muab pov rau hauv ntiaj teb: ces muaj suab nrov, thiab xob quaj, thiab xob laim, thiab av qeeg. Tshwm Sim 8:1–5.</w:t>
      </w:r>
    </w:p>
    <w:p>
      <w:pPr>
        <w:pStyle w:val="ArticleBody"/>
        <w:jc w:val="left"/>
      </w:pPr>
      <w:r>
        <w:rPr>
          <w:rFonts w:ascii="Times New Roman" w:hAnsi="Times New Roman" w:eastAsia="Times New Roman" w:cs="Times New Roman"/>
        </w:rPr>
        <w:t>Hauv cov nqe vajlugkub no, “xya tus timtswv” “sawv ntawm Vajtswv xub ntiag” nrog “xya lub raj.” Cov xya tus timtswv uas tuav raj no, raws li kev to taub ib txwm muaj uas raug lawm, feem ntau raug to taub tias sawv cev rau Vajtswv tej kev txiav txim tawm tsam Loos vim yog kev yuam kom pe hawm hnub Sunday. Loos uas tsis ntseeg Vajtswv, nyob hauv Constantine qab, tau tshaj tawm thawj txoj cai hnub Sunday rau xyoo 321, thiab txog xyoo 330, nws lub tebchaws loj tau muab faib ua sab hnub tuaj thiab sab hnub poob. Txij ntawd mus plaub lub raj thawj thiaj pib nrov, thiab lawv sawv cev rau tej hwjchim hauv keeb kwm uas raug coj los tawm tsam nws lub tebchaws loj, thiab uas txog xyoo 476, tau cia lub nroog Loos nyob rau hauv ib qho xwm txheej uas tom qab ntawd nws tsis muaj ib tug nom tswv Loos twg kav lub nroog ntawd ntxiv lawm, uas yog lub cim ntawm Loos lub zog thiab lub hwjchim ci ntsa iab. Thaum txoj kev kav papacy tau tshaj tawm txoj cai hnub Sunday hauv Pawg Sablaj Orleans rau xyoo 538, Muhammad tau raug tsa los coj kev txiav txim tawm tsam pawg ntseeg Loos, raws li tau sawv cev los ntawm lub raj thib tsib thiab thib rau, uas kuj yog thawj thiab ob txoj kev txom nyem, thiab sawv cev rau Islam. Txawm hais tias txoj kev to taub raws kab ke hais txog cov raj ntawd yog raug npaum li cas los xij, lawv raug txhais meej nyob hauv nqe lus uas lawv raug nthuav tawm hauv Tshwm Sim cuaj tias yog “kab mob kev rau txim.”</w:t>
      </w:r>
    </w:p>
    <w:p>
      <w:pPr>
        <w:pStyle w:val="ArticleScripture"/>
        <w:jc w:val="left"/>
      </w:pPr>
      <w:r>
        <w:rPr>
          <w:rFonts w:ascii="Times New Roman" w:hAnsi="Times New Roman" w:eastAsia="Times New Roman" w:cs="Times New Roman"/>
        </w:rPr>
        <w:t>Thiab cov neeg seem uas tsis raug tua los ntawm tej kev phom sij no los lawv tseem tsis hloov siab lees txim txog tej haujlwm uas lawv txhais tes tau ua, kom lawv tsis txhob pe hawm dab phem, thiab tej mlom kub, thiab nyiaj, thiab tooj liab, thiab pob zeb, thiab ntoo; tej ntawd yeej tsis pom kev, tsis hnov lus, thiab tsis txawj taug kev: Lawv kuj tsis hloov siab lees txim txog lawv tej kev tua neeg, los yog lawv tej khawv koob, los yog lawv tej kev nkauj kev nraug ua txhaum, los yog lawv tej kev tub sab. Tshwmsim 9:20, 21.</w:t>
      </w:r>
    </w:p>
    <w:p>
      <w:pPr>
        <w:pStyle w:val="ArticleBody"/>
        <w:jc w:val="left"/>
      </w:pPr>
      <w:r>
        <w:rPr>
          <w:rFonts w:ascii="Times New Roman" w:hAnsi="Times New Roman" w:eastAsia="Times New Roman" w:cs="Times New Roman"/>
        </w:rPr>
        <w:t>Kev ua tiav uas zoo kawg nkaus thiab yog qhov kawg ntawm xya lub raj ntxeev yog xya lub phom sij kawg raws li Tshwmsim tshooj kaum rau. Txawm yog kev tshuaj xyuas me ntsis xwb txog tej yam ntxwv qhia yav tom ntej ntawm xya lub raj ntxeev hauv Tshwmsim tshooj cuaj los twb qhia meej tias lawv muaj tej yam ntxwv sib txig nrog xya lub phom sij kawg. Kev qhib lub cim xya tshwm sim hauv keeb kwm thaum lub sij hawm kev sim siab yuav luag kaw lawm thiab Vajtswv txoj kev chim, raws li tau sawv cev los ntawm xya lub phom sij kawg, yuav luag raug nchuav tawm lawm.</w:t>
      </w:r>
    </w:p>
    <w:p>
      <w:pPr>
        <w:pStyle w:val="ArticleBody"/>
        <w:jc w:val="left"/>
      </w:pPr>
      <w:r>
        <w:rPr>
          <w:rFonts w:ascii="Times New Roman" w:hAnsi="Times New Roman" w:eastAsia="Times New Roman" w:cs="Times New Roman"/>
        </w:rPr>
        <w:t>Thaum Khetos, raws li tus Tsov Ntxhuav ntawm pawg neeg Yudas, “qhib lub xya foob,” ib tug timtswv txawm los sawv ntawm lub thaj txi ntuj, tuav ib lub thau xyab kub; thiab tau muab xyab ntau rau nws, kom nws thiaj li muab xyab ntawd nrog rau tej lus thov ntawm tag nrho cov neeg dawb huv fij rau saum lub thaj kub uas nyob ntawm xub ntiag lub zwm txwv. Thiab pa luam yeeb ntawm cov xyab, uas nrog tej lus thov ntawm cov neeg dawb huv, txawm nce mus rau ntawm Vajtswv xub ntiag tawm hauv tus timtswv txhais tes.” Kev nchuav Vaj Ntsuj Plig Dawb Huv rau hnub Peetekos tau xub muaj los ntawm kev thov Vajtswv koom ib siab ntawm cov neeg ntseeg uas tau sib sau ua ke hauv Yeluxalees.</w:t>
      </w:r>
    </w:p>
    <w:p>
      <w:pPr>
        <w:pStyle w:val="ArticleScripture"/>
        <w:jc w:val="left"/>
      </w:pPr>
      <w:r>
        <w:rPr>
          <w:rFonts w:ascii="Times New Roman" w:hAnsi="Times New Roman" w:eastAsia="Times New Roman" w:cs="Times New Roman"/>
        </w:rPr>
        <w:t>“Kev txhawb kom muaj txoj kev ua Vajtswv dawb huv tseeb tiag rov muaj sia nyob hauv peb yog qhov uas loj tshaj thiab ceev tshaj plaws hauv txhua yam peb xav tau. Kev nrhiav qhov no yuav tsum yog peb tes haujlwm thawj zaug. Yuav tsum muaj kev rau siab tiag tiag kom tau txais tus Tswv txoj koob hmoov, tsis yog vim Vajtswv tsis kam pub Nws txoj koob hmoov rau peb, tiam sis vim peb tseem tsis tau npaj txhij los txais nws. Peb Leej Txiv saum ntuj ceeb tsheej muaj siab pub Nws tus Ntsuj Plig Dawb Huv rau cov uas thov Nws, tshaj li cov niam txiv hauv ntiajteb muaj siab pub yam zoo rau lawv cov menyuam. Tiamsis nws yog peb tes haujlwm, los ntawm kev lees txim, kev txo hwj chim, kev hloov siab lees txim, thiab kev thov Vajtswv mob siab, kom ua tiav tej xwm txheej uas Vajtswv tau cog lus tias thaum ua raws lawm Nws yuav pub Nws txoj koob hmoov rau peb. Kev txhawb rov muaj sia tsuas yog tsim nyog yuav cia siab tau raws li lus teb rau kev thov Vajtswv xwb.” Selected Messages, book 1, 121.</w:t>
      </w:r>
    </w:p>
    <w:p>
      <w:pPr>
        <w:pStyle w:val="ArticleBody"/>
        <w:jc w:val="left"/>
      </w:pPr>
      <w:r>
        <w:rPr>
          <w:rFonts w:ascii="Times New Roman" w:hAnsi="Times New Roman" w:eastAsia="Times New Roman" w:cs="Times New Roman"/>
        </w:rPr>
        <w:t>Qhov qhib ntawm lub foob xya qhia kom paub txog kev muab lub cim foob rau ib puas plaub caug plaub txhiab leej. Qhov kev muab cim foob ntawd raug pib los ntawm kev thov Vajtswv, tiamsis tsis yog tsuas yog los ntawm kev ua ntawm kev thov Vajtswv xwb, tiam sis yog los ntawm ib lo lus thov tshwjxeeb. Lo lus thov tshwjxeeb ntawd raug qhia tseg hauv phau Daniel, uas yeej yog, raws li paub lawm, phau Qhia Tshwm thiab.</w:t>
      </w:r>
    </w:p>
    <w:p>
      <w:pPr>
        <w:pStyle w:val="ArticleBody"/>
        <w:jc w:val="left"/>
      </w:pPr>
      <w:r>
        <w:rPr>
          <w:rFonts w:ascii="Times New Roman" w:hAnsi="Times New Roman" w:eastAsia="Times New Roman" w:cs="Times New Roman"/>
        </w:rPr>
        <w:t>Yauhas hauv Phau Ntawv Qhia Tshwm, thiab Daniyees hauv nws phau ntawv, sawv cev rau ib puas plaub caug plaub txhiab leej nyob rau hauv “hnub kawg.” Nyob rau hauv “hnub kawg” cov uas yuav tsum yog Vajtswv cov tim khawv thaum lub sijhawm sib ntaus sib tua ntawm thawj lub ntuj yuav ua tim khawv txog lo lus faj lem uas raug qhib cia li ua ntej lub sijhawm kev sim siab xaus. Qhov no raug sawv cev ua lub xya foob raws li nyob hauv cov nqe vaj lug kub uas peb tab tom xav txog tam sim no. Cov lus thov uas tuaj cuag tus tim tswv uas tuav “lub tais xyab kub” raug sawv cev los ntawm Daniyees tej lus thov hauv tshooj cuaj ntawm nws phau ntawv. Cov lus thov ntawd yog ib lo lus thov tshwj xeeb, uas Mauxes tau muab teev tseg ua ke nrog lo lus faj lem txog “xya zaug.” Lo lus thov ntawd muaj ob seem, thiab Daniyees muab lub ntsiab lus ntawm nws lo lus thov ob seem ntawd tso rau hauv cov lus hu ua “txoj foom phem” thiab “lo lus cog tseg raws lus cog” ntawm Mauxes. Cov phau ntawv Daniyees thiab Qhia Tshwm yog tib phau ntawv xwb, thiab tib cov kab ntawm lo lus faj lem uas nyob hauv phau ntawv Daniyees kuj raug coj los hais ntxiv hauv Phau Ntawv Qhia Tshwm.</w:t>
      </w:r>
    </w:p>
    <w:p>
      <w:pPr>
        <w:pStyle w:val="ArticleBody"/>
        <w:jc w:val="left"/>
      </w:pPr>
      <w:r>
        <w:rPr>
          <w:rFonts w:ascii="Times New Roman" w:hAnsi="Times New Roman" w:eastAsia="Times New Roman" w:cs="Times New Roman"/>
        </w:rPr>
        <w:t>Txoj kev thov Vajtswv uas coj los ua kom muaj kev ntws los ntawm hluav taws dawb huv hauv txoj kev txav ntawm tus tim tswv muaj hwj chim loj ntawm Tshwmsim kaum yim, yog Daniyee txoj kev thov Vajtswv ntawm “xya lub sijhawm.” Nws yog txoj kev thov Vajtswv uas coj tus tim tswv Nkaheli los nqes saum ntuj los piav tej lus faj lem rau Daniyee. Thaum xaus nws txoj kev thov Vajtswv, uas npog thawj nees nkaum nqe ntawm Daniyee cuaj, Nkaheli tau nqes los txog rau lub sijhawm fij khoom plig thaum yav tsaus ntuj. Cov lus thov uas nce mus uas tus tim tswv nrog lub lauj kaub kub rau xyab txais yuav, yog cov lus thov uas nce mus thaum lub hnub tab tom poob, nyob rau yav tsaus ntuj ntawm “hnub kawg.”</w:t>
      </w:r>
    </w:p>
    <w:p>
      <w:pPr>
        <w:pStyle w:val="ArticleScripture"/>
        <w:jc w:val="left"/>
      </w:pPr>
      <w:r>
        <w:rPr>
          <w:rFonts w:ascii="Times New Roman" w:hAnsi="Times New Roman" w:eastAsia="Times New Roman" w:cs="Times New Roman"/>
        </w:rPr>
        <w:t>Thiab thaum kuv tseem tabtom hais lus, thiab thov Vajtswv, thiab lees kuv tej kev txhaum thiab tej kev txhaum ntawm kuv haiv neeg Ixayees, thiab nthuav kuv tej lus thov txo hwj chim rau ntawm tus Tswv uas yog kuv tus Vajtswv vim yog lub roob dawb huv ntawm kuv tus Vajtswv; muaj tseeb tiag, thaum kuv tseem tabtom hais lus hauv kev thov Vajtswv, tus txivneej Nkaslees, uas kuv tau pom hauv lub zeem muag thaum chiv thawj, raug txib kom ya nrawm nroos, los kov kuv rau lub sijhawm fij yav tsaus ntuj. Daniyees 9:20, 21.</w:t>
      </w:r>
    </w:p>
    <w:p>
      <w:pPr>
        <w:pStyle w:val="ArticleBody"/>
        <w:jc w:val="left"/>
      </w:pPr>
      <w:r>
        <w:rPr>
          <w:rFonts w:ascii="Times New Roman" w:hAnsi="Times New Roman" w:eastAsia="Times New Roman" w:cs="Times New Roman"/>
        </w:rPr>
        <w:t>Daniyee txojkev thov Vajtswv yog ib txojkev lees txim tsis yog rau nws tus kheej tej kev txhaum xwb, tiam sis kuj yog rau Vajtswv haiv neeg tej kev txhaum thiab. Nws txojkev thov Vajtswv yog tus qauv qhia txog txojkev thov Vajtswv ntawm kev hloov siab lees txim uas txuas nrog “xya lub sij hawm” hauv Leviticus nees nkaum rau.</w:t>
      </w:r>
    </w:p>
    <w:p>
      <w:pPr>
        <w:pStyle w:val="ArticleScripture"/>
        <w:jc w:val="left"/>
      </w:pPr>
      <w:r>
        <w:rPr>
          <w:rFonts w:ascii="Times New Roman" w:hAnsi="Times New Roman" w:eastAsia="Times New Roman" w:cs="Times New Roman"/>
        </w:rPr>
        <w:t>Thiab cov neeg uas tseem tshuav ntawm nej yuav nqhis qeeb zuj zus ploj mus hauv lawv tej kev tsis ncaj ncees nyob hauv tej teb chaws ntawm nej cov yeeb ncuab; thiab lawv kuj yuav nqhis qeeb zuj zus ploj mus nrog lawv tej yawg koob tej kev tsis ncaj ncees thiab. Yog lawv lees lawv tus kheej tej kev tsis ncaj ncees, thiab tej kev tsis ncaj ncees ntawm lawv tej yawg koob, nrog rau lawv tej kev txhaum uas lawv tau ua txhaum rau kuv, thiab tias lawv kuj tau taug kev tawm tsam kuv; thiab tias kuv kuj tau taug kev tawm tsam lawv, thiab tau coj lawv mus rau hauv lub teb chaws ntawm lawv cov yeeb ncuab; yog li ntawd lawv lub siab uas tsis tau ua kevcai txiav yuav txo hwj chim, thiab lawv yuav txais yuav txoj kev rau txim vim lawv tej kev tsis ncaj ncees: ces kuv yuav nco txog kuv lo lus cog tseg nrog Yakhauj, thiab kuv kuj yuav nco txog kuv lo lus cog tseg nrog Ixaj, thiab kuv kuj yuav nco txog kuv lo lus cog tseg nrog Anplahas; thiab kuv yuav nco txog thaj av. Leviticus 26:39–42.</w:t>
      </w:r>
    </w:p>
    <w:p>
      <w:pPr>
        <w:pStyle w:val="ArticleBody"/>
        <w:jc w:val="left"/>
      </w:pPr>
      <w:r>
        <w:rPr>
          <w:rFonts w:ascii="Times New Roman" w:hAnsi="Times New Roman" w:eastAsia="Times New Roman" w:cs="Times New Roman"/>
        </w:rPr>
        <w:t>Tom qab Mauxes nthuav tawm txog txoj kev rau txim uas txuas nrog “xya zaug,” uas nws hu ua “kev sib cav ntawm” Vajtswv “txoj kev cog lus,” nws qhia meej tias Vajtswv haiv neeg yuav tsum ua li cas yog thiab thaum lawv paub tias lawv yog qhev nyob hauv tebchaws yeeb ncuab, ib yam li Daniyees tau ua. Lawv yuav tsum, raws li Daniyees sawv cev, lees txim lawv tej kev txhaum, thiab kuj lees txim lawv cov yawg koob tej kev txhaum thiab.</w:t>
      </w:r>
    </w:p>
    <w:p>
      <w:pPr>
        <w:pStyle w:val="ArticleBody"/>
        <w:jc w:val="left"/>
      </w:pPr>
      <w:r>
        <w:rPr>
          <w:rFonts w:ascii="Times New Roman" w:hAnsi="Times New Roman" w:eastAsia="Times New Roman" w:cs="Times New Roman"/>
        </w:rPr>
        <w:t>Thaum cov uas raug hu kom yog ib puas plaub caug plaub txhiab leej tsa txoj kev thov Vajtswv no, tus tim tswv uas tuav lub yias kub rau hlawv xyab yuav muab “lub yias rau hlawv xyab ntawd, thiab” puv “nws nrog hluav taws ntawm lub thaj, thiab muab nws pov rau hauv lub ntiajteb; ces muaj suab, thiab xob quaj, thiab xob laim, thiab av qeeg.” Tus hluav taws dawb huv uas sawv cev rau zaj lus ntawm “qhov tseeb” uas txawv ntawm zaj lus cuav ntawm “hluav taws”, uas Tebchaws Meskas thiab Xatas hu nqes los saum ntuj, yuav tshwm sim nyob rau lub sijhawm ntawm “av qeeg” uas yog txoj cai Hnub Caiv.</w:t>
      </w:r>
    </w:p>
    <w:p>
      <w:pPr>
        <w:pStyle w:val="ArticleBody"/>
        <w:jc w:val="left"/>
      </w:pPr>
      <w:r>
        <w:rPr>
          <w:rFonts w:ascii="Times New Roman" w:hAnsi="Times New Roman" w:eastAsia="Times New Roman" w:cs="Times New Roman"/>
        </w:rPr>
        <w:t>Hauv phau ntawv Xakhaliyas, peb raug qhia tias Zerubbabel tau tsa ob qho tib si lub hauv paus thiab lub pob zeb saum taub hau ntawm lub tuam tsev nyob rau hauv keeb kwm ntawm kev rov txhim kho lub tuam tsev thiab lub nroog Yeluxalees tom qab lawv rov qab los ntawm txoj kev qhev uas Daniyee tau koom nrog.</w:t>
      </w:r>
    </w:p>
    <w:p>
      <w:pPr>
        <w:pStyle w:val="ArticleScripture"/>
        <w:jc w:val="left"/>
      </w:pPr>
      <w:r>
        <w:rPr>
          <w:rFonts w:ascii="Times New Roman" w:hAnsi="Times New Roman" w:eastAsia="Times New Roman" w:cs="Times New Roman"/>
        </w:rPr>
        <w:t>Ces nws teb thiab hais rau kuv tias, Nov yog lo lus ntawm tus Tswv rau Zerubbabel, hais tias, Tsis yog los ntawm hwj chim, thiab tsis yog los ntawm peev xwm, tiam sis yog los ntawm kuv tus Ntsuj Plig, tus Tswv uas kav txhua pab tub rog hais li no. Koj yog leej twg, tus roob loj e? Nyob ntawm Zerubbabel xub ntiag koj yuav dhau los ua ib thaj chaw tiaj; thiab nws yuav coj lub pob zeb saum toj ntawd tawm los nrog tej suab qw nrov ncha, hu tias, Txoj kev tshav ntuj, txoj kev tshav ntuj rau nws. Tsis tas li ntawd, lo lus ntawm tus Tswv tau los rau kuv, hais tias, Ob txhais tes ntawm Zerubbabel twb tsa lub hauv paus ntawm lub tsev no lawm; nws ob txhais tes kuj yuav ua kom tiav nws thiab; ces nej yuav paub tias tus Tswv uas kav txhua pab tub rog tau txib kuv los cuag nej lawm. Rau qhov leej twg tau saib tsis taus hnub ntawm tej yam me me? Rau qhov lawv yuav zoo siab, thiab yuav pom tus hlua dai pob zeb hnyav nyob hauv tes ntawm Zerubbabel nrog xya tus ntawd; lawv yog tus Tswv ob lub qhov muag, uas khiav mus los thoob plaws hauv lub ntiajteb. Xekhaliyas 4:6–10.</w:t>
      </w:r>
    </w:p>
    <w:p>
      <w:pPr>
        <w:pStyle w:val="ArticleBody"/>
        <w:jc w:val="left"/>
      </w:pPr>
      <w:r>
        <w:rPr>
          <w:rFonts w:ascii="Times New Roman" w:hAnsi="Times New Roman" w:eastAsia="Times New Roman" w:cs="Times New Roman"/>
        </w:rPr>
        <w:t>Zerubbabel txhais hais tias “xeem xeeb ntxwv ntawm Npanpiloo,” thiab yog ib lub cim ntawm tus tim tswv thib ob txoj xov, uas thaum muab txuas nrog Txoj Xov Quaj Thaum Ib Tag Hmo, tau tsa “lub hauv paus” rau hauv thawj qho kev txav pib ntawm Kev Ntseeg Adventism. Zerubbabel kuj sawv cev rau kev rov hais dua tus tim tswv thib ob txoj xov nyob rau hauv qhov kev txav xaus ntawm Kev Ntseeg Adventism, hauv qhov kev txav hu ua Future for America, thaum “lub pob zeb taub hau” raug muab tso rau.</w:t>
      </w:r>
    </w:p>
    <w:p>
      <w:pPr>
        <w:pStyle w:val="ArticleBody"/>
        <w:jc w:val="left"/>
      </w:pPr>
      <w:r>
        <w:rPr>
          <w:rFonts w:ascii="Times New Roman" w:hAnsi="Times New Roman" w:eastAsia="Times New Roman" w:cs="Times New Roman"/>
        </w:rPr>
        <w:t>Lub ntiajteb zoo siab xyiv fab rau ob tug tim khawv uas raug tua lawm hauv hav pob txha qhuav hauv txoj kev uas hu ua “txoj kev loj tshaj xov xwm.” Thaum ob tug tim khawv ntawd raug tsa rov qab muaj sia, lub ntiajteb ntshai, hos ntuj ceeb tsheej zoo siab xyiv fab. Xakhaliyas, ib yam li txhua tus yaj saub, tab tom qhia txog “hnub kawg” thaum Vajtswv haiv neeg zoo siab xyiv fab. Xakhaliyas qhia rau peb paub tias lawv zoo siab xyiv fab thaum ob tug tim khawv sawv rov los ciaj sia, thaum lawv pom “xya ntawd.” “Xya ntawd” yog tib lo lus Henplais uas txhais ua “xya npaug” hauv Levi Tej Kevcai nees nkaum rau. Kev txav mus los ntawm thawj tug tim tswv tau tso lub pob zeb hauv paus ntawm Mauxes tej xya npaug, thiab qhov “tseeb” ntawd kuj yuav tsum yog lub pob zeb taub hau ntawm kev txav mus los ntawm peb tug tim tswv, txawm yog nws raug tsis lees txais xyoo 1863 los xij.</w:t>
      </w:r>
    </w:p>
    <w:p>
      <w:pPr>
        <w:pStyle w:val="ArticleBody"/>
        <w:jc w:val="left"/>
      </w:pPr>
      <w:r>
        <w:rPr>
          <w:rFonts w:ascii="Times New Roman" w:hAnsi="Times New Roman" w:eastAsia="Times New Roman" w:cs="Times New Roman"/>
        </w:rPr>
        <w:t>Thaum raug lees paub thiab raug ua kom tiav, thiab raug coj raws nrog txoj kev thov Vajtswv ob chav uas tsim nyog, ces hluav taws tseeb yuav raug muab pov los rau hauv ntiajteb, ib yam li tau muaj thaum Hnub Petheskos.</w:t>
      </w:r>
    </w:p>
    <w:p>
      <w:pPr>
        <w:pStyle w:val="ArticleBody"/>
        <w:jc w:val="left"/>
      </w:pPr>
      <w:r>
        <w:rPr>
          <w:rFonts w:ascii="Times New Roman" w:hAnsi="Times New Roman" w:eastAsia="Times New Roman" w:cs="Times New Roman"/>
        </w:rPr>
        <w:t>Peb yuav txuas ntxiv hais txog qhov qhib ntawm lub foob xya nyob hauv zaj lus tom ntej.</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Kev Tshwm Sim Ntawm Yexus Khetos - Zauv Kaum Plaub</dc:title>
  <dc:subject>Daim Foob Xyae zaum Xya muaj xya lub tsiaj nyaum nyob puv ib ncig lub zwm txwv ntawm Vajtswv—cov no yog cov txivneej huabtais ua raws li xya tej kevcai ntawm Vajtswv; lawv yog cov xibhwb tshaj lij, thiab txhua tus twb muaj ib tug tim khawv rau lawv. Kuv t</dc:subject>
  <dc:creator>Jeff Pippenger</dc:creator>
  <cp:keywords/>
  <dc:description>Generated by ArticleDigger from revelation\14_revelation.json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