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Qhov Tseeb Yog Dab Tsi? - Zauv Ib</w:t>
      </w:r>
    </w:p>
    <w:p>
      <w:pPr>
        <w:pStyle w:val="ArticleSubtitle"/>
        <w:jc w:val="left"/>
      </w:pPr>
      <w:r>
        <w:rPr>
          <w:rFonts w:ascii="Arial" w:hAnsi="Arial" w:eastAsia="Arial" w:cs="Arial"/>
        </w:rPr>
        <w:t>Tus Qauv Txheej ntawm Qhov Tseeb: Kev Tshwm Sim, Cov Kev Sib Piv Yaj Saub, thiab Alpha thiab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Ua ntej peb yuav los hais txog lub ntsiab ntawm qhov tseeb yog dab tsi, peb pom tias peb twb pib txoj kev kawm no nrog thawj peb nqe ntawm Tshwm Sim tshooj ib, thiab tom qab ntawd ntxiv ib zaj lus hais txog Eliyas. Ob peb lub hom phiaj ntawm cov kev kawm no yog txhawm rau txheeb xyuas lub luag hauj lwm ntawm Tebchaws Meskas hauv tej lus faj lem, qhib tawm txoj xov ntawm Yexus Khetos txoj Kev Tshwm Sim, lees paub lub luag hauj lwm ntawm cov yaj saub ua cov cim sawv cev rau Vajtswv haiv neeg, thiab xav txog tej kev cuam tshuam ntawm qhov uas Yexus yog tus Alpha txhais li cas. Peb tau qhia meej tias thawj peb nqe ntawm Tshwm Sim sib haum thiab mus raws nraim nrog cov nqe kawg ntawm Tshwm Sim, thiab nyob rau ob qho xwm txheej no—thaum pib thiab thaum kawg—Yexus qhia Nws Tus Kheej tias Nws yog tus Alpha thiab Omega, qhov pib thiab qhov kawg, tus thawj thiab tus kawg.</w:t>
      </w:r>
    </w:p>
    <w:p>
      <w:pPr>
        <w:pStyle w:val="ArticleBody"/>
        <w:jc w:val="left"/>
      </w:pPr>
      <w:r>
        <w:rPr>
          <w:rFonts w:ascii="Times New Roman" w:hAnsi="Times New Roman" w:eastAsia="Times New Roman" w:cs="Times New Roman"/>
        </w:rPr>
        <w:t>Peb tau siv ib zaj lus sib tham luv luv txog Eliyas hauv zaj kev kawm thib ob kom qhia tau tias cov nqe qhib ntawm phau Vajlugkub sib haum nrog cov nqe kaw ntawm ob qho tib si Phau Qub thiab Phau Tshiab, thiab ntxiv mus tias cov nqe qhib ntawm Phau Tshiab kuj sib haum nrog qhov pib los yog qhov xaus, raws li txhua txoj kev uas nej xav txiav txim siab txog phau Vajlugkub, txawm yog saib nws ua ib phau tag nrho los yog ua ob Phau.</w:t>
      </w:r>
    </w:p>
    <w:p>
      <w:pPr>
        <w:pStyle w:val="ArticleBody"/>
        <w:jc w:val="left"/>
      </w:pPr>
      <w:r>
        <w:rPr>
          <w:rFonts w:ascii="Times New Roman" w:hAnsi="Times New Roman" w:eastAsia="Times New Roman" w:cs="Times New Roman"/>
        </w:rPr>
        <w:t>Lwm lub ntsiab lus ntxiv uas peb tab tom nrhiav los txhim kho yog txoj kev to taub tias Vajtswv tus Cwjceeb tau ua hauj lwm los maj mam nthuav qhia txog Vajtswv lub hauv paus cwj pwm thoob plaws hauv keeb kwm. Vim li no peb thiaj tau hais tseg tias, thaum lub sij hawm mus ntxiv hauv lub ntsiab lus hauv phau Vajlugkub hais txog keeb kwm ntawm txoj kev cog lus, Vajtswv tau, ib theem zuj zus, nthuav tawm ntau zuj zus txog Nws tus yam ntxwv los ntawm lub cim txhais ntawm Nws ntau lub npe. Tus Vajtswv Uas Muaj Hwjchim Loj Tshaj tau hais rau Anplahas, thiab tib tug Vajtswv ntawd kuj tau hais rau Mauxes, tiam sis tau qhia rau Mauxes tias txij ntawd mus lawm Nws lub npe yuav tsum paub tias yog Yehauvas. Ces thaum Khetos los, Nws tau qhia Nws tus kheej nrog ib lub npe uas tsis tau paub nyob hauv Phau Qub, tsuas yog muaj ib lo lus hais tawm txog lub npe ntawd los ntawm ib tug Npanpiloo hauv Daniyee tshooj peb xwb. Tsis yog tias Yexus tsuas qhia tias Nws yog Leej Tub Tib Leeg uas yug los ntawm Leej Txiv xwb, tab sis kuj yog tias hauv qhov keeb kwm tshwj xeeb ntawm txoj kev cog lus ntawd Nws tau qhia Nws tus kheej tias yog Leej Tub Neeg. Vajtswv kuj tau muab ib lub npe rau Millerite Adventism thaum Nws nkag mus rau hauv txoj kev cog lus nrog qhov pib ntawm Adventism.</w:t>
      </w:r>
    </w:p>
    <w:p>
      <w:pPr>
        <w:pStyle w:val="ArticleScripture"/>
        <w:jc w:val="left"/>
      </w:pPr>
      <w:r>
        <w:rPr>
          <w:rFonts w:ascii="Times New Roman" w:hAnsi="Times New Roman" w:eastAsia="Times New Roman" w:cs="Times New Roman"/>
        </w:rPr>
        <w:t>“Nyob rau lub sijhawm no, thaum peb twb nyob ze rau qhov kawg heev lawm, puas yog peb yuav coj cwj pwm zoo li lub ntiajteb no heev npaum li ntawd kom tibneeg nrhiav Vajtswv haiv neeg uas raug hu raws Nws lub npe los tsis pom? Puas yuav muaj leejtwg muag peb tej yam ntxwv tshwjxeeb ua Vajtswv haiv neeg uas Nws tau xaiv rau ib yam txiaj ntsig twg los xij uas lub ntiajteb muaj pub tau? Puas yuav muab kev haumxeeb ntawm cov uas ua txhaum Vajtswv txoj kevcai suav tias yog ib yam muaj nqis heev? Puas yog cov uas tus Tswv tau hu ua Nws haiv neeg yuav xav tias tseem muaj ib lub hwjchim twg siab dua tus Loj Kuv Yog? Puas yog peb yuav siv zog lwv tej ntsiab lus txawv tshwjxeeb ntawm txojkev ntseeg uas tau ua kom peb yog Xya-Hnub Adventists?” Evangelism, 121.</w:t>
      </w:r>
    </w:p>
    <w:p>
      <w:pPr>
        <w:pStyle w:val="ArticleBody"/>
        <w:jc w:val="left"/>
      </w:pPr>
      <w:r>
        <w:rPr>
          <w:rFonts w:ascii="Times New Roman" w:hAnsi="Times New Roman" w:eastAsia="Times New Roman" w:cs="Times New Roman"/>
        </w:rPr>
        <w:t>Lub npe uas tau muab rau Cov Ntseeg Hnub Xya yog tus Tswv tau muab, thiab Muam White feem ntau hais txog Cov Ntseeg Adventist tias yog Vajtswv haiv neeg uas tau muab npe rau. “Tau muab npe rau” txhais hais tias yog raug hu ua ib lub npe. Tsuas yog ob pawg ntseeg xwb uas Muam White qhia tias yog Vajtswv haiv neeg uas tau muab npe rau, yog cov Yixayee thaum ub thiab cov Yixayee niaj hnub no.</w:t>
      </w:r>
    </w:p>
    <w:p>
      <w:pPr>
        <w:pStyle w:val="ArticleBody"/>
        <w:jc w:val="left"/>
      </w:pPr>
      <w:r>
        <w:rPr>
          <w:rFonts w:ascii="Times New Roman" w:hAnsi="Times New Roman" w:eastAsia="Times New Roman" w:cs="Times New Roman"/>
        </w:rPr>
        <w:t>Yog li ntawd, thaum peb tseem tab tom mus ntxiv hauv peb txoj kev kawm txog phau Ntawv Qhia Tshwm, kuv tab tom hais kom pom tias “lub npe tshiab” uas raug muab tshwm rau cov neeg Philadelphias, uas kuj raug sawv cev ua ib puas plaub caug plaub txhiab leej, yog ib feem loj ntawm yam uas yog qhov zais cia hauv kev yaj saub uas raug qhib tawm tsis ntev ua ntej lub sijhawm sim siab xaus.</w:t>
      </w:r>
    </w:p>
    <w:p>
      <w:pPr>
        <w:pStyle w:val="ArticleScripture"/>
        <w:jc w:val="left"/>
      </w:pPr>
      <w:r>
        <w:rPr>
          <w:rFonts w:ascii="Times New Roman" w:hAnsi="Times New Roman" w:eastAsia="Times New Roman" w:cs="Times New Roman"/>
        </w:rPr>
        <w:t>Tus uas kov yeej, kuv yuav ua nws ua ib tug ncej nyob hauv lub tuam tsev ntawm kuv tus Vajtswv, thiab nws yuav tsis tawm mus ntxiv lawm li: thiab kuv yuav sau rau saum nws lub npe ntawm kuv tus Vajtswv, thiab lub npe ntawm lub nroog ntawm kuv tus Vajtswv, uas yog Yeluxalees tshiab, uas nqes saum ntuj los ntawm kuv tus Vajtswv los: thiab kuv yuav sau rau saum nws kuv lub npe tshiab. Tus uas muaj pob ntseg, cia nws mloog yam uas tus Ntsuj Plig hais rau cov koom txoos. Tshwmsim 3:12, 13.</w:t>
      </w:r>
    </w:p>
    <w:p>
      <w:pPr>
        <w:pStyle w:val="ArticleBody"/>
        <w:jc w:val="left"/>
      </w:pPr>
      <w:r>
        <w:rPr>
          <w:rFonts w:ascii="Times New Roman" w:hAnsi="Times New Roman" w:eastAsia="Times New Roman" w:cs="Times New Roman"/>
        </w:rPr>
        <w:t>Zaj lus ceeb toom kawg yog zaj lus ntawm Phau Ntawv Qhia Tshwm txog Yexus Khetos, thiab nws yog kev qhia tshwm txog Nws tus cwj pwm.</w:t>
      </w:r>
    </w:p>
    <w:p>
      <w:pPr>
        <w:pStyle w:val="ArticleScripture"/>
        <w:jc w:val="left"/>
      </w:pPr>
      <w:r>
        <w:rPr>
          <w:rFonts w:ascii="Times New Roman" w:hAnsi="Times New Roman" w:eastAsia="Times New Roman" w:cs="Times New Roman"/>
        </w:rPr>
        <w:t>“Cov uas tos tus Nraug Vauv yuav los yuav tsum hais rau haiv neeg tias, ‘Saib nej tus Vajtswv.’ Tej hluav taws kawg ntawm txoj kev kaj uas muaj kev hlub tshua, txoj xov kawg ntawm kev hlub tshua uas yuav tsum muab rau lub ntiajteb, yog kev tshwm sim txog Nws tus yam ntxwv uas yog kev hlub. Vajtswv cov menyuam yuav tsum ua kom Nws lub yeeb koob tshwm sim. Nyob hauv lawv lub neej thiab lawv tus cwj pwm lawv yuav tsum qhia tawm yam uas Vajtswv txoj kev tshav ntuj tau ua rau lawv.” Christ’s Object Lessons, 415, 416.</w:t>
      </w:r>
    </w:p>
    <w:p>
      <w:pPr>
        <w:pStyle w:val="ArticleBody"/>
        <w:jc w:val="left"/>
      </w:pPr>
      <w:r>
        <w:rPr>
          <w:rFonts w:ascii="Times New Roman" w:hAnsi="Times New Roman" w:eastAsia="Times New Roman" w:cs="Times New Roman"/>
        </w:rPr>
        <w:t>Peb muaj ntau yam ntxiv uas yuav tsum muab tso rau hauv daim ntawv teev tseg hais txog Yexus raws li Txojlus, tiamsis tam sim no peb yuav los tham txog lo lus “qhov tseeb.” Kev to taub txog “qhov tseeb,” thiab kuj txog lo lus “qhov tseeb,” thiab kuj txog cov tsiaj ntawv uas siv los tsim “ib lo lus ntawm qhov tseeb,” yog kev to taub txog tus cwj pwm ntawm Khetos.</w:t>
      </w:r>
    </w:p>
    <w:p>
      <w:pPr>
        <w:pStyle w:val="ArticleScripture"/>
        <w:jc w:val="left"/>
      </w:pPr>
      <w:r>
        <w:rPr>
          <w:rFonts w:ascii="Times New Roman" w:hAnsi="Times New Roman" w:eastAsia="Times New Roman" w:cs="Times New Roman"/>
        </w:rPr>
        <w:t>Vim li ntawd Pilaj thiaj hais rau nws tias, Yog li ntawd koj puas yog vajntxwv? Yexus teb tias, Koj hais tias kuv yog vajntxwv. Kuv yug los rau qhov no, thiab kuv los rau hauv lub ntiajteb no vim li no, kom kuv thiaj ua timkhawv rau qhov tseeb. Txhua tus uas yog ntawm qhov tseeb yeej mloog kuv lub suab. Pilaj hais rau nws tias, Qhov tseeb yog dabtsi? Thiab thaum nws tau hais li ntawd lawm, nws rov tawm mus cuag cov Yudais, thiab hais rau lawv tias, Kuv tsis pom ib qho txhaum li hauv nws. Yauhas 18:37, 38.</w:t>
      </w:r>
    </w:p>
    <w:p>
      <w:pPr>
        <w:pStyle w:val="ArticleBody"/>
        <w:jc w:val="left"/>
      </w:pPr>
      <w:r>
        <w:rPr>
          <w:rFonts w:ascii="Times New Roman" w:hAnsi="Times New Roman" w:eastAsia="Times New Roman" w:cs="Times New Roman"/>
        </w:rPr>
        <w:t>Lo lus Kili uas raug txhais tias yog “qhov tseeb” nyob hauv nqe Vaj Lug Kub ntawd yog muab los ntawm ib lo lus Henplais, uas kuj yog ib tsab ntawv thiab tseem yog ib tug lej thiab. Tsab ntawv thawj ntawm cov niam ntawv Henplais yog ‘aleph.’ Qhov tseeb tiag, ob tsab ntawv thawj ntawm cov niam ntawv Henplais yog “aleph” thiab “beth,” thiab nkawd zoo ib yam heev rau ob tsab ntawv thawj hauv lus Kili uas yog alpha thiab beta. Ua ke ua ke, lawv tsim lub hauv paus ntawm lo lus “alphabet.” Yog li ntawd, lo lus “alpha” (uas los ntawm tsab ntawv Henplais aleph) thiaj raug siv ua ib tsab ntawv, ib lo lus, ib tug lej, thiab kuj yog ib lub npe ntawm Yexus thiab.</w:t>
      </w:r>
    </w:p>
    <w:p>
      <w:pPr>
        <w:pStyle w:val="ArticleBody"/>
        <w:jc w:val="left"/>
      </w:pPr>
      <w:r>
        <w:rPr>
          <w:rFonts w:ascii="Times New Roman" w:hAnsi="Times New Roman" w:eastAsia="Times New Roman" w:cs="Times New Roman"/>
        </w:rPr>
        <w:t>Thaum Pilate nug lo lus nug tias, “Qhov tseeb yog dab tsi?” Yexus twb tau qhia nws lawm tias qhov uas Nws “los rau hauv lub ntiajteb” ntawd, thiab kuj yog qhov uas Nws “yug los” thiab, yog los ua timkhawv rau “qhov tseeb.” Nws tseem ntxiv tias, “txhua tus uas yog ntawm qhov tseeb mloog” Nws lub suab.</w:t>
      </w:r>
    </w:p>
    <w:p>
      <w:pPr>
        <w:pStyle w:val="ArticleScripture"/>
        <w:jc w:val="left"/>
      </w:pPr>
      <w:r>
        <w:rPr>
          <w:rFonts w:ascii="Times New Roman" w:hAnsi="Times New Roman" w:eastAsia="Times New Roman" w:cs="Times New Roman"/>
        </w:rPr>
        <w:t>Foom koob hmoov yog tus uas nyeem, thiab cov uas mloog tej lus ntawm qhov kev qhia yav tom ntej no, thiab ua raws li tej yam uas tau sau tseg rau hauv: rau qhov lub sijhawm twb nyob ze lawm. Tshwm Sim 1:3.</w:t>
      </w:r>
    </w:p>
    <w:p>
      <w:pPr>
        <w:pStyle w:val="ArticleBody"/>
        <w:jc w:val="left"/>
      </w:pPr>
      <w:r>
        <w:rPr>
          <w:rFonts w:ascii="Times New Roman" w:hAnsi="Times New Roman" w:eastAsia="Times New Roman" w:cs="Times New Roman"/>
        </w:rPr>
        <w:t>QHOV TSEEB: G225—Los ntawm G227; qhov tseeb: – tseeb, X muaj tseeb tiag, qhov tseeb, qhov muaj tseeb. G227—Los ntawm G1 (raws li ib lo lus tsis lees) thiab G2990; tseeb (raws li yam tsis zais): – tseeb, muaj tseeb tiag, qhov tseeb. G1; Α. Muaj keeb kwm Hebrew; thawj tsab ntawv ntawm cov niam ntawv: nyob rau hauv lub ntsiab piv txwv xwb (vim nws raug siv ua ib tug lej) thawj. Alpha.</w:t>
      </w:r>
    </w:p>
    <w:p>
      <w:pPr>
        <w:pStyle w:val="ArticleScripture"/>
        <w:jc w:val="left"/>
      </w:pPr>
      <w:r>
        <w:rPr>
          <w:rFonts w:ascii="Times New Roman" w:hAnsi="Times New Roman" w:eastAsia="Times New Roman" w:cs="Times New Roman"/>
        </w:rPr>
        <w:t>Yexus hais rau nws tias, Kuv yog txoj kev, thiab qhov tseeb, thiab txoj sia: tsis muaj leejtwg mus cuag Leej Txiv tau, tsuas yog los ntawm kuv xwb. Yauhas 14:6.</w:t>
      </w:r>
    </w:p>
    <w:p>
      <w:pPr>
        <w:pStyle w:val="ArticleBody"/>
        <w:jc w:val="left"/>
      </w:pPr>
      <w:r>
        <w:rPr>
          <w:rFonts w:ascii="Times New Roman" w:hAnsi="Times New Roman" w:eastAsia="Times New Roman" w:cs="Times New Roman"/>
        </w:rPr>
        <w:t>Thaum Yexus hais tias “Kuv yog... qhov tseeb.” Nws tab tom hais tias Nws yog ib tug tsiaj ntawv, ib tug lej, thiab ib lo lus rau tsiaj ntawv alpha; thiab lo lus alpha, thiab lej alpha, puav leej yog “qhov tseeb.” Hauv phau ntawv Daniyee, Khetos tau tshwm sim qhia Nws Tus Kheej tias yog Tus Lej Zoo Kawg Nkaus, uas yog lub ntsiab txhais ntawm lo lus Henplais “Palmoni,” uas raug txhais tias “tus neeg dawb huv tseeb uas hais lus,” hauv Daniyee yim.</w:t>
      </w:r>
    </w:p>
    <w:p>
      <w:pPr>
        <w:pStyle w:val="ArticleScripture"/>
        <w:jc w:val="left"/>
      </w:pPr>
      <w:r>
        <w:rPr>
          <w:rFonts w:ascii="Times New Roman" w:hAnsi="Times New Roman" w:eastAsia="Times New Roman" w:cs="Times New Roman"/>
        </w:rPr>
        <w:t>Tom qab ntawd kuv hnov ib tug neeg dawb huv hais lus, thiab lwm tug neeg dawb huv hais rau tus neeg dawb huv ntawd uas tab tom hais tias, Lub zeem muag hais txog kev txi niaj hnub, thiab kev ua txhaum uas ua kom muaj kev puam tsuaj, uas muab ob qho tib si lub chaw dawb huv thiab pab tub rog rau kom raug tsuj hauv qab taw, yuav kav ntev npaum li cas? Thiab nws hais rau kuv tias, Mus txog ob txhiab peb puas hnub; ces lub chaw dawb huv yuav raug ntxuav kom huv. Daniel 8:13, 14.</w:t>
      </w:r>
    </w:p>
    <w:p>
      <w:pPr>
        <w:pStyle w:val="ArticleBody"/>
        <w:jc w:val="left"/>
      </w:pPr>
      <w:r>
        <w:rPr>
          <w:rFonts w:ascii="Times New Roman" w:hAnsi="Times New Roman" w:eastAsia="Times New Roman" w:cs="Times New Roman"/>
        </w:rPr>
        <w:t>Tus “neeg dawb huv ntawd” hauv nqe kaum peb yog “Palmoni”—tus suav uas txaus ntshai kawg, los yog tus suav tej yam zais cia. Ob nqe no yog qhov uas txoj lus faj lem txog 2300 xyoo thiab ob txoj lus faj lem txog 2520 xyoo raug muab nthuav tawm. 2300 xyoo hais txog “lub chaw dawb huv,” hos ob txoj lus faj lem 2520-xyoos hais txog “cov host,” vim ob leeg, lub chaw dawb huv thiab cov host, yuav raug Loos tsuj nqis. Txoj lus faj lem 2520-xyoos sawv cev rau kev tsuj nqis Vajtswv lub chaw dawb huv thiab Nws haiv neeg. Peb txoj lus faj lem tob kawg uas sib txuas ua ke raws sijhawm nyob kiag ntawm qhov chaw hauv Phau Vajlugkub uas Yexus qhia Nws tus kheej tias yog tus suav uas txaus ntshai kawg, tus suav tej yam zais cia. Tsis yog tsuas yog tias Nws xaiv ob nqe no los qhia Nws tus kheej tias yog Tus Tswv kav sijhawm xwb, tiam sis ob nqe uas Nws nthuav tawm Nws tus kheej ntawd tseem qhia txog lub sijhawm uas Nws yuav nkag los hauv kev cog lus nrog cov Yixayee sab ntsuj plig niaj hnub no, thiab ob nqe ntawd kuj yog lub hauv paus thiab tus ncej tseem ceeb nruab nrab ntawm Adventism.</w:t>
      </w:r>
    </w:p>
    <w:p>
      <w:pPr>
        <w:pStyle w:val="ArticleScripture"/>
        <w:jc w:val="left"/>
      </w:pPr>
      <w:r>
        <w:rPr>
          <w:rFonts w:ascii="Times New Roman" w:hAnsi="Times New Roman" w:eastAsia="Times New Roman" w:cs="Times New Roman"/>
        </w:rPr>
        <w:t>“Nqe Vajlugkub uas tshaj txhua nqe vajlugkub lwm tus, uas tau yog ob qho tib si lub hauv paus thiab tus ncej tseem ceeb ntawm txoj kev ntseeg Advent, yog lo lus tshaj tawm no tias, ‘Txog ob txhiab peb puas hnub; ces lub chaw dawb huv yuav raug ntxuav kom huv.’ [Daniel 8:14.]” The Great Controversy, 409.</w:t>
      </w:r>
    </w:p>
    <w:p>
      <w:pPr>
        <w:pStyle w:val="ArticleBody"/>
        <w:jc w:val="left"/>
      </w:pPr>
      <w:r>
        <w:rPr>
          <w:rFonts w:ascii="Times New Roman" w:hAnsi="Times New Roman" w:eastAsia="Times New Roman" w:cs="Times New Roman"/>
        </w:rPr>
        <w:t>Thaum txog lub sij hawm kawg hauv xyoo 1798, phau ntawv Daniyee raug qhib lub foob, thiab txoj xov ntawm tus tim tswv thawj tuaj txog hauv keeb kwm, ua cim rau kev nce ntxiv ntawm kev paub txog tej lus faj lem uas tau tshwm sim nyob rau lub sij hawm ntawm txoj kev txav Millerite, uas yog qhov pib ntawm Seventh-day Adventism. Thaum phau ntawv Daniyee raug qhib lub foob rau cov Millerites, ib txoj xov los ntawm Palmoni—ib txoj xov hais txog lub sij hawm—tau raug nkag siab. Vajtswv Txojlus yeej tsis swb ib zaug li, thiab nws ib txwm txheeb qhov kawg nrog qhov pib. Yog li ntawd, thaum kawg ntawm Adventism yeej yuav muaj tseeb ib qho kev tshwm sim ntawm Nws tus cwj pwm, ib yam li tau muaj nyob hauv keeb kwm Millerite. Qhov tseeb no yog raws li qhov pib thiab qhov xaus ntawm Adventism, tiam sis nws kuj yog raws li txoj kev sib raug zoo uas tau hais tseg ntawm phau ntawv Daniyee nrog phau ntawv Qhia Tshwm. Daniyee thiab Qhia Tshwm sawv cev ua ib phau ntawv xwb, thiab hauv qhov sawv cev ntawd, nkawd yog ob tug tim khawv, tus thawj yog Daniyee thiab tus kawg yog Qhia Tshwm.</w:t>
      </w:r>
    </w:p>
    <w:p>
      <w:pPr>
        <w:pStyle w:val="ArticleScripture"/>
        <w:jc w:val="left"/>
      </w:pPr>
      <w:r>
        <w:rPr>
          <w:rFonts w:ascii="Times New Roman" w:hAnsi="Times New Roman" w:eastAsia="Times New Roman" w:cs="Times New Roman"/>
        </w:rPr>
        <w:t>“Phau ntawv Daniyee thiab Phau Tshwm Sim yog ib leeg xwb. Ib phau yog lus faj lem, ib phau yog kev tshwm sim; ib phau yog phau ntawv uas raug muab kaw, hos ib phau yog phau ntawv uas raug qhib.” Seventh-day Adventist Bible Commentary, volume 7, 972.</w:t>
      </w:r>
    </w:p>
    <w:p>
      <w:pPr>
        <w:pStyle w:val="ArticleBody"/>
        <w:jc w:val="left"/>
      </w:pPr>
      <w:r>
        <w:rPr>
          <w:rFonts w:ascii="Times New Roman" w:hAnsi="Times New Roman" w:eastAsia="Times New Roman" w:cs="Times New Roman"/>
        </w:rPr>
        <w:t>Daniyee thiab Tshwmsim yog ob phau ntawv uas yog ib phau ntawv xwb, ib yam li Vajlugkub yog ib phau ntawv uas muab faib ua Qub thiab Tshiab, lossis pib thiab kawg. Hauv Tshwmsim kaum ib, ob tug timkhawv uas raug nthuav tawm ua Mauxes thiab Eliyas yog Phau Qub thiab Phau Tshiab.</w:t>
      </w:r>
    </w:p>
    <w:p>
      <w:pPr>
        <w:pStyle w:val="ArticleScripture"/>
        <w:jc w:val="left"/>
      </w:pPr>
      <w:r>
        <w:rPr>
          <w:rFonts w:ascii="Times New Roman" w:hAnsi="Times New Roman" w:eastAsia="Times New Roman" w:cs="Times New Roman"/>
        </w:rPr>
        <w:t>“Hais txog ob tug tim khawv no tus yaj saub tseem hais ntxiv tias: ‘Cov no yog ob tsob ntoo txiv ntseej, thiab ob lub teeb txawb uas sawv ntawm Vajtswv tus uas kav lub ntiajteb.’ Tus kws sau Ntawv Nkauj hais tias, ‘Koj lo lus yog ib lub teeb rau kuv txhais ko taw, thiab yog ib txoj kev kaj rau kuv txojkev.’ Qhia Tshwm 11:4; Ntawv Nkauj 119:105. Ob tug tim khawv no sawv cev rau Vaj Lug Kub ntawm Phau Qub thiab Phau Tshiab.” The Great Controversy, 267.</w:t>
      </w:r>
    </w:p>
    <w:p>
      <w:pPr>
        <w:pStyle w:val="ArticleBody"/>
        <w:jc w:val="left"/>
      </w:pPr>
      <w:r>
        <w:rPr>
          <w:rFonts w:ascii="Times New Roman" w:hAnsi="Times New Roman" w:eastAsia="Times New Roman" w:cs="Times New Roman"/>
        </w:rPr>
        <w:t>Daniel thiab Yauhas yog ob tug timkhawv uas nkawd ob leeg raug tsim txom, ob leeg raug coj mus ua neeg raug txhom, ob leeg tau txais tib txoj kab keeb kwm yaj saub kom sau tseg, ob leeg sawv cev rau ib puas plaub caug plaub txhiab leej, ob leeg nyob hauv lub caij tom qab kev puas tsuaj ntawm Yeluxalees, ob leeg yog cov cim ntawm kev tuag thiab kev sawv rov qab los, (Yauhas ntawm cov roj kub npau thiab Daniel ntawm lub qhov tsov ntxhuav).</w:t>
      </w:r>
    </w:p>
    <w:p>
      <w:pPr>
        <w:pStyle w:val="ArticleBody"/>
        <w:jc w:val="left"/>
      </w:pPr>
      <w:r>
        <w:rPr>
          <w:rFonts w:ascii="Times New Roman" w:hAnsi="Times New Roman" w:eastAsia="Times New Roman" w:cs="Times New Roman"/>
        </w:rPr>
        <w:t>Daniyee qhia ib qho kev tshwm sim tshwjxeeb txog tus yam ntxwv ntawm Khetos, thiab nws ua li ntawd hauv ob nqe vajlugkub uas Vaj Ntsuj Plig tshoov siab hu tias yog “tus ncej nruab nrab thiab lub hauv paus” ntawm pawg ntseeg Xya Hnub Khixatia. Ob nqe ntawd yog “lub pob zeb kaus mom” uas yog lub pob zeb kawg muab tso rau saum cov hauv paus uas tau sawv cev los ntawm William Miller tej haujlwm. Lub pob zeb kaus mom ntawd tau coj los nrog txoj kev to taub txog lub chaw dawb huv saum ntuj ceeb tsheej, Vajtswv txoj kevcai, Hnub Xanpataus, txoj kev txiav txim tshuaj xyuas, thiab peb tug timtswv ceebtoom hauv Tshwmsim kaum plaub. Daniyee yog qhov pib ntawm phau ntawv, Yauhas yog qhov kawg.</w:t>
      </w:r>
    </w:p>
    <w:p>
      <w:pPr>
        <w:pStyle w:val="ArticleBody"/>
        <w:jc w:val="left"/>
      </w:pPr>
      <w:r>
        <w:rPr>
          <w:rFonts w:ascii="Times New Roman" w:hAnsi="Times New Roman" w:eastAsia="Times New Roman" w:cs="Times New Roman"/>
        </w:rPr>
        <w:t>Yauhas tej kev sau yuav qhia kom paub ib qho kev tshwm sim txog Khetos tus yam ntxwv nyob rau thaum kawg ntawm Adventism. Thaum pib ntawm cov Yixayee niaj hnub no, Nws tau qhia Nws tus kheej tias yog tus Kws Suav Lej Uas Zoo Kawg Nkaus, tus Tsim txhua yam uas muaj feem xyuam rau kev lej; thiab thaum kawg ntawm cov Yixayee niaj hnub no Nws tab tom qhia Nws tus kheej tias yog tus kws paub lus uas zoo kawg nkaus. Nws yog tus Tsim txhua yam uas muaj feem xyuam rau lus, txawm yog tus qauv txheej txheem ntawm lus, cov cai qauv sau lus, cov lus, thiab txawm yog cov tsiaj ntawv hauv niam ntawv. Nws tsim kev sib txuas lus uas ua tiav los ntawm cov lus, raug kav los ntawm cov cai qauv sau lus, txawm yog sau los sis hais tawm, sau nrog ib pawg niam ntawv uas yog raws li Nws qhov kev tsim, thiab dhau txhua yam ntawd lawm—Nws yog Lo Lus. Los ntawm Lo Lus ntawd Nws hloov cov Laodiceans uas dig muag thiab tsis tau npaj txhij los ua cov Philadelphians uas raug dawb huv.</w:t>
      </w:r>
    </w:p>
    <w:p>
      <w:pPr>
        <w:pStyle w:val="ArticleScripture"/>
        <w:jc w:val="left"/>
      </w:pPr>
      <w:r>
        <w:rPr>
          <w:rFonts w:ascii="Times New Roman" w:hAnsi="Times New Roman" w:eastAsia="Times New Roman" w:cs="Times New Roman"/>
        </w:rPr>
        <w:t>Ua kom lawv dawb huv los ntawm koj txoj kev tseeb: koj lo lus yog qhov tseeb. Yauhas 17:17.</w:t>
      </w:r>
    </w:p>
    <w:p>
      <w:pPr>
        <w:pStyle w:val="ArticleBody"/>
        <w:jc w:val="left"/>
      </w:pPr>
      <w:r>
        <w:rPr>
          <w:rFonts w:ascii="Times New Roman" w:hAnsi="Times New Roman" w:eastAsia="Times New Roman" w:cs="Times New Roman"/>
        </w:rPr>
        <w:t>Lo lus uas raug txhais ua “ua kom dawb huv” txhais hais tias ua kom dawb huv. Ib puas plaub caug plaub txhiab leej yuav dawb huv, thiab lawv yuav tau mus txog qhov xwm txheej ntawm tus cwj pwm ntawd los ntawm “qhov tseeb,” lossis koj kuj yuav hais tau tias, los ntawm Nws “Lo Lus,” rau qhov Yexus yog Lo Lus thiab Nws yog qhov tseeb.</w:t>
      </w:r>
    </w:p>
    <w:p>
      <w:pPr>
        <w:pStyle w:val="ArticleScripture"/>
        <w:jc w:val="left"/>
      </w:pPr>
      <w:r>
        <w:rPr>
          <w:rFonts w:ascii="Times New Roman" w:hAnsi="Times New Roman" w:eastAsia="Times New Roman" w:cs="Times New Roman"/>
        </w:rPr>
        <w:t>Thaum chiv keeb twb muaj Txojlus lawm, thiab Txojlus nrog Vajtswv nyob, thiab Txojlus yog Vajtswv. Tus ntawd twb nrog Vajtswv nyob thaum chiv keeb lawm. Txhua yam raug tsim los ntawm nws; thiab yam uas raug tsim lawm tsis muaj ib yam twg uas tsis yog raug tsim los ntawm nws. Yauhas 1:1–3.</w:t>
      </w:r>
    </w:p>
    <w:p>
      <w:pPr>
        <w:pStyle w:val="ArticleBody"/>
        <w:jc w:val="left"/>
      </w:pPr>
      <w:r>
        <w:rPr>
          <w:rFonts w:ascii="Times New Roman" w:hAnsi="Times New Roman" w:eastAsia="Times New Roman" w:cs="Times New Roman"/>
        </w:rPr>
        <w:t>Nco ntsoov tias qhov no yog thawj yam uas Yauhas sau tseg hauv nws txoj moo zoo. Qhov no yeej sib phim nrog thawj yam uas tau sau tseg hauv Chiv Keeb. Nws ntxiv dag zog rau zaj lus tim khawv, qhia kom meej dua txog yam uas tau hais tseg hauv Chiv Keeb ib.</w:t>
      </w:r>
    </w:p>
    <w:p>
      <w:pPr>
        <w:pStyle w:val="ArticleScripture"/>
        <w:jc w:val="left"/>
      </w:pPr>
      <w:r>
        <w:rPr>
          <w:rFonts w:ascii="Times New Roman" w:hAnsi="Times New Roman" w:eastAsia="Times New Roman" w:cs="Times New Roman"/>
        </w:rPr>
        <w:t>Thaum chiv keeb, Vajtswv tsim ntuj thiab av. Chivkeeb 1:1.</w:t>
      </w:r>
    </w:p>
    <w:p>
      <w:pPr>
        <w:pStyle w:val="ArticleBody"/>
        <w:jc w:val="left"/>
      </w:pPr>
      <w:r>
        <w:rPr>
          <w:rFonts w:ascii="Times New Roman" w:hAnsi="Times New Roman" w:eastAsia="Times New Roman" w:cs="Times New Roman"/>
        </w:rPr>
        <w:t>Lo lus uas muab txhais ua “Vajtswv” hauv nqe ib yog lo lus ntau tus, yog li ntawd txij thaum “chiv keeb” twb qhia meej tias Vajtswv muaj ntau tshaj ib tug lawm. “Thaum chiv keeb” hauv Yauhas txoj moo zoo, Lo Lus nrog Vajtswv nyob thiab yog Vajtswv. Thiab Lo Lus yog tus Tsim.</w:t>
      </w:r>
    </w:p>
    <w:p>
      <w:pPr>
        <w:pStyle w:val="ArticleBody"/>
        <w:jc w:val="left"/>
      </w:pPr>
      <w:r>
        <w:rPr>
          <w:rFonts w:ascii="Times New Roman" w:hAnsi="Times New Roman" w:eastAsia="Times New Roman" w:cs="Times New Roman"/>
        </w:rPr>
        <w:t>Yexus yog Txojlus, thiab Nws tau tsim phau Vajlugkub los ntawm kev sib txuas Vajtswv txojsia nrog tibneeg txojsia—Vajtswv txojsia uas sawv cev los ntawm tus Vaj Ntsuj Plig Dawb Huv, thiab tibneeg txojsia hauv tus kheej ntawm cov uas tau sau tej lus nyob hauv tej phau ntawv uas yuav raug xa mus rau cov ntseeg pawg ntseeg. Yog li ntawd, phau Vajlugkub yog kev sib txuas ntawm tibneeg txojsia thiab Vajtswv txojsia ib yam li Yexus. Phau Vajlugkub, txawm hais tias muaj kev koom tes ntawm cov neeg cev nqaij daim tawv uas poob rau txoj kev txhaum, los nws tseem dawb huv, thiab cov txiv neej uas tau sau nws tseg kuj dawb huv thiab.</w:t>
      </w:r>
    </w:p>
    <w:p>
      <w:pPr>
        <w:pStyle w:val="ArticleScripture"/>
        <w:jc w:val="left"/>
      </w:pPr>
      <w:r>
        <w:rPr>
          <w:rFonts w:ascii="Times New Roman" w:hAnsi="Times New Roman" w:eastAsia="Times New Roman" w:cs="Times New Roman"/>
        </w:rPr>
        <w:t>Peb kuj muaj ib lo lus faj lem uas ruaj khov dua; nej ua zoo heev yog nej ceev faj rau lo lus ntawd, ib yam li rau ib lub teeb uas ci hauv qhov chaw tsaus ntuj, mus txog thaum kaj ntug tuaj, thiab lub hnub qub kaj ntug tshwm hauv nej lub siab: Nej yuav tsum paub qhov no ua ntej tshaj plaws, tias tsis muaj ib qho kev faj lem hauv Vajluskub yog los ntawm leejtwg txhais raws li nws lub tswv yim ntiag tug. Rau qhov kev faj lem tsis tau los thaum ub los ntawm tibneeg lub siab nyiam; tiamsis cov neeg dawb huv ntawm Vajtswv tau hais raws li lawv raug Vaj Ntsuj Plig Dawb Huv txhawb kom hais. 2 Peter 1:19–21.</w:t>
      </w:r>
    </w:p>
    <w:p>
      <w:pPr>
        <w:pStyle w:val="ArticleBody"/>
        <w:jc w:val="left"/>
      </w:pPr>
      <w:r>
        <w:rPr>
          <w:rFonts w:ascii="Times New Roman" w:hAnsi="Times New Roman" w:eastAsia="Times New Roman" w:cs="Times New Roman"/>
        </w:rPr>
        <w:t>Txawm yog cov yaj saub yog neeg dawb huv, los lawv tseem yog tibneeg poob lawm, rau qhov sawvdaws puavleej tau ua txhaum thiab tsis tau cuag Vajtswv lub yeeb koob. Txawm li ntawd los, phau Vajlugkub yog kev sib koom ua ke ntawm Vajtswv thiab tibneeg, thiab nws dawb huv, rau qhov Vajtswv Txojlus tau los qhia tawm hauv Nws lub neej thiab hauv Nws Txojlus uas sau cia tias tibneeg thaum koom nrog Vajtswv lawm tsis ua txhaum. Qhov uas muaj tseeb txog phau Vajlugkub ntawd kuj muaj tseeb txog Khetos thiab, rau qhov Nws yog phau Vajlugkub.</w:t>
      </w:r>
    </w:p>
    <w:p>
      <w:pPr>
        <w:pStyle w:val="ArticleBody"/>
        <w:jc w:val="left"/>
      </w:pPr>
      <w:r>
        <w:rPr>
          <w:rFonts w:ascii="Times New Roman" w:hAnsi="Times New Roman" w:eastAsia="Times New Roman" w:cs="Times New Roman"/>
        </w:rPr>
        <w:t>Yexus tau txais cev nqaij daim tawv uas muaj kev txhaum los rau saum Nws tus kheej, thiab Nws yeej tsis tau ua txhaum li; yog li ntawd, Nws tau muab tus qauv qhia tias tib neeg txoj xwmfab thaum koom nrog Vajtswv txoj xwmfab ces tsis ua txhaum.</w:t>
      </w:r>
    </w:p>
    <w:p>
      <w:pPr>
        <w:pStyle w:val="ArticleScripture"/>
        <w:jc w:val="left"/>
      </w:pPr>
      <w:r>
        <w:rPr>
          <w:rFonts w:ascii="Times New Roman" w:hAnsi="Times New Roman" w:eastAsia="Times New Roman" w:cs="Times New Roman"/>
        </w:rPr>
        <w:t>“Zaj dab neeg ntawm Npelehees yog ib lub ntsiab lus uas khawb tsis kawg li. Hauv no muaj muab zais cia ‘qhov tob ntawm Vajtswv tej kev nplua nuj, tej tswv yim thiab tej kev txawj ntse.’ Loos 11:33. Peb sawv daws xav tsis thoob rau tus Cawm Seej txoj kev txi uas Nws pauv saum ntuj ceeb tsheej lub zwm txwv los rau lub dab zaub noj, thiab pauv kev nrog tej tim tswv uas pe hawm Nws los nrog tej tsiaj hauv lub nkuaj. Tib neeg txoj kev khav theeb thiab kev cia siab rau tus kheej raug cem txim nyob ntawm Nws xub ntiag. Txawm li ntawd los, qhov no tsuas yog qhov pib xwb ntawm Nws txoj kev txo hwj chim uas txaus xav tsis thoob. Yuav luag yog ib txoj kev poob ntsej muag uas tsis muaj ciam teb rau Vajtswv Leej Tub los txais tib neeg lub xeeb ceem, txawm yog thaum Adas tseem nyob hauv nws txoj kev dawb huv hauv Edees los xij. Tiamsis Yexus tau txais tib neeg thaum noob neej twb raug kev txhaum ua rau qaug zog los tau plaub txhiab xyoo lawm. Ib yam li txhua tus me nyuam ntawm Adas, Nws tau txais cov txiaj ntsig uas tawm los ntawm txoj hauj lwm ntawm txoj cai loj ntawm kev xeeb txawm. Cov txiaj ntsig ntawd yog dab tsi, muaj qhia meej nyob hauv keeb kwm ntawm Nws cov yawg koob koob yawm txwv nyob hauv ntiaj teb no. Nws tau los nrog ib yam kev xeeb txawm li ntawd los koom peb tej kev nyuaj siab thiab kev sim siab, thiab muab tus yam ntxwv rau peb ntawm ib lub neej uas tsis muaj kev txhaum li.” The Desire of Ages, 48.</w:t>
      </w:r>
    </w:p>
    <w:p>
      <w:pPr>
        <w:pStyle w:val="ArticleBody"/>
        <w:jc w:val="left"/>
      </w:pPr>
      <w:r>
        <w:rPr>
          <w:rFonts w:ascii="Times New Roman" w:hAnsi="Times New Roman" w:eastAsia="Times New Roman" w:cs="Times New Roman"/>
        </w:rPr>
        <w:t>Yexus yog Txojlus, thiab ob leeg Yexus thiab phau Vajlugkub yog kev sib xyaw ntawm tibneeg thiab Vajtswv txoj xwm. Thaum Yexus tsim phau Vajlugkub thoob plaws ntau tiam neeg, Nws tau tso cov cai tseg rau hauv phau Vajlugkub kom cia cov uas yuav hnov, thiaj hnov tau. Cov cai uas kav phau Vajlugkub kuj yog tej yam ntxwv ntawm Nws tus cwjpwm.</w:t>
      </w:r>
    </w:p>
    <w:p>
      <w:pPr>
        <w:pStyle w:val="ArticleScripture"/>
        <w:jc w:val="left"/>
      </w:pPr>
      <w:r>
        <w:rPr>
          <w:rFonts w:ascii="Times New Roman" w:hAnsi="Times New Roman" w:eastAsia="Times New Roman" w:cs="Times New Roman"/>
        </w:rPr>
        <w:t>“Hauv hauv phau Tshwmsim no, txhua phau ntawv hauv Vajlugkub sib ntsib thiab xaus rau. Ntawm no yog qhov ua kom tiav ntawm phau ntawv Daniyees.” Acts of the Apostles, 585.</w:t>
      </w:r>
    </w:p>
    <w:p>
      <w:pPr>
        <w:pStyle w:val="ArticleBody"/>
        <w:jc w:val="left"/>
      </w:pPr>
      <w:r>
        <w:rPr>
          <w:rFonts w:ascii="Times New Roman" w:hAnsi="Times New Roman" w:eastAsia="Times New Roman" w:cs="Times New Roman"/>
        </w:rPr>
        <w:t>Lo lus “complement” txhais tias coj kom mus txog qhov ua tiav puv npo. Zaj lus tim khawv ntawm Daniyees xaus rau hauv Tshwm Sim, ua rau Daniyees zaj lus tim khawv yog qhov pib thiab Tshwm Sim yog qhov xaus. Qhov pib ntawm Tshwm Sim raug rov hais dua nyob rau thaum kawg ntawm Tshwm Sim, thiab hauv nqe thawj ntawm Daniyees tshooj ib muaj kev ua rog ntawm Yixayee tiag thiab Npanpiloo tiag, uas Npanpiloo yeej; tiamsis thaum xaus ntawm keeb kwm lub sijhawm txiav txim siab hauv Daniyees 11:45, 12:1, Npanpiloo sab ntsuj plig tab tom ua rog nrog Yixayee sab ntsuj plig, thiab thaum kawg, Npanpiloo swb thiab Yixayee yeej. Ib yam li Yauhas hauv phau Tshwm Sim, qhov pib ntawm Daniyees zaj lus tim khawv sib haum nrog qhov kawg ntawm nws zaj lus tim khawv. Yog li ntawd, qhov tseeb yog dab tsi?</w:t>
      </w:r>
    </w:p>
    <w:p>
      <w:pPr>
        <w:pStyle w:val="ArticleBody"/>
        <w:jc w:val="left"/>
      </w:pPr>
      <w:r>
        <w:rPr>
          <w:rFonts w:ascii="Times New Roman" w:hAnsi="Times New Roman" w:eastAsia="Times New Roman" w:cs="Times New Roman"/>
        </w:rPr>
        <w:t>Lus qhuab qhia yog ib lo lus uas qhia txog yam uas ib pawg neeg ntseeg to taub tias yog qhov raug. Nws lub hom phiaj lossis kev siv tsis yog txwv cia rau hauv phau Vajlugkub lossis Kev Ntseeg Khetos xwb. Hauv yam uas hu ua Kev Ntseeg Khetos, tej zaum muaj “lus qhuab qhia” cuav ntau dua li cov tseeb, rau qhov Npanpiloo sab ntsuj plig, uas yog lub hwj chim papacy, yog ib lub tawb kaw txhua yam noog qias neeg thiab ntxub ntxaug, thiab cov noog ntawd sawv cev rau kev phem, uas cov pawg ntseeg txhawb nqa thiab npog cia los ntawm cov lus qhuab qhia cuav, xws li hais tias txoj kevcai twb raug muab tshem tawm lawm. Tiamsis muaj lus qhuab qhia tseeb.</w:t>
      </w:r>
    </w:p>
    <w:p>
      <w:pPr>
        <w:pStyle w:val="ArticleScripture"/>
        <w:jc w:val="left"/>
      </w:pPr>
      <w:r>
        <w:rPr>
          <w:rFonts w:ascii="Times New Roman" w:hAnsi="Times New Roman" w:eastAsia="Times New Roman" w:cs="Times New Roman"/>
        </w:rPr>
        <w:t>“Cov neeg Npele-a lub siab tsis raug kev ntxub ntxaug txwv kom nqaim. Lawv txaus siab los tshuaj xyuas qhov tseeb ntawm tej lus qhuab qhia uas cov tubtxib tshaj tawm. Lawv kawm Vajlugkub, tsis yog vim kev xav paub xwb, tiamsis kom lawv thiaj kawm tau yam uas twb raug sau tseg txog tus Mexiyas uas tau cog lus tseg. Txhua hnub lawv tshawb nrhiav tej ntaub ntawv uas raug Vajtswv tshoov siab, thiab thaum lawv muab Vajluskub piv nrog Vajluskub, cov timtswv saum ntuj nyob ntawm lawv ib sab, ua kom lawv lub siab kaj lug thiab qhuab ntuas lawv lub siab.”</w:t>
      </w:r>
    </w:p>
    <w:p>
      <w:pPr>
        <w:pStyle w:val="ArticleScripture"/>
        <w:jc w:val="left"/>
      </w:pPr>
      <w:r>
        <w:rPr>
          <w:rFonts w:ascii="Times New Roman" w:hAnsi="Times New Roman" w:eastAsia="Times New Roman" w:cs="Times New Roman"/>
        </w:rPr>
        <w:t>“Txhua chaw twg uas tej qhov tseeb ntawm txoj moo zoo raug tshaj tawm, cov uas muaj lub siab ncaj ncees xav ua qhov yog yuav raug coj mus rau txoj kev tshawb nrhiav Vajluskub kom rau siab ntso. Yog hais tias, hauv tej xwm txheej kawg ntawm keeb kwm ntiajteb no, cov uas tej qhov tseeb sim siab raug tshaj tawm rau lawv yuav ua raws li tus qauv ntawm cov neeg Npele-as, tshawb nrhiav Vajluskub txhua hnub, thiab muab tej lus uas coj los rau lawv los sib piv nrog Vajtswv Txojlus, ces niaj hnub no yuav muaj coob leej uas ncaj ncees rau tej lus txib ntawm Vajtswv txoj kevcai, nyob rau qhov chaw uas tam sim no tsuas muaj tsawg leej piv tsis tau xwb. Tiamsis thaum tej qhov tseeb hauv Vajlugkub uas neeg feem coob tsis nyiam raug nthuav tawm, coob leej tsis kam ua qhov kev tshawb xyuas no. Txawm lawv tsis muaj peev xwm tawm tsam tej lus qhia meej ntawm Vajluskub los xij, lawv tseem qhia tawm txog kev tsis kam kawm tej pov thawj uas muab rau lawv ntawd heev kawg nkaus. Qee leej xav tias txawm hais tias tej lus qhuab qhia no yog qhov tseeb tiag los xij, kuj tsis tseem ceeb ntau npaum li cas seb lawv yuav lees txais qhov kaj tshiab ntawd los tsis txais, thiab lawv tseem tuav rawv tej dab neeg ntxias siab uas tus yeeb ncuab siv coj tej ntsuj plig kom yuam kev. Yog li ntawd lawv lub siab raug kev yuam kev ua kom dig muag, thiab lawv thiaj raug cais tawm ntawm ntuj ceeb tsheej.”</w:t>
      </w:r>
    </w:p>
    <w:p>
      <w:pPr>
        <w:pStyle w:val="ArticleScripture"/>
        <w:jc w:val="left"/>
      </w:pPr>
      <w:r>
        <w:rPr>
          <w:rFonts w:ascii="Times New Roman" w:hAnsi="Times New Roman" w:eastAsia="Times New Roman" w:cs="Times New Roman"/>
        </w:rPr>
        <w:t>“Txhua tus yuav raug txiav txim raws li qhov kaj uas tau muab rau nws lawm. Tus Tswv xa Nws cov tub txib tawm mus nrog ib txoj xov cawm seej, thiab cov uas hnov, Nws yuav tuav kom lawv muaj lub luag haujlwm raws li yam uas lawv saib xyuas cov lus ntawm Nws cov qhev. Cov uas tab tom nrhiav qhov tseeb tiag tiag yuav ua tib zoo tshuaj xyuas, raws li qhov kaj ntawm Vajtswv Txojlus, txog tej lus qhuab qhia uas raug muab nthuav qhia rau lawv.” Acts of the Apostles, 231, 232.</w:t>
      </w:r>
    </w:p>
    <w:p>
      <w:pPr>
        <w:pStyle w:val="ArticleBody"/>
        <w:jc w:val="left"/>
      </w:pPr>
      <w:r>
        <w:rPr>
          <w:rFonts w:ascii="Times New Roman" w:hAnsi="Times New Roman" w:eastAsia="Times New Roman" w:cs="Times New Roman"/>
        </w:rPr>
        <w:t>Muaj tej “lus qhuab qhia” uas yog “tej qhov tseeb ntawm txoj moo zoo” thiab lawv yuav tsum raug tshuaj xyuas kom meej. Ib txhia, (yog tsis hais tias txhua yam) yog “tej qhov tseeb sim neeg.” Hnub Xanpataus yog ib qho yooj yim to taub ntawm qhov tseeb sim neeg. Muaj tej lus qhuab qhia tseeb thiab lus qhuab qhia cuav. Qee yam ntawm cov lus qhuab qhia tseeb coj ib qho kev sim siab los rau cov uas hnov lawv. Tseem muaj ib hom ntawm qhov tseeb uas raug npaj tseg rau ib lub caij nyoog tshwj xeeb. Cov qhov tseeb no hu ua “qhov tseeb tam sim no.”</w:t>
      </w:r>
    </w:p>
    <w:p>
      <w:pPr>
        <w:pStyle w:val="ArticleScripture"/>
        <w:jc w:val="left"/>
      </w:pPr>
      <w:r>
        <w:rPr>
          <w:rFonts w:ascii="Times New Roman" w:hAnsi="Times New Roman" w:eastAsia="Times New Roman" w:cs="Times New Roman"/>
        </w:rPr>
        <w:t>“Hauv Vajtswv Txojlus muaj ntau yam tseeb muaj nqis heev nyob hauv, tiam sis qhov uas pab yaj xav tau tam sim no yog ‘qhov tseeb rau lub sijhawm tam sim no.’ Kuv tau pom txoj kev phom sij uas cov tub txib khiav deb ntawm tej ntsiab lus tseem ceeb ntawm qhov tseeb rau lub sijhawm tam sim no, mus nyob rau saum tej ntsiab lus uas tsis yog yam tsim nyog los koom ib pab yaj ua ib leeg thiab ua kom tus ntsuj plig dawb huv. Xatas yuav siv txhua txoj hauv kev uas ua tau ntawm no los ua kev puas tsuaj rau tes haujlwm.”</w:t>
      </w:r>
    </w:p>
    <w:p>
      <w:pPr>
        <w:pStyle w:val="ArticleScripture"/>
        <w:jc w:val="left"/>
      </w:pPr>
      <w:r>
        <w:rPr>
          <w:rFonts w:ascii="Times New Roman" w:hAnsi="Times New Roman" w:eastAsia="Times New Roman" w:cs="Times New Roman"/>
        </w:rPr>
        <w:t>“Tiamsis tej ntsiab lus xws li lub tuam tsev dawb huv, nyob hauv kev txuas nrog 2300 hnub, Vajtswv tej lus txib thiab Yexus txoj kev ntseeg, raug npaj tagnrho kom piav qhia tau qhov kev txav Advent yav dhau los thiab qhia tias peb txoj hauj lwm tam sim no yog dab tsi, kom ruaj khov txoj kev ntseeg ntawm cov uas tseem ua xyem xyav, thiab muab kev paub tseeb txog lub neej yav tom ntej uas muaj hwjchim ci ntsa iab. Tej no, kuv tau pom ntau zaus lawm, yog cov ntsiab lus tseem ceeb uas cov tub txib yuav tsum niaj hnub hais txog.” Early Writings, 63.</w:t>
      </w:r>
    </w:p>
    <w:p>
      <w:pPr>
        <w:pStyle w:val="ArticleBody"/>
        <w:jc w:val="left"/>
      </w:pPr>
      <w:r>
        <w:rPr>
          <w:rFonts w:ascii="Times New Roman" w:hAnsi="Times New Roman" w:eastAsia="Times New Roman" w:cs="Times New Roman"/>
        </w:rPr>
        <w:t>Cov Adventist feem ntau siv nqe lus no kom zam tej yam uas nws hais tiag tiag. Lawv sib cav hais tias txhua yam uas tsim nyog yuav tsum raug hais kom meej nyob rau hauv peb tej lus “qhov tseeb tam sim no” tsuas yog lub tuam tsev dawb huv, 2300 hnub, tej lus txib, thiab txoj kev ntseeg ntawm Yexus xwb. Lawv hais li no kom zam tej yam uas raug txheeb tseg hais txog plaub yam ntsiab no.</w:t>
      </w:r>
    </w:p>
    <w:p>
      <w:pPr>
        <w:pStyle w:val="ArticleBody"/>
        <w:jc w:val="left"/>
      </w:pPr>
      <w:r>
        <w:rPr>
          <w:rFonts w:ascii="Times New Roman" w:hAnsi="Times New Roman" w:eastAsia="Times New Roman" w:cs="Times New Roman"/>
        </w:rPr>
        <w:t>Lub hom phiaj ntawm plaub qhov tseeb loj no yog tias lawv tau raug “xam tseg kom zoo kawg nkaus rau kev piav qhia txog txoj kev txav Advent yav dhau los thiab qhia tias peb txoj hauj lwm tam sim no yog dab tsi, los txhim kho txoj kev ntseeg ntawm cov uas ua xyem xyav, thiab los muab kev ruaj siab txog yav tom ntej uas muaj hwjchim ci ntsa iab.” Plaub txoj kev qhuab qhia ntawm qhov tseeb tam sim no no raug tsim los qhia tias qhov pib ntawm Adventism (txoj kev txav Advent yav dhau los) ua piv txwv qhia txog qhov kawg ntawm Adventism (peb txoj hauj lwm tam sim no). Plaub txoj kev qhuab qhia thawj no yog “xam tseg kom zoo kawg nkaus” rau kev piav qhia txog txoj cai uas hais tias qhov kawg raug ua piv txwv qhia los ntawm qhov pib. Raws li nqe lus kev tshoov siab no, qhov no yog “qhov tseeb tam sim no” uas “pab yaj xav tau tam sim no.”</w:t>
      </w:r>
    </w:p>
    <w:p>
      <w:pPr>
        <w:pStyle w:val="ArticleBody"/>
        <w:jc w:val="left"/>
      </w:pPr>
      <w:r>
        <w:rPr>
          <w:rFonts w:ascii="Times New Roman" w:hAnsi="Times New Roman" w:eastAsia="Times New Roman" w:cs="Times New Roman"/>
        </w:rPr>
        <w:t>Ixayees qub thaum ub yog qhov pib ntawm Ixayees, thiab Ixayees niaj hnub no yog qhov kawg. Ixayees qub uas yog tiag tiag ntawd sawv cev ua qauv rau haiv neeg Seventh-day Adventist txij lub sijhawm kawg pib xyoo 1798 mus txog rau txoj cai Hnub Caiv. Ua ntej Khetos thawj zaug los, “qhov tseeb tam sim no” tsis raug cov Yudais pom, rau qhov lawv dig muag (Laodicean) vim lawv vam khom tej kab ke thiab tej kevcai uas ib txwm coj los.</w:t>
      </w:r>
    </w:p>
    <w:p>
      <w:pPr>
        <w:pStyle w:val="ArticleScripture"/>
        <w:jc w:val="left"/>
      </w:pPr>
      <w:r>
        <w:rPr>
          <w:rFonts w:ascii="Times New Roman" w:hAnsi="Times New Roman" w:eastAsia="Times New Roman" w:cs="Times New Roman"/>
        </w:rPr>
        <w:t>“Peb xav kom to taub lub sijhawm uas peb nyob. Peb tsis to taub txaus li. Peb tsis txais nws nkag siab txaus li. Kuv lub siab tshee hnyo nyob hauv kuv thaum kuv xav txog tus yeeb ncuab uas peb yuav tsum ntsib, thiab peb npaj tsis txhij npaum li cas los ntsib nws. Tej kev sim siab ntawm cov me nyuam Ixayees, thiab lawv tus cwj pwm nyob ze ua ntej Khetos thawj zaug los, tau raug qhia rau kuv ntau zaus dua ib zaug los ua piv txwv txog txoj hauj lwm ntawm Vajtswv haiv neeg hauv lawv txoj kev paub ua ntej Khetos zaum ob los—yuav ua li cas tus yeeb ncuab nrhiav txhua lub sijhawm los kav tau tej siab ntawm cov Yudais, thiab niaj hnub no nws tseem tab tom nrhiav ua kom Vajtswv cov tub qhe tej siab dig muag, kom lawv tsis muaj peev xwm pom thiab paub qhov tseeb muaj nqis ntawd.” Selected Messages, phau 2, 406.</w:t>
      </w:r>
    </w:p>
    <w:p>
      <w:pPr>
        <w:pStyle w:val="ArticleBody"/>
        <w:jc w:val="left"/>
      </w:pPr>
      <w:r>
        <w:rPr>
          <w:rFonts w:ascii="Times New Roman" w:hAnsi="Times New Roman" w:eastAsia="Times New Roman" w:cs="Times New Roman"/>
        </w:rPr>
        <w:t>Raws li peb qhov kev hais qhia tom ntej no, cov Yudais twb plam kev pom txog “qhov tseeb thawj ntawm Vajtswv,” thiab qhov tseeb thawj ntawd rau cov Yudais yog zaj keeb kwm ntawm txoj kev cawm dim tawm hauv tim lyiv teb chaws. Zaj keeb kwm ntawm txoj kev cawm dim ntawd yog lawv qhov tseeb thawj; nws yog qhov tseeb uas lawv raug qhia kom qhuab qhia rau lawv cov me nyuam mus thoob lawv txhua tiam neeg. Lawv ua tsis tau raws li ntawd, ib yam li Adventism kuj tau ua tsis tau. Kom thiaj nthuav qhia qhov tseeb rau cov Yudais uas raug ua kom dig muag, Yexus thiaj muab qhov tseeb tso rau hauv ib lub qauv.</w:t>
      </w:r>
    </w:p>
    <w:p>
      <w:pPr>
        <w:pStyle w:val="ArticleScripture"/>
        <w:jc w:val="left"/>
      </w:pPr>
      <w:r>
        <w:rPr>
          <w:rFonts w:ascii="Times New Roman" w:hAnsi="Times New Roman" w:eastAsia="Times New Roman" w:cs="Times New Roman"/>
        </w:rPr>
        <w:t>“Thaum txog lub sijhawm ntawm tus Cawm Seej, cov Yudais twb muab tej pob zeb muaj nqes ntawm qhov tseeb npog tag rau hauv cov khib nyiab ntawm kab ke ib txwm thiab dab neeg cuav, ua rau tsis muaj peev xwm cais qhov tseeb tawm ntawm qhov cuav. Tus Cawm Seej los kom tshem tawm cov khib nyiab ntawm kev ntseeg dab qhuas tsis raws qhov tseeb thiab tej kev yuam kev uas khaws cia ntev los lawm, thiab los tsa tej pob zeb muaj nqes ntawm Vajtswv Txojlus rau hauv lub qauv ntawm qhov tseeb. Yog tus Cawm Seej yuav los cuag peb niaj hnub no ib yam li nws tau los cuag cov Yudais, nws yuav ua li cas? Nws yuav tsum tau ua ib txoj haujlwm zoo ib yam, yog tshem tawm cov khib nyiab ntawm kab ke ib txwm thiab tej kab ke ua koob tsheej. Cov Yudais ntxhov siab heev thaum nws ua txoj haujlwm no. Lawv twb plam tsis pom qhov tseeb qub thaum chiv thawj ntawm Vajtswv lawm, tiam sis Khetos coj nws rov los rau hauv kev pom dua. Nws yog peb tes haujlwm los tso tej qhov tseeb muaj nqes ntawm Vajtswv kom dim ntawm kev ntseeg dab qhuas tsis raws qhov tseeb thiab kev yuam kev.”</w:t>
      </w:r>
    </w:p>
    <w:p>
      <w:pPr>
        <w:pStyle w:val="ArticleScripture"/>
        <w:jc w:val="left"/>
      </w:pPr>
      <w:r>
        <w:rPr>
          <w:rFonts w:ascii="Times New Roman" w:hAnsi="Times New Roman" w:eastAsia="Times New Roman" w:cs="Times New Roman"/>
        </w:rPr>
        <w:t>“Cov lus tseeb uas muaj hwjchim ci ntsa iab tau raug faus kom ploj ntawm qhov muag pom, thiab tau raug ua kom poob nws qhov ci thiab tsis ntxim nyiam vim yog kev yuam kev thiab kev ntseeg dab qhuas. Yexus nthuav tawm qhov kaj ntawm Vajtswv, thiab coj tawm qhov ci ntsa iab zoo nkauj ntawm qhov tseeb hauv tag nrho nws lub yeeb koob saum ntuj. Lub siab ntawm cov neeg ncaj ncees puv npo kev qhuas thiab kev xav tsis thoob. Lawv lub siab raug rub los ntawm tej kev hlub dawb huv mus rau nws tus uas tau coj tawm tej pob zeb muaj nqis ntawm qhov tseeb thiab muab nthuav qhia rau lawv txoj kev nkag siab.”</w:t>
      </w:r>
    </w:p>
    <w:p>
      <w:pPr>
        <w:pStyle w:val="ArticleScripture"/>
        <w:jc w:val="left"/>
      </w:pPr>
      <w:r>
        <w:rPr>
          <w:rFonts w:ascii="Times New Roman" w:hAnsi="Times New Roman" w:eastAsia="Times New Roman" w:cs="Times New Roman"/>
        </w:rPr>
        <w:t>“Cov Yudais to taub ib feem ntawm qhov tseeb, thiab tau qhia ib feem ntawm Vajtswv txoj lus; tiam sis lawv tsis nkag siab txog qhov dav thiab tob uas ncav mus deb ntawm Vajtswv txoj kevcai. Khetos tau cheb pov tseg cov khib nyiab ntawm kab ke uas muab sib ntxiv los ntawm tibneeg, thiab tau nthuav tawm lub noob tiag tiag thiab lub siab nruab nrab ntawm Vajtswv lub hom phiaj. Thaum Nws ua li ntawd, lawv chim siab tshaj qhov tswj tau. Lawv tau tshaj tawm tej xov cuav ntawm ib lub zos mus rau lwm lub zos hais tias Khetos tabtom rhuav tshem Vajtswv tes haujlwm. Tiamsis thaum Yexus muab cov qauv qub tshem tawm lawm, Nws rov tsa cov qhov tseeb qub dua, muab lawv tso rau hauv tus qauv txheej ntawm qhov tseeb. Nws muab lawv sib phim thiab sib txuas ua ke, ua kom muaj ib txoj kev qhia tseeb uas tiav txhij thiab muaj qhov sib npaug zoo. Nov yog tes haujlwm uas peb tus Cawmseej tau ua; thiab nim no peb yuav ua li cas? Puas yog peb yuav tsis ua haujlwm kom sib haum nrog Khetos? Puas yog peb yuav cia lus hnov lus hais kav peb? Puas yog peb yuav cia peb tus kheej tej kev xav npog qhov kaj ntawm Vajtswv ntawm peb qhov muag? Peb yuav tsum nyeem kom zoo mloog, mloog kom nkag siab, thiab qhia rau lwm tus thiab tej yam uas peb tau kawm lawm. Peb yuav tsum tshaib plab mus li rau mov ci ntawm txoj sia, nrhiav tsis tseg dej ciaj sia thiab daus ntawm Lebanon, xwv kom peb thiaj muaj peevxwm coj cov neeg mus rau cov dej ciaj sia, dej txias, ntawm Lub Qhov Dej ntawm qhov tseeb.” Review and Herald, June 4, 1889.</w:t>
      </w:r>
    </w:p>
    <w:p>
      <w:pPr>
        <w:pStyle w:val="ArticleBody"/>
        <w:jc w:val="left"/>
      </w:pPr>
      <w:r>
        <w:rPr>
          <w:rFonts w:ascii="Times New Roman" w:hAnsi="Times New Roman" w:eastAsia="Times New Roman" w:cs="Times New Roman"/>
        </w:rPr>
        <w:t>Thaum Nws los thawj zaug, Yexus “rov tsa cov tseeb qub dua tshiab, muab lawv tso rau hauv tus qauv txheej txheem ntawm qhov tseeb. Nws muab lawv sib phim thiab sib txuas ua ke, ua kom tiav ib txoj kab ke qhov tseeb uas puv npo thiab sib luag zoo.” Yexus tau siv keeb kwm thaum pib ntawm cov Yixayee thaum ub kom rov tsim tsa cov tseeb qub dua tshiab, thiab Nws tau ua li ntawd los ntawm kev muab cov tseeb ntawd sib phim (raws li ntsiab lus) thiab sib txuas lawv ua ke (ua kab sib txig, kab saum kab). Nws tau ua li ntawd kom cawm cov Yudais dim ntawm tej kab ke thiab tej kevcai uas tau ua rau lawv dig muag. Keeb kwm ntawd yog keeb kwm xaus ntawm cov Yixayee tiag tiag.</w:t>
      </w:r>
    </w:p>
    <w:p>
      <w:pPr>
        <w:pStyle w:val="ArticleBody"/>
        <w:jc w:val="left"/>
      </w:pPr>
      <w:r>
        <w:rPr>
          <w:rFonts w:ascii="Times New Roman" w:hAnsi="Times New Roman" w:eastAsia="Times New Roman" w:cs="Times New Roman"/>
        </w:rPr>
        <w:t>Kev Ntseeg Adventist tab tom rov ua dua zaj keeb kwm ntawm qhov xaus ntawm cov Yixayee thaum ub, thiab lub moj khaum uas yuav muab qhov tseeb tso rau hauv kom tshem tau qhov kev dig muag ntawm Laodicea uas los ntawm kab ke qub thiab kev coj ua mas tam sim no twb raug ua tiav lawm ib yam li thaum Khetos tau sib cuag nrog cov Yudais. Cov “qhov tseeb qub” yuav tsum raug muab tso rau hauv “lub moj khaum” ntawm qhov tseeb, kom coj cov kab lus yaj saub los sib txuas nrog lwm cov kab lus yaj saub, “kab saum kab” nyob sib luag, rau lub hom phiaj kom tej zaum yuav cawm tau ib tug Laodicean ntawm nws qhov kev dig muag. Khetos yog peb tus yam ntxwv piv txwv, hauv txhua yam.</w:t>
      </w:r>
    </w:p>
    <w:p>
      <w:pPr>
        <w:pStyle w:val="ArticleBody"/>
        <w:jc w:val="left"/>
      </w:pPr>
      <w:r>
        <w:rPr>
          <w:rFonts w:ascii="Times New Roman" w:hAnsi="Times New Roman" w:eastAsia="Times New Roman" w:cs="Times New Roman"/>
        </w:rPr>
        <w:t>Muaj tej qhov tseeb hauv phau Vajlugkub uas raug txheeb tias yog tej lus qhuab qhia, thiab “muaj ntau qhov tseeb uas zoo kawg nkaus,” tiam sis tseem muaj thiab “qhov tseeb rau lub sijhawm tam sim no” uas yog “ib txoj kev sim rau cov neeg ntawm” “tiam neeg” uas tab tom nyob thaum qhov tseeb ntawd raug muab nthuav tawm. Hauv txoj kev cev Vajlugkub raws li kev yaj saub, qhov no tshwm sim hauv tiam neeg thib plaub ntawm Adventism, thiab “qhov tseeb rau lub sijhawm tam sim no” “uas yog ib txoj kev sim rau tiam neeg no” tsis yog ib txoj kev sim rau cov tiam neeg thaum ntxov ntawm Adventism.</w:t>
      </w:r>
    </w:p>
    <w:p>
      <w:pPr>
        <w:pStyle w:val="ArticleScripture"/>
        <w:jc w:val="left"/>
      </w:pPr>
      <w:r>
        <w:rPr>
          <w:rFonts w:ascii="Times New Roman" w:hAnsi="Times New Roman" w:eastAsia="Times New Roman" w:cs="Times New Roman"/>
        </w:rPr>
        <w:t>“Hauv Vajluskub muaj qee yam uas nyuaj rau nkag siab thiab uas, raws li Petus cov lus hais, cov tsis kawm paub thiab tsis ruaj khov muab nkhaus mus rau lawv tus kheej txoj kev puam tsuaj. Tej zaum peb yuav tsis muaj peev xwm, hauv lub neej no, piav tau txhua nqe Vajluskub lub ntsiab; tiam sis tsis muaj ib qho tseem ceeb ntawm qhov tseeb uas yuav tsum coj los xyaum uas yuav raug npog rau hauv kev tsis meej. Thaum lub sij hawm yuav los txog, raws li Vajtswv txoj kev saib xyuas, uas lub ntiaj teb yuav raug sim raws qhov tseeb rau lub sij hawm ntawd, tej siab yuav raug Nws tus Ntsuj Plig txhawb kom tshawb nrhiav Vajluskub, txawm yog nrog kev yoo mov thiab nrog kev thov ntuj, mus txog thaum tshawb pom ib qho txuas rau ib qho ntxiv thiab muab sib sau ua ib txoj saw uas zoo tag nrho. Txhua qhov tseeb uas cuam tshuam ncaj qha rau txoj kev cawm dim ntawm cov ntsuj plig yuav raug ua kom meej heev kom tsis muaj leej twg yuav tsum yuam kev lossis taug kev hauv txoj kev tsaus ntuj.”</w:t>
      </w:r>
    </w:p>
    <w:p>
      <w:pPr>
        <w:pStyle w:val="ArticleScripture"/>
        <w:jc w:val="left"/>
      </w:pPr>
      <w:r>
        <w:rPr>
          <w:rFonts w:ascii="Times New Roman" w:hAnsi="Times New Roman" w:eastAsia="Times New Roman" w:cs="Times New Roman"/>
        </w:rPr>
        <w:t>“Thaum peb tau raws nqes mus raws txoj saw ntawm tej lus faj lem, qhov tseeb uas raug qhib rau peb tiam no twb pom meej thiab tau piav qhia lawm. Peb raug tuav lav ris rau cov koob hmoov tshwj xeeb uas peb txaus siab txais thiab rau qhov kaj uas ci rau saum peb txoj kev taug. Cov uas tau nyob hauv tej tiam dhau los kuj raug tuav lav ris rau qhov kaj uas raug tso cai kom ci rau saum lawv. Lawv lub siab lub ntsws raug qoj xyaum hais txog ntau yam ntsiab hauv Vajluskub uas tau sim lawv. Tiamsis lawv tsis to taub cov qhov tseeb uas peb to taub. Lawv tsis raug tuav lav ris rau qhov kaj uas lawv tsis muaj. Lawv muaj Vajluskub ib yam li peb muaj; tabsis lub sij hawm rau kev qhib nthuav tawm ntawm qhov tseeb tshwj xeeb uas muaj feem rau tej xwm txheej xaus kawg ntawm keeb kwm lub ntiajteb no yog nyob rau hauv cov tiam kawg uas yuav tau nyob saum lub ntiajteb.”</w:t>
      </w:r>
    </w:p>
    <w:p>
      <w:pPr>
        <w:pStyle w:val="ArticleScripture"/>
        <w:jc w:val="left"/>
      </w:pPr>
      <w:r>
        <w:rPr>
          <w:rFonts w:ascii="Times New Roman" w:hAnsi="Times New Roman" w:eastAsia="Times New Roman" w:cs="Times New Roman"/>
        </w:rPr>
        <w:t>“Cov lus tseeb tshwjxeeb tau raug haum kom phim tej xwm txheej ntawm txhua tiam neeg raws li lawv tau muaj nyob. Qhov tseeb rau lub sijhawm tam sim no, uas yog ib qho kev sim rau cov neeg ntawm tiam neeg no, tsis yog ib qho kev sim rau cov neeg ntawm tej tiam neeg yav dhau los deb. Yog hais tias qhov kaj uas tam sim no ci los rau peb hais txog Hnub Xanpataus ntawm lo lus txib plaub tau raug muab rau tej tiam neeg yav tag los, Vajtswv yuav tau tuav kom lawv ris lub luag haujlwm raws li qhov kaj ntawd.” Testimonies, volume two, 692, 693.</w:t>
      </w:r>
    </w:p>
    <w:p>
      <w:pPr>
        <w:pStyle w:val="ArticleBody"/>
        <w:jc w:val="left"/>
      </w:pPr>
      <w:r>
        <w:rPr>
          <w:rFonts w:ascii="Times New Roman" w:hAnsi="Times New Roman" w:eastAsia="Times New Roman" w:cs="Times New Roman"/>
        </w:rPr>
        <w:t>Rau cov uas tej zaum yuav xav tsis lees tias muaj plaub tiam nyob hauv keeb kwm ntawm Adventism, kuv yuav taw tes nej mus rau Habakkuk cov ntawv teev. Ib txoj kev yooj yim heev los nkag siab qhov tseeb no yog tias lub npe Laodicea txhais hais tias ib haiv neeg raug txiav txim. Thaum pib ntawm Adventism tau tshaj tawm txog kev qhib ntawm txoj kev txiav txim, hos thaum kawg ntawm Adventism tshaj tawm txog kev kaw ntawm txoj kev txiav txim. Kev kaw ntawm txoj kev txiav txim tshwm sim nyob rau tiam peb thiab tiam plaub.</w:t>
      </w:r>
    </w:p>
    <w:p>
      <w:pPr>
        <w:pStyle w:val="ArticleScripture"/>
        <w:jc w:val="left"/>
      </w:pPr>
      <w:r>
        <w:rPr>
          <w:rFonts w:ascii="Times New Roman" w:hAnsi="Times New Roman" w:eastAsia="Times New Roman" w:cs="Times New Roman"/>
        </w:rPr>
        <w:t>Koj yuav tsum tsis txhob ua tej mlom txaug, los sis tej yam zoo li ib yam dab tsi uas nyob saum ntuj ceeb tsheej, lossis nyob hauv ntiajteb hauv qab no, lossis nyob hauv dej hauv qab ntiajteb: Koj yuav tsum tsis txhob pe hawm lawv, thiab tsis txhob ua haujlwm rau lawv: vim kuv, tus Tswv uas yog koj tus Vajtswv, yog ib tug Vajtswv khib siab, rau txim rau tej kev txhaum ntawm cov txiv rau saum cov menyuam mus txog tiam peb thiab tiam plaub ntawm cov uas ntxub kuv; Thiab qhia txojkev hlub tshua rau ntau txhiab leej ntawm cov uas hlub kuv, thiab ceev kuv tej lus txib. Exodus 20:4–6.</w:t>
      </w:r>
    </w:p>
    <w:p>
      <w:pPr>
        <w:pStyle w:val="ArticleBody"/>
        <w:jc w:val="left"/>
      </w:pPr>
      <w:r>
        <w:rPr>
          <w:rFonts w:ascii="Times New Roman" w:hAnsi="Times New Roman" w:eastAsia="Times New Roman" w:cs="Times New Roman"/>
        </w:rPr>
        <w:t>Thaum kawg ntawm txoj kev txiav txim, tiam kawg ntawm Laodicean (ib haiv neeg uas raug txiav txim) Adventism yuav raug txiav txim thiab raug ntiab tawm hauv tus Tswv lub qhov ncauj, ib yam li cov Yixayee thaum ub thaum Yeluxalees raug rhuav tshem. Cov lus qhuab qhia hauv Vajlugkub yog qhov tseeb, thiab tseem muaj cov qhov tseeb rau kev sim siab, thiab kuj muaj qhov tseeb rau lub sijhawm tam sim no. Qhov tseeb rau lub sijhawm tam sim no ib txwm yog qhov tseeb rau kev sim siab, tiam sis nws cim txog ib qho qhov tseeb rau kev sim siab uas raug tsim tshwj xeeb rau tiam neeg uas tab tom muaj sia nyob tam sim no. Txawm li ntawd los, qhov tseeb tiag ntawm qhov teeb meem no zoo dua yuav yog tias, txhua qhov tseeb los ntawm Vajtswv Txojlus uas peb xaiv yuav tsis lees txais, twb cia li dhau los ua ib qho qhov tseeb rau kev sim siab uas peb nyuam qhuav swb lawm.</w:t>
      </w:r>
    </w:p>
    <w:p>
      <w:pPr>
        <w:pStyle w:val="ArticleBody"/>
        <w:jc w:val="left"/>
      </w:pPr>
      <w:r>
        <w:rPr>
          <w:rFonts w:ascii="Times New Roman" w:hAnsi="Times New Roman" w:eastAsia="Times New Roman" w:cs="Times New Roman"/>
        </w:rPr>
        <w:t>Yexus yog Vajtswv Txojlus, thiab Nws yog qhov tseeb. Nws tau qhia rau Pilaj tias qhov laj thawj uas Nws “tau los” “rau hauv lub ntiajteb,” yog kom “ua timkhawv txog qhov tseeb,” thiab tias txhua tus uas hnov Nws lub suab, “yog neeg ntawm qhov tseeb.” Lo lus “qhov tseeb” uas Pilaj thiab Yexus tau hais txog ntawd los ntawm ib lo lus Henplais uas raug txhais ua “qhov tseeb” thiab muaj nyob ib puas nees nkaum xya zaug hauv Phau Qub. Lo lus Henplais ntawd (H571) raug txhais ua ntau lo lus Askiv sib txawv, tiamsis hauv Phau Qub nws raug txhais cuaj caum ob zaug ua “qhov tseeb.” Nws yog ib yam ntawm cov lus uas muaj hwjchim tob kawg nkaus, nyob rau ntau theem.</w:t>
      </w:r>
    </w:p>
    <w:p>
      <w:pPr>
        <w:pStyle w:val="ArticleBody"/>
        <w:jc w:val="left"/>
      </w:pPr>
      <w:r>
        <w:rPr>
          <w:rFonts w:ascii="Times New Roman" w:hAnsi="Times New Roman" w:eastAsia="Times New Roman" w:cs="Times New Roman"/>
        </w:rPr>
        <w:t>Lo lus uas tau txhais ua “qhov tseeb” nyob hauv Phau Qub muaj peb tug ntawv Henplais, thiab nyob hauv cov ntawv Henplais ntawd, txhua tus ntawv nyias muaj nws tus kheej lub ntsiab txhais; yog li ntawd lo lus uas raug tsim los ntawm cov ntawv no thiaj li sib xyaw cov ntsiab lus uas txhua tus ntawv nqa los ua ke kom tsim tau lub ntsiab kawg ntawm lo lus ntawd. Lo lus “qhov tseeb” muaj peb tug ntawv Henplais, yog thawj tug ntawv ntawm tus niam ntawv Henplais, ib tug ntawv nyob nruab nrab, thiab tug ntawv kawg ntawm tus niam ntawv Henplais. “Qhov tseeb” nyob hauv Phau Qub raug sawv cev los ntawm thawj tug thiab tug ntawv kawg ntawm tus niam ntawv, nrog rau ib tug ntawv nyob nruab nrab!</w:t>
      </w:r>
    </w:p>
    <w:p>
      <w:pPr>
        <w:pStyle w:val="ArticleBody"/>
        <w:jc w:val="left"/>
      </w:pPr>
      <w:r>
        <w:rPr>
          <w:rFonts w:ascii="Times New Roman" w:hAnsi="Times New Roman" w:eastAsia="Times New Roman" w:cs="Times New Roman"/>
        </w:rPr>
        <w:t>Qhov no yog lub ntsiab txhais ntawm “txoj cai ntawm thawj zaug uas raug hais txog” hauv phau Vajlugkub. Thawj zaug uas ib lub ntsiab raug nthuav tawm yog qhov chaw hais uas tseem ceeb tshaj plaws rau lo lus ntawd, uas yog ib lub noob, thiab nws muaj tag nrho cov DNA uas tsim nyog los yug tawm tau tag nrho zaj keeb kwm. Qhov chaw hais thib ob uas tseem ceeb tshaj plaws hauv “txoj cai ntawm thawj zaug uas raug hais txog” yog qhov chaw hais kawg nkaus, vim qhov ntawd yog qhov chaw uas txhua zaj keeb kwm uas tshwm sim nyob nruab nrab ntawm qhov pib thiab qhov xaus raug khi ua ke. “Nyob hauv phau Tshwmsim, tag nrho cov phau ntawv hauv Vajlugkub sib ntsib thiab xaus,” thiab phau Tshwmsim yog phau ntawv kawg ntawm Vajlugkub.</w:t>
      </w:r>
    </w:p>
    <w:p>
      <w:pPr>
        <w:pStyle w:val="ArticleBody"/>
        <w:jc w:val="left"/>
      </w:pPr>
      <w:r>
        <w:rPr>
          <w:rFonts w:ascii="Times New Roman" w:hAnsi="Times New Roman" w:eastAsia="Times New Roman" w:cs="Times New Roman"/>
        </w:rPr>
        <w:t>Lo lus Henplais “qhov tseeb” uas peb tab tom xav txog no pib nrog tsab ntawv “Aleph,” tsab ntawv thib kaum peb yog “Mem,” thiab tsab ntawv thib nees nkaum ob thiab yog tsab ntawv kawg yog “Tav.” Tseeb tiag, muaj ntau yam ntxoov ntxoo hauv cov ntsiab txhais ntawm cov tsab ntawv no raws li tus kws paub lus twg uas koj tig mus nrhiav cov ntsiab txhais, los xij cov ntsiab txhais dav dav kuj muaj txiaj ntsig heev.</w:t>
      </w:r>
    </w:p>
    <w:p>
      <w:pPr>
        <w:pStyle w:val="ArticleBody"/>
        <w:jc w:val="left"/>
      </w:pPr>
      <w:r>
        <w:rPr>
          <w:rFonts w:ascii="Times New Roman" w:hAnsi="Times New Roman" w:eastAsia="Times New Roman" w:cs="Times New Roman"/>
        </w:rPr>
        <w:t>א (Aleph): Tus thawj ntawm cov ntawv Henplais, thiab feem ntau nws raug txuas nrog txoj kev ua ib, thiab sawv cev rau Vajtswv tus kheej thiab txoj kev nyob mus ib txhis, ua lub cim qhia txog kev txuas ntawm Vajtswv thiab txhua yam uas raug tsim los.</w:t>
      </w:r>
    </w:p>
    <w:p>
      <w:pPr>
        <w:pStyle w:val="ArticleBody"/>
        <w:jc w:val="left"/>
      </w:pPr>
      <w:r>
        <w:rPr>
          <w:rFonts w:ascii="Times New Roman" w:hAnsi="Times New Roman" w:eastAsia="Times New Roman" w:cs="Times New Roman"/>
        </w:rPr>
        <w:t>מ (Mem): Tsab ntawv thib kaum peb hauv niam ntawv Henplais thiab feem ntau raug txuas nrog dej.</w:t>
      </w:r>
    </w:p>
    <w:p>
      <w:pPr>
        <w:pStyle w:val="ArticleBody"/>
        <w:jc w:val="left"/>
      </w:pPr>
      <w:r>
        <w:rPr>
          <w:rFonts w:ascii="Times New Roman" w:hAnsi="Times New Roman" w:eastAsia="Times New Roman" w:cs="Times New Roman"/>
        </w:rPr>
        <w:t>ת (Tav): Tsab ntawv kawg ntawm tus niam ntawv Henplais, thiab nws nqa lub ntsiab lus tias “cim” lossis “paib.” Feem ntau nws raug txuas nrog lub tswv yim ntawm kev ua tiav lossis “lub foob” ntawm kev tsim ntuj tsim teb. Hauv Henplais thaum ub, tsab ntawv Tav muaj tus yam ntxwv zoo li tus ntoo khaub lig.</w:t>
      </w:r>
    </w:p>
    <w:p>
      <w:pPr>
        <w:pStyle w:val="ArticleBody"/>
        <w:jc w:val="left"/>
      </w:pPr>
      <w:r>
        <w:rPr>
          <w:rFonts w:ascii="Times New Roman" w:hAnsi="Times New Roman" w:eastAsia="Times New Roman" w:cs="Times New Roman"/>
        </w:rPr>
        <w:t>Lo lus Henplais uas raug txhais tias yog “qhov tseeb” uas peb tab tom xav txog no yog tsim los ntawm peb lub tsiaj ntawv, uas thaum nyob ua ke sawv cev rau txoj moo zoo uas nyob mus ib txhis. Ua li cas? Qhov no pom tau yooj yim yog tias koj to taub tias tej lus ntawm peb tug timtswv yog txoj moo zoo uas nyob mus ib txhis. Nws pom tseeb tau vim cov ntsiab lus txhais ntawm peb lub tsiaj ntawv no sawv cev rau tej lus ntawm peb tug timtswv.</w:t>
      </w:r>
    </w:p>
    <w:p>
      <w:pPr>
        <w:pStyle w:val="ArticleBody"/>
        <w:jc w:val="left"/>
      </w:pPr>
      <w:r>
        <w:rPr>
          <w:rFonts w:ascii="Times New Roman" w:hAnsi="Times New Roman" w:eastAsia="Times New Roman" w:cs="Times New Roman"/>
        </w:rPr>
        <w:t>Tus tim tswv thawj hauv Tshwmsim kaum plaub qhia txog txoj moo zoo uas nyob mus ib txhis, ces hais rau tag nrho lub ntiajteb kom “ntshai Vajtswv” thiab qhuas Nws los ntawm kev pe hawm tus Tswv Tsim. Lub ntsiab txhais ntawm (Aleph), uas yog thawj ntawm peb tsab ntawv ntawd, yog “Vajtswv tus uas yog Saum Ntuj Ceeb Tsheej, nyob mus ib txhis, thiab raws li tus Tsim noob neej, yog tus Vajtswv uas tibneeg tsim nyog yuav tsum hwm ntshai thiab pe hawm.”</w:t>
      </w:r>
    </w:p>
    <w:p>
      <w:pPr>
        <w:pStyle w:val="ArticleBody"/>
        <w:jc w:val="left"/>
      </w:pPr>
      <w:r>
        <w:rPr>
          <w:rFonts w:ascii="Times New Roman" w:hAnsi="Times New Roman" w:eastAsia="Times New Roman" w:cs="Times New Roman"/>
        </w:rPr>
        <w:t>Aleph sawv cev rau tus tim tswv thawj zaj lus.</w:t>
      </w:r>
    </w:p>
    <w:p>
      <w:pPr>
        <w:pStyle w:val="ArticleBody"/>
        <w:jc w:val="left"/>
      </w:pPr>
      <w:r>
        <w:rPr>
          <w:rFonts w:ascii="Times New Roman" w:hAnsi="Times New Roman" w:eastAsia="Times New Roman" w:cs="Times New Roman"/>
        </w:rPr>
        <w:t>Txoj lus ntawm tus tim tswv thib ob hu tibneeg tawm hauv Npanpiloo, cim txog lub sijhawm uas Vaj Ntsuj Plig Dawb Huv raug nchuav tawm, thiab qhia kom paub txog kev tawm tsam ntxeev siab ntawm Npanpiloo. Lub ntsiab txhais ntawm (Mem) muaj feem nrog dej, (uas yog ib lub cim ntawm kev nchuav tawm ntawm Vaj Ntsuj Plig) thiab nws yog tsab ntawv thib kaum peb hauv niam ntawv; tus lej kaum peb yog ib lub cim ntawm kev tawm tsam ntxeev siab, yog li ntawd thiaj qhia kom paub txog Npanpiloo. Mem sawv cev rau txoj lus ntawm tus tim tswv thib ob.</w:t>
      </w:r>
    </w:p>
    <w:p>
      <w:pPr>
        <w:pStyle w:val="ArticleBody"/>
        <w:jc w:val="left"/>
      </w:pPr>
      <w:r>
        <w:rPr>
          <w:rFonts w:ascii="Times New Roman" w:hAnsi="Times New Roman" w:eastAsia="Times New Roman" w:cs="Times New Roman"/>
        </w:rPr>
        <w:t>Tus timthawj thib peb ceeb toom tibneeg kom txhob txais lub cim ntawm tus tsiaj qus, qhia ob pab neeg pe hawm thiab txoj kev chim siab ntawm Vajtswv. Lo lus txhais ntawm (Tav) yog tias nws sawv cev rau ib “lub cim,” (lub cim ntawm tus tsiaj qus) nws sawv cev rau lub foob ntawm kev tsim ntuj tsim teb (lub foob ntawm Vajtswv). Tus tsiaj ntawv nws tus kheej muaj tus yam ntxwv zoo li tus ntoo khaub lig. Tav sawv cev rau txoj xov ntawm tus timthawj thib peb.</w:t>
      </w:r>
    </w:p>
    <w:p>
      <w:pPr>
        <w:pStyle w:val="ArticleScripture"/>
        <w:jc w:val="left"/>
      </w:pPr>
      <w:r>
        <w:rPr>
          <w:rFonts w:ascii="Times New Roman" w:hAnsi="Times New Roman" w:eastAsia="Times New Roman" w:cs="Times New Roman"/>
        </w:rPr>
        <w:t>“Lub cim ntawm Vajtswv uas muaj sia nyob, uas raug muab tso rau saum pliaj ntawm Nws haiv neeg, yog dab tsi? Nws yog ib lub cim uas cov timtswv nyeem tau, tiam sis tsis yog qhov muag tibneeg yuav nyeem tau; rau qhov tus timtswv uas rhuav tshem yuav tsum pom lub cim no ntawm kev txhiv dim. Lub siab uas muaj kev nkag siab tau pom lub cim ntawm tus ntoo khaub lig ntawm Khaulakalee rau hauv cov tub thiab cov ntxhais uas tus Tswv tau txais los ua Nws li. Txoj kev txhaum ntawm kev ua txhaum Vajtswv txoj kevcai raug muab tshem tawm lawm. Lawv hnav tsoos tsho rau tshoob, thiab lawv mloog lus thiab ncaj ncees rau txhua lo lus txib uas Vajtswv muab.”</w:t>
      </w:r>
    </w:p>
    <w:p>
      <w:pPr>
        <w:pStyle w:val="ArticleScripture"/>
        <w:jc w:val="left"/>
      </w:pPr>
      <w:r>
        <w:rPr>
          <w:rFonts w:ascii="Times New Roman" w:hAnsi="Times New Roman" w:eastAsia="Times New Roman" w:cs="Times New Roman"/>
        </w:rPr>
        <w:t>“Tus Tswv yuav tsis zam txim rau cov uas paub qhov tseeb yog lawv tsis mloog Nws tej lus txib hauv lo lus thiab hauv tej hauj lwm.” Maranatha, 243.</w:t>
      </w:r>
    </w:p>
    <w:p>
      <w:pPr>
        <w:pStyle w:val="ArticleBody"/>
        <w:jc w:val="left"/>
      </w:pPr>
      <w:r>
        <w:rPr>
          <w:rFonts w:ascii="Times New Roman" w:hAnsi="Times New Roman" w:eastAsia="Times New Roman" w:cs="Times New Roman"/>
        </w:rPr>
        <w:t>Lo lus Henplais uas txhais ua “qhov tseeb” muaj peb tug ntawv, thiab txhua tug ntawv ntawd nyias muaj nws tus kheej lub ntsiab txhais. Peb lub ntsiab txhais ntawd kuj yog peb tug timtswv tej lus ceeb toom cov ntsiab txhais thiab. Lawv kuj yog thawj tug timtswv zaj lus ceeb toom cov ntsiab txhais thiab, rau qhov thawj tug timtswv zaj lus ceeb toom yog zaj lus uas nyob thaum chiv keeb ntawm Adventism, hos tus timtswv peb zaj lus ceeb toom yog zaj lus uas nyob thaum kawg ntawm Adventism. Vim Yexus qhia qhov kawg los ntawm qhov chiv keeb, thawj tug timtswv thiaj tuav tag nrho tej cim taw qhia yav tom ntej ntawm tus timtswv peb zaj lus ceeb toom. Yog li ntawd, peb tug ntawv Henplais ntawd cov ntsiab txhais thiaj dhau los ua cov cim tsis yog rau tus timtswv peb zaj lus ceeb toom xwb, tiam sis kuj yog cov cim rau thawj tug timtswv zaj lus ceeb toom thiab.</w:t>
      </w:r>
    </w:p>
    <w:p>
      <w:pPr>
        <w:pStyle w:val="ArticleBody"/>
        <w:jc w:val="left"/>
      </w:pPr>
      <w:r>
        <w:rPr>
          <w:rFonts w:ascii="Times New Roman" w:hAnsi="Times New Roman" w:eastAsia="Times New Roman" w:cs="Times New Roman"/>
        </w:rPr>
        <w:t>Yauhas hauv Phau Tshwm Sim tau raug hais kom sau tej yam uas muaj nyob rau lub sijhawm ntawd, thiab thaum nws ua li ntawd nws kuj tib lub sijhawm tab tom sau tej yam uas yuav muaj nyob rau yav tom ntej. Nws tau sau tseg txog qhov pib kom ua piv txwv qhia txog qhov kawg. Hauv cov lus uas tsis muaj qhov tsis meej, Cov Ntseeg Xya-Hnub so tau raug ceeb toom kom kawm thiab tshaj tawm txoj xov ntawm cov Millerites, uas yog txoj xov ntawm tus tim tswv thawj. Thaum peb kawm thiab tshaj tawm cov kev tseeb ntawd thiab zaj keeb kwm ntawd, peb yuav tab tom tshaj tawm txoj xov ntawm tus tim tswv thib peb thiab rov ua dua zaj keeb kwm ntawm tus tim tswv thawj.</w:t>
      </w:r>
    </w:p>
    <w:p>
      <w:pPr>
        <w:pStyle w:val="ArticleScripture"/>
        <w:jc w:val="left"/>
      </w:pPr>
      <w:r>
        <w:rPr>
          <w:rFonts w:ascii="Times New Roman" w:hAnsi="Times New Roman" w:eastAsia="Times New Roman" w:cs="Times New Roman"/>
        </w:rPr>
        <w:t>“Vajtswv tsis yog tab tom muab ib zaj lus tshiab rau peb. Peb yuav tsum tshaj tawm zaj lus uas nyob rau xyoo 1843 thiab 1844 tau coj peb tawm ntawm lwm cov koom txoos.” Review and Herald, January 19, 1905.</w:t>
      </w:r>
    </w:p>
    <w:p>
      <w:pPr>
        <w:pStyle w:val="ArticleScripture"/>
        <w:jc w:val="left"/>
      </w:pPr>
      <w:r>
        <w:rPr>
          <w:rFonts w:ascii="Times New Roman" w:hAnsi="Times New Roman" w:eastAsia="Times New Roman" w:cs="Times New Roman"/>
        </w:rPr>
        <w:t>“Tag nrho tej lus uas tau muab txij xyoo 1840–1844 yuav tsum raug ua kom muaj hwj chim tam sim no, rau qhov muaj coob leej neeg uas tau plam lawv txoj kev taw qhia lawm. Tej lus no yuav tsum mus cuag txhua lub koom txoos.” Manuscript Releases, volume 21, 437.</w:t>
      </w:r>
    </w:p>
    <w:p>
      <w:pPr>
        <w:pStyle w:val="ArticleScripture"/>
        <w:jc w:val="left"/>
      </w:pPr>
      <w:r>
        <w:rPr>
          <w:rFonts w:ascii="Times New Roman" w:hAnsi="Times New Roman" w:eastAsia="Times New Roman" w:cs="Times New Roman"/>
        </w:rPr>
        <w:t>“Cov lus tseeb uas peb tau txais nyob rau xyoo 1841, ‘42, ‘43, thiab ‘44 nim no yuav tsum raug kawm thiab tshaj tawm.” Manuscript Releases, volume 15, 371.</w:t>
      </w:r>
    </w:p>
    <w:p>
      <w:pPr>
        <w:pStyle w:val="ArticleScripture"/>
        <w:jc w:val="left"/>
      </w:pPr>
      <w:r>
        <w:rPr>
          <w:rFonts w:ascii="Times New Roman" w:hAnsi="Times New Roman" w:eastAsia="Times New Roman" w:cs="Times New Roman"/>
        </w:rPr>
        <w:t>“Lo lus ceeb toom twb los txog lawm tias: Tsis txhob cia ib yam dab tsi nkag los uas yuav cuam tshuam lub hauv paus ntawm txoj kev ntseeg uas peb tau txhim tsa saum no txij li thaum txoj xov xwm los txog rau xyoo 1842, 1843, thiab 1844. Kuv twb nyob hauv txoj xov xwm no, thiab txij thaum ntawd los kuv yeej sawv ntawm lub ntiaj teb xub ntiag, ncaj ncees rau qhov kaj uas Vajtswv tau pub rau peb. Peb tsis npaj yuav txav peb txhais taw tawm ntawm lub txeev uas lawv raug muab tso rau saum ntawd, thaum ib hnub dhau ib hnub peb nrhiav tus Tswv nrog kev thov Vajtswv uas kub siab lug, nrhiav qhov kaj. Nej puas xav tias kuv yuav tso tseg qhov kaj uas Vajtswv tau pub rau kuv? Nws yuav tsum nyob ruaj khov ib yam li Lub Pob Zeb Uas Nyob Mus Ib Txhis. Nws twb coj kuv kev txij thaum lub sij hawm uas nws raug pub los lawm.” Review and Herald, April 14, 1903.</w:t>
      </w:r>
    </w:p>
    <w:p>
      <w:pPr>
        <w:pStyle w:val="ArticleBody"/>
        <w:jc w:val="left"/>
      </w:pPr>
      <w:r>
        <w:rPr>
          <w:rFonts w:ascii="Times New Roman" w:hAnsi="Times New Roman" w:eastAsia="Times New Roman" w:cs="Times New Roman"/>
        </w:rPr>
        <w:t>Txoj xov ntawm tus tim tswv thawj thiab keeb kwm uas txoj xov ntawd tau raug nthuav tawm ntawd sib txig thiab ua piv txwv txog peb keeb kwm tam sim no—nrog qee qhov kev txwv raws li lus faj lem. Ob qho keeb kwm ntawd kuj raug sawv cev los ntawm peb tsab ntawv uas Tus Kws Txawj Hais Lus saum ntuj tau siv los tsim lo lus “truth.” Thiab lo lus “truth” ntawd sawv cev rau txoj moo zoo uas nyob mus ib txhis.</w:t>
      </w:r>
    </w:p>
    <w:p>
      <w:pPr>
        <w:pStyle w:val="ArticleBody"/>
        <w:jc w:val="left"/>
      </w:pPr>
      <w:r>
        <w:rPr>
          <w:rFonts w:ascii="Times New Roman" w:hAnsi="Times New Roman" w:eastAsia="Times New Roman" w:cs="Times New Roman"/>
        </w:rPr>
        <w:t>Keeb kwm ntawm cov Millerites thaum chiv keeb ntawm Kev Ntseeg Adventism sawv cev rau tus tim tswv thawj, thiab keeb kwm thaum kawg ntawm Adventism uas tus tim tswv thib peb sawv cev rau ntawd yog keeb kwm uas mus sib luag, tiamsis lawv muaj qee qhov txawv.</w:t>
      </w:r>
    </w:p>
    <w:p>
      <w:pPr>
        <w:pStyle w:val="ArticleBody"/>
        <w:jc w:val="left"/>
      </w:pPr>
      <w:r>
        <w:rPr>
          <w:rFonts w:ascii="Times New Roman" w:hAnsi="Times New Roman" w:eastAsia="Times New Roman" w:cs="Times New Roman"/>
        </w:rPr>
        <w:t>Tus tim tswv thawj qhia txog kev qhib ntawm txoj kev txiav txim, thiab tus tim tswv thib peb qhia txog kev kaw ntawm txoj kev txiav txim. Tus qauv yaj saub uas yog lub hauv paus uas keeb kwm ntawm Kev Ntseeg Adventism tau nthuav tawm yog ib yam nkaus nkaus, tsis hais nyob hauv nws keeb kwm pib los yog nyob hauv nws qhov kawg. Ob sab kawg twg los xij kuj qhia tau tias ua raws peb kauj ruam ntawm peb tus tim tswv thaum lawv los txog hauv keeb kwm. Thiab peb tus tim tswv ntawd kuj yog peb tsab ntawv ntawd thiab. Vim li ntawd, txheej xwm yaj saub ntawm ob qho kawg ntawm Adventism yog tsa saum peb kauj ruam ntawm peb tus tim tswv, uas yog tej cim taw qhia uas kuj raug sawv cev los ntawm peb tsab ntawv Henplais ntawd uas tsim lo lus “qhov tseeb.”</w:t>
      </w:r>
    </w:p>
    <w:p>
      <w:pPr>
        <w:pStyle w:val="ArticleBody"/>
        <w:jc w:val="left"/>
      </w:pPr>
      <w:r>
        <w:rPr>
          <w:rFonts w:ascii="Times New Roman" w:hAnsi="Times New Roman" w:eastAsia="Times New Roman" w:cs="Times New Roman"/>
        </w:rPr>
        <w:t>Alpha yog qhov pib ntawm Adventism, Omega yog qhov kawg ntawm Adventism, thiab tus tsiaj ntawv uas nyob nruab nrab, uas yog tus tsiaj ntawv thib kaum peb, yog li ntawd qhia txog txoj kev tawm tsam ntawm Adventism txij thaum nws pib mus txog thaum nws kawg.</w:t>
      </w:r>
    </w:p>
    <w:p>
      <w:pPr>
        <w:pStyle w:val="ArticleBody"/>
        <w:jc w:val="left"/>
      </w:pPr>
      <w:r>
        <w:rPr>
          <w:rFonts w:ascii="Times New Roman" w:hAnsi="Times New Roman" w:eastAsia="Times New Roman" w:cs="Times New Roman"/>
        </w:rPr>
        <w:t>Peb raug qhia txog qhov uas Vajtswv txojkev nyob:</w:t>
      </w:r>
    </w:p>
    <w:p>
      <w:pPr>
        <w:pStyle w:val="ArticleScripture"/>
        <w:jc w:val="left"/>
      </w:pPr>
      <w:r>
        <w:rPr>
          <w:rFonts w:ascii="Times New Roman" w:hAnsi="Times New Roman" w:eastAsia="Times New Roman" w:cs="Times New Roman"/>
        </w:rPr>
        <w:t>Koj txojkev, Au Vajtswv, nyob hauv lub chaw dawb huv: tus vajtswv twg thiaj loj npaum li peb tus Vajtswv? Ntawv Nkauj 77:13.</w:t>
      </w:r>
    </w:p>
    <w:p>
      <w:pPr>
        <w:pStyle w:val="ArticleBody"/>
        <w:jc w:val="left"/>
      </w:pPr>
      <w:r>
        <w:rPr>
          <w:rFonts w:ascii="Times New Roman" w:hAnsi="Times New Roman" w:eastAsia="Times New Roman" w:cs="Times New Roman"/>
        </w:rPr>
        <w:t>Hauv lub tuam tsev dawb huv peb pom tias Vajtswv txoj kev yog tib peb theem nkaus li peb tug tim tswv tej lus. Hauv lub tshav puam, kev ntshai Vajtswv coj ib tug los nqa kev fij thiab txais kev raug txiav txim ncaj ncees. Hauv chav dawb huv, kev ua kom dawb huv raug sawv cev los ntawm lub neej thov Vajtswv uas raug sawv cev los ntawm lub thaj hlawv xyab, lub neej kawm Vajlugkub uas raug sawv cev los ntawm lub rooj mov fij, thiab lub neej ua haujlwm pabcuam uas raug sawv cev los ntawm tej taws teeb. Chav Dawb Huv Tshaj Plaws sawv cev rau txoj kev txiav txim. Thaum peb muaj kev ntshai Vajtswv raws li tau sawv cev hauv thawj tug tim tswv txoj lus, peb nrhiav kev raug txiav txim ncaj ncees ntawm tus ntoo khaub lig taw, nyob hauv lub tshav puam. Thaum peb raug txiav txim ncaj ncees lawm (ua neeg ncaj ncees), peb taug kev hauv txoj kev tshiab ntawm lub neej uas raug ua kom dawb huv (kev loj hlob hauv kev dawb huv) raws li tau sawv cev los ntawm chav dawb huv. Chav dawb huv sawv cev rau ib tug Khetos tus thwjtim txoj haujlwm raws li cov Millerites tau ua tiav thaum lub sij hawm tug tim tswv thib ob txoj lus nrog rau Midhmo Qw. Thaum raug txiav txim ncaj ncees thiab raug ua kom dawb huv lawm, peb raug npaj tseg rau txoj kev txiav txim uas raug sawv cev los ntawm Chav Dawb Huv Tshaj Plaws. Peb theem hauv lub tuam tsev dawb huv, uas sawv cev, nrog rau lwm yam, rau peb lo lus qhuab qhia txog kev ntseeg—kev raug txiav txim ncaj ncees, kev ua kom dawb huv, thiab kev txais koob meej—thiab kuj sawv cev rau peb tug tim tswv tej lus, thiab yeej tseem sawv cev rau thawj tug tim tswv txoj lus, thiab yeej tseem sawv cev rau peb tug ntawv uas raug siv los tsim lo lus “truth.”</w:t>
      </w:r>
    </w:p>
    <w:p>
      <w:pPr>
        <w:pStyle w:val="ArticleBody"/>
        <w:jc w:val="left"/>
      </w:pPr>
      <w:r>
        <w:rPr>
          <w:rFonts w:ascii="Times New Roman" w:hAnsi="Times New Roman" w:eastAsia="Times New Roman" w:cs="Times New Roman"/>
        </w:rPr>
        <w:t>Hauv lub tshav puam ntawm lub chaw dawb huv, peb pom tag nrho peb kauj ruam tib yam thiab. Kauj ruam thawj uas nkag mus rau hauv lub chaw dawb huv yuav tsum qhia txog kauj ruam kawg ntawm lub chaw dawb huv, ib yam li tus tim tswv thawj phim raws nraim rau tus tim tswv peb. Kauj ruam thawj hauv lub tshav puam yog kev tua tus txi, uas sawv cev rau kev raug suav tias ncaj ncees. Kauj ruam ob yog lub dab ntxuav tes uas qhov roj (kev txhaum) raug muab tshem tawm, thiab tus txi raug ntxuav kom huv ua ntej cov kauj ruam kawg. Dej hauv lub dab ntxuav tes yog ib qho cwj pwm tshwj xeeb ntawm kauj ruam ob. Kauj ruam peb yog tus hlawv fij tiag tiag, uas yog tus qauv qhia txog Khetos saum tus ntoo khaub lig qhov chaw uas kev txiav txim raug ua tiav. Peb kauj ruam tib yam no kuj nyob hauv kauj ruam thawj ntawm lub chaw dawb huv, ib yam li peb kauj ruam tib yam no nyob hauv tus tim tswv thawj txoj xov. Lub hauv paus ntsiab lus ntawm alpha thiab omega nyob hauv lub chaw dawb huv, ib yam li nws nyob hauv peb tus tim tswv tej xov, ib yam li nws nyob hauv cov tsiaj ntawv uas tsim lo lus “truth.”</w:t>
      </w:r>
    </w:p>
    <w:p>
      <w:pPr>
        <w:pStyle w:val="ArticleBody"/>
        <w:jc w:val="left"/>
      </w:pPr>
      <w:r>
        <w:rPr>
          <w:rFonts w:ascii="Times New Roman" w:hAnsi="Times New Roman" w:eastAsia="Times New Roman" w:cs="Times New Roman"/>
        </w:rPr>
        <w:t>Kev yaj saub hais txog 2300 xyoo muaj tib lub qauv kiag. Zaj yaj saub ntawd tau pib nrog peb tsab cai tshaj tawm thiab xaus rau thaum lus ceeb toom ntawm tus timtswv thib peb tuaj txog rau hnub tim Kaum Hli 22, 1844. Zaj yaj saub ntawd nthuav tawm tsib txoj kab yaj saub, thiab keeb kwm thaum pib ntawm zaj yaj saub 2300 xyoo ntawd sawv cev rau keeb kwm thaum xaus ntawm txhua txoj yaj saub tsib txoj ntawd. Qhov pib thiab qhov xaus ntawm zaj yaj saub 2300 xyoo uas tiav lawm muaj peb tsab cai tshaj tawm, thiab nws xaus nrog peb txoj lus ceeb toom.</w:t>
      </w:r>
    </w:p>
    <w:p>
      <w:pPr>
        <w:pStyle w:val="ArticleBody"/>
        <w:jc w:val="left"/>
      </w:pPr>
      <w:r>
        <w:rPr>
          <w:rFonts w:ascii="Times New Roman" w:hAnsi="Times New Roman" w:eastAsia="Times New Roman" w:cs="Times New Roman"/>
        </w:rPr>
        <w:t>Qhov pib ntawm zaj lus faj lem xyoo 457 BC tau tshwm sim nyob rau lub sijhawm muaj kev txhawj xeeb thiab kev kub ntxhov, thiab tau npaj tseg kom cov Yudais rov qab los thiab tsim kho lub tuam tsev thiab lub nroog dua. Raws nraim li qhov uas tau raug hais tseg, 49 xyoos tom qab, tom qab txoj haujlwm uas tau pib xyoo 457 BC, nws tau ua tiav nyob rau hauv lub sijhawm muaj kev txhawj xeeb thiab kev kub ntxhov. Qhov pib ntawm 49 xyoos ntawd yog ib daim duab qhia txog qhov kawg ntawm 49 xyoos ntawd.</w:t>
      </w:r>
    </w:p>
    <w:p>
      <w:pPr>
        <w:pStyle w:val="ArticleBody"/>
        <w:jc w:val="left"/>
      </w:pPr>
      <w:r>
        <w:rPr>
          <w:rFonts w:ascii="Times New Roman" w:hAnsi="Times New Roman" w:eastAsia="Times New Roman" w:cs="Times New Roman"/>
        </w:rPr>
        <w:t>Xyoo 457 BC cim pib ntawm lo lus faj lem uas qhia txog kev raug pleev roj tsa tes ntawm Khetos thaum Nws ua kevcai raus dej. Nws txoj kev raug pleev roj tsa tes ntawd yog lub cim pib ntawm Nws tes dej num hauv kev sau sib koom ib haiv neeg los ua pejxeem ntawm Yeluxalees Tshiab, tsis yog Yeluxalees Qub, ib yam li cov Yixayee thaum ub tau raug sau sib koom los txhim kho dua Yeluxalees tiag tiag hauv xyoo 457 BC.</w:t>
      </w:r>
    </w:p>
    <w:p>
      <w:pPr>
        <w:pStyle w:val="ArticleBody"/>
        <w:jc w:val="left"/>
      </w:pPr>
      <w:r>
        <w:rPr>
          <w:rFonts w:ascii="Times New Roman" w:hAnsi="Times New Roman" w:eastAsia="Times New Roman" w:cs="Times New Roman"/>
        </w:rPr>
        <w:t>Xyoo 457 BC kuj cim qhia txog qhov pib ntawm lo lus faj lem uas qhia meej txog lub sij hawm thaum Khetos yuav raug ntsia saum ntoo khaublig. Muam White muab keeb kwm ntawm tus ntoo khaublig txuas raws ib txoj kab nrog Kev Poob Siab Loj ntawm hnub tim 22 Lub Kaum Hli, 1844, thiab nws kuj muab keeb kwm ntawm kev hla Hiav Txwv Liab txuas raws ib txoj kab nrog Kev Poob Siab Loj thiab. Xyoo 457 BC muaj ib qho kev poob siab uas yog ib daim qauv qhia ua ntej txog kev poob siab ntawm cov Henplais ntawm Hiav Txwv Liab, Kev Poob Siab Loj rau cov Adventist, kev poob siab ntawm cov thwjtim ntawm tus ntoo khaublig, thiab ntawm Exala hauv xyoo 457 BC.</w:t>
      </w:r>
    </w:p>
    <w:p>
      <w:pPr>
        <w:pStyle w:val="ArticleScripture"/>
        <w:jc w:val="left"/>
      </w:pPr>
      <w:r>
        <w:rPr>
          <w:rFonts w:ascii="Times New Roman" w:hAnsi="Times New Roman" w:eastAsia="Times New Roman" w:cs="Times New Roman"/>
        </w:rPr>
        <w:t>“Exalas tau xav tias yuav muaj neeg coob heev rov qab mus rau Yeluxalees, tiam sis tus naj npawb ntawm cov uas teb rau txoj kev hu ntawd tsawg heev ua rau poob siab. Coob leej uas twb tau tsev thiab teb chaws lawm tsis muaj siab xav txi tej cuab tam ntawd. Lawv nyiam txoj kev nyob kaj siab thiab xis nyob, thiab lawv txaus siab heev uas yuav nyob twj ywm qhov qub. Lawv tus yam ntxwv ua ib qho chaw khuam rau lwm tus uas, yog tsis li ntawd, tej zaum yuav tau xaiv los koom lawv lub neej nrog cov uas tab tom mus tom ntej los ntawm txoj kev ntseeg.” Prophets and Kings, 612.</w:t>
      </w:r>
    </w:p>
    <w:p>
      <w:pPr>
        <w:pStyle w:val="ArticleBody"/>
        <w:jc w:val="left"/>
      </w:pPr>
      <w:r>
        <w:rPr>
          <w:rFonts w:ascii="Times New Roman" w:hAnsi="Times New Roman" w:eastAsia="Times New Roman" w:cs="Times New Roman"/>
        </w:rPr>
        <w:t>Xyoo 457 BC kuj yog qhov cim pib ntawm txoj lus faj lem uas qhia tias thaum twg cov Yixayee thaum ub yuav raug Vajtswv nrauj tseg thiab txoj moo zoo yuav raug coj mus rau lwm haiv neeg, ua cim rau qhov kawg ntawm ib lub sijhawm tshwj xeeb ntawm txoj kev sim siab uas kav 490 xyoo, tshwj xeeb rau cov Yixayee thaum ub. Yog li no, 457 BC cim txog qhov pib ntawm lawv lub sijhawm sim siab, hos 34 AD cim txog qhov kawg ntawm lawv lub sijhawm sim siab, ua ib yam piv txwv tias lub sijhawm sim siab ntawm Adventism pib xyoo 1844 thiab xaus rau ntawm txoj cai Sunday.</w:t>
      </w:r>
    </w:p>
    <w:p>
      <w:pPr>
        <w:pStyle w:val="ArticleBody"/>
        <w:jc w:val="left"/>
      </w:pPr>
      <w:r>
        <w:rPr>
          <w:rFonts w:ascii="Times New Roman" w:hAnsi="Times New Roman" w:eastAsia="Times New Roman" w:cs="Times New Roman"/>
        </w:rPr>
        <w:t>Muaj ib txhia lwm qhov kev faj lem txog sijhawm sab hauv nyob rau hauv zaj lus faj lem 2300 xyoo, tabsis lawv txhua tus puav leej muaj lub cim ntawm Alpha thiab Omega. Lawv tej keeb pib ua piv txwv qhia lawv tej xaus.</w:t>
      </w:r>
    </w:p>
    <w:p>
      <w:pPr>
        <w:pStyle w:val="ArticleBody"/>
        <w:jc w:val="left"/>
      </w:pPr>
      <w:r>
        <w:rPr>
          <w:rFonts w:ascii="Times New Roman" w:hAnsi="Times New Roman" w:eastAsia="Times New Roman" w:cs="Times New Roman"/>
        </w:rPr>
        <w:t>Nws yog ib qho tseem ceeb uas yuav tsum nco ntsoov tias cov Yixayee thaum ub raug tsa los ua cov uas khaws cia Vajtswv txoj kevcai, thiab cov Yixayee niaj hnub no raug tsa tsis yog kom ua cov uas khaws cia Nws txoj kevcai xwb, tabsis kuj ua cov uas khaws cia Nws tej lus faj lem thiab. Thaum tus Tswv nkag los rau hauv kev cog lus nrog cov Yixayee thaum ub, Nws tsa lawv los ua cov uas khaws cia Kaum Nqe Kevcai raws li tau sau rau saum ob phaj pob zeb. Thaum Nws nkag los rau hauv kev cog lus nrog cov Yixayee niaj hnub no hauv keeb kwm Millerite, Nws tsa lawv los ua cov uas khaws cia Nws txoj lus faj lem raws li tau sawv cev rau saum ob phaj ntawm Habakkuk, uas raug sawv cev los ntawm daim chart pioneer xyoo 1843 thiab 1850. Qhov pib ntawm cov Yixayee thaum ub yog ib daim duab qhia txog qhov pib ntawm cov Yixayee niaj hnub no.</w:t>
      </w:r>
    </w:p>
    <w:p>
      <w:pPr>
        <w:pStyle w:val="ArticleScripture"/>
        <w:jc w:val="left"/>
      </w:pPr>
      <w:r>
        <w:rPr>
          <w:rFonts w:ascii="Times New Roman" w:hAnsi="Times New Roman" w:eastAsia="Times New Roman" w:cs="Times New Roman"/>
        </w:rPr>
        <w:t>“Tus Tswv tau hu Nws haiv neeg Ixayees tawm los, thiab tau cais lawv tawm ntawm lub ntiaj teb, xwv kom Nws thiaj li yuav tso ib txoj kev tso siab dawb ceev rau lawv. Nws tau tsa lawv ua cov uas khaws Nws txoj kevcai; thiab Nws tau npaj kom dhau ntawm lawv thiaj li yuav khaws cia rau hauv tibneeg txoj kev paub txog Nws tus kheej. Dhau ntawm lawv, qhov kaj ntawm ntuj ceeb tsheej yuav tsum ci tawm mus rau tej chaw tsaus nti ntawm lub ntiajteb, thiab yuav tsum muaj ib lub suab uas hu thov rau txhua haivneeg kom tig ntawm lawv txoj kev pe dab pe mlom los ua haujlwm rau tus Vajtswv uas muaj sia nyob thiab yog tus tseeb.”</w:t>
      </w:r>
    </w:p>
    <w:p>
      <w:pPr>
        <w:pStyle w:val="ArticleScripture"/>
        <w:jc w:val="left"/>
      </w:pPr>
      <w:r>
        <w:rPr>
          <w:rFonts w:ascii="Times New Roman" w:hAnsi="Times New Roman" w:eastAsia="Times New Roman" w:cs="Times New Roman"/>
        </w:rPr>
        <w:t>“Yog cov cov Henplais tau ua ncaj ncees rau qhov uas tau muab tso siab rau lawv, lawv yeej yuav tau ua ib lub hwj chim hauv ntiajteb no. Vajtswv yuav tau ua lawv tus tiv thaiv, thiab Nws yuav tau tsa lawv kom siab tshaj txhua haiv neeg. Nws lub hwj chim thiab qhov tseeb yuav tau raug qhia tawm los ntawm lawv, thiab lawv yuav tau sawv los nyob hauv Nws txoj kev kav uas muaj tswv yim thiab dawb huv ua ib tug piv txwv qhia txog qhov zoo tshaj plaws ntawm Nws txoj kev tswj hwm tshaj txhua yam kev pe dab pe mlom. Tiamsis lawv tsis tau tuav lawv tej lus cog tseg nrog Vajtswv. Lawv tau ua raws li lwm haiv neeg tej kev cai pe dab pe mlom; thiab tsis yog ua kom lawv tus Tsim lub npe yog ib zaj qhuas saum npoo ntiajteb, lawv rov coj Nws lub npe mus rau qhov raug saib tsis taus.”</w:t>
      </w:r>
    </w:p>
    <w:p>
      <w:pPr>
        <w:pStyle w:val="ArticleScripture"/>
        <w:jc w:val="left"/>
      </w:pPr>
      <w:r>
        <w:rPr>
          <w:rFonts w:ascii="Times New Roman" w:hAnsi="Times New Roman" w:eastAsia="Times New Roman" w:cs="Times New Roman"/>
        </w:rPr>
        <w:t>“Txawm li cas los xij, Vajtswv lub hom phiaj yuav tsum raug ua kom tiav. Kev paub txog Nws lub siab nyiam yuav tsum raug muab rau lub ntiajteb. Vajtswv tau coj tes ntawm kev tsim txom los rau saum Nws haiv neeg, thiab muab lawv tawg ua neeg raug ntes mus nyob nruab nrab ntawm tej tebchaws. Hauv kev txom nyem, coob leej hauv lawv tau hloov siab lees txim ntawm lawv tej kev txhaum, thiab nrhiav tus Tswv. Yog li ntawd, thaum raug tawg mus thoob plaws tej tebchaws ntawm cov neeg tsis ntseeg, lawv tau nthuav tawm kev paub txog tus Vajtswv tseeb.”</w:t>
      </w:r>
    </w:p>
    <w:p>
      <w:pPr>
        <w:pStyle w:val="ArticleScripture"/>
        <w:jc w:val="left"/>
      </w:pPr>
      <w:r>
        <w:rPr>
          <w:rFonts w:ascii="Times New Roman" w:hAnsi="Times New Roman" w:eastAsia="Times New Roman" w:cs="Times New Roman"/>
        </w:rPr>
        <w:t>“Hnub no, Vajtswv tau hu Nws pawg ntseeg, ib yam li Nws tau hu cov Yixayee thaum ub, kom sawv ua ib lub teeb rau hauv ntiajteb. Los ntawm rab riam loj muaj hwjchim ntawm qhov tseeb,—cov lus tshaj tawm ntawm thawj tus tim tswv, tus thib ob, thiab tus thib peb,—Nws tau cais ib haiv neeg tawm ntawm cov pawg ntseeg thiab tawm ntawm lub ntiajteb, kom coj lawv los nyob ze rau Nws tus kheej hauv txoj kev dawb huv. Nws tau tsa lawv ua cov uas khaws Nws txoj kevcai, thiab tau muab cov tseemceeb loj ntawm tej lus faj lem rau lub sijhawm no tso rau lawv. Ib yam li cov lus dawb huv uas tau muab rau cov Yixayee thaum ub, tej no yog ib txoj kev tso siab dawb huv uas yuav tsum muab tshaj tawm rau lub ntiajteb.”</w:t>
      </w:r>
    </w:p>
    <w:p>
      <w:pPr>
        <w:pStyle w:val="ArticleScripture"/>
        <w:jc w:val="left"/>
      </w:pPr>
      <w:r>
        <w:rPr>
          <w:rFonts w:ascii="Times New Roman" w:hAnsi="Times New Roman" w:eastAsia="Times New Roman" w:cs="Times New Roman"/>
        </w:rPr>
        <w:t>“Cov lus faj lem tshaj tawm tias tus tim tswv thawj yuav ua nws txoj kev tshaj tawm rau ‘txhua haiv neeg, thiab xeem, thiab lus, thiab pejxeem.’ Txoj lus ceeb toom ntawm tus tim tswv thib peb, uas yog ib feem ntawm tib zaj lus peb txheej ntawd, thiab yog zaj lus rau lub sijhawm no, kuj yuav nthuav dav tsis tsawg ib yam li ntawd. Daim chij uas sau tseg tias, ‘Vajtswv tej lus txib thiab txoj kev ntseeg ntawm Yexus,’ yuav tsum raug tsa kom siab. Lub hwj chim ntawm zaj lus thawj thiab zaj lus thib ob yuav tsum raug ua kom muaj zog ntxiv nyob hauv zaj lus thib peb. Nyob hauv zaj lus faj lem nws raug sawv cev tias raug tshaj tawm nrog ib lub suab nrov nrov los ntawm ib tug tim tswv ya saum nruab ntug, thiab nws yuav yuam kom ntiajteb mloog.”</w:t>
      </w:r>
    </w:p>
    <w:p>
      <w:pPr>
        <w:pStyle w:val="ArticleScripture"/>
        <w:jc w:val="left"/>
      </w:pPr>
      <w:r>
        <w:rPr>
          <w:rFonts w:ascii="Times New Roman" w:hAnsi="Times New Roman" w:eastAsia="Times New Roman" w:cs="Times New Roman"/>
        </w:rPr>
        <w:t>“Lo lus ceeb toom txaus ntshai tshaj plaws uas ib txwm tau hais rau neeg ntiajteb no yog muaj nyob hauv tus timtswv thib peb txoj xov. Qhov ntawd yuav tsum yog ib qho kev txhaum txaus ntshai heev uas ua rau Vajtswv txoj kev chim siab nqes los yam tsis muaj kev hlub tshua sib xyaw li. Tiamsis neeg tsis raug tso cia nyob hauv qhov tsaus ntuj txog qhov teeb meem tseem ceeb no; txoj lus ceeb toom tawm tsam kev pe hawm tus tsiaj qus thiab nws tus mlom yuav tsum raug tshaj tawm rau lub ntiajteb ua ntej Vajtswv txoj kev txiav txim tuaj xyuas, xwv kom sawvdaws thiaj paub tias vim li cas thiaj raug tej kev txiav txim ntawd, thiab thiaj muaj sijhawm dim.” Signs of the Times, January 25, 1910.</w:t>
      </w:r>
    </w:p>
    <w:p>
      <w:pPr>
        <w:pStyle w:val="ArticleBody"/>
        <w:jc w:val="left"/>
      </w:pPr>
      <w:r>
        <w:rPr>
          <w:rFonts w:ascii="Times New Roman" w:hAnsi="Times New Roman" w:eastAsia="Times New Roman" w:cs="Times New Roman"/>
        </w:rPr>
        <w:t>Kev tsim tawm ob daim phiaj raws li kev ua tiav ntawm Habakkuk tshooj ob yog kev ua tiav ntawm ntau zaj lus faj lem.</w:t>
      </w:r>
    </w:p>
    <w:p>
      <w:pPr>
        <w:pStyle w:val="ArticleScripture"/>
        <w:jc w:val="left"/>
      </w:pPr>
      <w:r>
        <w:rPr>
          <w:rFonts w:ascii="Times New Roman" w:hAnsi="Times New Roman" w:eastAsia="Times New Roman" w:cs="Times New Roman"/>
        </w:rPr>
        <w:t>Kuv yuav sawv ruaj nreb saum kuv qhov chaw zov, thiab tsa kuv tus kheej saum lub yees, thiab yuav ceev faj saib seb Nws yuav hais dab tsi rau kuv, thiab kuv yuav teb li cas thaum kuv raug qhuab ntuas. Thiab tus Tswv teb kuv, thiab hais tias, Sau zaj yog toog pom tseg, thiab ua kom meej rau saum cov laug cam, xwv kom tus uas nyeem tau nws khiav mus. Rau qhov zaj yog toog pom ntawd tseem yog rau lub sijhawm uas twb teem cia lawm, tiamsis thaum txog qhov kawg nws yuav hais tawm, thiab yuav tsis dag: txawm yog nws ncua los, cia li tos nws; vim nws yuav muaj tseeb los txog, nws yuav tsis ncua.</w:t>
      </w:r>
    </w:p>
    <w:p>
      <w:pPr>
        <w:pStyle w:val="ArticleScripture"/>
        <w:jc w:val="left"/>
      </w:pPr>
      <w:r>
        <w:rPr>
          <w:rFonts w:ascii="Times New Roman" w:hAnsi="Times New Roman" w:eastAsia="Times New Roman" w:cs="Times New Roman"/>
        </w:rPr>
        <w:t>Saib seb, nws tus ntsuj plig uas raug tsa siab ntawd tsis ncaj ncees nyob hauv nws: tiam sis tus ncaj ncees yuav ciaj sia los ntawm nws txoj kev ntseeg. Habakkuk 2:1–4.</w:t>
      </w:r>
    </w:p>
    <w:p>
      <w:pPr>
        <w:pStyle w:val="ArticleBody"/>
        <w:jc w:val="left"/>
      </w:pPr>
      <w:r>
        <w:rPr>
          <w:rFonts w:ascii="Times New Roman" w:hAnsi="Times New Roman" w:eastAsia="Times New Roman" w:cs="Times New Roman"/>
        </w:rPr>
        <w:t>Kev tsim tawm ob daim pioneer chart, yog daim chart xyoo 1843 thiab daim chart xyoo 1850, yog ib qho kev ua tiav raws li tej lus faj lem. Kev kawm txog Habakkuk cov Daim Ntawv qhia tau pov thawj txaus nplua mias txog qhov no. Tiamsis nqe lus hauv Habakkuk ntawd tseem muab ib qho kev pab tseem ceeb rau qhov ntsiab lus no hauv peb txoj kev sib tham.</w:t>
      </w:r>
    </w:p>
    <w:p>
      <w:pPr>
        <w:pStyle w:val="ArticleScripture"/>
        <w:jc w:val="left"/>
      </w:pPr>
      <w:r>
        <w:rPr>
          <w:rFonts w:ascii="Times New Roman" w:hAnsi="Times New Roman" w:eastAsia="Times New Roman" w:cs="Times New Roman"/>
        </w:rPr>
        <w:t>“Kuv twb pom lawm tias daim ntawv qhia xyoo 1843 ntawd raug Vajtswv tus tes coj, thiab tias nws tsis tsim nyog raug hloov; tias cov lej ntawd yog raws li Nws xav kom lawv ua; tias Nws txhais tes nyob saum nws thiab zais ib qho yuam kev nyob rau hauv qee cov lej, kom tsis muaj leejtwg pom tau, txog thaum Nws txhais tes raug tshem tawm.” Early Writings, 74, 75.</w:t>
      </w:r>
    </w:p>
    <w:p>
      <w:pPr>
        <w:pStyle w:val="ArticleBody"/>
        <w:jc w:val="left"/>
      </w:pPr>
      <w:r>
        <w:rPr>
          <w:rFonts w:ascii="Times New Roman" w:hAnsi="Times New Roman" w:eastAsia="Times New Roman" w:cs="Times New Roman"/>
        </w:rPr>
        <w:t>Tom qab xyoo 1843, tus Tswv tau qhia kom ua dua ib daim ntawv qhia tshiab, tiam sis daim ntawv qhia thawj zaug (1843) ntawd yuav tsum tsis txhob hloov, tsuas yog yog muaj kev tshoov siab xwb.</w:t>
      </w:r>
    </w:p>
    <w:p>
      <w:pPr>
        <w:pStyle w:val="ArticleScripture"/>
        <w:jc w:val="left"/>
      </w:pPr>
      <w:r>
        <w:rPr>
          <w:rFonts w:ascii="Times New Roman" w:hAnsi="Times New Roman" w:eastAsia="Times New Roman" w:cs="Times New Roman"/>
        </w:rPr>
        <w:t>“Kuv tau pom tias qhov tseeb yuav tsum raug nthuav kom meej rau saum tej daim ntawv qhia, tias lub ntiaj teb thiab txhua yam uas puv npo hauv nws yog tus Tswv li, thiab tias yuav tsum tsis txhob tseg tej cuab tam uas tsim nyog siv los ua kom qhov tseeb ntawd meej. Kuv tau pom tias daim ntawv qhia qub ntawd yog tus Tswv qhia kom ua, thiab tias txawm ib tug lej hauv ntawd los kuj tsis tsim nyog yuav hloov li tsuas yog los ntawm kev tshoov siab xwb. Kuv tau pom tias cov lej hauv daim ntawv qhia ntawd yog raws li Vajtswv xav kom lawv muaj, thiab tias Nws txhais tes nyob saum nws thiab npog ib qho yuam kev hauv ib txhia lej, xwv kom tsis muaj leejtwg pom tau mus txog thaum Nws txhais tes raug tshem tawm.” Spalding and Magan, 2.</w:t>
      </w:r>
    </w:p>
    <w:p>
      <w:pPr>
        <w:pStyle w:val="ArticleBody"/>
        <w:jc w:val="left"/>
      </w:pPr>
      <w:r>
        <w:rPr>
          <w:rFonts w:ascii="Times New Roman" w:hAnsi="Times New Roman" w:eastAsia="Times New Roman" w:cs="Times New Roman"/>
        </w:rPr>
        <w:t>Thaum nyob nrog Kwv Tij Nichols (uas tau tsim daim ntawv qhia xyoo 1850), rau lub sijhawm uas nws tab tom ua daim ntawv qhia ntawd, Muam White hais tias nws tau pom daim ntawv qhia xyoo 1850 ntawd nyob hauv phau Vajlugkub.</w:t>
      </w:r>
    </w:p>
    <w:p>
      <w:pPr>
        <w:pStyle w:val="ArticleScripture"/>
        <w:jc w:val="left"/>
      </w:pPr>
      <w:r>
        <w:rPr>
          <w:rFonts w:ascii="Times New Roman" w:hAnsi="Times New Roman" w:eastAsia="Times New Roman" w:cs="Times New Roman"/>
        </w:rPr>
        <w:t>“Kuv pom tias Vajtswv nyob hauv kev luam tawm daim chart uas Tij Laug Nichols tau ua. Kuv pom tias muaj ib zaj lus faj lem txog daim chart no nyob hauv Phau Vajlugkub, thiab yog daim chart no raug npaj tseg rau Vajtswv haiv neeg, yog tias nws txaus rau ib tug, ces nws txaus rau lwm tus thiab, thiab yog tias ib tug xav tau ib daim chart tshiab pleev rau ntawm ib qhov loj dua, ces sawv daws puav leej xav tau nws ib yam nkaus.” Manuscript Releases, volume 13, 359.</w:t>
      </w:r>
    </w:p>
    <w:p>
      <w:pPr>
        <w:pStyle w:val="ArticleBody"/>
        <w:jc w:val="left"/>
      </w:pPr>
      <w:r>
        <w:rPr>
          <w:rFonts w:ascii="Times New Roman" w:hAnsi="Times New Roman" w:eastAsia="Times New Roman" w:cs="Times New Roman"/>
        </w:rPr>
        <w:t>Habakkuk tau txib hais tias, “Sau zaj yog toog pom tseg, thiab ua kom meej rau saum tej phiaj.” Ob lub phiaj ntawm Habakkuk yog lub cim ntawm txoj kev cog lus uas Vajtswv tau cog nrog Adventism thaum Nws tsa lawv ua cov chaw khaws Nws tej lus faj lem, ib yam li thaum Nws tau nkag mus rau hauv txoj kev cog lus nrog cov Yixayee thaum ub thiab muab ob lub phiaj ntawm txoj kevcai rau lawv nrog txoj hauj lwm uas yuav ua cov chaw khaws txoj kevcai. Tiamsis Habakkuk txheeb ob pab neeg pe hawm nyob rau hauv kev sib raug zoo nrog ob lub phiaj uas yuav ua kom zaj yog toog pom meej. Ib pab yog cov uas lawv “tus ntsuj plig khav theeb” thiab “tsis ncaj ncees,” hos lwm pab yog cov uas raug hu ua “cov ncaj ncees” uas “yuav muaj sia nyob ntawm nws txoj kev ntseeg.”</w:t>
      </w:r>
    </w:p>
    <w:p>
      <w:pPr>
        <w:pStyle w:val="ArticleBody"/>
        <w:jc w:val="left"/>
      </w:pPr>
      <w:r>
        <w:rPr>
          <w:rFonts w:ascii="Times New Roman" w:hAnsi="Times New Roman" w:eastAsia="Times New Roman" w:cs="Times New Roman"/>
        </w:rPr>
        <w:t>Lub ntsiab lus ntawm Habakkuk qhia meej tias cov neeg uas raug suav hais tias ncaj ncees tab tom ua neej nyob los ntawm txoj kev ntseeg uas raug tsa rau saum Lo Lus cev Vajtswv lus, raws li ob daim phiaj sawv cev, thiab yog li ntawd cov uas tsis raug suav hais tias ncaj ncees twb tsis lees txais tej hauv paus pib ntawm Adventism lawm. Lub ntsiab uas kuv xav nthuav tawm yog raws li ib nqe lus uas peb tau xav txog ib ntus dhau los. Nws nyeem li no:</w:t>
      </w:r>
    </w:p>
    <w:p>
      <w:pPr>
        <w:pStyle w:val="ArticleScripture"/>
        <w:jc w:val="left"/>
      </w:pPr>
      <w:r>
        <w:rPr>
          <w:rFonts w:ascii="Times New Roman" w:hAnsi="Times New Roman" w:eastAsia="Times New Roman" w:cs="Times New Roman"/>
        </w:rPr>
        <w:t>“Tiamsis tej ntsiab lus xws li lub tuam tsev dawb huv, nrog rau 2300 hnub, Vajtswv tej lus txib thiab txoj kev ntseeg ntawm Yexus, yog tsim nyog kawg nkaus los piav qhia txog kev txav Advent yav dhau los thiab qhia tias peb txoj hauj lwm tam sim no yog dab tsi, los txhim kho txoj kev ntseeg ntawm cov uas tseem ua xyem xyav, thiab muab kev paub tseeb txog lub neej tom ntej uas muaj hwjchim ci ntsa iab. Tej no, kuv tau pom ntau zaus lawm, yog cov ntsiab lus tseem ceeb uas cov tub xa xov yuav tsum nyob ruaj rau.” Early Writings, 63.</w:t>
      </w:r>
    </w:p>
    <w:p>
      <w:pPr>
        <w:pStyle w:val="ArticleBody"/>
        <w:jc w:val="left"/>
      </w:pPr>
      <w:r>
        <w:rPr>
          <w:rFonts w:ascii="Times New Roman" w:hAnsi="Times New Roman" w:eastAsia="Times New Roman" w:cs="Times New Roman"/>
        </w:rPr>
        <w:t>Peb nyuam qhuav rov tshuaj xyuas tag nrho plaub qhov tseeb no lawm; lub tuam tsev dawb huv, 2300 hnub, Vajtswv tej lus txib, thiab Yexus txoj kev ntseeg. Peb tau muab tag nrho plaub qhov tseeb no tso rau hauv tus qauv ntawm qhov tseeb uas “tau muab xam kom raug zoo kawg nkaus los piav qhia txog txoj kev txav los ntawm Advent yav dhau los thiab qhia tias peb txoj hauj lwm tam sim no yog dab tsi.” Tus qauv ntawd yog “txoj cai ntawm thawj zaug hais txog,” nws yog cim kos npe ntawm Alpha thiab Omega, thiab nws yog tus qauv ntawm qhov tseeb, rau qhov lo lus “qhov tseeb” muaj tib yam cim kos npe ntawd ib yam li tag nrho plaub qhov tseeb uas raug txheeb tias yog “qhov tseeb tam sim no” uas tau raug tsim los piav qhia txog qhov pib ntawm Adventism.</w:t>
      </w:r>
    </w:p>
    <w:p>
      <w:pPr>
        <w:pStyle w:val="ArticleBody"/>
        <w:jc w:val="left"/>
      </w:pPr>
      <w:r>
        <w:rPr>
          <w:rFonts w:ascii="Times New Roman" w:hAnsi="Times New Roman" w:eastAsia="Times New Roman" w:cs="Times New Roman"/>
        </w:rPr>
        <w:t>Yog tsis muaj dab tsi ntxiv li lawm, qhov no txhais hais tias lo lus uas raug txhais ua “qhov tseeb” uas peb tab tom xav txog no yog tus qauv hauv paus ntawm txoj moo zoo uas nyob mus ib txhis, thiab nws yog tus qauv hauv paus rau txoj xov ceeb toom kawg, thiab nws yog tus qauv hauv paus ntawm tus tim tswv thib peb txoj xov, thiab nws yog ib feem loj ntawm Yexus Khetos Txoj Kev Tshwm Sim.</w:t>
      </w:r>
    </w:p>
    <w:p>
      <w:pPr>
        <w:pStyle w:val="ArticleBody"/>
        <w:jc w:val="left"/>
      </w:pPr>
      <w:r>
        <w:rPr>
          <w:rFonts w:ascii="Times New Roman" w:hAnsi="Times New Roman" w:eastAsia="Times New Roman" w:cs="Times New Roman"/>
        </w:rPr>
        <w:t>Txoj lus ceeb toom kawg, uas raug sawv cev ua Kev Qhia Tshwm ntawm Yexus Khetos nyob hauv peb nqe thawj ntawm Tshwm Sim tshooj ib, raug ua tim khawv zaum ob dua nyob rau tom kawg ntawm Tshwm Sim. Qhov kawg ntawm Tshwm Sim ua tim khawv txog cov nqe thawj ntawm Phau Qub thiab kuj txog cov nqe kawg ntawm Phau Qub thiab. Nrog rau plaub qhov kev siv ntawd, raws li kev siv txoj cai ntuj ceeb tsheej uas muab kab cev lus faj lem tso saum kab cev lus faj lem, yuav raug txiav txim tau tias txoj lus ceeb toom kawg muaj feem xyuam nrog tus Tsim txoj kev sib raug zoo rau cov uas Nws tau tsim. Nws hais txog Nws lub hwj chim tsim. Nws hais txog txoj uas Nws lub hwj chim tsim raug qhia rau Nws pawg ntseeg. Nws hais txog tus cwj pwm ntawm Vajtswv uas qhia kom pom qhov kawg nrog qhov pib yog ib yam. Nws yog ib txoj lus uas los txog tam sid ua ntej lub sijhawm sim xyuas xaus, thiab tseem tshaj ntawd ntxiv. Thaum muab xam ua ke lawm, nws yog hais txog Vajtswv lub hwj chim tsim! Thiab thawj qhov uas hais txog Nws lub hwj chim tsim yog nyob rau thaum chiv keeb hauv Chiv Keeb tshooj ib txij thawj nqe mus txog tshooj ob nqe peb.</w:t>
      </w:r>
    </w:p>
    <w:p>
      <w:pPr>
        <w:pStyle w:val="ArticleScripture"/>
        <w:jc w:val="left"/>
      </w:pPr>
      <w:r>
        <w:rPr>
          <w:rFonts w:ascii="Times New Roman" w:hAnsi="Times New Roman" w:eastAsia="Times New Roman" w:cs="Times New Roman"/>
        </w:rPr>
        <w:t>Thaum chiv keeb Vajtswv tsim ntuj thiab lub ntiajteb. Thiab lub ntiajteb tseem tsis tau muaj yam ntxwv, thiab qhuav paug; thiab kev tsaus ntuj nyob saum npoo ntawm qhov tob. Thiab Vajtswv tus Ntsuj Plig yuj nyob saum npoo dej.</w:t>
      </w:r>
    </w:p>
    <w:p>
      <w:pPr>
        <w:pStyle w:val="ArticleScripture"/>
        <w:jc w:val="left"/>
      </w:pPr>
      <w:r>
        <w:rPr>
          <w:rFonts w:ascii="Times New Roman" w:hAnsi="Times New Roman" w:eastAsia="Times New Roman" w:cs="Times New Roman"/>
        </w:rPr>
        <w:t>Thiab Vajtswv hais tias, Cia muaj qhov pom kev: thiab cia li muaj qhov pom kev. Thiab Vajtswv pom qhov pom kev ntawd, tias zoo: thiab Vajtswv cais qhov pom kev tawm ntawm qhov tsaus ntuj. Thiab Vajtswv hu qhov pom kev ua Hnub, hos qhov tsaus ntuj nws hu ua Hmo Ntuj. Thiab muaj tsaus ntuj thiab muaj kaj ntug; ntawd yog thawj hnub.</w:t>
      </w:r>
    </w:p>
    <w:p>
      <w:pPr>
        <w:pStyle w:val="ArticleScripture"/>
        <w:jc w:val="left"/>
      </w:pPr>
      <w:r>
        <w:rPr>
          <w:rFonts w:ascii="Times New Roman" w:hAnsi="Times New Roman" w:eastAsia="Times New Roman" w:cs="Times New Roman"/>
        </w:rPr>
        <w:t>Thiab Vajtswv hais tias, Cia muaj lub ntuj khwb nyob nruab nrab ntawm cov dej, thiab cia nws cais cov dej tawm ntawm cov dej. Thiab Vajtswv thiaj tsim lub ntuj khwb, thiab cais cov dej uas nyob hauv qab lub ntuj khwb tawm ntawm cov dej uas nyob saum lub ntuj khwb; thiab yeej muaj li ntawd tiag. Thiab Vajtswv hu lub ntuj khwb tias Ntuj Ceeb Tsheej. Thiab tsaus ntuj thiab kaj ntug yog hnub ob.</w:t>
      </w:r>
    </w:p>
    <w:p>
      <w:pPr>
        <w:pStyle w:val="ArticleScripture"/>
        <w:jc w:val="left"/>
      </w:pPr>
      <w:r>
        <w:rPr>
          <w:rFonts w:ascii="Times New Roman" w:hAnsi="Times New Roman" w:eastAsia="Times New Roman" w:cs="Times New Roman"/>
        </w:rPr>
        <w:t>Thiab Vajtswv hais tias, Cia cov dej uas nyob hauv qab ntuj raug sau ua ke rau ib qho chaw xwb, thiab cia thaj av qhuav tshwm los: thiab yeej muaj li ntawd. Thiab Vajtswv hu thaj av qhuav ntawd tias Ntiajteb; hos cov dej uas raug sau ua ke ntawd nws hu ua Dej Hiavtxwv: thiab Vajtswv pom tias zoo. Thiab Vajtswv hais tias, Cia lub ntiajteb txi nyom, tej nroj tsuag uas txi noob, thiab tej ntoo txi txiv raws li lawv hom, uas lawv cov noob nyob hauv lawv tus kheej, rau saum lub ntiajteb: thiab yeej muaj li ntawd. Thiab lub ntiajteb txi nyom, thiab tej nroj tsuag uas txi noob raws li lawv hom, thiab tej ntoo txi txiv, uas lawv cov noob nyob hauv lawv tus kheej, raws li lawv hom: thiab Vajtswv pom tias zoo. Thiab muaj tsaus ntuj thiab muaj kaj ntug, yog hnub peb.</w:t>
      </w:r>
    </w:p>
    <w:p>
      <w:pPr>
        <w:pStyle w:val="ArticleScripture"/>
        <w:jc w:val="left"/>
      </w:pPr>
      <w:r>
        <w:rPr>
          <w:rFonts w:ascii="Times New Roman" w:hAnsi="Times New Roman" w:eastAsia="Times New Roman" w:cs="Times New Roman"/>
        </w:rPr>
        <w:t>Thiab Vajtswv hais tias, Cia muaj tej lub teeb nyob rau hauv lub ntuj khwb kom cais nruab hnub ntawm nruab hmo; thiab cia tej ntawd ua tej cim, thiab ua tej caij nyoog, thiab ua tej hnub, thiab tej xyoos; thiab cia tej ntawd ua tej lub teeb nyob rau hauv lub ntuj khwb kom ci rau saum npoo lub ntiaj teb: ces kuj muaj li ntawd. Thiab Vajtswv tau tsim ob lub teeb loj; lub teeb loj dua los kav nruab hnub, thiab lub teeb me dua los kav nruab hmo; nws kuj tsim cov hnub qub thiab. Thiab Vajtswv muab tej ntawd tso rau hauv lub ntuj khwb kom ci rau saum npoo lub ntiaj teb, thiab kom kav nruab hnub thiab nruab hmo, thiab kom cais qhov kaj ntawm qhov tsaus ntuj; thiab Vajtswv pom tias yog qhov zoo. Thiab tsaus ntuj thiab kaj ntug yog hnub plaub.</w:t>
      </w:r>
    </w:p>
    <w:p>
      <w:pPr>
        <w:pStyle w:val="ArticleScripture"/>
        <w:jc w:val="left"/>
      </w:pPr>
      <w:r>
        <w:rPr>
          <w:rFonts w:ascii="Times New Roman" w:hAnsi="Times New Roman" w:eastAsia="Times New Roman" w:cs="Times New Roman"/>
        </w:rPr>
        <w:t>Thiab Vajtswv hais tias, Cia dej txi txi tawm los kom muaj ntau heev txhua yam tsiaj muaj sia uas txav mus los, thiab noog uas ya saum lub ntiajteb hauv qhov chaw dav qhib ntawm ntuj. Thiab Vajtswv tsim cov ntses loj, thiab txhua yam tsiaj muaj sia uas txav mus los, uas dej txi txi tawm los muaj ntau heev raws li lawv tej hom, thiab txhua yam noog muaj tis raws li nws tej hom; thiab Vajtswv pom tias zoo. Thiab Vajtswv foom koob hmoov rau lawv, hais tias, Nej cia li txi txiv, thiab huam vam coob ntxiv, thiab ua kom puv nkaus dej hauv hiavtxwv, thiab cia cov noog huam vam coob ntxiv rau saum lub ntiajteb. Thiab muaj tsaus ntuj thiab muaj kaj ntug, yog hnub thib tsib.</w:t>
      </w:r>
    </w:p>
    <w:p>
      <w:pPr>
        <w:pStyle w:val="ArticleScripture"/>
        <w:jc w:val="left"/>
      </w:pPr>
      <w:r>
        <w:rPr>
          <w:rFonts w:ascii="Times New Roman" w:hAnsi="Times New Roman" w:eastAsia="Times New Roman" w:cs="Times New Roman"/>
        </w:rPr>
        <w:t>Thiab Vajtswv hais tias, Cia lub ntiajteb txi txhua yam tsiaj muaj sia raws li lawv tej yam ntxwv: tej tsiaj nyeg, tej tsiaj nkag, thiab tej tsiaj qus hauv ntiajteb raws li lawv tej yam ntxwv; thiab muaj li ntawd tiag. Thiab Vajtswv tsim tej tsiaj qus hauv ntiajteb raws li lawv tej yam ntxwv, thiab tej tsiaj nyeg raws li lawv tej yam ntxwv, thiab txhua yam tsiaj nkag saum npoo av raws li lawv tej yam ntxwv; thiab Vajtswv pom tias zoo. Thiab Vajtswv hais tias, Cia peb tsim neeg raws li peb tus yam ntxwv, raws li peb tus qauv: thiab cia lawv kav tej ntses hiavtxwv, thiab tej noog saum ntuj, thiab tej tsiaj nyeg, thiab tag nrho lub ntiajteb, thiab txhua yam tsiaj nkag uas nkag saum npoo av. Yog li ntawd Vajtswv tsim neeg raws li nws tus yam ntxwv; raws li Vajtswv tus yam ntxwv nws thiaj tsim nws; txiv neej thiab poj niam nws tsim nkawd. Thiab Vajtswv foom koob hmoov rau nkawd, thiab Vajtswv hais rau nkawd tias, Nej cia li txi txiv kom coob, thiab yug me nyuam kom ntau, thiab puv npo lub ntiajteb, thiab tswj kav nws: thiab kav tej ntses hiavtxwv, thiab tej noog saum ntuj, thiab txhua yam muaj sia uas txav mus los saum npoo av. Thiab Vajtswv hais tias, Saib seb, kuv tau muab txhua yam nroj tsuag uas txi noob, uas nyob saum npoo lub ntiajteb tag nrho, thiab txhua tsob ntoo uas muaj txiv txi noob rau nej; tej ntawd yuav yog nej tej zaub mov. Thiab rau txhua yam tsiaj qus hauv ntiajteb, thiab rau txhua yam noog saum ntuj, thiab rau txhua yam uas nkag saum npoo av, uas muaj sia nyob hauv, kuv tau muab txhua yam nroj tsuag ntsuab ua zaub mov rau; thiab muaj li ntawd tiag. Thiab Vajtswv pom txhua yam uas nws tau tsim, thiab saib seb, zoo heev kawg li. Thiab tsaus ntuj thiab kaj ntug yog hnub rau. Yog li ntawd, lub ntuj thiab lub ntiajteb, thiab txhua yam uas nyob hauv ntawd, twb tiav lawm. Thiab txog hnub xya Vajtswv thiaj ua tiav nws tes hauj lwm uas nws tau ua; thiab hnub xya nws tau so ntawm txhua yam hauj lwm uas nws tau ua. Thiab Vajtswv foom koob hmoov rau hnub xya, thiab muab hnub ntawd cais tseg ua hnub dawb huv: rau qhov tias nyob rau hnub ntawd nws tau so ntawm txhua yam hauj lwm uas Vajtswv tau tsim thiab tau ua. Chiv Keeb 1:1–2:3.</w:t>
      </w:r>
    </w:p>
    <w:p>
      <w:pPr>
        <w:pStyle w:val="ArticleBody"/>
        <w:jc w:val="left"/>
      </w:pPr>
      <w:r>
        <w:rPr>
          <w:rFonts w:ascii="Times New Roman" w:hAnsi="Times New Roman" w:eastAsia="Times New Roman" w:cs="Times New Roman"/>
        </w:rPr>
        <w:t>Cov nqe lus ua ntej no sawv cev rau tag nrho zaj lus tim khawv ntawm txhua yam tsim, hais kom tseeb tias Vajtswv txoj lus muaj hwjchim tsim tsa.</w:t>
      </w:r>
    </w:p>
    <w:p>
      <w:pPr>
        <w:pStyle w:val="ArticleScripture"/>
        <w:jc w:val="left"/>
      </w:pPr>
      <w:r>
        <w:rPr>
          <w:rFonts w:ascii="Times New Roman" w:hAnsi="Times New Roman" w:eastAsia="Times New Roman" w:cs="Times New Roman"/>
        </w:rPr>
        <w:t>Cia kom lub ntiajteb ntshai tus Tswv: cia txhua tus neeg uas nyob hauv lub qab ntuj no sawv tshee hawm nws. Rau qhov nws hais, ces twb muaj lawm; nws txib, ces nws thiaj nyob ruaj khov. Ntawv Nkauj 33:8, 9.</w:t>
      </w:r>
    </w:p>
    <w:p>
      <w:pPr>
        <w:pStyle w:val="ArticleBody"/>
        <w:jc w:val="left"/>
      </w:pPr>
      <w:r>
        <w:rPr>
          <w:rFonts w:ascii="Times New Roman" w:hAnsi="Times New Roman" w:eastAsia="Times New Roman" w:cs="Times New Roman"/>
        </w:rPr>
        <w:t>Lub hwjchim tsim txojsia ntawd tib yam uas tsim lub ntiajteb no, raug Khetos siv los hloov dua neeg.</w:t>
      </w:r>
    </w:p>
    <w:p>
      <w:pPr>
        <w:pStyle w:val="ArticleScripture"/>
        <w:jc w:val="left"/>
      </w:pPr>
      <w:r>
        <w:rPr>
          <w:rFonts w:ascii="Times New Roman" w:hAnsi="Times New Roman" w:eastAsia="Times New Roman" w:cs="Times New Roman"/>
        </w:rPr>
        <w:t>“Lub hwjchim tsim uas hu kom tej ntiajteb los muaj nyob yog nyob hauv Vajtswv txoj lus. Lo lus no pub hwjchim; nws yug txoj sia. Txhua lo lus txib yog ib txoj lus cog tseg; thaum lub siab yeem txais yuav nws, thaum tus ntsuj plig lees txais nws los rau hauv, nws nqa nrog nws txoj sia ntawm Tus Uas Tsis Muaj Kawg. Nws hloov dua tshiab tus xeeb ceem thiab rov tsim tus ntsuj plig raws li Vajtswv tus yam ntxwv.</w:t>
      </w:r>
    </w:p>
    <w:p>
      <w:pPr>
        <w:pStyle w:val="ArticleScripture"/>
        <w:jc w:val="left"/>
      </w:pPr>
      <w:r>
        <w:rPr>
          <w:rFonts w:ascii="Times New Roman" w:hAnsi="Times New Roman" w:eastAsia="Times New Roman" w:cs="Times New Roman"/>
        </w:rPr>
        <w:t>“Txoj sia uas tau muab pub li no kuj raug txhawb nqa nyob rau tib yam ntawd. ‘Neeg yuav ciaj sia tsis yog vim mov nkaus xwb, tiam sis vim txhua lo lus uas tawm hauv Vajtswv lub qhov ncauj los’ (Mathais 4:4).” Education, 126.</w:t>
      </w:r>
    </w:p>
    <w:p>
      <w:pPr>
        <w:pStyle w:val="ArticleBody"/>
        <w:jc w:val="left"/>
      </w:pPr>
      <w:r>
        <w:rPr>
          <w:rFonts w:ascii="Times New Roman" w:hAnsi="Times New Roman" w:eastAsia="Times New Roman" w:cs="Times New Roman"/>
        </w:rPr>
        <w:t>Phau Ntawv Qhia Tshwm Sim ntawm Yexus Khetos hais qhia meej txog txoj kev uas Vajtswv Txojlus raug xa mus cuag tib neeg. Nws tawm ntawm Leej Txiv, mus rau Leej Tub, mus rau ib tug tim tswv, mus rau ib tug yaj saub uas sau nws tseg thiab xa nws mus rau cov pawg ntseeg. Txoj txheej txheem kev sib txuas lus uas tau muab tso tseg rau thaum pib thiab thaum xaus ntawm phau Ntawv Qhia Tshwm Sim kuj raug ua piv txwv los ntawm Yakhauj tus ntaiv uas cov tim tswv nce thiab nqis saum tus ntaiv ntawd. Nws kuj raug ua piv txwv los ntawm Xakhaliyas ob lub kav kub uas coj cov roj los rau hauv lub chaw dawb huv. Txoj txheej txheem kev sib txuas lus ntawm Vajtswv thiab tib neeg yog ib lub ntsiab lus ntawm yaj saub tej lus faj lem hauv Vajluskub, thiab txoj xov uas raug xa tawm ntawd muaj lub hwj chim tsim uas tau tsim lub qab ntuj khwb. Hauv txoj txheej txheem kev sib txuas lus hauv tshooj ib ntawm Phau Ntawv Qhia Tshwm Sim, yuav tsum to taub tias txoj xov uas raug muab cob qhia nqis los rau cov pawg ntseeg muaj lub hwj chim los hloov ib tug Laodicean kom dhau los ua ib tug Philadelphian.</w:t>
      </w:r>
    </w:p>
    <w:p>
      <w:pPr>
        <w:pStyle w:val="ArticleBody"/>
        <w:jc w:val="left"/>
      </w:pPr>
      <w:r>
        <w:rPr>
          <w:rFonts w:ascii="Times New Roman" w:hAnsi="Times New Roman" w:eastAsia="Times New Roman" w:cs="Times New Roman"/>
        </w:rPr>
        <w:t>Txawm peb xav txog qhov pib lossis qhov kawg ntawm Phau Qub lossis Phau Tshiab los, yeej yog tib zaj lus xwb. Vajtswv tab tom xa tawm zaj lus ceeb toom kawg, thiab zaj lus ntawd muaj Vajtswv lub hwj chim tsim tsim nyob hauv, yog tias cov uas hnov mloog thiab khaws nws yuav hnov thiab khaws nws. Zaj lus uas ua tiav qhov no raug tsa nyob hauv tus qauv txheej txheem los saum ntuj ntawm Alpha thiab Omega. Qhov pib, nruab nrab, thiab qhov kawg. Peb tsab ntawv Henplais uas sib koom ua ke los tsim lo lus “qhov tseeb” yog txoj moo zoo uas nyob mus ib txhis, thiab cov tsab ntawv ntawd nrog lawv tej ntsiab lus, thiab lo lus uas lawv tsim thaum muab sib txuas ua ke, sawv cev rau txoj hauv paus ntsiab cai ntawd thiab kuj sawv cev rau Tus uas yog Alpha thiab Omega. Qhov no qhia kom pom tseeb txog Nws lub hwj chim tsim tsim. Peb lo lus kawg hauv zaj keeb kwm tsim ntuj tsim teb, txhua lo lus pib nrog peb tsab ntawv ntawd, raws li qhov kev txiav txim uas ua ke los tsim lo lus “qhov tseeb.”</w:t>
      </w:r>
    </w:p>
    <w:p>
      <w:pPr>
        <w:pStyle w:val="ArticleBody"/>
        <w:jc w:val="left"/>
      </w:pPr>
      <w:r>
        <w:rPr>
          <w:rFonts w:ascii="Times New Roman" w:hAnsi="Times New Roman" w:eastAsia="Times New Roman" w:cs="Times New Roman"/>
        </w:rPr>
        <w:t>Peb lo lus uas yog qhov xaus ntawm zaj keeb kwm kev tsim pib nrog peb tug ntawv uas thaum muab ua ke tsim tau lo lus “qhov tseeb.” Peb lo lus kawg ntawm nqe vajlugkub ntawd pib nrog cov ntawv א (Aleph), מ (Mem), thiab ת (Tav) raws li lawv txiav txim. Peb lo lus ntawd raug txhais ua “Vajtswv,” “tsim,” thiab “ua.” Peb lo lus no txhua lo pib nrog cov ntawv א (Aleph), מ (Mem), thiab ת (Tav) raws li qhov kev txiav txim ntawd, thiab tseem hais kom meej ntxiv txog qhov puv npo thiab qhov muaj txheej txheem zoo ntawm zaj lus piav txog kev tsim. Cov kws piav vajlugkub Yudais tau sau tseg txog tus qauv no tias yog ib qho yam ntxwv txaus nyiam ntawm kev siv lus hauv zaj ntawv Henplais.</w:t>
      </w:r>
    </w:p>
    <w:p>
      <w:pPr>
        <w:pStyle w:val="ArticleBody"/>
        <w:jc w:val="left"/>
      </w:pPr>
      <w:r>
        <w:rPr>
          <w:rFonts w:ascii="Times New Roman" w:hAnsi="Times New Roman" w:eastAsia="Times New Roman" w:cs="Times New Roman"/>
        </w:rPr>
        <w:t>Zaj dab neeg txog kev tsim ntuj tsim teb pib nrog cov lus hais tias “thaum chiv keeb,” thiab nws xaus nrog peb lo lus uas sawv cev rau tus Alpha thiab Omega, tus pib thiab tus xaus, tus thawj thiab tus kawg. Lub hwj chim tsim uas raug qhia tawm hauv zaj lus tim khawv hauv Chivkeeb pib thiab xaus nrog tus kos npe ntawm tus kws paub lus uas yog tus xav tsis thoob.</w:t>
      </w:r>
    </w:p>
    <w:p>
      <w:pPr>
        <w:pStyle w:val="ArticleBody"/>
        <w:jc w:val="left"/>
      </w:pPr>
      <w:r>
        <w:rPr>
          <w:rFonts w:ascii="Times New Roman" w:hAnsi="Times New Roman" w:eastAsia="Times New Roman" w:cs="Times New Roman"/>
        </w:rPr>
        <w:t>Qhov uas ib yam thawj zaug ua piv txwv qhia txog yam kawg ntawm tib yam ntawd yog yam uas tus yaj saub Yauhas tau hais meej, thaum nws sau txog yam uas nyob rau lub sijhawm ntawd, nws kuj ib txhij tab tom sau txog yam uas yuav muaj los yav tom ntej.</w:t>
      </w:r>
    </w:p>
    <w:p>
      <w:pPr>
        <w:pStyle w:val="ArticleBody"/>
        <w:jc w:val="left"/>
      </w:pPr>
      <w:r>
        <w:rPr>
          <w:rFonts w:ascii="Times New Roman" w:hAnsi="Times New Roman" w:eastAsia="Times New Roman" w:cs="Times New Roman"/>
        </w:rPr>
        <w:t>Cov lus ceeb toom zaum kawg uas yog Eliyas sawv cev rau tom kawg ntawm Phau Qub qhia kom paub tib txoj cai yaj saub ntawd, nyob hauv lub ntsiab lus ntawm kev kub ntxhov ntawm txoj cai Hnub Caiv thiab xya lub phom sij kawg uas tab tom los ze.</w:t>
      </w:r>
    </w:p>
    <w:p>
      <w:pPr>
        <w:pStyle w:val="ArticleBody"/>
        <w:jc w:val="left"/>
      </w:pPr>
      <w:r>
        <w:rPr>
          <w:rFonts w:ascii="Times New Roman" w:hAnsi="Times New Roman" w:eastAsia="Times New Roman" w:cs="Times New Roman"/>
        </w:rPr>
        <w:t>“Txoj cai ntawm thawj zaug uas hais txog” thiab txhua yam uas nws sawv cev rau yog “lub moj khaum” uas “qhov tseeb tam sim no” yuav tsum raug muab tso rau hauv. Lub moj khaum ntawd yog “txoj cai ntawm thawj zaug uas hais txog” uas kuj yog ib qho ntawm Vajtswv tej yam ntxwv.</w:t>
      </w:r>
    </w:p>
    <w:p>
      <w:pPr>
        <w:pStyle w:val="ArticleBody"/>
        <w:jc w:val="left"/>
      </w:pPr>
      <w:r>
        <w:rPr>
          <w:rFonts w:ascii="Times New Roman" w:hAnsi="Times New Roman" w:eastAsia="Times New Roman" w:cs="Times New Roman"/>
        </w:rPr>
        <w:t>Hauv phau ntawv Daniel uas sawv cev rau qhov pib ntawm Adventism thiab phau ntawv Qhia Tshwm uas sawv cev rau qhov kawg ntawm Adventism, peb pom tej kev sib thooj uas txaus xav kawg thaum peb saib nws raws li txoj cai hais tias yam xub thawj ua piv txwv qhia txog yam kawg. Phau ntawv Daniel nthuav tawm ib yam cwj pwm ntawm Yexus thaum nws siv lub npe Palmoni, uas txhais hais tias tus txawj suav tej yam zais cia uas txaus kawg. Daniel kuj qhia Yexus ua Mikha-ees, tus thawj tubtxib saum ntuj. Yauhas raug siv los ua tib yam li Daniel, thiab nws qhia tawm tsis yog tus tswv ntawm lej, los yog tus thawj coj ntawm cov tim tswv, tiam sis tus tswv ntawm lus. Thaum peb xav txog Yexus ua tus tswv ntawm cov niam ntawv, peb yuav tsum xav txog Ntawv Nkauj 119, uas yog tshooj ntev tshaj plaws hauv phau Vajlugkub.</w:t>
      </w:r>
    </w:p>
    <w:p>
      <w:pPr>
        <w:pStyle w:val="ArticleBody"/>
        <w:jc w:val="left"/>
      </w:pPr>
      <w:r>
        <w:rPr>
          <w:rFonts w:ascii="Times New Roman" w:hAnsi="Times New Roman" w:eastAsia="Times New Roman" w:cs="Times New Roman"/>
        </w:rPr>
        <w:t>Ntawv Nkauj 119 yog ib zaj paj huam ua raws li qauv acrostic raws tus niam ntawv, uas txhais hais tias thawj tsab ntawv ntawm txhua pawg yim nqe pib nrog tib tsab ntawv. Muaj nees nkaum ob tsab ntawv hauv niam ntawv Henplais, yog li ntawd thiaj muaj nees nkaum ob ntu, txhua ntu muaj yim nqe. Txhua ntu pib nrog tsab ntawv ntawm tus niam ntawv raws li kev txiav txim ntawm niam ntawv, thiab tom qab ntawd txhua yim nqe uas raug muab rau tsab ntawv ntawd kuj pib nrog tsab ntawv ntawd. Muaj yim nqe rau txhua tsab ntawv; yog li ntawd yim nqe muab xam rau nees nkaum ob tsab ntawv ntawm niam ntawv Henplais sib npaug rau ib puas xya caum rau kab. Zaj Ntawv Nkauj no hais tseem ceeb txog kev mloog lus rau Vajtswv tus uas yog Vajtswv ntawm kev txiav txim thiab kev raws txheej txheem (vim li ntawd thiaj muaj tus qauv acrostic), tsis yog Vajtswv ntawm kev kub ntxhov.</w:t>
      </w:r>
    </w:p>
    <w:p>
      <w:pPr>
        <w:pStyle w:val="ArticleBody"/>
        <w:jc w:val="left"/>
      </w:pPr>
      <w:r>
        <w:rPr>
          <w:rFonts w:ascii="Times New Roman" w:hAnsi="Times New Roman" w:eastAsia="Times New Roman" w:cs="Times New Roman"/>
        </w:rPr>
        <w:t>Lwm lub ntsiab tseem ceeb ntxiv uas sawv tawm hauv Ntawv Nkauj 119 yog qhov tseeb tob kawg tias Vajtswv Txojlus muaj txaus rau txhua yam. Muaj yim lo lus sib txawv uas hais txog Vajtswv Txojlus thoob plaws hauv zaj Ntawv Nkauj no: txoj kevcai, tej lus timkhawv, tej lus qhuab qhia, tej kevcai, tej lus txib, tej kev txiav txim, lo lus, thiab tej kab ke. Yuav luag txhua nqe lus yeej hais txog Vajtswv Txojlus. Ntawv Nkauj 119 tsis yog tsuas lees paub txog tus yam ntxwv ntawm Vajluskub xwb, tiam sis nws tseem lees paub tias Vajtswv Txojlus qhia tawm tus yam ntxwv tiag tiag ntawm Vajtswv Nws Tus Kheej. Cia li saib tej yam ntxwv no ntawm Vajtswv uas tau muab nthuav tawm hauv Ntawv Nkauj 119:</w:t>
      </w:r>
    </w:p>
    <w:p>
      <w:pPr>
        <w:pStyle w:val="ArticleListItem"/>
        <w:ind w:left="576" w:hanging="259"/>
        <w:jc w:val="left"/>
      </w:pPr>
      <w:r>
        <w:rPr>
          <w:rFonts w:ascii="Times New Roman" w:hAnsi="Times New Roman" w:eastAsia="Times New Roman" w:cs="Times New Roman"/>
        </w:rPr>
        <w:t>1. Kev Ncaj Ncees (nqe 7, 62, 75, 106, 123, 138, 144, 160, 164, 172)</w:t>
      </w:r>
    </w:p>
    <w:p>
      <w:pPr>
        <w:pStyle w:val="ArticleListItem"/>
        <w:ind w:left="576" w:hanging="259"/>
        <w:jc w:val="left"/>
      </w:pPr>
      <w:r>
        <w:rPr>
          <w:rFonts w:ascii="Times New Roman" w:hAnsi="Times New Roman" w:eastAsia="Times New Roman" w:cs="Times New Roman"/>
        </w:rPr>
        <w:t>2. Kev Tsim Nyog Rau Kev Cia Siab (nqe 42)</w:t>
      </w:r>
    </w:p>
    <w:p>
      <w:pPr>
        <w:pStyle w:val="ArticleListItem"/>
        <w:ind w:left="576" w:hanging="259"/>
        <w:jc w:val="left"/>
      </w:pPr>
      <w:r>
        <w:rPr>
          <w:rFonts w:ascii="Times New Roman" w:hAnsi="Times New Roman" w:eastAsia="Times New Roman" w:cs="Times New Roman"/>
        </w:rPr>
        <w:t>3. Qhov tseeb ncaj ncees (nqe 43, 142, 151, 160)</w:t>
      </w:r>
    </w:p>
    <w:p>
      <w:pPr>
        <w:pStyle w:val="ArticleListItem"/>
        <w:ind w:left="576" w:hanging="259"/>
        <w:jc w:val="left"/>
      </w:pPr>
      <w:r>
        <w:rPr>
          <w:rFonts w:ascii="Times New Roman" w:hAnsi="Times New Roman" w:eastAsia="Times New Roman" w:cs="Times New Roman"/>
        </w:rPr>
        <w:t>4. Kev Ncaj Ncees Ruaj Khov (nqe 86)</w:t>
      </w:r>
    </w:p>
    <w:p>
      <w:pPr>
        <w:pStyle w:val="ArticleListItem"/>
        <w:ind w:left="576" w:hanging="259"/>
        <w:jc w:val="left"/>
      </w:pPr>
      <w:r>
        <w:rPr>
          <w:rFonts w:ascii="Times New Roman" w:hAnsi="Times New Roman" w:eastAsia="Times New Roman" w:cs="Times New Roman"/>
        </w:rPr>
        <w:t>5. Kev Tsis Hloov Li (nqe 89)</w:t>
      </w:r>
    </w:p>
    <w:p>
      <w:pPr>
        <w:pStyle w:val="ArticleListItem"/>
        <w:ind w:left="576" w:hanging="259"/>
        <w:jc w:val="left"/>
      </w:pPr>
      <w:r>
        <w:rPr>
          <w:rFonts w:ascii="Times New Roman" w:hAnsi="Times New Roman" w:eastAsia="Times New Roman" w:cs="Times New Roman"/>
        </w:rPr>
        <w:t>6. Kev Nyob Mus Ib Txhis (nqe 90, 152)</w:t>
      </w:r>
    </w:p>
    <w:p>
      <w:pPr>
        <w:pStyle w:val="ArticleListItem"/>
        <w:ind w:left="576" w:hanging="259"/>
        <w:jc w:val="left"/>
      </w:pPr>
      <w:r>
        <w:rPr>
          <w:rFonts w:ascii="Times New Roman" w:hAnsi="Times New Roman" w:eastAsia="Times New Roman" w:cs="Times New Roman"/>
        </w:rPr>
        <w:t>7. Qhov Kaj (nqe 105)</w:t>
      </w:r>
    </w:p>
    <w:p>
      <w:pPr>
        <w:pStyle w:val="ArticleListItem"/>
        <w:ind w:left="576" w:hanging="259"/>
        <w:jc w:val="left"/>
      </w:pPr>
      <w:r>
        <w:rPr>
          <w:rFonts w:ascii="Times New Roman" w:hAnsi="Times New Roman" w:eastAsia="Times New Roman" w:cs="Times New Roman"/>
        </w:rPr>
        <w:t>8. Kev Huv Dawb Huv (nqe 140)</w:t>
      </w:r>
    </w:p>
    <w:p>
      <w:pPr>
        <w:pStyle w:val="ArticleBody"/>
        <w:jc w:val="left"/>
      </w:pPr>
      <w:r>
        <w:rPr>
          <w:rFonts w:ascii="Times New Roman" w:hAnsi="Times New Roman" w:eastAsia="Times New Roman" w:cs="Times New Roman"/>
        </w:rPr>
        <w:t>Phau Ntawv Nkauj no qhib tawm los nrog ob lo lus foom koob hmoov. “Foom koob hmoov rau” cov uas lawv tej kev yog tsis muaj chaw txhaum, uas ua neej raws li Vajtswv txoj kev cai, uas ceev faj khaws Nws tej lus tim khawv thiab nrhiav Nws kawg siab kawg ntsws. Cov no yog tej lus qhuab qhia rau peb hauv Phau Ntawv Nkauj loj no. Vajtswv Txojlus muaj txaus los ua kom peb muaj tswvyim, cob qhia peb hauv txoj kev ncaj ncees, thiab npaj peb kom txhij rau txhua txoj hauj lwm zoo (2 Timothy 3:15–17).</w:t>
      </w:r>
    </w:p>
    <w:p>
      <w:pPr>
        <w:pStyle w:val="ArticleBody"/>
        <w:jc w:val="left"/>
      </w:pPr>
      <w:r>
        <w:rPr>
          <w:rFonts w:ascii="Times New Roman" w:hAnsi="Times New Roman" w:eastAsia="Times New Roman" w:cs="Times New Roman"/>
        </w:rPr>
        <w:t>Tau kawg, Ntawv Nkauj 119 yog ib feem ntawm ib lo lus nug uas tseem tsis tau muaj kev daws kom meej nyob rau hauv lub ntiaj teb kev ntseeg. Qhov no muaj feem rau nqe twg yog nqe nruab nrab ntawm Phau Vajlugkub thiab tshooj twg yog tshooj nruab nrab ntawm Phau Vajlugkub. Yog koj tshawb hauv Is Taws Nem, koj yuav pom ntau yam kev sib cav uas tsom rau yam Phau Vajlugkub twg koj siv thiab lwm yam ntxiv. Qhov teeb meem ntawm txhua txoj hauj lwm hauv qhov kev sib cav ntawd yog tias lub ntsiab lus ntawm qhov nruab nrab ntawm Phau Vajlugkub, txawm yog ib nqe los yog ib tshooj, yuav tsum raug txhais los ntawm Tus Sau ntawm Phau Vajlugkub, tsis yog los ntawm tib neeg tus kawm lossis tus tshuaj xyuas Phau Vajlugkub.</w:t>
      </w:r>
    </w:p>
    <w:p>
      <w:pPr>
        <w:pStyle w:val="ArticleBody"/>
        <w:jc w:val="left"/>
      </w:pPr>
      <w:r>
        <w:rPr>
          <w:rFonts w:ascii="Times New Roman" w:hAnsi="Times New Roman" w:eastAsia="Times New Roman" w:cs="Times New Roman"/>
        </w:rPr>
        <w:t>Phau Vajlugkub qhia tias txhua yam muaj qhov pib thiab muaj qhov kawg. Rau txhua yam muaj ib lub caij nyoog.</w:t>
      </w:r>
    </w:p>
    <w:p>
      <w:pPr>
        <w:pStyle w:val="ArticleScripture"/>
        <w:jc w:val="left"/>
      </w:pPr>
      <w:r>
        <w:rPr>
          <w:rFonts w:ascii="Times New Roman" w:hAnsi="Times New Roman" w:eastAsia="Times New Roman" w:cs="Times New Roman"/>
        </w:rPr>
        <w:t>Rau txhua yam yeej muaj ib lub caij, thiab muaj ib lub sijhawm rau txhua lub hom phiaj nyob hauv qab ntuj: ib lub sijhawm yug los, thiab ib lub sijhawm tuag; ib lub sijhawm cog, thiab ib lub sijhawm rho tawm yam uas tau cog lawm. Ecclesiastes 3:1, 2.</w:t>
      </w:r>
    </w:p>
    <w:p>
      <w:pPr>
        <w:pStyle w:val="ArticleBody"/>
        <w:jc w:val="left"/>
      </w:pPr>
      <w:r>
        <w:rPr>
          <w:rFonts w:ascii="Times New Roman" w:hAnsi="Times New Roman" w:eastAsia="Times New Roman" w:cs="Times New Roman"/>
        </w:rPr>
        <w:t>Muaj ib lub sijhawm yug thiab ib lub sijhawm tuag, tiam sis kuj muaj txoj sia uas tshwm sim nyob nruab nrab ntawm qhov pib thiab qhov xaus ntawm peb lub neej. Kev yug yog ib pliag luv hauv lub sijhawm, ib yam li kev tuag thiab. Lub neej yog qhov nruab nrab, thiab feem ntau muaj keeb kwm txuas nrog nws ntau dua li lub sijhawm uas peb yug thiab lub sijhawm uas peb tuag.</w:t>
      </w:r>
    </w:p>
    <w:p>
      <w:pPr>
        <w:pStyle w:val="ArticleBody"/>
        <w:jc w:val="left"/>
      </w:pPr>
      <w:r>
        <w:rPr>
          <w:rFonts w:ascii="Times New Roman" w:hAnsi="Times New Roman" w:eastAsia="Times New Roman" w:cs="Times New Roman"/>
        </w:rPr>
        <w:t>Qhov nruab nrab hauv “txoj cai ntawm thawj zaug hais txog” feem ntau muaj ntau zaj lus tim khawv dua li qhov pib thiab qhov xaus. Kev nrhiav ib nqe lossis ib tshooj xwb hauv phau Vajlugkub thiab txhais tias qhov ntawd yog qhov nruab nrab yog kev tsis quav ntsej tej pov thawj hauv Vajlugkub, txawm yog qhov pib thiab qhov xaus yeej yog cov ntsiab lus hauv lub sijhawm los xij; qhov nruab nrab feem ntau yog ib ntu sijhawm. Yeej muaj tseeb tias qhov pib, qhov xaus, thiab qhov nruab nrab yuav sib haum nrog ib leeg, txawm li cas los xij, feem ntau tib lub cim qhia txoj kev ntawm qhov xaus yuav yog qhov txawv ncaj qha ntawm qhov pib.</w:t>
      </w:r>
    </w:p>
    <w:p>
      <w:pPr>
        <w:pStyle w:val="ArticleBody"/>
        <w:jc w:val="left"/>
      </w:pPr>
      <w:r>
        <w:rPr>
          <w:rFonts w:ascii="Times New Roman" w:hAnsi="Times New Roman" w:eastAsia="Times New Roman" w:cs="Times New Roman"/>
        </w:rPr>
        <w:t>Yexus tau qhia Yauhas tus uas muab neeg ua kevcai raus dej tias yog Eliyas, thiab nkawd ob leeg puavleej ua piv txwv txog tib qho kev txheej txheem yav tom ntej ntawm lus cev Vajtswv lus; tiam sis Eliyas raug ib tug pojniam phem (Yexanpees) tsim txom, tus uas nrhiav kev kaw Eliyas thiab muab nws tua, los nws yeej tsis tau ua li ntawd. Yauhas, tus uas yog lub cim sawv cev rau Eliyas, kuj raug ib tug pojniam phem (Helaudias) nrhiav kev kaw thiab muab nws tua, thiab nws yeej ua tau li ntawd. Eliyas thiab Yauhas yog cov cim uas siv sib hloov tau, tiamsis nkawd muaj qee yam yam ntxwv cev Vajtswv lus uas sib txwv, los tseem sib txuam raws ib kab xwb. Eliyas tsis tau tuag, Yauhas ho tau tuag. Kev to taub tias cov cim taw qhia cev Vajtswv lus uas sib haum raws ib leeg ib txwm muaj feem ua yam sib txwv, ua rau cov uas xav pom paub tau tias nruab nrab ntawm phau Vajlugkub yog Ntawv Nkauj 118.</w:t>
      </w:r>
    </w:p>
    <w:p>
      <w:pPr>
        <w:pStyle w:val="ArticleBody"/>
        <w:jc w:val="left"/>
      </w:pPr>
      <w:r>
        <w:rPr>
          <w:rFonts w:ascii="Times New Roman" w:hAnsi="Times New Roman" w:eastAsia="Times New Roman" w:cs="Times New Roman"/>
        </w:rPr>
        <w:t>Thaum peb siv lub hauv paus ntsiab lus ntawm txoj cai ntawm thawj qhov kev hais raws li peb tau piav tseg lawm, peb pom tias qhov pib ntawm nruab nrab ntawm phau Vajlugkub yog Phau Ntawv Nkauj 117, uas yog tshooj luv tshaj plaws hauv phau Vajlugkub, muaj ob nqe xwb. Tom qab ntawd yog tshooj 118, uas yog nruab nrab ntawm phau Vajlugkub, thiab tshooj 118 ntawd raug ua raws los ntawm tshooj 119, uas yog tshooj ntev tshaj plaws hauv phau Vajlugkub thiab yog qhov xaus ntawm nruab nrab ntawm phau Vajlugkub. Tus Kws Paub Lus uas zoo kawg nkaus cim qhov pib nrog tshooj luv tshaj plaws, ces cim qhov xaus nrog tshooj ntev tshaj plaws. Nkawd yog ob tshooj uas sib tawm tsam ib leeg. Qhov pib yog noob, hos qhov xaus yog qhov chaw uas tsob nroj uas loj hlob tiav txhij raug tsim tsa, qhov chaw uas txhua zaj lus tim khawv uas nyob hauv nruab nrab raug khi ua ke. Cia li ua tib zoo saib Phau Ntawv Nkauj 117.</w:t>
      </w:r>
    </w:p>
    <w:p>
      <w:pPr>
        <w:pStyle w:val="ArticleScripture"/>
        <w:jc w:val="left"/>
      </w:pPr>
      <w:r>
        <w:rPr>
          <w:rFonts w:ascii="Times New Roman" w:hAnsi="Times New Roman" w:eastAsia="Times New Roman" w:cs="Times New Roman"/>
        </w:rPr>
        <w:t>Nej txhua haiv neeg, nej cia li qhuas tus Tswv; nej txhua pab neeg, cia li qhuas nws. Rau qhov nws txoj kev hlub uas muaj kev hlub tshua rau peb yog loj kawg; thiab tus Tswv txoj kev tseeb nyob ruaj mus ib txhis. Nej cia li qhuas tus Tswv. Ntawv Nkauj 117:1, 2.</w:t>
      </w:r>
    </w:p>
    <w:p>
      <w:pPr>
        <w:pStyle w:val="ArticleBody"/>
        <w:jc w:val="left"/>
      </w:pPr>
      <w:r>
        <w:rPr>
          <w:rFonts w:ascii="Times New Roman" w:hAnsi="Times New Roman" w:eastAsia="Times New Roman" w:cs="Times New Roman"/>
        </w:rPr>
        <w:t>Lo lus uas peb tab tom xav txog no, uas muaj peb tsab ntawv ua ke, raug txhais tias yog “qhov tseeb” hauv nqe ob, thiab sawv cev rau qhov pib ntawm nruab nrab ntawm Phau Vajlugkub, (nruab nrab ntawm Phau Vajlugkub yog Phau Ntawv Nkauj 117–119). Qhov kawg ntawm nruab nrab yog Phau Ntawv Nkauj 119. Phau Ntawv Nkauj 118 yog nruab nrab ntawm qhov nruab nrab. Phau Ntawv Nkauj 118 raug muab nyob nruab nrab ntawm tshooj luv tshaj thiab tshooj ntev tshaj hauv Phau Vajlugkub, thiab tshooj luv tshaj ntawd, uas yog qhov pib, nthuav tawm lo lus “qhov tseeb” uas raug tsim los ntawm peb tsab ntawv uas sawv cev rau peb-theem ntawm txoj moo zoo uas nyob mus ib txhis, thiab yog lub moj khaum rau kev to taub qhov tseeb. Lub moj khaum ntawd yog lub ntsiab cai uas sawv cev rau Khetos tus cwj pwm raws li Alpha thiab Omega.</w:t>
      </w:r>
    </w:p>
    <w:p>
      <w:pPr>
        <w:pStyle w:val="ArticleBody"/>
        <w:jc w:val="left"/>
      </w:pPr>
      <w:r>
        <w:rPr>
          <w:rFonts w:ascii="Times New Roman" w:hAnsi="Times New Roman" w:eastAsia="Times New Roman" w:cs="Times New Roman"/>
        </w:rPr>
        <w:t>Qhov xaus ntawm nruab nrab, uas yog tshooj 119, yog ib zaj paj huam raws tus niam ntawv muab tso rau hauv nruab nrab ntawm phau Vajlugkub, hais kom pom qhov txuj ci zoo kawg ntawm lus. Plaub zaug hauv tshooj 119 tib lo lus ntawd raug txhais ua qhov tseeb.</w:t>
      </w:r>
    </w:p>
    <w:p>
      <w:pPr>
        <w:pStyle w:val="ArticleScripture"/>
        <w:jc w:val="left"/>
      </w:pPr>
      <w:r>
        <w:rPr>
          <w:rFonts w:ascii="Times New Roman" w:hAnsi="Times New Roman" w:eastAsia="Times New Roman" w:cs="Times New Roman"/>
        </w:rPr>
        <w:t>Thiab tsis txhob muab lo lus tseeb tshem tawm hauv kuv lub qhov ncauj kiag li; rau qhov kuv tau cia siab rau koj tej kev txiav txim. Nqe 43.</w:t>
      </w:r>
    </w:p>
    <w:p>
      <w:pPr>
        <w:pStyle w:val="ArticleScripture"/>
        <w:jc w:val="left"/>
      </w:pPr>
      <w:r>
        <w:rPr>
          <w:rFonts w:ascii="Times New Roman" w:hAnsi="Times New Roman" w:eastAsia="Times New Roman" w:cs="Times New Roman"/>
        </w:rPr>
        <w:t>Koj txojkev ncaj ncees yog txojkev ncaj ncees uas nyob mus ib txhis, thiab koj txojcai yog qhov tseeb. Nqe 142.</w:t>
      </w:r>
    </w:p>
    <w:p>
      <w:pPr>
        <w:pStyle w:val="ArticleScripture"/>
        <w:jc w:val="left"/>
      </w:pPr>
      <w:r>
        <w:rPr>
          <w:rFonts w:ascii="Times New Roman" w:hAnsi="Times New Roman" w:eastAsia="Times New Roman" w:cs="Times New Roman"/>
        </w:rPr>
        <w:t>Koj nyob ze, Au tus Tswv; thiab tag nrho koj tej lus txib yog qhov tseeb. Nqe 151.</w:t>
      </w:r>
    </w:p>
    <w:p>
      <w:pPr>
        <w:pStyle w:val="ArticleScripture"/>
        <w:jc w:val="left"/>
      </w:pPr>
      <w:r>
        <w:rPr>
          <w:rFonts w:ascii="Times New Roman" w:hAnsi="Times New Roman" w:eastAsia="Times New Roman" w:cs="Times New Roman"/>
        </w:rPr>
        <w:t>Koj lo lus yeej muaj tseeb txij thaum chiv keeb los: thiab txhua txoj kev txiav txim ncaj ncees ntawm koj nyob ruaj mus ib txhis. Nqe 160.</w:t>
      </w:r>
    </w:p>
    <w:p>
      <w:pPr>
        <w:pStyle w:val="ArticleBody"/>
        <w:jc w:val="left"/>
      </w:pPr>
      <w:r>
        <w:rPr>
          <w:rFonts w:ascii="Times New Roman" w:hAnsi="Times New Roman" w:eastAsia="Times New Roman" w:cs="Times New Roman"/>
        </w:rPr>
        <w:t>Qhov tseeb nyob hauv cov nqe no yog ib txoj cai ntawm kev cev Vajlugkub qhia qhov kawg tawm ntawm qhov pib, thiab qhov tseeb nyob hauv cov nqe no yog tias tus Alpha thiab Omega tau muab Nws lub cim kos npe tso rau saum nruab nrab ntawm phau Vajlugkub, ib yam li Nws tau ua rau qhov pib thiab qhov kawg. Lub cim kos npe ntawm tus thawj thiab tus kawg yog “lub qauv” rau kev nthuav tawm txoj xov ceeb toom kawg ntawm tus tim tswv thib peb. Qhov kawg ntawm nruab nrab ntawd muaj plaub nqe uas siv lo lus uas txhais ua “qhov tseeb,” txawm yog tias qhov kev siv lo lus thib plaub txhais tsuas yog ua “tseeb” xwb. Qhov kawg kawg ntawm plaub nqe ntawd qhia tias “txij thaum pib los,” lo lus ntawd yog “tseeb.”</w:t>
      </w:r>
    </w:p>
    <w:p>
      <w:pPr>
        <w:pStyle w:val="ArticleBody"/>
        <w:jc w:val="left"/>
      </w:pPr>
      <w:r>
        <w:rPr>
          <w:rFonts w:ascii="Times New Roman" w:hAnsi="Times New Roman" w:eastAsia="Times New Roman" w:cs="Times New Roman"/>
        </w:rPr>
        <w:t>Thaum thaum pib hauv zaj keeb kwm ntawm kev tsim nyob hauv Chiv Keeb ib thiab ob, lo lus “qhov tseeb” txawm yog tsis tau sau ncaj qha los xij, los yeej raug sawv cev nyob hauv peb lo lus kawg ntawm zaj keeb kwm kev tsim, vim txhua lo lus pib nrog cov tsiaj ntawv, raws li lawv txheej, uas tsim tau lo lus “qhov tseeb.” Thaum chiv thawj muaj Lo Lus, thiab txhua yam raug tsim los ntawm Nws, thiab zaj lus tim khawv ntawm kev tsim nyob hauv Chiv Keeb pib nrog cov lus no, “Thaum chiv thawj,” thiab xaus nrog peb lo lus uas sawv cev rau tej qhov tseeb uas txuas nrog ib qho cwj pwm ntawm Khetos uas nyob hauv Yaxayas raug txhais tias yog qhov pov thawj tias Nws yog tib tug Vajtswv xwb.</w:t>
      </w:r>
    </w:p>
    <w:p>
      <w:pPr>
        <w:pStyle w:val="ArticleBody"/>
        <w:jc w:val="left"/>
      </w:pPr>
      <w:r>
        <w:rPr>
          <w:rFonts w:ascii="Times New Roman" w:hAnsi="Times New Roman" w:eastAsia="Times New Roman" w:cs="Times New Roman"/>
        </w:rPr>
        <w:t>Qhov nruab nrab ntawm phau Vajlugkub (Ntawv Nkauj 117–119) pib ntawm tshooj 117 los ntawm kev hais txog qhov tseeb tias thaum pib sawv cev rau thaum kawg, raws li nws siv lo lus “qhov tseeb.” Lo lus ntawd raug tsim los ntawm peb tug tsiaj ntawv uas sawv cev rau txoj moo zoo uas nyob mus ib txhis thiab peb tug timtswv tej lus, thiab qhia txog qhov xaus ntawm zaj keeb kwm ntawm kev tsim ntuj tsim teb. Qhov kawg ntawm nruab nrab ntawm phau Vajlugkub yog ib qho kev nthuav tawm txog niam ntawv uas tus kws paub lus uas zoo kawg nkaus tau tsim los txhawm rau tsa kom muaj kev to taub tias yam uas tam sim no tab tom raug nthuav tawm txog Nws tus cwj pwm yog sib haum nrog lo lus txhais ntawm lo lus tshwmsim, vim Tshwmsim txog Yexus Khetos yog ib txoj xov uas raug npaj los nthuav tawm ib feem ntawm Khetos tus cwj pwm uas txog niaj hnub no tseem tsis tau raug lees paub kom puv npo, yog tseem tsis tau raug lees paub hlo li los xij. Qhov tshwmsim ntawd yog raws nraim li cov kab keeb kwm ntawm cov lus cog tseg, rau qhov keeb kwm ntawm cov lus cog tseg muaj pov thawj txog Vajtswv txoj kev siv zog los tshwmsim Nws tus kheej los ntawm tej npe thaum Nws-zaj-keeb-kawm tab tom nthuav mus.</w:t>
      </w:r>
    </w:p>
    <w:p>
      <w:pPr>
        <w:pStyle w:val="ArticleScripture"/>
        <w:jc w:val="left"/>
      </w:pPr>
      <w:r>
        <w:rPr>
          <w:rFonts w:ascii="Times New Roman" w:hAnsi="Times New Roman" w:eastAsia="Times New Roman" w:cs="Times New Roman"/>
        </w:rPr>
        <w:t>“Cov ntsiab cai loj ntawm txoj kevcai, uas yog ib feem ntawm Vajtswv tus yam ntxwv tiag tiag, raug muab los ua ke hauv Khetos tej lus saum lub roob. Tus twg uas tsa saum cov ntawd, yog tus tab tom tsa saum Khetos, uas yog Pob Zeb ruaj khov mus ib txhis. Thaum peb txais lo lus, peb txais Khetos. Thiab tsuas yog cov uas txais Nws tej lus li no xwb thiaj yog cov tab tom tsa saum Nws. ‘Tsis muaj leejtwg tsa tau lwm lub hauv paus dua li qhov uas twb raug tsa lawm, uas yog Yexus Khetos.’ 1 Khaulee 3:11. ‘Tsis muaj dua lwm lub npe nyob hauv qab ntuj no, uas raug muab rau neeg, uas peb yuav tsum tau txais kev cawmdim los ntawm nws.’ Tubtxib Tes Haujlwm 4:12. Khetos, uas yog Lo Lus, yog Vajtswv txoj kev tshwm sim,—yog kev nthuav tawm Nws tus cwj pwm, Nws txoj kevcai, Nws txoj kev hlub, Nws txoj sia,—yog tib lub hauv paus nkaus xwb uas peb yuav tsa tau ib tug cwj pwm uas yuav nyob ruaj mus ib txhis.” Mount of Blessings, 148.</w:t>
      </w:r>
    </w:p>
    <w:p>
      <w:pPr>
        <w:pStyle w:val="ArticleBody"/>
        <w:jc w:val="left"/>
      </w:pPr>
      <w:r>
        <w:rPr>
          <w:rFonts w:ascii="Times New Roman" w:hAnsi="Times New Roman" w:eastAsia="Times New Roman" w:cs="Times New Roman"/>
        </w:rPr>
        <w:t>Muaj tseeb tiag tias tseem muaj ntau yam ntxiv uas yuav tsum hais txog qhov tseeb no, tab sis peb yuav tso tseg rau qhov no xwb.</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Qhov Tseeb Yog Dab Tsi? - Zauv Ib</dc:title>
  <dc:subject>Tus Qauv Txheej ntawm Qhov Tseeb: Kev Tshwm Sim, Cov Kev Sib Piv Yaj Saub, thiab Alpha thiab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