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trideset i deveta</w:t>
      </w:r>
    </w:p>
    <w:p>
      <w:pPr>
        <w:pStyle w:val="ArticleSubtitle"/>
        <w:jc w:val="left"/>
      </w:pPr>
      <w:r>
        <w:rPr>
          <w:rFonts w:ascii="Arial" w:hAnsi="Arial" w:eastAsia="Arial" w:cs="Arial"/>
        </w:rPr>
        <w:t>Proročko usklađenje Daniela 11,40 sa suvremenim političkim stvarnostima: razotkrivanje tajne posljednjega predsjednika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Razmatramo usklađenost Daniela 11,40 s recima 1 i 2 istoga poglavlja. Redak 1 određuje vrijeme svršetka 1989. godine, a redak 40 također označava vrijeme svršetka 1989. godine, slomom Sovjetskog Saveza, predstavljenim rušenjem Berlinskog zida 9. studenoga 1989. godine.</w:t>
      </w:r>
    </w:p>
    <w:p>
      <w:pPr>
        <w:pStyle w:val="ArticleBody"/>
        <w:jc w:val="left"/>
      </w:pPr>
      <w:r>
        <w:rPr>
          <w:rFonts w:ascii="Times New Roman" w:hAnsi="Times New Roman" w:eastAsia="Times New Roman" w:cs="Times New Roman"/>
        </w:rPr>
        <w:t>Drugi redak prepoznaje šestoga predsjednika Sjedinjenih Američkih Država nakon 1989. godine kao najbogatijega od svih predsjednika te time nedvojbeno upućuje na Donalda Trumpa. Time također pokazuje da će Trump „podignuti” svu Grčku, koja je bila grčko carstvo Aleksandra Velikoga iz trećega retka. Grčko kraljevstvo iz trećega i četvrtoga retka simbol je svjetskoga kraljevstva u jedanaestome poglavlju Danielove knjige.</w:t>
      </w:r>
    </w:p>
    <w:p>
      <w:pPr>
        <w:pStyle w:val="ArticleBody"/>
        <w:jc w:val="left"/>
      </w:pPr>
      <w:r>
        <w:rPr>
          <w:rFonts w:ascii="Times New Roman" w:hAnsi="Times New Roman" w:eastAsia="Times New Roman" w:cs="Times New Roman"/>
        </w:rPr>
        <w:t>William Miller skovao je izraz: „povijest i proročanstvo slažu se“, a povijest Donalda Trumpa pruža nepobitan dokaz da on nije bio samo najbogatiji od posljednjih osam predsjednika Sjedinjenih Država, nego da globalisti u Sjedinjenim Državama, i u cijelome svijetu, mrze Donalda Trumpa mržnjom koja je toliko nelogična da je mnogi definiraju kao ludilo.</w:t>
      </w:r>
    </w:p>
    <w:p>
      <w:pPr>
        <w:pStyle w:val="ArticleBody"/>
        <w:jc w:val="left"/>
      </w:pPr>
      <w:r>
        <w:rPr>
          <w:rFonts w:ascii="Times New Roman" w:hAnsi="Times New Roman" w:eastAsia="Times New Roman" w:cs="Times New Roman"/>
        </w:rPr>
        <w:t>Prvi od posljednjih osam predsjednika, počevši od 1989., jasno je na različite načine predoznačavao Trumpa, te je tako potvrdio da će šesti predsjednik iz drugog retka na koncu biti osmi i posljednji predsjednik. Reagan je, kao prvi u nizu od osam, predoznačavao osmoga i posljednjega, jer Isus uvijek prikazuje svršetak neke stvari njezinim početkom.</w:t>
      </w:r>
    </w:p>
    <w:p>
      <w:pPr>
        <w:pStyle w:val="ArticleBody"/>
        <w:jc w:val="left"/>
      </w:pPr>
      <w:r>
        <w:rPr>
          <w:rFonts w:ascii="Times New Roman" w:hAnsi="Times New Roman" w:eastAsia="Times New Roman" w:cs="Times New Roman"/>
        </w:rPr>
        <w:t>Svjedočanstvo Ronalda Reagana, predsjednika u vrijeme svršetka 1989. godine, proročki predstavlja predsjednika koji će biti posljednji od osmorice predsjednika. Nakon Reagana bilo bi sedam predsjednika, jer Sjedinjene Američke Države prestaju biti šesto kraljevstvo biblijskog proročanstva pri uskoro dolazećem nedjeljnom zakonu, a uoči toga nedjeljnog zakona Sjedinjene Američke Države oblikuju sliku Zvijeri, i ta je Zvijer osma, od sedam zvijeri. Reagan je bio prvi predsjednik u vrijeme svršetka 1989. godine, a posljednji će biti osmi, koji je od sedmorice.</w:t>
      </w:r>
    </w:p>
    <w:p>
      <w:pPr>
        <w:pStyle w:val="ArticleBody"/>
        <w:jc w:val="left"/>
      </w:pPr>
      <w:r>
        <w:rPr>
          <w:rFonts w:ascii="Times New Roman" w:hAnsi="Times New Roman" w:eastAsia="Times New Roman" w:cs="Times New Roman"/>
        </w:rPr>
        <w:t>Reagan je 12. lipnja 1987., tijekom govora kod Brandenburških vrata pokraj Berlinskog zida u Zapadnom Berlinu, u Njemačkoj, obraćajući se glavnom tajniku Komunističke partije Sovjetskoga Saveza, Mihailu Gorbačovu, rekao: „Glavni tajniče Gorbačov, ako tražite mir, ako tražite napredak za Sovjetski Savez i Istočnu Europu, ako tražite liberalizaciju: Dođite ovamo, do ovih vrata! Gospodine Gorbačov, otvorite ova vrata! Gospodine Gorbačov, srušite ovaj zid!” Najpoznatija rečenica prvoga od posljednjih osam predsjednika označila je ispunjenje rušenja zida dvije godine poslije, 9. studenoga 1989.</w:t>
      </w:r>
    </w:p>
    <w:p>
      <w:pPr>
        <w:pStyle w:val="ArticleBody"/>
        <w:jc w:val="left"/>
      </w:pPr>
      <w:r>
        <w:rPr>
          <w:rFonts w:ascii="Times New Roman" w:hAnsi="Times New Roman" w:eastAsia="Times New Roman" w:cs="Times New Roman"/>
        </w:rPr>
        <w:t>Čineći tako, Reaganov naglasak na rušenju zida govorio je osmom predsjedniku, koji je, kandidirajući se za šestoga predsjednika, svoju kampanju temeljio na obećanju „da će sagraditi zid”. Prvi od posljednjih osam predsjednika pozvao je da se zid sruši, a Berlinski zid srušen je 1989., u vrijeme svršetka. Pri uskoro dolazećem nedjeljnom zakonu „zid” razdvajanja Crkve i Države bit će srušen, kao što je predočeno početkom 1989. godine. Usred toga razdoblja šesti predsjednik, koji potiče globaliste, pokušava sagraditi zid koji oni ne žele, a kada ponovno bude osmi predsjednik od sedmorice, još će jedan „zid” pasti.</w:t>
      </w:r>
    </w:p>
    <w:p>
      <w:pPr>
        <w:pStyle w:val="ArticleBody"/>
        <w:jc w:val="left"/>
      </w:pPr>
      <w:r>
        <w:rPr>
          <w:rFonts w:ascii="Times New Roman" w:hAnsi="Times New Roman" w:eastAsia="Times New Roman" w:cs="Times New Roman"/>
        </w:rPr>
        <w:t>Prvoga od osam predsjednika obilježava rušenje jednoga zida koji označava vrijeme svršetka, kako je prikazano u Danielu jedanaest, redak četrdeset, a posljednjega od osam predsjednika obilježava rušenje jednoga „zida” koji označava kraj vremena pečaćenja sto četrdeset i četiri tisuće, kako je prikazano u Danielu, jedanaesto poglavlje, redak četrdeset i jedan.</w:t>
      </w:r>
    </w:p>
    <w:p>
      <w:pPr>
        <w:pStyle w:val="ArticleBody"/>
        <w:jc w:val="left"/>
      </w:pPr>
      <w:r>
        <w:rPr>
          <w:rFonts w:ascii="Times New Roman" w:hAnsi="Times New Roman" w:eastAsia="Times New Roman" w:cs="Times New Roman"/>
        </w:rPr>
        <w:t>Predsjednik Reagan bio je bivši demokrat koji je postao republikanac, bivša medijska zvijezda, čovjek poznat po svojem jasnom govorništvu, s dubokim smislom za humor, fiskalni konzervativac koji je vodio kampanju protiv establišmenta u Washingtonu, DC. Ipak, unatoč Reaganovoj retorici u njegovoj prvoj kampanji protiv establišmenta (močvare) koji je bio ukorijenjen u glavnom gradu nacije, na kraju je na ministarske položaje u svojoj administraciji imenovao veći postotak potvrđenih globalističkih političara nego ijedan drugi moderni predsjednik do toga vremena. Čak je otišao toliko daleko da je za svojega potpredsjednika izabrao Georgea Busha starijeg, čovjeka čiji obiteljski korijeni sežu duboko u globalističku povijest.</w:t>
      </w:r>
    </w:p>
    <w:p>
      <w:pPr>
        <w:pStyle w:val="ArticleBody"/>
        <w:jc w:val="left"/>
      </w:pPr>
      <w:r>
        <w:rPr>
          <w:rFonts w:ascii="Times New Roman" w:hAnsi="Times New Roman" w:eastAsia="Times New Roman" w:cs="Times New Roman"/>
        </w:rPr>
        <w:t>Trump je vodio kampanju obećavajući da će očistiti establišment koji je nazivao „močvarom“, no njegova povijest ljudi koje je izabrao za svoje najbliže suradnike otkriva njegovu najveću slabost. Gotovo svi ti ljudi bili su predstavnici „močvare“ kojoj se Trump tako odlučno protivi. Trump je, kao i Reagan, bio bivši demokrat koji je postao republikanac, bivša medijska zvijezda, čovjek poznat po svojem govorništvu, s dubokim smislom za humor, i fiskalni konzervativac.</w:t>
      </w:r>
    </w:p>
    <w:p>
      <w:pPr>
        <w:pStyle w:val="ArticleBody"/>
        <w:jc w:val="left"/>
      </w:pPr>
      <w:r>
        <w:rPr>
          <w:rFonts w:ascii="Times New Roman" w:hAnsi="Times New Roman" w:eastAsia="Times New Roman" w:cs="Times New Roman"/>
        </w:rPr>
        <w:t>Posljednji predsjednik Sjedinjenih Američkih Država bit će predsjednik u vrijeme kada se u Sjedinjenim Američkim Državama oblikuje slika papinstva (slika zvijeri). Osmi i posljednji predsjednik od 1989. stoga bi bio uključen u rat protiv zmajske sile, jer je upravo u dugotrajnom, otegnutom ratu sa zmajem papinstvo najprije bilo ustoličeno od zmajske sile 538. godine, zatim svrgnuto od iste te zmajske sile 1798. godine, a potom će ponovno biti ustoličeno od zmajske sile koju predstavlja deset kraljeva koji se slože da svoje sedmo kraljevstvo predaju papinstvu, i koji potom svrgnu papinsku zvijer kada je spale ognjem i pojedu njezino meso dok dolazi svojemu kraju, a nikoga nema da joj pomogne.</w:t>
      </w:r>
    </w:p>
    <w:p>
      <w:pPr>
        <w:pStyle w:val="ArticleBody"/>
        <w:jc w:val="left"/>
      </w:pPr>
      <w:r>
        <w:rPr>
          <w:rFonts w:ascii="Times New Roman" w:hAnsi="Times New Roman" w:eastAsia="Times New Roman" w:cs="Times New Roman"/>
        </w:rPr>
        <w:t>Predsjednik koji treba biti osmi, to jest od sedmorice, također će biti predsjednik koji je uključen u ratovanje protiv zmajske sile. To se ratovanje prepoznaje kada šesti i najbogatiji predsjednik uzburka sve globalističke zmajske sile. Od osmorice posljednjih predsjednika, počevši od 1989., dvojica su preminula, ostavljajući šestoricu mogućih predsjednika koji bi mogli biti uključeni u rat protiv zmajske sile.</w:t>
      </w:r>
    </w:p>
    <w:p>
      <w:pPr>
        <w:pStyle w:val="ArticleBody"/>
        <w:jc w:val="left"/>
      </w:pPr>
      <w:r>
        <w:rPr>
          <w:rFonts w:ascii="Times New Roman" w:hAnsi="Times New Roman" w:eastAsia="Times New Roman" w:cs="Times New Roman"/>
        </w:rPr>
        <w:t>Od tih šest mogućnosti, četiri su otvoreno globalisti koje pokreće Zmaj. Jedan od te šestorice, poput svojega oca, izjašnjava se kao republikanac, ali je republikanac samo po imenu te je, poput svojega oca, predstavnik globalističke zmajske sile. Od šestorice živućih predsjednika samo jedan očito nije globalist, i on je predsjednik koji uznemiruje globaliste. On je jedini od posljednjih osam predsjednika koji bi mogao ispuniti sastavnicu papinske slike, u smislu da bude uključen u ratovanje protiv zmajske sile.</w:t>
      </w:r>
    </w:p>
    <w:p>
      <w:pPr>
        <w:pStyle w:val="ArticleBody"/>
        <w:jc w:val="left"/>
      </w:pPr>
      <w:r>
        <w:rPr>
          <w:rFonts w:ascii="Times New Roman" w:hAnsi="Times New Roman" w:eastAsia="Times New Roman" w:cs="Times New Roman"/>
        </w:rPr>
        <w:t>Prvi republikanski predsjednik slavno je citirao jedan biblijski redak o Američkome građanskom ratu koji govori upravo o toj činjenici.</w:t>
      </w:r>
    </w:p>
    <w:p>
      <w:pPr>
        <w:pStyle w:val="ArticleScripture"/>
        <w:jc w:val="left"/>
      </w:pPr>
      <w:r>
        <w:rPr>
          <w:rFonts w:ascii="Times New Roman" w:hAnsi="Times New Roman" w:eastAsia="Times New Roman" w:cs="Times New Roman"/>
        </w:rPr>
        <w:t>A Isus, znajući njihove misli, reče im: Svako kraljevstvo razdijeljeno u sebi opustjet će; i svaki grad ili kuća razdijeljeni u sebi neće opstati. I ako Sotona izgoni Sotonu, razdijelio se u sebi; kako će dakle opstati njegovo kraljevstvo? A ako ja po Beelzebulu izgonim đavle, po kome ih izgone vaši sinovi? Zato će vam oni biti suci. Ali ako ja po Duhu Božjemu izgonim đavle, onda vam je došlo kraljevstvo Božje. Matej 12,25–28.</w:t>
      </w:r>
    </w:p>
    <w:p>
      <w:pPr>
        <w:pStyle w:val="ArticleBody"/>
        <w:jc w:val="left"/>
      </w:pPr>
      <w:r>
        <w:rPr>
          <w:rFonts w:ascii="Times New Roman" w:hAnsi="Times New Roman" w:eastAsia="Times New Roman" w:cs="Times New Roman"/>
        </w:rPr>
        <w:t>Rat zmaja protiv najbogatijeg predsjednika koji je uzburkao kraljevstvo Grčke može biti samo između Donalda Trumpa i globalista, jer svih ostalih pet mogućih živućih predsjednika jesu antiamerički globalisti. Kada je Lincoln naveo prethodne retke kako bi se osvrnuo na podjelu nacije na dva tabora, pro-ropski i proturopski, obraćao se pro-ropskim demokratima i proturopskim republikancima, te je time govorio o ratu posljednjih dana između globalističkih demokrata, koji posljednji republikanski predsjednik raspiruje svojim pokretom MAGA-izma, koji on predstavlja i predvodi.</w:t>
      </w:r>
    </w:p>
    <w:p>
      <w:pPr>
        <w:pStyle w:val="ArticleBody"/>
        <w:jc w:val="left"/>
      </w:pPr>
      <w:r>
        <w:rPr>
          <w:rFonts w:ascii="Times New Roman" w:hAnsi="Times New Roman" w:eastAsia="Times New Roman" w:cs="Times New Roman"/>
        </w:rPr>
        <w:t>Kao prvi republikanski predsjednik, Lincoln predočuje posljednjega republikanskog predsjednika. Posljednji predsjednik također je predstavljen republikanskim predsjednikom u vrijeme svršetka 1989. godine. Ta dva svjedoka poistovjećuju predsjednika kojega predočuju kao republikanca. Republikanski predsjednik u vrijeme svršetka 1989. godine nije bio jednostavno republikanac, nego je bio prvi od posljednjih osam predsjednika. Posljednjega predsjednika također će predočavati George Washington, prvi predsjednik i prvi vrhovni zapovjednik.</w:t>
      </w:r>
    </w:p>
    <w:p>
      <w:pPr>
        <w:pStyle w:val="ArticleBody"/>
        <w:jc w:val="left"/>
      </w:pPr>
      <w:r>
        <w:rPr>
          <w:rFonts w:ascii="Times New Roman" w:hAnsi="Times New Roman" w:eastAsia="Times New Roman" w:cs="Times New Roman"/>
        </w:rPr>
        <w:t>Washington je pak zauzvrat bio predočen prvim predsjednikom u razdoblju predstavljenom godinom 1776., a taj prvi predsjednik (Peyton Randolph) bio je jedan od sedmorice ljudi koji su služili tijekom osam razdoblja predstavljenih sa sedam ljudi. Randolph je bio prvi od osmorice te je stoga predstavljao Reagana, koji je bio prvi od osmorice, a bio je i osmi koji bijaše od sedmorice. Randolph je, dakle, predstavljao Washingtona (prvoga predsjednika), Lincolna (prvoga republikanskog predsjednika), Reagana (prvoga predsjednika posljednje osmorice) i osmoga predsjednika nakon 1989., koji bi po proročkoj nužnosti bio osmi, koji bijaše od sedmorice.</w:t>
      </w:r>
    </w:p>
    <w:p>
      <w:pPr>
        <w:pStyle w:val="ArticleBody"/>
        <w:jc w:val="left"/>
      </w:pPr>
      <w:r>
        <w:rPr>
          <w:rFonts w:ascii="Times New Roman" w:hAnsi="Times New Roman" w:eastAsia="Times New Roman" w:cs="Times New Roman"/>
        </w:rPr>
        <w:t>Washington bi također bio predočen po Johnu Hancocku, koji je bio predsjednik u povijesti predstavljenoj godinom 1789. i koji je bio, kao i Randolph, osmi, koji bijaše od sedmorice. Randolph je predočavao Washingtona; stoga, kada se Hancock usklađuje s Randolphom kao osmi, koji je od sedmorice, Hancock predstavlja osmoga predsjednika nakon 1989., koji bi, po proročkoj nužnosti, bio osmi, koji bijaše od sedmorice.</w:t>
      </w:r>
    </w:p>
    <w:p>
      <w:pPr>
        <w:pStyle w:val="ArticleBody"/>
        <w:jc w:val="left"/>
      </w:pPr>
      <w:r>
        <w:rPr>
          <w:rFonts w:ascii="Times New Roman" w:hAnsi="Times New Roman" w:eastAsia="Times New Roman" w:cs="Times New Roman"/>
        </w:rPr>
        <w:t>Randolph, Hancock, Washington, Lincoln i Reagan svi predoznačuju posljednjega predsjednika. Dvojica od tih svjedoka potvrđuju da će posljednji predsjednik biti republikanac. Dvojica potvrđuju da će posljednji predsjednik biti osmi, to jest od sedmorice. Petorica živućih predsjednika od osmorice predsjednika nakon vremena svršetka 1989. godine potvrđuju da jedino Trump posjeduje političku ideologiju kako bi bio uključen u rat sa zmajevom silom.</w:t>
      </w:r>
    </w:p>
    <w:p>
      <w:pPr>
        <w:pStyle w:val="ArticleBody"/>
        <w:jc w:val="left"/>
      </w:pPr>
      <w:r>
        <w:rPr>
          <w:rFonts w:ascii="Times New Roman" w:hAnsi="Times New Roman" w:eastAsia="Times New Roman" w:cs="Times New Roman"/>
        </w:rPr>
        <w:t>Lincolnu je prethodio James Buchanan, demokrat, kojega pošteni povjesničari prepoznaju kao najmanje učinkovitoga predsjednika u toj ranoj američkoj povijesti, a čije je neučinkovito vodstvo u biti proizvelo Američki građanski rat. Prije nego što je Lincoln položio prisegu, južne su države već počele istupati iz Unije, a samo mjesec dana nakon Lincolnove inauguracije ispaljeni su prvi hici. Buchanan je pokrenuo zbivanja koja su proizvela rat koji je Lincoln bio prisiljen razriješiti.</w:t>
      </w:r>
    </w:p>
    <w:p>
      <w:pPr>
        <w:pStyle w:val="ArticleBody"/>
        <w:jc w:val="left"/>
      </w:pPr>
      <w:r>
        <w:rPr>
          <w:rFonts w:ascii="Times New Roman" w:hAnsi="Times New Roman" w:eastAsia="Times New Roman" w:cs="Times New Roman"/>
        </w:rPr>
        <w:t>Reaganu je prethodio najneučinkovitiji predsjednik modernoga doba. Carter, demokrat, osramotio je Sjedinjene Države svojom nesposobnošću da ispravno odgovori na radikalni islam, smješten u Iranu.</w:t>
      </w:r>
    </w:p>
    <w:p>
      <w:pPr>
        <w:pStyle w:val="ArticleBody"/>
        <w:jc w:val="left"/>
      </w:pPr>
      <w:r>
        <w:rPr>
          <w:rFonts w:ascii="Times New Roman" w:hAnsi="Times New Roman" w:eastAsia="Times New Roman" w:cs="Times New Roman"/>
        </w:rPr>
        <w:t>Trumpu je prethodio Obama, demokrat, koji je namjerno započeo podjele na kulturnom, političkom i gospodarskom planu, a koje su od toga vremena samo rasle. Njegovo neučinkovito vodstvo bilo je predoznačeno i Buchananom i Carterom, ali u povijesti nad kojom je predsjedao glavni mediji već su se počeli očitovati usporedno s Reichovim ministarstvom narodnog prosvjećivanja i propagande Adolfa Hitlera. Obamini napadi na društvene, političke, financijske i vjerske institucije Sjedinjenih Država bili su prikrivani, za one koji su odlučili ne vidjeti, a njegova neučinkovitost kao osobe koja se zaklela štititi Ustav bila je pomno skrivena. Obama je osramotio Sjedinjene Države svojom nesposobnošću da se ispravno suoči s radikalnim islamom, smještenim u Iranu.</w:t>
      </w:r>
    </w:p>
    <w:p>
      <w:pPr>
        <w:pStyle w:val="ArticleBody"/>
        <w:jc w:val="left"/>
      </w:pPr>
      <w:r>
        <w:rPr>
          <w:rFonts w:ascii="Times New Roman" w:hAnsi="Times New Roman" w:eastAsia="Times New Roman" w:cs="Times New Roman"/>
        </w:rPr>
        <w:t>Kada Trump bude ponovno izabran 2024., kao osmi predsjednik nakon Reagana 1989., njemu će još jednom prethoditi globalistički demokrat pogonjen zmajem, koji je sada preuzeo krunu kao najneučinkovitiji predsjednik u povijesti, koji je u svojem pokušaju da se suoči s radikalnim islamom, smještenim u Iranu, opetovano osramotio Sjedinjene Države, premda moderni glavni mediji (kako ih utjelovljuje Reichovo ministarstvo javnog prosvjećivanja i promidžbe) ponovno nastoje zatrpati tu očitu stvarnost.</w:t>
      </w:r>
    </w:p>
    <w:p>
      <w:pPr>
        <w:pStyle w:val="ArticleBody"/>
        <w:jc w:val="left"/>
      </w:pPr>
      <w:r>
        <w:rPr>
          <w:rFonts w:ascii="Times New Roman" w:hAnsi="Times New Roman" w:eastAsia="Times New Roman" w:cs="Times New Roman"/>
        </w:rPr>
        <w:t>Kada je Reagan preuzeo dužnost, neriješena kriza s radikalnim islamom, smještena u Iranu, ostala je neriješena od strane demokratskog predsjednika. Reagan je odmah poduzeo korake kako bi preokrenuo smjer napetosti između Sjedinjenih Država i radikalnog islama, kako ga predstavlja Iran. Kada je Trump preuzeo dužnost, neriješena kriza s radikalnim islamom, ponovno smještena u Iranu, ne samo da je ostala neriješena, nego ju je demokratski predsjednik i financirao. Trump je odmah poduzeo korake kako bi preokrenuo smjer napetosti između Sjedinjenih Država i radikalnog islama, kako ga predstavlja Iran. Sadašnji demokratski predsjednik preokrenuo je sav napredak koji je Trump ostvario, a cijeli se svijet sada neučinkovitim Bidenovim vodstvom uvlači u treći svjetski rat.</w:t>
      </w:r>
    </w:p>
    <w:p>
      <w:pPr>
        <w:pStyle w:val="ArticleBody"/>
        <w:jc w:val="left"/>
      </w:pPr>
      <w:r>
        <w:rPr>
          <w:rFonts w:ascii="Times New Roman" w:hAnsi="Times New Roman" w:eastAsia="Times New Roman" w:cs="Times New Roman"/>
        </w:rPr>
        <w:t>To ispunjava ne samo djelo s islamom, predstavljeno Carterovom neučinkovitošću i Obaminim promicanjem islama, nego i Buchananovim djelovanjem u započinjanju rata, koji je republikanski predsjednik trebao razriješiti.</w:t>
      </w:r>
    </w:p>
    <w:p>
      <w:pPr>
        <w:pStyle w:val="ArticleBody"/>
        <w:jc w:val="left"/>
      </w:pPr>
      <w:r>
        <w:rPr>
          <w:rFonts w:ascii="Times New Roman" w:hAnsi="Times New Roman" w:eastAsia="Times New Roman" w:cs="Times New Roman"/>
        </w:rPr>
        <w:t>Kao i prvi republikanski predsjednik, Trump je bio politički ubijen od globalističkih zmajskih sila na izborima 2020. Dok se smatralo da leži mrtav na ulici, globalisti zemaljske zvijeri i globalisti čitavoga svijeta počeše slaviti, kao što je prorečeno u jedanaestom poglavlju Otkrivenja.</w:t>
      </w:r>
    </w:p>
    <w:p>
      <w:pPr>
        <w:pStyle w:val="ArticleScripture"/>
        <w:jc w:val="left"/>
      </w:pPr>
      <w:r>
        <w:rPr>
          <w:rFonts w:ascii="Times New Roman" w:hAnsi="Times New Roman" w:eastAsia="Times New Roman" w:cs="Times New Roman"/>
        </w:rPr>
        <w:t>I kad svrše svoje svjedočanstvo, zvijer koja izlazi iz bezdana zaratit će protiv njih, i nadvladat će ih, i ubiti ih. I njihova će mrtva tijela ležati na ulici velikoga grada, koji se duhovno zove Sodoma i Egipat, gdje je i Gospodin naš bio razapet. I pripadnici puka i plemena i jezika i naroda gledat će njihova mrtva tijela tri dana i pol, i neće dopustiti da njihova mrtva tijela budu položena u grobove. I oni koji prebivaju na zemlji radovat će se nad njima i veseliti se, i slat će darove jedni drugima, jer su ta dva proroka mučila one koji prebivaju na zemlji. A nakon tri dana i pol Duh života od Boga uđe u njih, i oni stadoše na svoje noge; i velik strah obuze one koji ih gledahu. Otkrivenje 11:7–11.</w:t>
      </w:r>
    </w:p>
    <w:p>
      <w:pPr>
        <w:pStyle w:val="ArticleBody"/>
        <w:jc w:val="left"/>
      </w:pPr>
      <w:r>
        <w:rPr>
          <w:rFonts w:ascii="Times New Roman" w:hAnsi="Times New Roman" w:eastAsia="Times New Roman" w:cs="Times New Roman"/>
        </w:rPr>
        <w:t>Sada smo stigli do 2024., gdje Trump stoji na svojim nogama, a zmajev svijet, koji je likovao i veselio se od 6. siječnja 2021., sada se suočava s „velikim strahom“. Mainstream mediji (MSM) u panici su. Njihove vlastite fraze i poruke sve više očituju njihovu zabrinutost da, kako kaže ona stara rock and roll pjesma, „taj umorni starac kojega su izabrali za kralja“ nema sposobnost ostati dovoljno blizu Trumpovim brojkama da bi njihovi glasački strojevi mogli pogurati Bidena preko praga pobjede. Mainstream mediji danas su jednako propagandni stroj kao što je to bilo Ministarstvo narodnog prosvjećivanja i promidžbe Reicha u Hitlerovo doba.</w:t>
      </w:r>
    </w:p>
    <w:p>
      <w:pPr>
        <w:pStyle w:val="ArticleBody"/>
        <w:jc w:val="left"/>
      </w:pPr>
      <w:r>
        <w:rPr>
          <w:rFonts w:ascii="Times New Roman" w:hAnsi="Times New Roman" w:eastAsia="Times New Roman" w:cs="Times New Roman"/>
        </w:rPr>
        <w:t>Ta je činjenica opetovano dokazana izvan svake matematičke mogućnosti da bi moglo biti drukčije. Svaki put kada se u šire društvo uvede nova globalistička točka propagandnog narativa, opetovano je dokumentirano da različiti komunikacijski kanali kojima upravlja zmajev propagandni stroj proizvode potpuno istovjetan izričaj, riječ po riječ, dok opisuju ovaj događaj ili ono pitanje.</w:t>
      </w:r>
    </w:p>
    <w:p>
      <w:pPr>
        <w:pStyle w:val="ArticleBody"/>
        <w:jc w:val="left"/>
      </w:pPr>
      <w:r>
        <w:rPr>
          <w:rFonts w:ascii="Times New Roman" w:hAnsi="Times New Roman" w:eastAsia="Times New Roman" w:cs="Times New Roman"/>
        </w:rPr>
        <w:t>Ako je ikomu od vas poznata stara dječja igra zvana „telefon”, ili ponekad „kineski šapat”, znate da, kada ljudi sjednu u krug i igra započne tako što prva osoba nešto šapne na uho sljedećoj, a zatim se taj šapat ponavlja oko kruga, početni šapat koji kruži oko kruga neizbježno se pretvori u nešto drukčije od onoga što je prvi šapat predstavljao. Ipak, glavni mediji očekuju od svojih pristaša da vjeruju kako svaki novinar u ovoj zemlji i diljem svijeta nekako odabire iste riječi i izraze kako bi objasnio zmajevo stajalište o nekoj temi ili događaju. Stotine takozvanih novinara promatrale su isti događaj i došle ne samo do istoga zaključka, nego su odabrale i posve iste riječi i izraze da opišu taj događaj.</w:t>
      </w:r>
    </w:p>
    <w:p>
      <w:pPr>
        <w:pStyle w:val="ArticleBody"/>
        <w:jc w:val="left"/>
      </w:pPr>
      <w:r>
        <w:rPr>
          <w:rFonts w:ascii="Times New Roman" w:hAnsi="Times New Roman" w:eastAsia="Times New Roman" w:cs="Times New Roman"/>
        </w:rPr>
        <w:t>Ono čime se u ovome času bavimo nije napad na propagandni stroj globalista; to je jednostavno prepoznavanje jedne proročke značajke duhovnoga rata koji se sada odvija na planetu Zemlji. U vrijeme Krista, Židovi su na koncu javno izabrali Cezara za svoga kralja, odbacivši svojega Mesiju. U tom prijepornom razdoblju veliki je svećenik iznio argument za Kristovo ubojstvo koji je bio sotonski i utemeljen na pogrešnom rasuđivanju, ali je istodobno bio točan.</w:t>
      </w:r>
    </w:p>
    <w:p>
      <w:pPr>
        <w:pStyle w:val="ArticleScripture"/>
        <w:jc w:val="left"/>
      </w:pPr>
      <w:r>
        <w:rPr>
          <w:rFonts w:ascii="Times New Roman" w:hAnsi="Times New Roman" w:eastAsia="Times New Roman" w:cs="Times New Roman"/>
        </w:rPr>
        <w:t>A jedan od njih, imenom Kajfa, koji te godine bijaše veliki svećenik, reče im: Vi ne znate ništa, niti promišljate da je za nas probitačno da jedan čovjek umre za narod i da sav narod ne propadne. A to ne reče sam od sebe, nego, budući da te godine bijaše veliki svećenik, prorokova da Isus ima umrijeti za taj narod; i ne samo za taj narod, nego i da raspršenu djecu Božju sabere u jedno. Ivan 11,49–52.</w:t>
      </w:r>
    </w:p>
    <w:p>
      <w:pPr>
        <w:pStyle w:val="ArticleBody"/>
        <w:jc w:val="left"/>
      </w:pPr>
      <w:r>
        <w:rPr>
          <w:rFonts w:ascii="Times New Roman" w:hAnsi="Times New Roman" w:eastAsia="Times New Roman" w:cs="Times New Roman"/>
        </w:rPr>
        <w:t>Kajfa je izmišljao logiku kako bi napao Krista, a čineći to zapravo je iznosio valjano proročanstvo. Nije vjerovao da Krist treba biti žrtva za čovječanstvo; on ga je jednostavno želio ubiti. Glavnostrujaški mediji zmajeve sile sada ostvaruju nešto slično s Trumpom. Nastoje usaditi strah u stanovništvo da će, bude li Trump ponovno izabran, postati diktator, kao što je to bio Adolf Hitler. Demokrati su stranka koja podupire ropstvo i posjeduje obilježja nacističke stranke, uključujući svjetski propagandni stroj, a ne samo njemački, no ipak tvrde da će, ako Trump bude izabran, demokracija biti svrgnuta i da će Trump biti diktator poput Adolfa Hitlera.</w:t>
      </w:r>
    </w:p>
    <w:p>
      <w:pPr>
        <w:pStyle w:val="ArticleBody"/>
        <w:jc w:val="left"/>
      </w:pPr>
      <w:r>
        <w:rPr>
          <w:rFonts w:ascii="Times New Roman" w:hAnsi="Times New Roman" w:eastAsia="Times New Roman" w:cs="Times New Roman"/>
        </w:rPr>
        <w:t>Upravo to Božja Riječ prepoznaje o posljednjem predsjedniku Sjedinjenih Država, premda mainstream mediji, poput zmajem nadahnutoga Kajfe, ne razumiju da su njihove poruke proročke i da će se doista ostvariti.</w:t>
      </w:r>
    </w:p>
    <w:p>
      <w:pPr>
        <w:pStyle w:val="ArticleScripture"/>
        <w:jc w:val="left"/>
      </w:pPr>
      <w:r>
        <w:rPr>
          <w:rFonts w:ascii="Times New Roman" w:hAnsi="Times New Roman" w:eastAsia="Times New Roman" w:cs="Times New Roman"/>
        </w:rPr>
        <w:t>„Naša je zemlja u pogibelji. Približava se vrijeme kada će njezini zakonodavci tako odbaciti načela protestantizma da će dati potporu rimskoj otpadi. Narod za koji je Bog tako čudesno djelovao, jačajući ga da zbaci mučni jaram papinstva, nacionalnim će činom dati snagu iskvarenoj vjeri Rima te tako probuditi tiraniju koja samo čeka dodir da ponovno plane u okrutnost i despotizam. Mi se već ubrzanim koracima približavamo tom razdoblju.” The Spirit of Prophecy, svezak 4, 410.</w:t>
      </w:r>
    </w:p>
    <w:p>
      <w:pPr>
        <w:pStyle w:val="ArticleBody"/>
        <w:jc w:val="left"/>
      </w:pPr>
      <w:r>
        <w:rPr>
          <w:rFonts w:ascii="Times New Roman" w:hAnsi="Times New Roman" w:eastAsia="Times New Roman" w:cs="Times New Roman"/>
        </w:rPr>
        <w:t>Svjestan sam da, dok prepoznajem iskvarene elemente Demokrata u Sjedinjenim Američkim Državama, tobožnje republikance koji su zapravo globalisti, te progresivne globaliste svijeta, čitatelj može biti naveden da povjeruje kako imam neku vrstu političke naklonosti prema Republikanskoj stranci ili Donaldu Trumpu. To je daleko od stvarnog stanja stvari; posljednji predsjednik treba postati diktator, upravo kao što predviđaju glavni mediji, premda o onome što zapravo predviđaju ne znaju ništa više nego što je znao Kajfa. Mi jednostavno prepoznajemo proročku dinamiku povezanu sa „složenim međuodnosom ljudskih događaja“, koju predstavljaju Ezekielovi kotači unutar kotača.</w:t>
      </w:r>
    </w:p>
    <w:p>
      <w:pPr>
        <w:pStyle w:val="ArticleBody"/>
        <w:jc w:val="left"/>
      </w:pPr>
      <w:r>
        <w:rPr>
          <w:rFonts w:ascii="Times New Roman" w:hAnsi="Times New Roman" w:eastAsia="Times New Roman" w:cs="Times New Roman"/>
        </w:rPr>
        <w:t>Nastavit ćemo ovo proučavanje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trideset i deveta</dc:title>
  <dc:subject>Proročko usklađenje Daniela 11,40 sa suvremenim političkim stvarnostima: razotkrivanje tajne posljednjega predsjednika</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