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Daniela – broj trinaest</w:t>
      </w:r>
    </w:p>
    <w:p>
      <w:pPr>
        <w:pStyle w:val="ArticleSubtitle"/>
        <w:jc w:val="left"/>
      </w:pPr>
      <w:r>
        <w:rPr>
          <w:rFonts w:ascii="Arial" w:hAnsi="Arial" w:eastAsia="Arial" w:cs="Arial"/>
        </w:rPr>
        <w:t>Tajna posljednjih dana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2023-12-08</w:t>
      </w:r>
    </w:p>
    <w:p>
      <w:pPr>
        <w:pStyle w:val="ArticleBody"/>
        <w:jc w:val="left"/>
      </w:pPr>
      <w:r>
        <w:rPr>
          <w:rFonts w:ascii="Times New Roman" w:hAnsi="Times New Roman" w:eastAsia="Times New Roman" w:cs="Times New Roman"/>
        </w:rPr>
        <w:t>Drugo poglavlje Daniela predstavlja drugoga anđela iz Otkrivenja četrnaest. Kao takvo, ono predstavlja drugu od triju kušnji, koje su prikazane kao prehrambena kušnja, nakon koje slijedi vidna kušnja, a završava lakmus-kušnjom. Sve tri te kušnje, koje su ujedno i proročki putokazi, postoje u poruci prvoga anđela iz Otkrivenja četrnaest. Kao i prvi anđeo iz Otkrivenja četrnaest, prvo poglavlje Daniela također sadrži svaku od tih triju kušnji.</w:t>
      </w:r>
    </w:p>
    <w:p>
      <w:pPr>
        <w:pStyle w:val="ArticleBody"/>
        <w:jc w:val="left"/>
      </w:pPr>
      <w:r>
        <w:rPr>
          <w:rFonts w:ascii="Times New Roman" w:hAnsi="Times New Roman" w:eastAsia="Times New Roman" w:cs="Times New Roman"/>
        </w:rPr>
        <w:t>Drugi ispit, ili poruka drugoga anđela, započinje na kraju prvoga ispita. Drugo poglavlje slijedi nakon prvoga poglavlja. Zaključak drugoga ispita neposredno započinje treći ispit. Vremensko razdoblje predstavljeno drugim ispitom bilo je simbolizirano sedamdeset godina Danielova sužanjstva, koje je započelo osvajanjem Jojakima, a završilo Kirovim proglasom. Kako se približavao kraj tih sedamdeset godina, Daniel je putem Božje proročke Riječi prepoznao da se kraj samo što nije dogodio.</w:t>
      </w:r>
    </w:p>
    <w:p>
      <w:pPr>
        <w:pStyle w:val="ArticleScripture"/>
        <w:jc w:val="left"/>
      </w:pPr>
      <w:r>
        <w:rPr>
          <w:rFonts w:ascii="Times New Roman" w:hAnsi="Times New Roman" w:eastAsia="Times New Roman" w:cs="Times New Roman"/>
        </w:rPr>
        <w:t>Prve godine Darija, sina Ahasverova, od roda Međana, koji bi postavljen kraljem nad kraljevstvom kaldejskim, prve godine njegova kraljevanja ja, Danijel, razabrao sam iz knjiga broj godina o kojima je došla riječ Gospodnja proroku Jeremiji: da će se navršiti sedamdeset godina opustošenja Jeruzalema. Daniel 9,1.2.</w:t>
      </w:r>
    </w:p>
    <w:p>
      <w:pPr>
        <w:pStyle w:val="ArticleBody"/>
        <w:jc w:val="left"/>
      </w:pPr>
      <w:r>
        <w:rPr>
          <w:rFonts w:ascii="Times New Roman" w:hAnsi="Times New Roman" w:eastAsia="Times New Roman" w:cs="Times New Roman"/>
        </w:rPr>
        <w:t>Daniel predstavlja Božji narod u posljednjim danima koji prepoznaje simboličko značenje sedamdeset godina sužanjstva, a to se prepoznavanje zbiva neposredno prije završetka sedamdeset simboličkih godina. Božji je narod ispravno razumio sedamdesetogodišnje sužanjstvo, ali ono što Daniel predstavlja jest razumijevanje da tih sedamdeset godina predstavlja proročko razdoblje od 11. rujna 2001. do nedjeljnog zakona. Za Daniela su te godine završile pri Kirovu dekretu, što u posljednjim danima predstavlja nedjeljni zakon u Sjedinjenim Državama.</w:t>
      </w:r>
    </w:p>
    <w:p>
      <w:pPr>
        <w:pStyle w:val="ArticleBody"/>
        <w:jc w:val="left"/>
      </w:pPr>
      <w:r>
        <w:rPr>
          <w:rFonts w:ascii="Times New Roman" w:hAnsi="Times New Roman" w:eastAsia="Times New Roman" w:cs="Times New Roman"/>
        </w:rPr>
        <w:t>Neposredno prije nedjeljnoga zakona, Božji se narod budi za proročko razumijevanje predstavljeno simboličnih sedamdeset godina. Te su simbolične godine započele s Jojakimom, koji predstavlja 11. rujna 2001., kada je, dolaskom islama trećega Jaoa, silni anđeo iz Otkrivenja osamnaest sišao i objavio pad Babilona. Pad Babilona predstavlja poruku drugoga anđela, i 11. rujna 2001. započelo je drugo razdoblje kušnje za one koji su jeli skrivenu knjigu koja je bila u anđelovoj ruci. To se razdoblje, predstavljeno simboličnih sedamdeset godina, proteže sve do nedjeljnoga zakona.</w:t>
      </w:r>
    </w:p>
    <w:p>
      <w:pPr>
        <w:pStyle w:val="ArticleBody"/>
        <w:jc w:val="left"/>
      </w:pPr>
      <w:r>
        <w:rPr>
          <w:rFonts w:ascii="Times New Roman" w:hAnsi="Times New Roman" w:eastAsia="Times New Roman" w:cs="Times New Roman"/>
        </w:rPr>
        <w:t>Kako se kraj približava, kao što je predočeno Danielom u prvoj godini Darijevoj, Božji se narod budi za kušnju slike Zvijeri. Oni su već prije razumjeli neke istine povezane s kušnjom slike Zvijeri, ali dio koji dolaze razumjeti neposredno prije kraja proročkog razdoblja drugoga anđela bio je skriven u tami. Kao što je Daniel proučavao Božju proročku Riječ, a zatim postao svjestan značenja sedamdeset godina, bio je potaknut na molitvu, baš kao što je bio potaknut na molitvu kada je postao svjestan prijetnje smrću ili životom od Nabukodonozora u vezi s njegovim snom o kipu. U devetom poglavlju Daniela, kao i u drugom poglavlju Daniela, dok je Daniel molio, primio je proročku svjetlost.</w:t>
      </w:r>
    </w:p>
    <w:p>
      <w:pPr>
        <w:pStyle w:val="ArticleScripture"/>
        <w:jc w:val="left"/>
      </w:pPr>
      <w:r>
        <w:rPr>
          <w:rFonts w:ascii="Times New Roman" w:hAnsi="Times New Roman" w:eastAsia="Times New Roman" w:cs="Times New Roman"/>
        </w:rPr>
        <w:t>Da, dok još govorah u molitvi, onaj čovjek Gabrijel, kojega bijah vidio u viđenju na početku, hitro leteći, dotače me oko vremena večernjega prinosa. I pouči me, i govoraše sa mnom, i reče: O Daniele, sada izađoh da ti dam razboritost i razumijevanje. Daniel 9:21, 22.</w:t>
      </w:r>
    </w:p>
    <w:p>
      <w:pPr>
        <w:pStyle w:val="ArticleBody"/>
        <w:jc w:val="left"/>
      </w:pPr>
      <w:r>
        <w:rPr>
          <w:rFonts w:ascii="Times New Roman" w:hAnsi="Times New Roman" w:eastAsia="Times New Roman" w:cs="Times New Roman"/>
        </w:rPr>
        <w:t>„Vještina i razumijevanje” dani Danielu dok se molio podudaraju se s njegovom molitvom u drugom poglavlju.</w:t>
      </w:r>
    </w:p>
    <w:p>
      <w:pPr>
        <w:pStyle w:val="ArticleScripture"/>
        <w:jc w:val="left"/>
      </w:pPr>
      <w:r>
        <w:rPr>
          <w:rFonts w:ascii="Times New Roman" w:hAnsi="Times New Roman" w:eastAsia="Times New Roman" w:cs="Times New Roman"/>
        </w:rPr>
        <w:t>Tada Daniel ode svojoj kući te obznani stvar Hananiji, Mišaelu i Azariji, svojim drugovima, da ištu milosrđe od Boga nebeskoga glede ove tajne, kako Daniel i njegovi drugovi ne bi poginuli s ostalim mudracima babilonskim. Tada se Danielu tajna objavi u noćnom viđenju. Tada Daniel blagoslovi Boga nebeskoga. Daniel 2:17–19.</w:t>
      </w:r>
    </w:p>
    <w:p>
      <w:pPr>
        <w:pStyle w:val="ArticleBody"/>
        <w:jc w:val="left"/>
      </w:pPr>
      <w:r>
        <w:rPr>
          <w:rFonts w:ascii="Times New Roman" w:hAnsi="Times New Roman" w:eastAsia="Times New Roman" w:cs="Times New Roman"/>
        </w:rPr>
        <w:t>Redak po redak, Danielove dvije molitve jesu ista molitva. Obje su izrečene tijekom povijesti koja simbolično predstavlja vizualni ispit drugoga anđela, koji se odvija između 11. rujna 2001. i uskoro dolazećeg nedjeljnog zakona. Pod prijetećom smrtnom prijetnjom Nebukadnezara i s proročkim znanjem o Jeremijinih sedamdeset godina i zakletvi Mojsijevih sedam vremena, Daniel moli molitvu iz Levitskog zakonika dvadeset i šest, dok ujedno moli da mu Bog otkrije konačnu proročku tajnu biblijskog proroštva. Tajnu koju Ivan prepoznaje kao Otkrivenje Isusa Krista.</w:t>
      </w:r>
    </w:p>
    <w:p>
      <w:pPr>
        <w:pStyle w:val="ArticleBody"/>
        <w:jc w:val="left"/>
      </w:pPr>
      <w:r>
        <w:rPr>
          <w:rFonts w:ascii="Times New Roman" w:hAnsi="Times New Roman" w:eastAsia="Times New Roman" w:cs="Times New Roman"/>
        </w:rPr>
        <w:t>U devetom poglavlju Daniel se nalazi na prijelazu između dvaju kraljevstava. Babilon je upravo pao pod Medijce i Perzijance, jer je to prva godina Darija, stavljajući tako Božji narod u posljednjim danima na točku prijelaza koja je bila označena u kretanju prvoga anđela, a također i u kretanju trećega anđela.</w:t>
      </w:r>
    </w:p>
    <w:p>
      <w:pPr>
        <w:pStyle w:val="ArticleBody"/>
        <w:jc w:val="left"/>
      </w:pPr>
      <w:r>
        <w:rPr>
          <w:rFonts w:ascii="Times New Roman" w:hAnsi="Times New Roman" w:eastAsia="Times New Roman" w:cs="Times New Roman"/>
        </w:rPr>
        <w:t>Filadelfijski mileritski pokret prešao je u Laodiceju 1856. godine, a laodicejski pokret Future for America prelazi u filadelfijski pokret na kraju tri i pol dana mrtvila na ulici iz jedanaestog poglavlja Otkrivenja. Ispit koji je bio pao u filadelfijskom pokretu milerita od 1856. do 1863. godine odnosio se na nauk o „sedam vremena”.</w:t>
      </w:r>
    </w:p>
    <w:p>
      <w:pPr>
        <w:pStyle w:val="ArticleBody"/>
        <w:jc w:val="left"/>
      </w:pPr>
      <w:r>
        <w:rPr>
          <w:rFonts w:ascii="Times New Roman" w:hAnsi="Times New Roman" w:eastAsia="Times New Roman" w:cs="Times New Roman"/>
        </w:rPr>
        <w:t>Ispit za laodicejski pokret Future for America odnosi se na nužnost prepoznavanja njihova raspršenog stanja, a potom i stupanja u molitvu i iskustvo iz dvadeset i šestog poglavlja Levitskog zakonika. Daniel se nalazio u prijelaznom vremenu između Babilonskoga i Medo-perzijskoga Carstva, i neposredno prije kraja razdoblja od sedamdeset godina koje je obilježeno Kiromovim dekretom. Sedamdeset godina čini kontekst Danielove molitve, a sedamdeset godina predstavlja Mojsijevih „sedam vremena“. Obje Danielove molitve usklađene su s prijelaznim vremenom koje je obilježeno „sedam vremena“ u pokretu prvoga anđela, kao i u pokretu trećega anđela.</w:t>
      </w:r>
    </w:p>
    <w:p>
      <w:pPr>
        <w:pStyle w:val="ArticleBody"/>
        <w:jc w:val="left"/>
      </w:pPr>
      <w:r>
        <w:rPr>
          <w:rFonts w:ascii="Times New Roman" w:hAnsi="Times New Roman" w:eastAsia="Times New Roman" w:cs="Times New Roman"/>
        </w:rPr>
        <w:t>„Tajna“ koja je otkrivena Danielu jest otkrivenje Nabukodonozorova kipa. „Tajna“ Nabukodonozorova kipa u posljednjim danima jest da on predstavlja osam kraljevstava, a ne četiri. U prethodnim člancima koji se nalaze u kategoriji „The Eighth is of the Seven“ ta je istina već izložena. Unutar te tajne nalazi se otkrivenje točke prijelaza kada dolazi osmi, koji je od sedmorice. „Tajna“ Nabukodonozorova kipa potvrda je uskrsnuća roga pravoga protestantizma i roga republikanizma. Oba ta uskrsnuća prepoznaju da je svaki rog osmi, ali je od sedmorice; i prijelaz od šestoga k osmom kod oba roga odvija se u proročkom kontekstu kušnje povezane s Mojsijevih „sedam vremena“. Taj se prijelaz zbiva, kako ga predstavlja Daniel, neposredno prije Kirova dekreta, koji predstavlja dekret o nedjeljnom zakonu u Sjedinjenim Državama. Tada se, pri nedjeljnom zakonu, u brzim pokretima, smrtonosna rana papinstva iscjeljuje dok papinstvo postaje osma glava koja je od sedmorice, budući da i ono prolazi kroz proročki prijelaz, kako je prikazano Nabukodonozorovim kipom u drugom poglavlju Danielove knjige.</w:t>
      </w:r>
    </w:p>
    <w:p>
      <w:pPr>
        <w:pStyle w:val="ArticleScripture"/>
        <w:jc w:val="left"/>
      </w:pPr>
      <w:r>
        <w:rPr>
          <w:rFonts w:ascii="Times New Roman" w:hAnsi="Times New Roman" w:eastAsia="Times New Roman" w:cs="Times New Roman"/>
        </w:rPr>
        <w:t>Stoga Daniel uđe k Arjohu, kojega je kralj bio odredio da pogubi mudrace babilonske; uđe i reče mu ovako: Ne pogubi mudrace babilonske; uvedi me pred kralja, i ja ću kralju objaviti tumačenje. Tada Arjoh hitro uvede Daniela pred kralja i reče mu ovako: Našao sam čovjeka među zarobljenicima iz Jude, koji će kralju obznaniti tumačenje. Kralj odgovori i reče Danielu, kojemu bijaše ime Baltazar: Jesi li mi kadar obznaniti san koji sam usnio i njegovo tumačenje? Daniel 2:24–26.</w:t>
      </w:r>
    </w:p>
    <w:p>
      <w:pPr>
        <w:pStyle w:val="ArticleBody"/>
        <w:jc w:val="left"/>
      </w:pPr>
      <w:r>
        <w:rPr>
          <w:rFonts w:ascii="Times New Roman" w:hAnsi="Times New Roman" w:eastAsia="Times New Roman" w:cs="Times New Roman"/>
        </w:rPr>
        <w:t>Pošto je Danielu otkrivena tajna, navode se oba njegova imena, čime se pokazuje da on predstavlja saveznički narod koji je u posljednjim danima upravo prešao u filadelfijski pokret sto četrdeset i četiri tisuće. On očituje karakter Božjega sluge time što traži da nitko ne bude pogubljen zbog svoje nesposobnosti da razumije „tajnu“. Njegov je karakter suprotstavljen Ariohu, sluzi Nabukodonozorovu, koji kod kralja traži zaslugu za to što je pronašao Daniela. Daniel zatim utvrđuje razliku između istinske proročke objave i one babilonskih mudraca kada na Nabukodonozorovo pitanje odgovara pitanjem te, za razliku od Arioha, ne koristi svoje razumijevanje „tajne“ kako bi uzvisio samoga sebe, nego umjesto toga uzvisuje Boga nebeskoga.</w:t>
      </w:r>
    </w:p>
    <w:p>
      <w:pPr>
        <w:pStyle w:val="ArticleScripture"/>
        <w:jc w:val="left"/>
      </w:pPr>
      <w:r>
        <w:rPr>
          <w:rFonts w:ascii="Times New Roman" w:hAnsi="Times New Roman" w:eastAsia="Times New Roman" w:cs="Times New Roman"/>
        </w:rPr>
        <w:t>Daniel odgovori pred kraljem i reče: Tajnu koju kralj traži ne mogu kralju otkriti mudraci, zvjezdari, vračari ni gatari; ali postoji Bog na nebu koji otkriva tajne i obznanjuje kralju Nabukodonosoru što će biti u posljednjim danima. Tvoj san i viđenja tvoje glave na tvojoj postelji jesu ovo. Daniel 2:27, 28.</w:t>
      </w:r>
    </w:p>
    <w:p>
      <w:pPr>
        <w:pStyle w:val="ArticleBody"/>
        <w:jc w:val="left"/>
      </w:pPr>
      <w:r>
        <w:rPr>
          <w:rFonts w:ascii="Times New Roman" w:hAnsi="Times New Roman" w:eastAsia="Times New Roman" w:cs="Times New Roman"/>
        </w:rPr>
        <w:t>Daniel započinje svoje izlaganje „tajne“ time što je određuje kao „tajnu“ koja objašnjava što će biti u posljednje dane. Tajna skrivene povijesti sedam gromova utvrđuje što će biti u posljednje dane. Nabukodonozorov kip sastavni je dio tajne posljednjih dana koji se otpečaćuje neposredno prije završetka vremena milosti. Ona se otkriva neposredno prije završetka vremena milosti, u prijelaznom razdoblju kada oba roga zvijeri iz zemlje postaju osmi koji je od sedmorice, kako je to Danijel prikazao u prvoj godini Darijevoj.</w:t>
      </w:r>
    </w:p>
    <w:p>
      <w:pPr>
        <w:pStyle w:val="ArticleScripture"/>
        <w:jc w:val="left"/>
      </w:pPr>
      <w:r>
        <w:rPr>
          <w:rFonts w:ascii="Times New Roman" w:hAnsi="Times New Roman" w:eastAsia="Times New Roman" w:cs="Times New Roman"/>
        </w:rPr>
        <w:t>A što se tiče tebe, o kralju, na tvojoj su ti postelji na um dolazile misli o tome što će biti poslije ovoga; i Onaj koji otkriva tajne objavio ti je što će biti. A meni ova tajna nije objavljena zbog ikakve mudrosti koju bih imao više od ikoga živoga, nego zato da se kralju obznani tumačenje i da upoznaš misli svoga srca. Daniel 2,29.30.</w:t>
      </w:r>
    </w:p>
    <w:p>
      <w:pPr>
        <w:pStyle w:val="ArticleBody"/>
        <w:jc w:val="left"/>
      </w:pPr>
      <w:r>
        <w:rPr>
          <w:rFonts w:ascii="Times New Roman" w:hAnsi="Times New Roman" w:eastAsia="Times New Roman" w:cs="Times New Roman"/>
        </w:rPr>
        <w:t>Daniel uspostavlja istinu drugim svjedokom o činjenici da se Nabukodonozorov san odnosi na posljednje dane, kada kaže: „Onaj koji otkriva tajne obznanjuje ti što će biti“, „ubuduće“. Zatim Daniel utvrđuje da tajna nije bila dana njemu, niti zato što je imao ikakvu veću mudrost od bilo kojega drugog ljudskog bića, nego da je „tajna“ bila dana Nabukodonozoru „radi onih koji će obznaniti tumačenje“. „Tajna“ je dana za one koji će iznijeti „tumačenje“ sna duhovnom kralju Babilona u posljednjim danima. Tajna je osobito dana za sto četrdeset i četiri tisuće, jer je „tajna“ za one u posljednjim danima koji objavljuju konačni pad Babilona. Tada Daniel otkriva san o kipu koji je bio skriven u tami i koji je proizveo kušnju života ili smrti.</w:t>
      </w:r>
    </w:p>
    <w:p>
      <w:pPr>
        <w:pStyle w:val="ArticleScripture"/>
        <w:jc w:val="left"/>
      </w:pPr>
      <w:r>
        <w:rPr>
          <w:rFonts w:ascii="Times New Roman" w:hAnsi="Times New Roman" w:eastAsia="Times New Roman" w:cs="Times New Roman"/>
        </w:rPr>
        <w:t>Ti si, kralju, gledao, i gle, kip velik. Taj veliki kip, čiji je sjaj bio izvrstan, stajaše pred tobom; i obličje mu bijaše strašno. Glava tomu kipu bijaše od čistoga zlata, prsa njegova i ruke njegove od srebra, trbuh njegov i bedra njegova od mjedi, noge njegove od željeza, stopala njegova dijelom od željeza, a dijelom od gline. Gledao si dok se ne odvali kamen, ne rukama, koji udari kip u njegova stopala od željeza i gline te ih razbi. Tada se željezo, glina, mjed, srebro i zlato zajedno razbiše i postaše kao pljeva na ljetnim gumnima; i vjetar ih odnese, te im se ne nađe ni mjesta; a kamen koji udari kip posta velika gora i ispuni svu zemlju. To je san; a njegovo ćemo tumačenje kazati pred kraljem. Daniel 2:31–36.</w:t>
      </w:r>
    </w:p>
    <w:p>
      <w:pPr>
        <w:pStyle w:val="ArticleBody"/>
        <w:jc w:val="left"/>
      </w:pPr>
      <w:r>
        <w:rPr>
          <w:rFonts w:ascii="Times New Roman" w:hAnsi="Times New Roman" w:eastAsia="Times New Roman" w:cs="Times New Roman"/>
        </w:rPr>
        <w:t>San Nabukodonozorov prepoznao je kraljevstva biblijskog proroštva od njegova vremena pa sve do posljednjih dana, kada sto četrdeset i četiri tisuće, predstavljeni Danielom u njegovu izlaganju pred Nabukodonozorom, i kamenom koji se odvalio bez ruku, razaraju zemaljska kraljevstva prikazana u kipu, koji potom postaje gora što ispunja svu zemlju. San je bio o potonjim danima, na proročkoj prijelomnoj točki kada se sto četrdeset i četiri tisuće otkriva posljednja proročka tajna.</w:t>
      </w:r>
    </w:p>
    <w:p>
      <w:pPr>
        <w:pStyle w:val="ArticleBody"/>
        <w:jc w:val="left"/>
      </w:pPr>
      <w:r>
        <w:rPr>
          <w:rFonts w:ascii="Times New Roman" w:hAnsi="Times New Roman" w:eastAsia="Times New Roman" w:cs="Times New Roman"/>
        </w:rPr>
        <w:t>Kao stijeg pravoga protestantskog roga, oni tada nose poruku trećega anđela svijetu koji umire. Ta poruka prerasta u glasan poklik pri donošenju zakona o nedjelji u Sjedinjenim Državama, kada se nameće žig zvijeri. Prije te uredbe, oni koje Daniel predstavlja u posljednjim danima trebaju biti suočeni s kušnjom slike zvijeri. Ta je kušnja vizualna kušnja i zahtijeva da oni koje Daniel predstavlja vide pokrete koji dovode do uredbe o zakonu o nedjelji. Oni se iskušavaju kako bi se utvrdilo jesu li izabrali božansku metodologiju koja im omogućuje da vide kušnju slike, skrivenu u tami. Njihova kušnja uključuje osobno poniženje i priznanje. Uključuje priznanje da je Danielu dano razumijevanje u snovima i viđenjima, jer ako odbiju čuti Danielov glas koji viče u pustinji, to je kao oni koji su u Kristovo vrijeme odbacili poruku Ivana Krstitelja.</w:t>
      </w:r>
    </w:p>
    <w:p>
      <w:pPr>
        <w:pStyle w:val="ArticleBody"/>
        <w:jc w:val="left"/>
      </w:pPr>
      <w:r>
        <w:rPr>
          <w:rFonts w:ascii="Times New Roman" w:hAnsi="Times New Roman" w:eastAsia="Times New Roman" w:cs="Times New Roman"/>
        </w:rPr>
        <w:t>Sestra White obavještava nas da se knjige Daniela i Otkrivenja međusobno nadopunjuju, a riječ „nadopunjuju“, koju ona rabi, znači dovesti do savršenstva. Krajem srpnja 2023. Lav iz Judina plemena počeo je otpečaćivati Otkrivenje Isusa Krista, kao što je obećao da će učiniti neposredno prije nego što se zaključi vrijeme milosti. Čineći to, On je ukazao na biblijske istine koje su prethodno bile ispravno shvaćene, ali koje su sada trebale biti shvaćene u okviru posljednjih dana.</w:t>
      </w:r>
    </w:p>
    <w:p>
      <w:pPr>
        <w:pStyle w:val="ArticleBody"/>
        <w:jc w:val="left"/>
      </w:pPr>
      <w:r>
        <w:rPr>
          <w:rFonts w:ascii="Times New Roman" w:hAnsi="Times New Roman" w:eastAsia="Times New Roman" w:cs="Times New Roman"/>
        </w:rPr>
        <w:t>Jedna od tih istina jesu dva svjedoka iz Otkrivenja jedanaest. Druga je povijest koja predstavlja savršeno ispunjenje „sedam gromova” iz Otkrivenja deset. On je iznio istine iz svetih reformskih linija koje govore o razočaranju od 18. srpnja 2020. Upotrijebio je četiri orijentira koji se nalaze u svakoj od svetih reformskih linija, a koji prikazuju povijest osnaženja prve poruke sve do suda, na način koji dosad nikada nije bio prepoznat. Drugo poglavlje Daniela dovodi mnoge od tih pojmova do savršenstva, premda su te duboke istine skrivene u tami onima koji odbijaju jesti metodologiju označenu kao Alfa i Omega.</w:t>
      </w:r>
    </w:p>
    <w:p>
      <w:pPr>
        <w:pStyle w:val="ArticleBody"/>
        <w:jc w:val="left"/>
      </w:pPr>
      <w:r>
        <w:rPr>
          <w:rFonts w:ascii="Times New Roman" w:hAnsi="Times New Roman" w:eastAsia="Times New Roman" w:cs="Times New Roman"/>
        </w:rPr>
        <w:t>Zaključujući ovo proučavanje drugoga poglavlja knjige proroka Daniela, sažet ćemo i povezati neke od istina i međaša koji se dovode do savršenstva u drugom poglavlju Daniela. Čineći to, utvrđujemo da tajna koja je Danielu bila otkrivena u noćnoj viziji predstavlja upravo te istine.</w:t>
      </w:r>
    </w:p>
    <w:p>
      <w:pPr>
        <w:pStyle w:val="ArticleBody"/>
        <w:jc w:val="left"/>
      </w:pPr>
      <w:r>
        <w:rPr>
          <w:rFonts w:ascii="Times New Roman" w:hAnsi="Times New Roman" w:eastAsia="Times New Roman" w:cs="Times New Roman"/>
        </w:rPr>
        <w:t>Sažetak i zaključak iznijet ćemo u sljedećem članku.</w:t>
      </w:r>
    </w:p>
    <w:p>
      <w:pPr>
        <w:pStyle w:val="ArticleScripture"/>
        <w:jc w:val="left"/>
      </w:pPr>
      <w:r>
        <w:rPr>
          <w:rFonts w:ascii="Times New Roman" w:hAnsi="Times New Roman" w:eastAsia="Times New Roman" w:cs="Times New Roman"/>
        </w:rPr>
        <w:t>„Gospodin ima svoja određena sredstva da susretne ljude u njihovim zabludama i otpadu. Njegovi su vjesnici poslani da nose jasno svjedočanstvo kako bi ih probudili iz njihova pospanog stanja i otvorili njihovu razumijevanju dragocjene riječi života, Sveto pismo. Ti ljudi ne smiju biti samo propovjednici, nego službenici, nositelji svjetla, vjerni stražari, koji će uočiti prijeteću opasnost i opomenuti narod. Oni moraju biti slični Kristu u svojoj usrdnoj revnosti, u svome promišljenom taktu, u svojim osobnim nastojanjima—ukratko, u cjelokupnoj svojoj službi. Oni trebaju imati životnu povezanost s Bogom i trebaju se tako upoznati s proročanstvima i praktičnim poukama Staroga i Novoga zavjeta da mogu iz riznice Božje riječi iznositi novo i staro.” Testimonies, svezak 5, 251.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Daniela – broj trinaest</dc:title>
  <dc:subject>Tajna posljednjih dana</dc:subject>
  <dc:creator>Jeff Pippenger</dc:creator>
  <cp:keywords/>
  <dc:description>Generated by ArticleDigger from daniel\13_daniel.json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