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Panij – broj šesnaest</w:t>
      </w:r>
    </w:p>
    <w:p>
      <w:pPr>
        <w:pStyle w:val="ArticleSubtitle"/>
        <w:jc w:val="left"/>
      </w:pPr>
      <w:r>
        <w:rPr>
          <w:rFonts w:ascii="Arial" w:hAnsi="Arial" w:eastAsia="Arial" w:cs="Arial"/>
        </w:rPr>
        <w:t>Vrijeme svršetka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Jedanaesto poglavlje Daniela započinje predstavljanjem Donalda Trumpa kao posljednjega predsjednika šestoga kraljevstva biblijskoga proročanstva. U trećoj godini Kira, gdje je viđenje započelo u desetome poglavlju, to se u prvome retku jedanaestoga poglavlja nadopunjuje riječju: „također”.</w:t>
      </w:r>
    </w:p>
    <w:p>
      <w:pPr>
        <w:pStyle w:val="ArticleScripture"/>
        <w:jc w:val="left"/>
      </w:pPr>
      <w:r>
        <w:rPr>
          <w:rFonts w:ascii="Times New Roman" w:hAnsi="Times New Roman" w:eastAsia="Times New Roman" w:cs="Times New Roman"/>
        </w:rPr>
        <w:t>I ja sam prve godine Darija Međanina stajao da ga poduprem i osnažim. Daniel 11,1.</w:t>
      </w:r>
    </w:p>
    <w:p>
      <w:pPr>
        <w:pStyle w:val="ArticleBody"/>
        <w:jc w:val="left"/>
      </w:pPr>
      <w:r>
        <w:rPr>
          <w:rFonts w:ascii="Times New Roman" w:hAnsi="Times New Roman" w:eastAsia="Times New Roman" w:cs="Times New Roman"/>
        </w:rPr>
        <w:t>Gabrijel pažljivo seže unatrag do Darija i povezuje ga s Kirom dok započinje svoje izlaganje jedanaestoga poglavlja. Deseto poglavlje nastavlja se kao jedno viđenje sve do posljednjega retka dvanaestoga poglavlja, a započinje treće godine Kira.</w:t>
      </w:r>
    </w:p>
    <w:p>
      <w:pPr>
        <w:pStyle w:val="ArticleScripture"/>
        <w:jc w:val="left"/>
      </w:pPr>
      <w:r>
        <w:rPr>
          <w:rFonts w:ascii="Times New Roman" w:hAnsi="Times New Roman" w:eastAsia="Times New Roman" w:cs="Times New Roman"/>
        </w:rPr>
        <w:t>Treće godine vladavine Kira, kralja perzijskoga, Danielu, koji se zvao Baltazar, bila je objavljena jedna stvar; i ta je stvar bila istinita, ali je određeno vrijeme bilo dugo; i on je razumio stvar te je imao razumijevanje viđenja. Daniel 10,1.</w:t>
      </w:r>
    </w:p>
    <w:p>
      <w:pPr>
        <w:pStyle w:val="ArticleBody"/>
        <w:jc w:val="left"/>
      </w:pPr>
      <w:r>
        <w:rPr>
          <w:rFonts w:ascii="Times New Roman" w:hAnsi="Times New Roman" w:eastAsia="Times New Roman" w:cs="Times New Roman"/>
        </w:rPr>
        <w:t>Darije zajedno s Kirom tvore simbol dvostrukoga naroda Međana i Perzijanaca, predstavljajući dvostruku silu republikanizma i protestantizma u Sjedinjenim Američkim Državama; tako predstavljaju dvostruki simbol vremena svršetka. Rođenje Arona i Mojsija označilo je vrijeme svršetka Abrahamova četiristogodišnjeg proroštva na početku staroga Izraela; isto tako, rođenje Ivana Krstitelja i Krista predstavljalo je dva orijentira vremena svršetka na kraju staroga Izraela. Isus uvijek prikazuje kraj pomoću početka.</w:t>
      </w:r>
    </w:p>
    <w:p>
      <w:pPr>
        <w:pStyle w:val="ArticleBody"/>
        <w:jc w:val="left"/>
      </w:pPr>
      <w:r>
        <w:rPr>
          <w:rFonts w:ascii="Times New Roman" w:hAnsi="Times New Roman" w:eastAsia="Times New Roman" w:cs="Times New Roman"/>
        </w:rPr>
        <w:t>Darije i Kir zajedno predstavljaju putokaz prikazan kao vrijeme svršetka, kada je završilo sedamdeset godina babilonskoga sužanjstva.</w:t>
      </w:r>
    </w:p>
    <w:p>
      <w:pPr>
        <w:pStyle w:val="ArticleScripture"/>
        <w:jc w:val="left"/>
      </w:pPr>
      <w:r>
        <w:rPr>
          <w:rFonts w:ascii="Times New Roman" w:hAnsi="Times New Roman" w:eastAsia="Times New Roman" w:cs="Times New Roman"/>
        </w:rPr>
        <w:t>„Božja Crkva na zemlji bila je uistinu u sužanjstvu tijekom ovoga dugog razdoblja nemilosrdnoga progonstva, kao što su i sinovi Izraelovi bili držani u sužanjstvu u Babilonu tijekom razdoblja izgnanstva.” Prophets and Kings, 714.</w:t>
      </w:r>
    </w:p>
    <w:p>
      <w:pPr>
        <w:pStyle w:val="ArticleBody"/>
        <w:jc w:val="left"/>
      </w:pPr>
      <w:r>
        <w:rPr>
          <w:rFonts w:ascii="Times New Roman" w:hAnsi="Times New Roman" w:eastAsia="Times New Roman" w:cs="Times New Roman"/>
        </w:rPr>
        <w:t>Darije i Kir predoznačuju godine 1798. i 1799., predstavljajući vrijeme svršetka, kada je završilo usporedno sužanjstvo duhovnog Izraela u duhovnom Babilonu. Godina 1798. označila je kraj političkog sustava papinstva, prikazanog kao zvijer na kojoj je jahala rimska bludnica.</w:t>
      </w:r>
    </w:p>
    <w:p>
      <w:pPr>
        <w:pStyle w:val="ArticleScripture"/>
        <w:jc w:val="left"/>
      </w:pPr>
      <w:r>
        <w:rPr>
          <w:rFonts w:ascii="Times New Roman" w:hAnsi="Times New Roman" w:eastAsia="Times New Roman" w:cs="Times New Roman"/>
        </w:rPr>
        <w:t>I odnese me u duhu u pustinju; i vidjeh ženu gdje sjedi na zvijeri grimizne boje, punoj hulnih imena, sa sedam glava i deset rogova. Otkrivenje 17,3.</w:t>
      </w:r>
    </w:p>
    <w:p>
      <w:pPr>
        <w:pStyle w:val="ArticleBody"/>
        <w:jc w:val="left"/>
      </w:pPr>
      <w:r>
        <w:rPr>
          <w:rFonts w:ascii="Times New Roman" w:hAnsi="Times New Roman" w:eastAsia="Times New Roman" w:cs="Times New Roman"/>
        </w:rPr>
        <w:t>Napoleon je okončao život Zvijeri 1798. godine, a 1799. godine žena koja je jahala na Zvijeri umrla je u progonstvu. Godine 1989. i Ronald Reagan i George Bush stariji bili su predsjednici, obilježavajući vrijeme svršetka 1989. godine. Darije i Kir predstavljaju Reagana i Busha starijega. Drugi redak kaže:</w:t>
      </w:r>
    </w:p>
    <w:p>
      <w:pPr>
        <w:pStyle w:val="ArticleScripture"/>
        <w:jc w:val="left"/>
      </w:pPr>
      <w:r>
        <w:rPr>
          <w:rFonts w:ascii="Times New Roman" w:hAnsi="Times New Roman" w:eastAsia="Times New Roman" w:cs="Times New Roman"/>
        </w:rPr>
        <w:t>A sada ću ti objaviti istinu. Evo, još će ustati tri kralja u Perziji; a četvrti će biti daleko bogatiji od svih njih; i svojom će snagom, kroz svoje bogatstvo, podići sve protiv kraljevstva Grčke. Daniel 11:2.</w:t>
      </w:r>
    </w:p>
    <w:p>
      <w:pPr>
        <w:pStyle w:val="ArticleHeading"/>
        <w:jc w:val="left"/>
      </w:pPr>
      <w:r>
        <w:rPr>
          <w:rFonts w:ascii="Arial" w:hAnsi="Arial" w:eastAsia="Arial" w:cs="Arial"/>
        </w:rPr>
        <w:t>Buđenje</w:t>
      </w:r>
    </w:p>
    <w:p>
      <w:pPr>
        <w:pStyle w:val="ArticleBody"/>
        <w:jc w:val="left"/>
      </w:pPr>
      <w:r>
        <w:rPr>
          <w:rFonts w:ascii="Times New Roman" w:hAnsi="Times New Roman" w:eastAsia="Times New Roman" w:cs="Times New Roman"/>
        </w:rPr>
        <w:t>Darije je bio Reagan, Kir je bio Bush stariji, a trojica koji su slijedili Kira bili su Clinton, Bush mlađi, Obama Razdjelitelj, a četvrti i „mnogo bogatiji“ predsjednik, koji je podigao globaliste Grčke, bio je Trump. Riječ „podignuti“ znači probuditi. Kada je Trump 2015. godine objavio svoju kandidaturu, probudili su se globalisti, koje Joel poistovjećuje s „poganima“.</w:t>
      </w:r>
    </w:p>
    <w:p>
      <w:pPr>
        <w:pStyle w:val="ArticleScripture"/>
        <w:jc w:val="left"/>
      </w:pPr>
      <w:r>
        <w:rPr>
          <w:rFonts w:ascii="Times New Roman" w:hAnsi="Times New Roman" w:eastAsia="Times New Roman" w:cs="Times New Roman"/>
        </w:rPr>
        <w:t>Neka se probude pogani i neka uzađu u dolinu Jošafatovu; jer ondje ću sjesti da sudim svim poganima unaokolo. Zamahnite srpom, jer je žetva dozrela; dođite, siđite, jer je tijesak pun, kace se prelijevaju; jer je njihova opačina velika. Mnoštva, mnoštva u dolini odluke; jer je blizu dan Gospodnji u dolini odluke. Joel 3,12–14.</w:t>
      </w:r>
    </w:p>
    <w:p>
      <w:pPr>
        <w:pStyle w:val="ArticleBody"/>
        <w:jc w:val="left"/>
      </w:pPr>
      <w:r>
        <w:rPr>
          <w:rFonts w:ascii="Times New Roman" w:hAnsi="Times New Roman" w:eastAsia="Times New Roman" w:cs="Times New Roman"/>
        </w:rPr>
        <w:t>Kad se „poganin“ probudi, „blizu je dan Gospodnji“ u dolini Jošafatovoj. „Jošafat“ znači sud Jahvin; a dolina se naziva i dolinom odluke. Od 2015. godine nadalje „mnoštva“ planeta Zemlje počet će se kretati u različite snopove pripravljene za svaku ispriku koju su ljudi dali da ne odluče služiti Bogu. Na 11. rujna započeo je sud živima, a 2015. Trump je objavio da će tražiti predsjedničku dužnost. Na 11. rujna počela je padati prva faza pozne kiše, a pozna kiša jest ono što dovodi usjev do ploda; i 2015., četrnaest godina nakon početka kiše koja proizvodi dozrelu žetvu, knjiga proroka Joela oglašava upozorenje da, kada Donald Trump „uznemiri područje Grčke“, ili kako Joel kaže, kada Trump „probudi poganina 2015. godine“, žetva planeta Zemlje počinje dozrijevati.</w:t>
      </w:r>
    </w:p>
    <w:p>
      <w:pPr>
        <w:pStyle w:val="ArticleBody"/>
        <w:jc w:val="left"/>
      </w:pPr>
      <w:r>
        <w:rPr>
          <w:rFonts w:ascii="Times New Roman" w:hAnsi="Times New Roman" w:eastAsia="Times New Roman" w:cs="Times New Roman"/>
        </w:rPr>
        <w:t>Važno je prepoznati da je prva istina spomenuta u jedanaestom poglavlju Daniela proročka uloga Donalda Trumpa. Prvo kraljevstvo biblijskog proročanstva predstavljeno u knjizi proroka Daniela jest Babilon. Zamislite izvještaj o Babilonu u knjizi proroka Daniela kad Nabukodonozora nadahnuće ne bi upotrijebilo za uspostavu proročkog obrasca. Šesto kraljevstvo biblijskog proročanstva nije potpuno bez svjedočanstva posljednjega vladara toga kraljevstva. Pravilo prvog spominjanja utvrđuje značenje Trumpa kao simbola od prvenstvene važnosti u viđenju koje je Daniel primio dvadeset i drugoga dana nakon što je postio tri tjedna.</w:t>
      </w:r>
    </w:p>
    <w:p>
      <w:pPr>
        <w:pStyle w:val="ArticleScripture"/>
        <w:jc w:val="left"/>
      </w:pPr>
      <w:r>
        <w:rPr>
          <w:rFonts w:ascii="Times New Roman" w:hAnsi="Times New Roman" w:eastAsia="Times New Roman" w:cs="Times New Roman"/>
        </w:rPr>
        <w:t>Ali knez kraljevstva perzijskoga stajao mi je nasuprot dvadeset i jedan dan; no gle, Mihael, jedan od prvih knezova, dođe mi u pomoć; i ja ostah ondje kod kraljeva perzijskih. A sada dođoh da ti dam razumjeti što će zadesiti tvoj narod u posljednjim danima; jer je viđenje još za mnoge dane. Daniel 10,13.14.</w:t>
      </w:r>
    </w:p>
    <w:p>
      <w:pPr>
        <w:pStyle w:val="ArticleBody"/>
        <w:jc w:val="left"/>
      </w:pPr>
      <w:r>
        <w:rPr>
          <w:rFonts w:ascii="Times New Roman" w:hAnsi="Times New Roman" w:eastAsia="Times New Roman" w:cs="Times New Roman"/>
        </w:rPr>
        <w:t>Viđenje jedanaestoga poglavlja prikazuje što će zadesiti Božji narod u posljednjim danima, a to da je Trump vođa Sjedinjenih Američkih Država, a potom i Ujedinjenih naroda, istina je koja ima vječne posljedice povezane s razumijevanjem ili nerazumijevanjem te istine. Ta je istina bila toliko važna da ju je Gabriel prenio Danielu da Daniel u četrnaestom retku, na temelju svjetla koje je dao anđeo Gabriel, bilježi da su upravo „razbojnici tvoga naroda” oni koji uspostavljaju viđenje. Nemoguće je ispravno pratiti kretanja Donalda Trumpa u proročanstvu bez korištenja Rima kao nacrta za prepoznavanje Trumpovih stopa kroz proročku povijest jedanaestoga poglavlja Daniela.</w:t>
      </w:r>
    </w:p>
    <w:p>
      <w:pPr>
        <w:pStyle w:val="ArticleBody"/>
        <w:jc w:val="left"/>
      </w:pPr>
      <w:r>
        <w:rPr>
          <w:rFonts w:ascii="Times New Roman" w:hAnsi="Times New Roman" w:eastAsia="Times New Roman" w:cs="Times New Roman"/>
        </w:rPr>
        <w:t>Trump, kao simbol Sjedinjenih Država tijekom razdoblja nedjeljnoga zakona, tvori sliku zvijeri, i čineći to odaje čast zvijeri; stoga je to slika zvijeri, a također i slika na čast zvijeri. U Otkrivenju 17 papinstvo je osmo, koje je od sedmorice, a Donald Trump je osmi predsjednik od Reagana u vrijeme svršetka 1989., ali on je također i šesti, što znači da je on osmi koji je od sedmorice.</w:t>
      </w:r>
    </w:p>
    <w:p>
      <w:pPr>
        <w:pStyle w:val="ArticleBody"/>
        <w:jc w:val="left"/>
      </w:pPr>
      <w:r>
        <w:rPr>
          <w:rFonts w:ascii="Times New Roman" w:hAnsi="Times New Roman" w:eastAsia="Times New Roman" w:cs="Times New Roman"/>
        </w:rPr>
        <w:t>U sedamnaestom poglavlju Otkrivenja Ivan je u trećem retku odnesen u pustinju, gdje vidi bludnicu kako jaše na Zvijeri. Bludnicu je svaka velika protestantska denominacija prepoznala kao Katoličku crkvu, premda se sve one u posljednjim danima odriču svojih temeljnih vjerovanja. Rimska je crkva bila opijena krvlju mučenika kada ju je Ivan vidio, i nosila je naslov majke bludnicâ. To pokazuje da je Ivan bio prenesen u 1798. godinu, kada je papinstvo imalo krv mučeništva, a neke su se nekadašnje protestantske crkve već vraćale u zajedništvo s Rimokatoličkom crkvom. S toga je stajališta Ivan vidio „sedam kraljeva“, od kojih je pet već bilo palo do 1798., a jedno je kraljevstvo postojalo 1798., i to je kraljevstvo bilo Sjedinjene Američke Države, no drugo će kraljevstvo, sastavljeno od deset kraljeva, doći poslije; jer 1798., gdje je Ivan stajao, sedmo kraljevstvo još nije bilo došlo. Tih deset kraljeva vlada za vrijeme časa krize zakona o nedjelji i oni se slažu da svoje sedmo kraljevstvo predaju Zvijeri petoga kraljevstva, koja je 1798. zadobila smrtonosnu ranu.</w:t>
      </w:r>
    </w:p>
    <w:p>
      <w:pPr>
        <w:pStyle w:val="ArticleBody"/>
        <w:jc w:val="left"/>
      </w:pPr>
      <w:r>
        <w:rPr>
          <w:rFonts w:ascii="Times New Roman" w:hAnsi="Times New Roman" w:eastAsia="Times New Roman" w:cs="Times New Roman"/>
        </w:rPr>
        <w:t>Broj „8“ predstavlja uskrsnuće, a papinstvo je osmi koji je od sedmorice kada njegova smrtonosna rana bude izliječena pri trostrukom savezu zmaja, Zvijeri i lažnog proroka, koji se zbiva pri uskoro dolazećem nedjeljnom zakonu. Godine 2020. globalisti su ukrali izbore od Trumpa, i on je bio ubijen na ulicama iz Otkrivenja 11. Dva svjedoka iz Otkrivenja 11 predstavljaju dva roga Zvijeri iz zemlje, koji su obojica bili ubijeni 2020. Trump je šesti predsjednik nakon Reagana u vremenu svršetka 1989.; ali od 2024. on je također i osmi koji je od sedmorice prethodnih kraljeva. Godine 2024. njegova je smrtonosna rana bila izliječena i on je istodobno postao osmi koji je od sedmorice u savršenom skladu s proročkim simbolom koji uspostavlja viđenje. Ako nemate Rim, nemate sposobnost slijediti pokrete slike Rima.</w:t>
      </w:r>
    </w:p>
    <w:p>
      <w:pPr>
        <w:pStyle w:val="ArticleHeading"/>
        <w:jc w:val="left"/>
      </w:pPr>
      <w:r>
        <w:rPr>
          <w:rFonts w:ascii="Arial" w:hAnsi="Arial" w:eastAsia="Arial" w:cs="Arial"/>
        </w:rPr>
        <w:t>MAGA</w:t>
      </w:r>
    </w:p>
    <w:p>
      <w:pPr>
        <w:pStyle w:val="ArticleBody"/>
        <w:jc w:val="left"/>
      </w:pPr>
      <w:r>
        <w:rPr>
          <w:rFonts w:ascii="Times New Roman" w:hAnsi="Times New Roman" w:eastAsia="Times New Roman" w:cs="Times New Roman"/>
        </w:rPr>
        <w:t>Da bi se razumjelo kako je Trump Konstantin Veliki kada se navrši Neronovih „250” godina, ili kako je on Antioh Veliki 207. pr. Kr., ili kako je on posljednji predsjednik čitav čiji se pokret zlatnog doba temelji na tome da Ameriku učini „velikom”, potrebno je prepoznati da poglavlje najprije spominje Trumpa i njegovu proročku ulogu.</w:t>
      </w:r>
    </w:p>
    <w:p>
      <w:pPr>
        <w:pStyle w:val="ArticleBody"/>
        <w:jc w:val="left"/>
      </w:pPr>
      <w:r>
        <w:rPr>
          <w:rFonts w:ascii="Times New Roman" w:hAnsi="Times New Roman" w:eastAsia="Times New Roman" w:cs="Times New Roman"/>
        </w:rPr>
        <w:t>Potpis „istine”, predstavljen hebrejskom riječju za „istinu”, koja je sastavljena od prvoga, trinaestoga i dvadeset i drugoga slova hebrejskoga alfabeta, označuje Reagana kao prvo slovo, a Obamu kao trinaesto slovo pobune, što je predstavljeno 2013. godinom kada je bivšega vođu Ureda inkvizicije slijedio prvi isusovački papa. Budući da se vođa inkvizicije umirovio, njegova završna točka podudara se s početnom točkom isusovačkoga pape. Ta poveznica između Obaminih dvaju papa bila je 13. ožujka 2013. Obama se podudara s trinaestim slovom pobune, a dvadeset i drugo slovo jest Trump.</w:t>
      </w:r>
    </w:p>
    <w:p>
      <w:pPr>
        <w:pStyle w:val="ArticleBody"/>
        <w:jc w:val="left"/>
      </w:pPr>
      <w:r>
        <w:rPr>
          <w:rFonts w:ascii="Times New Roman" w:hAnsi="Times New Roman" w:eastAsia="Times New Roman" w:cs="Times New Roman"/>
        </w:rPr>
        <w:t>Dvadeset drugi amandman ograničava predsjednika na dva mandata, a kada se razmatraju predsjednici s dva mandata, čiji mandati NISU bili uzastopni, postoje samo dvojica. Grover Cleveland je alfa među predsjednicima s dva neuzastopna mandata, a Trump je omega. Grover Cleveland bio je dvadeset drugi predsjednik, a Trump kao omega u odnosu na Clevelanda posjeduje alfalno obilježje „22”. Cleveland i Trump predstavljaju alfu i omegu koja u sebi sadrži simboliku dvadeset drugoga slova hebrejskoga alfabeta. Postoje samo dva predsjednika koji su imali dva neuzastopna mandata, a Trump je drugi od te dvojice. Dva od omege puta dvadeset i dva od alfe jednako je četrdeset i četiri, simbol 1844., što je simbol zatvorenih vrata pri nedjeljnom zakonu, kako je predočeno zatvorenim vratima iz 1844. Trump je 44. različita osoba koja je bila predsjednik, i on je predsjednik kada se vrata zatvaraju pri nedjeljnom zakonu.</w:t>
      </w:r>
    </w:p>
    <w:p>
      <w:pPr>
        <w:pStyle w:val="ArticleBody"/>
        <w:jc w:val="left"/>
      </w:pPr>
      <w:r>
        <w:rPr>
          <w:rFonts w:ascii="Times New Roman" w:hAnsi="Times New Roman" w:eastAsia="Times New Roman" w:cs="Times New Roman"/>
        </w:rPr>
        <w:t>Trump je bio pretkazan Kirom Velikim. Kir Veliki izdao je prvi proglas, a Artakserkso Veliki izdao je treći proglas. Prvi i treći međusobno se podudaraju, jer Isus uvijek kraj prikazuje početkom. Trump je ondje kada završavaju Neronovih „250” godina, predstavljen Konstantinom Velikim. Na kraju „250” godina od 457. pr. Kr. Trump je predstavljen Antiohom Velikim, koji se 2024. vratio snažniji nego prije, u ispunjenju trinaestoga retka.</w:t>
      </w:r>
    </w:p>
    <w:p>
      <w:pPr>
        <w:pStyle w:val="ArticleScripture"/>
        <w:jc w:val="left"/>
      </w:pPr>
      <w:r>
        <w:rPr>
          <w:rFonts w:ascii="Times New Roman" w:hAnsi="Times New Roman" w:eastAsia="Times New Roman" w:cs="Times New Roman"/>
        </w:rPr>
        <w:t>Jer će se kralj sjevera vratiti te podignuti mnoštvo veće od prijašnjega, i zacijelo će nakon određenih godina doći s velikom vojskom i s velikim bogatstvom. Daniel 11:13.</w:t>
      </w:r>
    </w:p>
    <w:p>
      <w:pPr>
        <w:pStyle w:val="ArticleBody"/>
        <w:jc w:val="left"/>
      </w:pPr>
      <w:r>
        <w:rPr>
          <w:rFonts w:ascii="Times New Roman" w:hAnsi="Times New Roman" w:eastAsia="Times New Roman" w:cs="Times New Roman"/>
        </w:rPr>
        <w:t>Kad Sjedinjene Države budu osvojene od Rima pri donošenju zakona o nedjelji, svaka će zemlja na svijetu tada biti prisiljena pokloniti se Rimu.</w:t>
      </w:r>
    </w:p>
    <w:p>
      <w:pPr>
        <w:pStyle w:val="ArticleScripture"/>
        <w:jc w:val="left"/>
      </w:pPr>
      <w:r>
        <w:rPr>
          <w:rFonts w:ascii="Times New Roman" w:hAnsi="Times New Roman" w:eastAsia="Times New Roman" w:cs="Times New Roman"/>
        </w:rPr>
        <w:t>„Strani će narodi slijediti primjer Sjedinjenih Država. Premda ona predvodi, ista će kriza snaći naš narod u svim dijelovima svijeta.” Svjedočanstva, svezak 6, 395.</w:t>
      </w:r>
    </w:p>
    <w:p>
      <w:pPr>
        <w:pStyle w:val="ArticleBody"/>
        <w:jc w:val="left"/>
      </w:pPr>
      <w:r>
        <w:rPr>
          <w:rFonts w:ascii="Times New Roman" w:hAnsi="Times New Roman" w:eastAsia="Times New Roman" w:cs="Times New Roman"/>
        </w:rPr>
        <w:t>„Tuđi narodi“ prisiljeni su to učiniti od strane Sjedinjenih Američkih Država, koje preuzimaju vodstvo Ujedinjenih naroda pri uskoro nadolazećem nedjeljnom zakonu. Ujedinjeni narodi jesu deset kraljeva iz Otkrivenja 17, nad kojima vlada Ahab, kralj deset sjevernih plemena, koji je oženjen Izebelom. Brak Izebele i Ahaba jest brak koji se dovršava pri uskoro nadolazećem nedjeljnom zakonu. Pri nedjeljnom zakonu Sjedinjene Američke Države, slavna zemlja iz Daniela 11, i zvijer iz zemlje iz Otkrivenja 13 završavaju svoju povijest kao šesto kraljevstvo biblijskog proroštva. Na gori Karmelu Ilija pobija 850 Baalovih proroka i gajevske svećenike koji su jeli za Izebelinim stolom. Sjedinjene Američke Države bivaju ubijene pri uskoro nadolazećem nedjeljnom zakonu, kao što su lažni proroci bili pobijeni na Karmelu. Od tada nadalje priča je između Ilije, nasuprot Ahabu i Izebeli, a Ahab predstavlja deseterostruko kraljevstvo kojim upravlja onaj koji je prvi počinio blud s Izebelom. Izebela namjerava počiniti blud sa svakim kraljevstvom, ali Ahab predstavlja prvoga koji to čini, a upravo su Sjedinjene Američke Države te koje umiru na Karmelu i istoga časa postaju Izebelin prvi ljubavnik. U terminima Daniela 11, ondje pri nedjeljnom zakonu Trump ustaje kao silni kralj Grčke, predstavljen Aleksandrom Velikim.</w:t>
      </w:r>
    </w:p>
    <w:p>
      <w:pPr>
        <w:pStyle w:val="ArticleScripture"/>
        <w:jc w:val="left"/>
      </w:pPr>
      <w:r>
        <w:rPr>
          <w:rFonts w:ascii="Times New Roman" w:hAnsi="Times New Roman" w:eastAsia="Times New Roman" w:cs="Times New Roman"/>
        </w:rPr>
        <w:t>I podignut će se silan kralj, koji će vladati s velikom vlašću i činiti po svojoj volji. A kad se podigne, njegovo će se kraljevstvo slomiti i razdijeliti prema četirima vjetrovima nebeskim; ali ne njegovu potomstvu, niti prema vlasti kojom je vladao; jer će njegovo kraljevstvo biti iščupano, i to za druge osim njih. Daniel 11:3, 4.</w:t>
      </w:r>
    </w:p>
    <w:p>
      <w:pPr>
        <w:pStyle w:val="ArticleBody"/>
        <w:jc w:val="left"/>
      </w:pPr>
      <w:r>
        <w:rPr>
          <w:rFonts w:ascii="Times New Roman" w:hAnsi="Times New Roman" w:eastAsia="Times New Roman" w:cs="Times New Roman"/>
        </w:rPr>
        <w:t>Donald Trump ustaje kao „moćni kralj“ Ujedinjenih naroda, koji je prikazan unutar retka, a potom predočen poviješću Aleksandra Velikoga. Kada on ustane, Sjedinjene Američke Države, šesto kraljevstvo biblijskog proročanstva, završava, a započinje sedmo kraljevstvo desetorice kraljeva iz Otkrivenja sedamnaest. Desetorica kraljeva započinju svoje sedmo kraljevstvo time što se ondje i tada suglase da svoje sedmo kraljevstvo predaju papinskoj vlasti, koja je osmo kraljevstvo, a koja je od prethodnih sedam kraljevstava. Njihov je sporazum bio da ispune Božju volju, a Njegova je volja predočena redak na redak kroz čitava Pisma istine.</w:t>
      </w:r>
    </w:p>
    <w:p>
      <w:pPr>
        <w:pStyle w:val="ArticleHeading"/>
        <w:jc w:val="left"/>
      </w:pPr>
      <w:r>
        <w:rPr>
          <w:rFonts w:ascii="Arial" w:hAnsi="Arial" w:eastAsia="Arial" w:cs="Arial"/>
        </w:rPr>
        <w:t>Predstavljajući Rim tipološki</w:t>
      </w:r>
    </w:p>
    <w:p>
      <w:pPr>
        <w:pStyle w:val="ArticleBody"/>
        <w:jc w:val="left"/>
      </w:pPr>
      <w:r>
        <w:rPr>
          <w:rFonts w:ascii="Times New Roman" w:hAnsi="Times New Roman" w:eastAsia="Times New Roman" w:cs="Times New Roman"/>
        </w:rPr>
        <w:t>Stihovi peti do deveti jedanaestoga poglavlja Daniela ispunili su se proročkom poviješću koja je savršeno predoznačila povijest papinske vlasti kako je iznesena u stihovima trideset i prvom do četrdesetom istoga poglavlja. Linija povijesti u stihovima petom do devetom usporedna je s linijom povijesti u stihovima trideset i prvom do četrdesetom. Obje linije označavaju razdoblje u kojem je sila koja predstavlja papinski Rim najprije nadvladala tri prepreke, vladala tijekom određenoga razdoblja sve dok nije došlo do prekršenoga saveza koji je na njih doveo južnoga kralja, nanijevši im smrtonosnu ranu. Što se pomnije te dvije linije proučavaju i uspoređuju s poviješću, to se dublje prepoznaje njihova točnost. Njihova se točnost odnosi na to koliko vjerno prikazuju strukturu unutar stihova, kao i povijest koja je te stihove ispunila.</w:t>
      </w:r>
    </w:p>
    <w:p>
      <w:pPr>
        <w:pStyle w:val="ArticleBody"/>
        <w:jc w:val="left"/>
      </w:pPr>
      <w:r>
        <w:rPr>
          <w:rFonts w:ascii="Times New Roman" w:hAnsi="Times New Roman" w:eastAsia="Times New Roman" w:cs="Times New Roman"/>
        </w:rPr>
        <w:t>Povijest koja je ispunila tih pet stihova uspoređuje se i podudara s poviješću papinskoga Rima iznesenom u stihovima trideset i jedan do četrdeset te pruža okvir za uvođenje Antioha Velikoga u stihovima deset do petnaest.</w:t>
      </w:r>
    </w:p>
    <w:p>
      <w:pPr>
        <w:pStyle w:val="ArticleScripture"/>
        <w:jc w:val="left"/>
      </w:pPr>
      <w:r>
        <w:rPr>
          <w:rFonts w:ascii="Times New Roman" w:hAnsi="Times New Roman" w:eastAsia="Times New Roman" w:cs="Times New Roman"/>
        </w:rPr>
        <w:t>Ali će se sinovi njegovi razdražiti te će sabrati mnoštvo velikih vojski; i jedan će zacijelo doći, preplaviti i proći; zatim će se vratiti i razdražiti sve do svoje tvrđave. Daniel 11:10.</w:t>
      </w:r>
    </w:p>
    <w:p>
      <w:pPr>
        <w:pStyle w:val="ArticleBody"/>
        <w:jc w:val="left"/>
      </w:pPr>
      <w:r>
        <w:rPr>
          <w:rFonts w:ascii="Times New Roman" w:hAnsi="Times New Roman" w:eastAsia="Times New Roman" w:cs="Times New Roman"/>
        </w:rPr>
        <w:t>U ispunjenju desetoga retka, Antioh Veliki odnio je pobjedu sve do egipatske tvrđave, gdje je okončao pohod kako bi se pregrupirao. Ta povijest predslikava slom Sovjetskoga Saveza 1989. godine, kako je prikazano u četrdesetom retku istoga poglavlja.</w:t>
      </w:r>
    </w:p>
    <w:p>
      <w:pPr>
        <w:pStyle w:val="ArticleScripture"/>
        <w:jc w:val="left"/>
      </w:pPr>
      <w:r>
        <w:rPr>
          <w:rFonts w:ascii="Times New Roman" w:hAnsi="Times New Roman" w:eastAsia="Times New Roman" w:cs="Times New Roman"/>
        </w:rPr>
        <w:t>I u vrijeme svršetka kralj juga oborit će se na nj; a kralj sjevera navalit će na nj kao vihor, s kolima, i s konjanicima, i s mnogim lađama; i ući će u zemlje, i preplavit će ih i proći. Daniel 11:40.</w:t>
      </w:r>
    </w:p>
    <w:p>
      <w:pPr>
        <w:pStyle w:val="ArticleBody"/>
        <w:jc w:val="left"/>
      </w:pPr>
      <w:r>
        <w:rPr>
          <w:rFonts w:ascii="Times New Roman" w:hAnsi="Times New Roman" w:eastAsia="Times New Roman" w:cs="Times New Roman"/>
        </w:rPr>
        <w:t>Izraz u desetome retku: „sigurno će doći, preplaviti i proći” istovjetan je na hebrejskom s izrazom u četrdesetome retku: „ući će u zemlje, preplaviti ih i prijeći preko njih”. Oba retka određuju trenutak kada kralj sjevera (Antioh u desetome retku i Reagan u četrdesetome retku) pobjeđuje kralja juga (Ptolemeja u desetome retku i Sovjetski Savez u četrdesetome retku). Oba su napada bila odmazda za prethodnu pobjedu kralja juga (Ptolemeja u recima pet do devet i Napoleona u četrdesetome retku). Poticaj južnoga kralja za napad bio je prekršeni savez (Bernikin brak u recima pet do devet i prekršeni Tolentinski ugovor iz 1797. s Napoleonom). Proročka struktura prikazana u tim recima, kao i njihovo kasnije ispunjenje u povijesti, također je u skladu s Izaijom 8,8.</w:t>
      </w:r>
    </w:p>
    <w:p>
      <w:pPr>
        <w:pStyle w:val="ArticleScripture"/>
        <w:jc w:val="left"/>
      </w:pPr>
      <w:r>
        <w:rPr>
          <w:rFonts w:ascii="Times New Roman" w:hAnsi="Times New Roman" w:eastAsia="Times New Roman" w:cs="Times New Roman"/>
        </w:rPr>
        <w:t>I proći će kroz Judu; preplavit će je i prijeći, doprijet će čak do grla; i raširenost njegovih krila ispunit će širinu tvoje zemlje, o Emanuele. Izaija 8,8.</w:t>
      </w:r>
    </w:p>
    <w:p>
      <w:pPr>
        <w:pStyle w:val="ArticleBody"/>
        <w:jc w:val="left"/>
      </w:pPr>
      <w:r>
        <w:rPr>
          <w:rFonts w:ascii="Times New Roman" w:hAnsi="Times New Roman" w:eastAsia="Times New Roman" w:cs="Times New Roman"/>
        </w:rPr>
        <w:t>Kad Izaija proriče da će vojska Sanheribova „prodrijeti i preliti se“, to je ponovno isti hebrejski izraz kao u desetom i četrdesetom retku. Izaija određuje vrijeme kada je Sanherib, kraljevstvo sjevera, osvojio južno kraljevstvo Judino, ali je ostavio Jeruzalem da stoji, jer je dosegnuo samo „do vrata“, kao što je Antioh dosegnuo do granice u desetom retku. Sanheribov je poticaj bio to što je Ezekija raskinuo savez s Asirijom, što je prikazano time da je Ezekija prestao davati ugovoreni danak. Raskinuti savez jest iznimka među trima usporednim retcima. Svaki od njih uključivao je raskinut savez, ali su kod Ptolemeja i Napoleona kralja sjevera teretili da je raskinuo savez. Sanherib, kralj sjevera, teretio je Ezekiju da uskraćuje određeni danak.</w:t>
      </w:r>
    </w:p>
    <w:p>
      <w:pPr>
        <w:pStyle w:val="ArticleScripture"/>
        <w:jc w:val="left"/>
      </w:pPr>
      <w:r>
        <w:rPr>
          <w:rFonts w:ascii="Times New Roman" w:hAnsi="Times New Roman" w:eastAsia="Times New Roman" w:cs="Times New Roman"/>
        </w:rPr>
        <w:t>A četrnaeste godine kralja Ezekije dođe Sanherib, kralj asirski, protiv svih utvrđenih gradova Judinih i osvoji ih. Tada Ezekija, kralj Judin, posla k kralju asirskomu u Lakiš govoreći: Sagriješio sam; povuci se od mene; što god mi nametneš, podnijet ću. I kralj asirski odredi Ezekiji, kralju Judinu, tristo talenata srebra i trideset talenata zlata. I Ezekija mu dade sve srebro što se našlo u domu Gospodnjem i u riznicama kraljevske kuće. 2 Kings 18:13–15.</w:t>
      </w:r>
    </w:p>
    <w:p>
      <w:pPr>
        <w:pStyle w:val="ArticleBody"/>
        <w:jc w:val="left"/>
      </w:pPr>
      <w:r>
        <w:rPr>
          <w:rFonts w:ascii="Times New Roman" w:hAnsi="Times New Roman" w:eastAsia="Times New Roman" w:cs="Times New Roman"/>
        </w:rPr>
        <w:t>Sjeverna vojska Sanheribova na svom je pohodu prema Jeruzalemu osvojila četrdeset i šest judejskih gradova. Od velike je proročke važnosti to što se Izaija 8,8 povezuje s recima deset i četrdeset, pružajući tako trećeg svjedoka o slomu južnoga kraljevstva Sovjetskoga Saveza 1989. godine. Taj slom označava početak razdoblja četrdesetoga retka koje je prazno. Od ispunjenja četrdesetoga retka 1989. godine pa sve do četrdeset i prvoga retka, koji predstavlja uskoro nadolazeći nedjeljni zakon, u četrdesetom retku postoji prazno razdoblje. To razdoblje počinje 1989. godine i završava nedjeljnim zakonom. Četrdeseti redak nema što reći o tom vremenskom razdoblju, ali četrdeseti redak može se razumjeti metodologijom redak na redak.</w:t>
      </w:r>
    </w:p>
    <w:p>
      <w:pPr>
        <w:pStyle w:val="ArticleBody"/>
        <w:jc w:val="left"/>
      </w:pPr>
      <w:r>
        <w:rPr>
          <w:rFonts w:ascii="Times New Roman" w:hAnsi="Times New Roman" w:eastAsia="Times New Roman" w:cs="Times New Roman"/>
        </w:rPr>
        <w:t>Primarni „ključ” za utvrđivanje skrivene povijesti četrdesetoga retka jest Izaijino svjedočanstvo o pobjedonosnom odmazdnom ratu sjevernoga kraljevstva protiv južnoga kraljevstva. Bilo da je riječ o Ezekijinoj pobuni, kada je prestao poštovati prethodnu obvezu davanja „danka” Asiriji, ili o Bernikinu odbacivanju od strane Antioha, ili o Napoleonovu Ugovoru iz Tolentina, sva su se tri retka ispunila kroz povijesti koje naglašavaju prekršeni ugovor kao temeljni motiv napada. Za vrijeme Obamina predsjedništva, pod State Departmentom Johna Kerryja, pomoćnica državnog tajnika Victoria Nuland dovela je do obojene revolucije kako bi svrgnula vladu Ukrajine. Od toga trenutka nadalje postoje dvije strane jednoga spora o ukrajinskom ratu; Putin kaže da je posrijedi bio prekršeni ugovor, a njegovi protivnici kažu da ugovor na koji Putin upućuje nikada nije postojao u kontekstu koji Putin tvrdi. Je li ugovor doista bio sklopljen pa potom prekršen, ili obratno, nije važno, jer proročki zapis jednostavno bilježi prekršeni ugovor kao motivaciju za rat.</w:t>
      </w:r>
    </w:p>
    <w:p>
      <w:pPr>
        <w:pStyle w:val="ArticleBody"/>
        <w:jc w:val="left"/>
      </w:pPr>
      <w:r>
        <w:rPr>
          <w:rFonts w:ascii="Times New Roman" w:hAnsi="Times New Roman" w:eastAsia="Times New Roman" w:cs="Times New Roman"/>
        </w:rPr>
        <w:t>Izaija 8,8 pruža „ključ“ koji omogućuje uvid u to da sjeverni kralj osvaja samo do vrata, odnosno do glave. Taj „ključ“ prepoznaje Rusiju kao glavu koja je ostala stajati nakon sloma tijela 1989. godine. Proročanska važnost osmog retka ne nalazi se samo u „ključu“ za prepoznavanje glave, nego i u njegovu poistovjećenju „vrata“ kao prikaza glave, odnosno glavnog grada, što se može utvrditi jedino u vezi s prethodnim odlomkom istoga viđenja iz Izaije 8. To viđenje započinje u sedmom poglavlju, a u sedmom i osmom retku glava je određena kao kralj, ili njegovo kraljevstvo, ili glavni grad kraljevstva. Jeruzalem je bio glavni grad Jude, čijih je 46 gradova osvojila Senaheribova vojska, ali je Senaherib ostavio glavni grad Jeruzalem da stoji.</w:t>
      </w:r>
    </w:p>
    <w:p>
      <w:pPr>
        <w:pStyle w:val="ArticleScripture"/>
        <w:jc w:val="left"/>
      </w:pPr>
      <w:r>
        <w:rPr>
          <w:rFonts w:ascii="Times New Roman" w:hAnsi="Times New Roman" w:eastAsia="Times New Roman" w:cs="Times New Roman"/>
        </w:rPr>
        <w:t>Jer glava je Siriji Damask, a glava Damasku Resin; i za šezdeset i pet godina Efrajim će se razbiti tako da više neće biti narod. A glava je Efrajimu Samarija, a glava Samariji sin Remalijin. Ako ne budete vjerovali, zacijelo se nećete održati. Izaija 7,8.9.</w:t>
      </w:r>
    </w:p>
    <w:p>
      <w:pPr>
        <w:pStyle w:val="ArticleBody"/>
        <w:jc w:val="left"/>
      </w:pPr>
      <w:r>
        <w:rPr>
          <w:rFonts w:ascii="Times New Roman" w:hAnsi="Times New Roman" w:eastAsia="Times New Roman" w:cs="Times New Roman"/>
        </w:rPr>
        <w:t>Kad je Sanheribova vojska došla do zidina Jeruzalema 701. pr. Kr., došao je do vrata; i učinivši tako, ostavio je povijesno svjedočanstvo o Rusiji koja ostaje nakon sloma 1989. Kao što je Antioh Veliki započeo svoju odmazdu protiv južnoga kraljevstva, u desetom retku došao je do granice Egipta, ali nije ušao. Ono što je značajno u Antiohovoj pobjedi u desetom retku jest to da ona označava završetak vojnoga pohoda Antioha kojemu je nedostajala zasebna bitka, ali predstavlja njegovo djelo u ponovnoj uspostavi prethodno izgubljenoga zemljopisnog područja. Njegovo osvajanje u desetom retku predstavlja završetak nekoliko pobjeda. Završio je pohod četvrtoga sirijskog rata kod Rafije, što znači „pogranično područje“, a Rafija je bila granica, ili „vrat“, Egipta. Antiohov pohod od 219. pr. Kr. do 217. pr. Kr. predstavlja preplavljivanje i prelaženje sloma Sovjetskoga Saveza od 1989. do 1991., kada je kralj prešao preko zemalja.</w:t>
      </w:r>
    </w:p>
    <w:p>
      <w:pPr>
        <w:pStyle w:val="ArticleBody"/>
        <w:jc w:val="left"/>
      </w:pPr>
      <w:r>
        <w:rPr>
          <w:rFonts w:ascii="Times New Roman" w:hAnsi="Times New Roman" w:eastAsia="Times New Roman" w:cs="Times New Roman"/>
        </w:rPr>
        <w:t>Proročki, Izaija 8,8 dopušta da se Rusija, kao vrat u Sanheribovoj bitci, ili tvrđava u Antiohovoj, prepozna kao kralj juga u bitci kod Rafije, kako je predstavljeno ispunjenjem jedanaestoga retka. Čineći to, on izravno povezuje vanjsku povijest predstavljenu zmajem (kraljem juga), zvijeri (kraljem sjevera) i lažnim prorokom (zamjenskom silom kralja sjevera) s unutarnjom linijom proročanstva kako je predstavljena šezdesetpetogodišnjim proročanstvom iz sedmoga retka sedmoga poglavlja.</w:t>
      </w:r>
    </w:p>
    <w:p>
      <w:pPr>
        <w:pStyle w:val="ArticleBody"/>
        <w:jc w:val="left"/>
      </w:pPr>
      <w:r>
        <w:rPr>
          <w:rFonts w:ascii="Times New Roman" w:hAnsi="Times New Roman" w:eastAsia="Times New Roman" w:cs="Times New Roman"/>
        </w:rPr>
        <w:t>Proročki gledano, značenje Senaheribova dolaska protiv Jeruzalema pruža jedno od najsnažnijih proročkih svjedočanstava o Božjoj sili u Svetome pismu, jer je ondje Bog u jednoj noći uništio Senaheribovu vojsku od 185.000 ljudi. Dan prije, na jeruzalemskome zidu bili su i Elijakim i Šebna, simboli laodikejskog i filadelfijskog adventizma koji su zapečaćeni na zatvorenim vratima 1844. godine i na zatvorenim vratima nedjeljnog zakona.</w:t>
      </w:r>
    </w:p>
    <w:p>
      <w:pPr>
        <w:pStyle w:val="ArticleScripture"/>
        <w:jc w:val="left"/>
      </w:pPr>
      <w:r>
        <w:rPr>
          <w:rFonts w:ascii="Times New Roman" w:hAnsi="Times New Roman" w:eastAsia="Times New Roman" w:cs="Times New Roman"/>
        </w:rPr>
        <w:t>I dogodi se četrnaeste godine kralja Ezekije da je Sanherib, kralj Asirije, pošao na sve utvrđene gradove Judine i osvojio ih. Tada kralj asirski posla Rabsaka iz Lakiša u Jeruzalem k kralju Ezekiji s velikom vojskom. I on stade kraj kanala gornjeg jezera, na putu k valjarevu polju. Tada iziđoše k njemu Elijakim, sin Hilkijin, koji bijaše nad dvorom, i Šebna, pisar, i Joah, sin Asafov, ljetopisac. Izaija 36:1–3.</w:t>
      </w:r>
    </w:p>
    <w:p>
      <w:pPr>
        <w:pStyle w:val="ArticleBody"/>
        <w:jc w:val="left"/>
      </w:pPr>
      <w:r>
        <w:rPr>
          <w:rFonts w:ascii="Times New Roman" w:hAnsi="Times New Roman" w:eastAsia="Times New Roman" w:cs="Times New Roman"/>
        </w:rPr>
        <w:t>U sedmom poglavlju Izaije, Izaija je poslan s porukom opakomu Ahazu, kralju Jude, južnoga kraljevstva. To je ono kraljevstvo koje Sanherib napada u osmom poglavlju, osmom retku. Kad Izaija susreće opakoga kralja Ahaza, susreće ga „kod vodovoda gornjega jezera, na putu k valjarevu polju“, upravo ondje gdje Rabsak huli na ime Gospodnje. Izaija je naučavao da su on i njegova djeca znakovi.</w:t>
      </w:r>
    </w:p>
    <w:p>
      <w:pPr>
        <w:pStyle w:val="ArticleScripture"/>
        <w:jc w:val="left"/>
      </w:pPr>
      <w:r>
        <w:rPr>
          <w:rFonts w:ascii="Times New Roman" w:hAnsi="Times New Roman" w:eastAsia="Times New Roman" w:cs="Times New Roman"/>
        </w:rPr>
        <w:t>Evo, ja i djeca koju mi je dao Gospodin jesmo za znakove i za čudesa u Izraelu od Gospodina nad vojskama, koji prebiva na gori Sionu. Izaija 8,18.</w:t>
      </w:r>
    </w:p>
    <w:p>
      <w:pPr>
        <w:pStyle w:val="ArticleBody"/>
        <w:jc w:val="left"/>
      </w:pPr>
      <w:r>
        <w:rPr>
          <w:rFonts w:ascii="Times New Roman" w:hAnsi="Times New Roman" w:eastAsia="Times New Roman" w:cs="Times New Roman"/>
        </w:rPr>
        <w:t>Kad je Izaija susreo opakoga kralja Ahaza „na kraju vodovoda gornjega ribnjaka, na cesti valjareva polja“, Izaija je sa sobom doveo svoga sina Šear-Jašuba, što znači: „Ostatak će se vratiti.“</w:t>
      </w:r>
    </w:p>
    <w:p>
      <w:pPr>
        <w:pStyle w:val="ArticleScripture"/>
        <w:jc w:val="left"/>
      </w:pPr>
      <w:r>
        <w:rPr>
          <w:rFonts w:ascii="Times New Roman" w:hAnsi="Times New Roman" w:eastAsia="Times New Roman" w:cs="Times New Roman"/>
        </w:rPr>
        <w:t>Tada reče Gospodin Izaiji: Izađi sada u susret Ahazu, ti i Šear-Jašub, sin tvoj, na kraju vodovoda gornjega ribnjaka, na putu k polju valjarevu. Izaija 7:3.</w:t>
      </w:r>
    </w:p>
    <w:p>
      <w:pPr>
        <w:pStyle w:val="ArticleBody"/>
        <w:jc w:val="left"/>
      </w:pPr>
      <w:r>
        <w:rPr>
          <w:rFonts w:ascii="Times New Roman" w:hAnsi="Times New Roman" w:eastAsia="Times New Roman" w:cs="Times New Roman"/>
        </w:rPr>
        <w:t>Šear-Jašub označuje da je poruka koju je Izaija proglasio „na kraju vodovoda gornjeg jezera, na putu k Fullerovu polju” poruka koja prepoznaje Ostatak koji se vraća. Taj Ostatak jesu oni u knjizi Malahijinoj koji su pozvani iskušati Gospodina vraćajući se k njemu i donoseći desetine u spremište. One koji se vraćaju Jeremija također prikazuje kao one koji se vraćaju nakon prvoga razočaranja. U sedmom poglavlju „kraj vodovoda gornjeg jezera, na putu k Fullerovu polju” prikazuje Izaiju kako donosi poruku zlu južnom kralju, a u Izaiji trideset i šest Elijakim, Šebna i Joah, ljetopisac, djelovali su za Ezekiju, dok je Rabsake predstavljao Sanheriba.</w:t>
      </w:r>
    </w:p>
    <w:p>
      <w:pPr>
        <w:pStyle w:val="ArticleBody"/>
        <w:jc w:val="left"/>
      </w:pPr>
      <w:r>
        <w:rPr>
          <w:rFonts w:ascii="Times New Roman" w:hAnsi="Times New Roman" w:eastAsia="Times New Roman" w:cs="Times New Roman"/>
        </w:rPr>
        <w:t>Prvu poruku o „kraju vodovoda gornjeg ribnjaka na cesti punareva polja” proglašavaju Izaija i njegov sin; posljednju poruku o „kraju vodovoda gornjeg ribnjaka na cesti punareva polja” proglasile su tri osobe. Prva je poruka bila upućena unutarnjem kralju, a druga vanjskom kralju. Linija razdvajanja jest zid, koji je simbol Božjeg zakona, i nedjeljnog zakona koji predstavlja uklanjanje zida razdvajanja Crkve i države. Kod nedjeljnog zakona, ili kod zida, nalaze se tri simbola: Elijakim je Filadelfija, Šebna je Laodiceja, a Joab, ljetopisac, jest Sard.</w:t>
      </w:r>
    </w:p>
    <w:p>
      <w:pPr>
        <w:pStyle w:val="ArticleBody"/>
        <w:jc w:val="left"/>
      </w:pPr>
      <w:r>
        <w:rPr>
          <w:rFonts w:ascii="Times New Roman" w:hAnsi="Times New Roman" w:eastAsia="Times New Roman" w:cs="Times New Roman"/>
        </w:rPr>
        <w:t>Pri donošenju nedjeljnoga zakona mnogi će biti oboreni, prema Danielu 11,41, a te su osobe one koje se drže odgovornima za svjetlo o suboti sedmoga dana. Oni koji su oboreni u retku četrdeset i prvom jesu laodicejski adventisti sedmoga dana, a Elijakim predstavlja Filadelfiju.</w:t>
      </w:r>
    </w:p>
    <w:p>
      <w:pPr>
        <w:pStyle w:val="ArticleScripture"/>
        <w:jc w:val="left"/>
      </w:pPr>
      <w:r>
        <w:rPr>
          <w:rFonts w:ascii="Times New Roman" w:hAnsi="Times New Roman" w:eastAsia="Times New Roman" w:cs="Times New Roman"/>
        </w:rPr>
        <w:t>I dogodit će se u onaj dan da ću pozvati slugu svojega Elijakima, sina Hilkijina. I odjenut ću ga tvojom haljinom, i opasat ću ga tvojim pojasom, i predat ću tvoju vlast u njegove ruke; i on će biti otac stanovnicima Jeruzalema i domu Judinu. I ključ doma Davidova metnut ću na njegovo rame; te će otvarati, i nitko neće zatvoriti; i zatvarat će, i nitko neće otvoriti. Izaija 22:20–22.</w:t>
      </w:r>
    </w:p>
    <w:p>
      <w:pPr>
        <w:pStyle w:val="ArticleScripture"/>
        <w:jc w:val="left"/>
      </w:pPr>
      <w:r>
        <w:rPr>
          <w:rFonts w:ascii="Times New Roman" w:hAnsi="Times New Roman" w:eastAsia="Times New Roman" w:cs="Times New Roman"/>
        </w:rPr>
        <w:t>I anđelu crkve u Filadelfiji napiši: Ovo govori Onaj koji je svet, koji je istinit, koji ima ključ Davidov, koji otvara, i nitko ne zatvara; i zatvara, i nitko ne otvara: Znam tvoja djela: evo, stavio sam pred tebe otvorena vrata, i nitko ih ne može zatvoriti: jer imaš malo snage, i sačuvao si moju riječ, i nisi zatajio moje ime. Evo, učinit ću da oni iz sinagoge Sotonine, koji govore da su Židovi, a nisu, nego lažu; evo, učinit ću da dođu i poklone se pred tvojim nogama, i da spoznaju da sam te ljubio. Otkrivenje 3:7–9.</w:t>
      </w:r>
    </w:p>
    <w:p>
      <w:pPr>
        <w:pStyle w:val="ArticleBody"/>
        <w:jc w:val="left"/>
      </w:pPr>
      <w:r>
        <w:rPr>
          <w:rFonts w:ascii="Times New Roman" w:hAnsi="Times New Roman" w:eastAsia="Times New Roman" w:cs="Times New Roman"/>
        </w:rPr>
        <w:t>Šebna biva zamijenjen Elijakimom, a Šebna na zidu predstavlja laodicejske adventiste sedmoga dana koji odbijaju primiti korist od poruke ranoga ili kasnoga dažda. Rani dažda sa crkvom bio je predstavljen Izaijom i ostatkom koji se vratio, a poruka je bila usmjerena otpaloj crkvi, predstavljenoj zlim kraljem Ahazom. Poruka sa zida bila je dana zlom kralju sjevera koji je nastojao poraziti Jeruzalem, i ona predstavlja kasni dažda u odnosu na rani dažda. Dok se Božjoj crkvi sudi, rani ili prvi dažda škropi, ali se kod zakona o nedjelji dažda izlijeva bez mjere. Poruka Ahazu bila je unutarnja poruka, a poruka Sanheribu bila je vanjska. Prvi glas iz Otkrivenja 18:1–3 ponavljanje je poruke drugoga anđela i unutarnji je. Drugi glas iz osamnaestoga poglavlja Otkrivenja, četvrti redak, vanjski je i on je treća poruka. Izaija i njegov sin donijeli su unutarnju poruku drugoga anđela, a na zidu su s vanjskom porukom tri duše.</w:t>
      </w:r>
    </w:p>
    <w:p>
      <w:pPr>
        <w:pStyle w:val="ArticleBody"/>
        <w:jc w:val="left"/>
      </w:pPr>
      <w:r>
        <w:rPr>
          <w:rFonts w:ascii="Times New Roman" w:hAnsi="Times New Roman" w:eastAsia="Times New Roman" w:cs="Times New Roman"/>
        </w:rPr>
        <w:t>Elijakim je sto četrdeset i četiri tisuće; Šebna je laodicejski adventizam sedmoga dana koji je u to vrijeme izbljuvan iz usta Gospodnjih. Joab, ljetopisac, predstavlja drugo stado Božje koje bilježi povijest što vodi do zida, kako bi prepoznalo stijeg Elijakimov kada bude podignut.</w:t>
      </w:r>
    </w:p>
    <w:p>
      <w:pPr>
        <w:pStyle w:val="ArticleBody"/>
        <w:jc w:val="left"/>
      </w:pPr>
      <w:r>
        <w:rPr>
          <w:rFonts w:ascii="Times New Roman" w:hAnsi="Times New Roman" w:eastAsia="Times New Roman" w:cs="Times New Roman"/>
        </w:rPr>
        <w:t>Izaija 8:8 unosi poruke Izaije od šestog do dvanaestog poglavlja u Daniela 11, redak 10. Čineći to, pruža drugo svjedočanstvo da glava kraljevstva ostaje stajati nakon napada. Ono prepoznaje tvrdnju o prekršenom savezu koja se koristi kako bi se izazvala bitka.</w:t>
      </w:r>
    </w:p>
    <w:p>
      <w:pPr>
        <w:pStyle w:val="ArticleBody"/>
        <w:jc w:val="left"/>
      </w:pPr>
      <w:r>
        <w:rPr>
          <w:rFonts w:ascii="Times New Roman" w:hAnsi="Times New Roman" w:eastAsia="Times New Roman" w:cs="Times New Roman"/>
        </w:rPr>
        <w:t>Od raspada Sovjetskoga Saveza 1989. godine, u četrdesetom retku, pa sve do uskoro dolazećega nedjeljnog zakona prikazanog u sljedećem retku, proteže se trideset i sedam godina proročke povijesti o kojoj četrdeseti redak ne govori ništa. Redci deset do petnaest jedanaestoga poglavlja Daniela predstavljaju proročku povijest koja nije obuhvaćena u četrdesetom retku. Ona se može vidjeti jedino primjenom metodologije „red na red“. „Ako ne budete vjerovali, doista se nećete održati“, proročko je upozorenje povezano s trima redcima koji opisuju 1989. godinu, a povijesno ispunjenje osmoga retka osmoga poglavlja Izaije prikazuje kušnju za Elijakima i Šebnu. Možete li vidjeti, ili ste slijepi?</w:t>
      </w:r>
    </w:p>
    <w:p>
      <w:pPr>
        <w:pStyle w:val="ArticleBody"/>
        <w:jc w:val="left"/>
      </w:pPr>
      <w:r>
        <w:rPr>
          <w:rFonts w:ascii="Times New Roman" w:hAnsi="Times New Roman" w:eastAsia="Times New Roman" w:cs="Times New Roman"/>
        </w:rPr>
        <w:t>Četrdeset i prvi redak jedanaestoga poglavlja Daniela jest uskoro dolazeći zakon o nedjelji u Sjedinjenim Državama, koji je pralikovan poviješću koja je ispunila šesnaesti redak.</w:t>
      </w:r>
    </w:p>
    <w:p>
      <w:pPr>
        <w:pStyle w:val="ArticleScripture"/>
        <w:jc w:val="left"/>
      </w:pPr>
      <w:r>
        <w:rPr>
          <w:rFonts w:ascii="Times New Roman" w:hAnsi="Times New Roman" w:eastAsia="Times New Roman" w:cs="Times New Roman"/>
        </w:rPr>
        <w:t>Ali onaj koji dolazi protiv njega učinit će po svojoj volji, i nitko mu se neće moći oduprijeti; i stajat će u slavnoj zemlji, koja će njegovom rukom biti uništena. Daniel 11:16.</w:t>
      </w:r>
    </w:p>
    <w:p>
      <w:pPr>
        <w:pStyle w:val="ArticleScripture"/>
        <w:jc w:val="left"/>
      </w:pPr>
      <w:r>
        <w:rPr>
          <w:rFonts w:ascii="Times New Roman" w:hAnsi="Times New Roman" w:eastAsia="Times New Roman" w:cs="Times New Roman"/>
        </w:rPr>
        <w:t>I ući će i u slavnu zemlju, i mnoge će zemlje biti oborene; ali ove će umaknuti njegovoj ruci: Edom i Moab i prvine sinova Amonovih. Daniel 11,41.</w:t>
      </w:r>
    </w:p>
    <w:p>
      <w:pPr>
        <w:pStyle w:val="ArticleBody"/>
        <w:jc w:val="left"/>
      </w:pPr>
      <w:r>
        <w:rPr>
          <w:rFonts w:ascii="Times New Roman" w:hAnsi="Times New Roman" w:eastAsia="Times New Roman" w:cs="Times New Roman"/>
        </w:rPr>
        <w:t>Povijesno ispunjenje šesnaestoga retka pa sve do tridesetoga retka u jedanaestom poglavlju Daniela jest povijest poganskoga Rima. Svaka proročka crta u jedanaestom poglavlju Daniela ili predočuje povijest poganskoga, papinskoga ili suvremenoga Rima. Svaka crta ili izravno označuje neku rimsku povijest, ili predočuje buduću rimsku povijest. Svaka crta. Redci koji se izravno odnose na povijest ispunjenu u poganskom Rimu predočuju papinski Rim. Zajedno poganski Rim i papinski Rim svjedoče o suvremenom Rimu. Rim uspostavlja viđenje, jer od početka poglavlja pa do kraja viđenje govori o Rimu.</w:t>
      </w:r>
    </w:p>
    <w:p>
      <w:pPr>
        <w:pStyle w:val="ArticleBody"/>
        <w:jc w:val="left"/>
      </w:pPr>
      <w:r>
        <w:rPr>
          <w:rFonts w:ascii="Times New Roman" w:hAnsi="Times New Roman" w:eastAsia="Times New Roman" w:cs="Times New Roman"/>
        </w:rPr>
        <w:t>Isus je naznačio da postoji izdajnik kako bi pomogao svojim učenicima povjerovati kada se Judina izdaja očitovala.</w:t>
      </w:r>
    </w:p>
    <w:p>
      <w:pPr>
        <w:pStyle w:val="ArticleScripture"/>
        <w:jc w:val="left"/>
      </w:pPr>
      <w:r>
        <w:rPr>
          <w:rFonts w:ascii="Times New Roman" w:hAnsi="Times New Roman" w:eastAsia="Times New Roman" w:cs="Times New Roman"/>
        </w:rPr>
        <w:t>„Izričući teško Judašu, Krist je imao i cilj milosrđa prema svojim učenicima. Tako im je dao vrhovni dokaz svojega mesijanstva. ‘Kazujem vam prije nego se zbude’, rekao je, ‘da, kad se zbude, uzvjerujete da JA JESAM.’ Da je Isus ostao nijem, naizgled ne znajući što će ga snaći, učenici bi mogli pomisliti da njihov Učitelj nije imao božansku pronicavost te da je bio zatečen i predan u ruke ubilačke svjetine. Godinu dana prije Isus je rekao učenicima da je izabrao dvanaestoricu i da je jedan đavao. Sada će njegove riječi upućene Judi, koje pokazuju da je njegovu izdaju njegov Učitelj potpuno poznavao, ojačati vjeru Kristovih pravih sljedbenika tijekom njegova poniženja. A kad Juda dođe svojem strašnom svršetku, sjetit će se teškoće koju je Isus izrekao nad izdajnikom.” The Desire of Ages, 655.</w:t>
      </w:r>
    </w:p>
    <w:p>
      <w:pPr>
        <w:pStyle w:val="ArticleBody"/>
        <w:jc w:val="left"/>
      </w:pPr>
      <w:r>
        <w:rPr>
          <w:rFonts w:ascii="Times New Roman" w:hAnsi="Times New Roman" w:eastAsia="Times New Roman" w:cs="Times New Roman"/>
        </w:rPr>
        <w:t>Dana 31. prosinca 2023. Lav iz plemena Judina započeo je otpečaćivati objavu o Sebi, i započeo je temeljni ispit. Ispit se odnosio na to je li Rim još uvijek simbol koji je uspostavio viđenje u četrnaestom retku, ili su se stvari promijenile. Kada je prvi antikrist iz Sjedinjenih Država počeo vladati 8. svibnja 2025., četrnaesti redak bio je ispunjen. Tada se moglo vidjeti da je odnos između Trumpa i pape Lava bio predoznačen Reaganom i Ivanom Pavlom II. Ukrajinski rat, koji je započeo 2014., kada je State Department Sjedinjenih Država izazvao obojenu revoluciju u Ukrajini, dogodio se za predsjedništva Obame, koji je vladao tijekom dvojice papa. Reagan i Ivan Pavao II. u desetom retku, a zatim je 2014. započeo Ukrajinski rat, predstavljen bitkom pograničja iz jedanaestog retka, ili bitkom kod Rafije. Rafija znači „pograničje“, a isto tako i riječ „Ukrajina“. U toj povijesti Obama i dvojica papa označavaju drugu bitku od triju bitaka iz redaka deset do petnaest. Zatim se 2024. Trump vratio u ispunjenju trinaestog retka. Potom je u četrnaestom retku viđenje uspostavljeno dolaskom Trumpova papinskog pandana.</w:t>
      </w:r>
    </w:p>
    <w:p>
      <w:pPr>
        <w:pStyle w:val="ArticleBody"/>
        <w:jc w:val="left"/>
      </w:pPr>
      <w:r>
        <w:rPr>
          <w:rFonts w:ascii="Times New Roman" w:hAnsi="Times New Roman" w:eastAsia="Times New Roman" w:cs="Times New Roman"/>
        </w:rPr>
        <w:t>Utvrđeno je da tri bitke iz redaka deset do petnaest predstavljaju tri putokaza, od kojih svaki prepoznaje odnos između Jezabele i Ahaba koji vodi do gore Karmela na nedjeljnom zakonu. S Reaganom je Jezabela bila u Samariji, skrivena tajnim savezom. Zatim su Baalovi svećenici i proroci gaja uzdigli spiritualizam woke liberalnoga katolicizma, združen s Obaminom shizofrenom simbolikom i lažnog proroka otpaloga protestantizma i lažnog proroka islama, štovanjem majke zemlje, razuzdanošću i anarhijom Francuske revolucije. Potom se Trump vratio 2024., a otvoreni odnos između Zvijeri i njezine slike očitovao se 2025. Sada je 2026., i vanjski ispit viđenja temelja je položen, a sada smo u viđenju ispita hrama.</w:t>
      </w:r>
    </w:p>
    <w:p>
      <w:pPr>
        <w:pStyle w:val="ArticleBody"/>
        <w:jc w:val="left"/>
      </w:pPr>
      <w:r>
        <w:rPr>
          <w:rFonts w:ascii="Times New Roman" w:hAnsi="Times New Roman" w:eastAsia="Times New Roman" w:cs="Times New Roman"/>
        </w:rPr>
        <w:t>Jedanaesti redak ispunio se u bitki kod Rafije 217. pr. Kr. te predoznačuje Ukrajinski rat koji je započeo 2014., eskalirao 2022. i sada je na rubu završetka. Putin će prevladati, ali pobjeda samo uvodi početak njegove propasti. Proročka struktura jedanaestoga retka i njegovo povijesno ispunjenje u Ptolemejevoj pobjedi u bitki kod Rafije 217. pr. Kr., kao ispunjenje jedanaestoga retka jedanaestoga poglavlja, podudara se s proročkom poviješću kralja Uzije. I Ptolemej i Uzija bili su južni kraljevi kojima su se srca uzoholila zbog vojnih uspjeha, ali su ih njihova uzoholjena srca oborila, a propast obojice povezana je sa zajedničkim pokušajima da prinesu žrtvu u Svetištu u Jeruzalemu.</w:t>
      </w:r>
    </w:p>
    <w:p>
      <w:pPr>
        <w:pStyle w:val="ArticleBody"/>
        <w:jc w:val="left"/>
      </w:pPr>
      <w:r>
        <w:rPr>
          <w:rFonts w:ascii="Times New Roman" w:hAnsi="Times New Roman" w:eastAsia="Times New Roman" w:cs="Times New Roman"/>
        </w:rPr>
        <w:t>U sljedećem ćemo članku nastaviti razmatrati Putinovu propast koja vodi u bitku kod Panija u petnaestom retku.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Panij – broj šesnaest</dc:title>
  <dc:subject>Vrijeme svršetka</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