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Nèf</w:t>
      </w:r>
    </w:p>
    <w:p>
      <w:pPr>
        <w:pStyle w:val="ArticleSubtitle"/>
        <w:jc w:val="left"/>
      </w:pPr>
      <w:r>
        <w:rPr>
          <w:rFonts w:ascii="Arial" w:hAnsi="Arial" w:eastAsia="Arial" w:cs="Arial"/>
        </w:rPr>
        <w:t>Premye Mesaj Zanj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Chapit youn nan liv Danyèl la reprezante premye mesaj zanj lan nan Revelasyon chapit katòz. Jojakim idantifye yon fason senbolik ke se ranfòsman premye mesaj zanj lan, e non pa rive li nan “tan lafen an.” Tout pwofèt yo ap idantifye “dènye jou yo” nan jijman ankèt la; konsa chapit la ap reprezante 11 septanm 2001, lè pwosesis eprèv san karannkat mil yo te kòmanse. Nan Malachi chapit twa, pwosesis sa a te reprezante kòm yon pwosesis pirifikasyon, lè yon mesaje prepare chemen an pou Mesaje alyans lan vini toudenkou nan tanp li. Mesaje ki prepare chemen an, ki se tou “vwa” k ap kriye nan dezè a, se tou yon eprèv, ki fè pati pwosesis pirifikasyon an. Nan Malachi chapit twa, san karannkat mil yo reprezante kòm pitit gason Levi yo. Pitit gason Levi yo reprezante sila yo ki te kanpe avèk mesaje Moyiz la, nan rebelyon ti towo bèf annò a, ki te reprezante imaj bèt la.</w:t>
      </w:r>
    </w:p>
    <w:p>
      <w:pPr>
        <w:pStyle w:val="ArticleBody"/>
        <w:jc w:val="left"/>
      </w:pPr>
      <w:r>
        <w:rPr>
          <w:rFonts w:ascii="Times New Roman" w:hAnsi="Times New Roman" w:eastAsia="Times New Roman" w:cs="Times New Roman"/>
        </w:rPr>
        <w:t>Lè yo pase eprèv imaj bèt la, sa se yon lòt ilistrasyon biblik sou dezyèm nan twa eprèv ki fòme pwosesis pirifikasyon an. Pitit gason Levi yo dwe pase eprèv sa a anvan yo resevwa so a.</w:t>
      </w:r>
    </w:p>
    <w:p>
      <w:pPr>
        <w:pStyle w:val="ArticleBody"/>
        <w:jc w:val="left"/>
      </w:pPr>
      <w:r>
        <w:rPr>
          <w:rFonts w:ascii="Times New Roman" w:hAnsi="Times New Roman" w:eastAsia="Times New Roman" w:cs="Times New Roman"/>
        </w:rPr>
        <w:t>Sele chapit uit ak nèf Ezekyèl yo se yon lòt ilistrasyon pwosesis pirifikasyon an ki te kòmanse nan 11 septanm 2001. Nan chapit uit la, moun ki nan Jerizalèm yo ki finalman bese tèt devan solèy la reprezante kat jenerasyon Advantis Lawodiseyen an. Nan chapit nèf la, sila yo ki resevwa sele a ap plenn epi kriye poutèt abominasyon k ap fèt nan mitan Jerizalèm. Jerizalèm se legliz Bondye a.</w:t>
      </w:r>
    </w:p>
    <w:p>
      <w:pPr>
        <w:pStyle w:val="ArticleBody"/>
        <w:jc w:val="left"/>
      </w:pPr>
      <w:r>
        <w:rPr>
          <w:rFonts w:ascii="Times New Roman" w:hAnsi="Times New Roman" w:eastAsia="Times New Roman" w:cs="Times New Roman"/>
        </w:rPr>
        <w:t>Twa zanj twa mesaz-la osi i en ilistrasyon sa prosesis netwayaz-la. Sa twa mesaz-la i reprezant en prosesis leprev an trwa letap, e i neseser ki bann garson Levi pas premye leprev-la menm avan zot kapab enplike dan dezyenm leprev-la. Trwazyenm leprev-la i en lot kalite leprev, parski i reprezant en leprev ki idantifye si bann garson Levi in reisi pas sa de premye leprev-la. I en leprev litmus profetik. Premye leprev-la i en leprev dyetetik (dan sans spirityel), parski i ganny pase oubyen tonbe, dapre si bann garson Levi i aksepte mesaz ki Lespri Sen i donn atraver Eli, mesaze ki prepar semen pour mesaze lalyans-la.</w:t>
      </w:r>
    </w:p>
    <w:p>
      <w:pPr>
        <w:pStyle w:val="ArticleBody"/>
        <w:jc w:val="left"/>
      </w:pPr>
      <w:r>
        <w:rPr>
          <w:rFonts w:ascii="Times New Roman" w:hAnsi="Times New Roman" w:eastAsia="Times New Roman" w:cs="Times New Roman"/>
        </w:rPr>
        <w:t>Premye vèsè liv Revelasyon an mete anvalè gravite mesaj sa a. Li idantifye avèk entansyon ke mesaj mesaje imen an, reprezante kòm Jan, voye bay legliz yo, te ba li pa Gabriyèl, ki te resevwa li nan men Kris la, ki, pa li menm, te resevwa li nan men Papa a. Mesaj Eli a pote otorite divinite a, e rejte mesaj Jan an, oswa Eli a, oswa “vwa k ap kriye nan dezè a”, se rejte Revelasyon Jezi Kris la.</w:t>
      </w:r>
    </w:p>
    <w:p>
      <w:pPr>
        <w:pStyle w:val="ArticleBody"/>
        <w:jc w:val="left"/>
      </w:pPr>
      <w:r>
        <w:rPr>
          <w:rFonts w:ascii="Times New Roman" w:hAnsi="Times New Roman" w:eastAsia="Times New Roman" w:cs="Times New Roman"/>
        </w:rPr>
        <w:t>Dezyèm tès la se yon tès vizyèl, paske yon fwa pitit Levi yo fin manje mesaj Eli a, ki te nan men zanj ki te desann pou klere tè a avèk laglwa li, yo aksepte metodoloji biblik la ki pèmèt yo byen disène siy tan yo. Metodoloji sa a pèmèt pitit Levi yo rekonèt ke siy tan sa yo ap demontre ke legliz ak leta ap mete tèt yo ansanm Ozetazini, nan akonplisman tès imaj bèt la. Sa ki pi enpòtan toujou, siy tan sa yo, lè yo plase yo nan kontèks liy refòm sakre yo, se esans Alfa ak Omega, kòmansman an k ap ilistre fen an. Liy refòm sakre yo idantifye ke pèp Bondye a dwe fè tout sa ki nan pouvwa yo pou yo kolabore nan travay pou prepare tèt yo pou sele Bondye a.</w:t>
      </w:r>
    </w:p>
    <w:p>
      <w:pPr>
        <w:pStyle w:val="ArticleScripture"/>
        <w:jc w:val="left"/>
      </w:pPr>
      <w:r>
        <w:rPr>
          <w:rFonts w:ascii="Times New Roman" w:hAnsi="Times New Roman" w:eastAsia="Times New Roman" w:cs="Times New Roman"/>
        </w:rPr>
        <w:t>Se poutèt sa, mezanmi mwen yo, menm jan nou te toujou obeyi, pa sèlman lè m te la nan prezans nou, men kounye a pi plis toujou nan absans mwen, travay pou delivrans pa nou an avèk lakrentif ak tranbleman. Paske se Bondye k ap aji nan nou, pou fè nou vle epi pou nou fè sa ki selon bon plezi li. Fè tout bagay san bougonnen ni diskisyon, pou nou ka san repwòch e san malis, pitit Bondye ki san repwòch, nan mitan yon jenerasyon kwochi ak devèse, nan mitan yo menm nou klere tankou limyè nan mond lan. Filipyen 2:12–15.</w:t>
      </w:r>
    </w:p>
    <w:p>
      <w:pPr>
        <w:pStyle w:val="ArticleBody"/>
        <w:jc w:val="left"/>
      </w:pPr>
      <w:r>
        <w:rPr>
          <w:rFonts w:ascii="Times New Roman" w:hAnsi="Times New Roman" w:eastAsia="Times New Roman" w:cs="Times New Roman"/>
        </w:rPr>
        <w:t>Danyèl, Ananya, Michayèl ak Azarya, yo menm kat an kantite, reprezante Advantis Setyèm Jou atravè lemond, ki rekonèt 11 septanm 2001 kòm idantifikasyon desant zanj Revelasyon dizwit la, epi yo chwazi pran lamàn kache ki nan men li a epi manje li. Lamàn kache ki dwe manje a, jan apot Pòl fèk site sa a, reprezante Bondye (lamàn kache a), ki ap travay anndan pèp Li a pou fè volonte Li ak bon plezi Li. Pòl reprezante mesaje pou Filadèlfyen yo, epi rejte mesaj li a se te lanmò. Danyèl, Ananya, Michayèl ak Azarya reprezante moun ki chwazi manje lamàn kache a.</w:t>
      </w:r>
    </w:p>
    <w:p>
      <w:pPr>
        <w:pStyle w:val="ArticleScripture"/>
        <w:jc w:val="left"/>
      </w:pPr>
      <w:r>
        <w:rPr>
          <w:rFonts w:ascii="Times New Roman" w:hAnsi="Times New Roman" w:eastAsia="Times New Roman" w:cs="Times New Roman"/>
        </w:rPr>
        <w:t>Kounyeya a, pami pitit Jida yo, te gen Danyèl, Ananya, Michaèl ak Azarya. Chèf enik yo te ba yo lòt non: li te rele Danyèl Beltchatsa; Ananya, Chadrak; Michaèl, Mechak; epi Azarya, Abèdnego. Men, Danyèl te pran desizyon nan kè li pou l pa t souye tèt li ak pòsyon manje wa a, ni ak diven li te konn bwè a; se poutèt sa li te mande chèf enik yo pou l pa t souye tèt li. Danyèl 1:6–8.</w:t>
      </w:r>
    </w:p>
    <w:p>
      <w:pPr>
        <w:pStyle w:val="ArticleBody"/>
        <w:jc w:val="left"/>
      </w:pPr>
      <w:r>
        <w:rPr>
          <w:rFonts w:ascii="Times New Roman" w:hAnsi="Times New Roman" w:eastAsia="Times New Roman" w:cs="Times New Roman"/>
        </w:rPr>
        <w:t>Dànyèl detèmine li vle manje mesaj ki te desann soti nan syèl la nan dat 11 Septanm 2001, epi tou li vle refize mesaj yo reprezante kòm manje ak bwason Babilòn yo. Ashpenaz te chwazi kiyès nan prizonye Jida yo ki ta dwe mennen devan wa a.</w:t>
      </w:r>
    </w:p>
    <w:p>
      <w:pPr>
        <w:pStyle w:val="ArticleScripture"/>
        <w:jc w:val="left"/>
      </w:pPr>
      <w:r>
        <w:rPr>
          <w:rFonts w:ascii="Times New Roman" w:hAnsi="Times New Roman" w:eastAsia="Times New Roman" w:cs="Times New Roman"/>
        </w:rPr>
        <w:t>Epi wa a pale ak Achpenaz, chèf enik li yo, pou l mennen kèk nan pitit Izrayèl yo, nan desandan wa a, ak nan mitan prens yo; jenn gason ki pa t gen okenn defo, men ki te bèl nan aparans, abil nan tout sajès, entèlijan nan konesans, ki te konprann syans, epi ki te gen kapasite nan yo pou yo kanpe nan palè wa a, e yo te kapab anseye yo literati ak lang Kaldeyen yo. Danyèl 1:4, 5.</w:t>
      </w:r>
    </w:p>
    <w:p>
      <w:pPr>
        <w:pStyle w:val="ArticleBody"/>
        <w:jc w:val="left"/>
      </w:pPr>
      <w:r>
        <w:rPr>
          <w:rFonts w:ascii="Times New Roman" w:hAnsi="Times New Roman" w:eastAsia="Times New Roman" w:cs="Times New Roman"/>
        </w:rPr>
        <w:t>Si nous suivons la chaîne d’autorité indiquée dans Apocalypse, chapitre 1, verset 1, Nebucadnetsar avait donné à Ashpenaz l’ordre de choisir les enfants qui accomplissaient la prédiction qu’Ésaïe avait proclamée à Ézéchias. Ashpenaz reçut le message, puis le remit à Melzar, le chef des eunuques. Nebucadnetsar représente le Père céleste ; Ashpenaz représente le Christ, et Melzar représente Gabriel. Ashpenaz savait quels enfants choisir, et il savait que Daniel prendrait la bonne décision en matière d’alimentation avant de le présenter devant le roi.</w:t>
      </w:r>
    </w:p>
    <w:p>
      <w:pPr>
        <w:pStyle w:val="ArticleScripture"/>
        <w:jc w:val="left"/>
      </w:pPr>
      <w:r>
        <w:rPr>
          <w:rFonts w:ascii="Times New Roman" w:hAnsi="Times New Roman" w:eastAsia="Times New Roman" w:cs="Times New Roman"/>
        </w:rPr>
        <w:t>Koulye a, Bondye te fè Danyèl jwenn favè ak bon afeksyon nan men chèf ewonik yo. E chèf ewonik yo di Danyèl konsa: Mwen pè mèt mwen wa a, ki fikse manje nou ak bwason nou; paske poukisa li ta wè figi nou pi mèg pase jèn gason ki menm laj avèk nou? Konsa, nou ta fè m mete tèt mwen an danje devan wa a. Danyèl 1:9, 10.</w:t>
      </w:r>
    </w:p>
    <w:p>
      <w:pPr>
        <w:pStyle w:val="ArticleBody"/>
        <w:jc w:val="left"/>
      </w:pPr>
      <w:r>
        <w:rPr>
          <w:rFonts w:ascii="Times New Roman" w:hAnsi="Times New Roman" w:eastAsia="Times New Roman" w:cs="Times New Roman"/>
        </w:rPr>
        <w:t>Men, Melza a, idantifye premye etap nan mesaj twa zanj yo. Premye etap la se gen krentif pou Bondye, jan sa montre nan krent Melza te genyen devan Neboukadnetsa. Yo te deja demontre nan atik sa yo ke mo ebre ki vle di “verite”, ki fòme lè yo mete ansanm premye, trèzyèm, ak dènye lèt alfabè ebre a, reprezante pwosesis eprèv an twa etap mesaj twa zanj yo. Lè yo te fè sa, yo te tabli sou plizyè temwen ke mesaj premye zanj lan te genyen tout twa tès yo ki reprezante pa mesaj twa zanj yo. Yo idantifye mesaj premye zanj lan kòm levanjil etènèl la, sa ki defini li kòm menm levanjil la depi nan jou Adan yo jouk rive nan Dezyèm Vini Kris la.</w:t>
      </w:r>
    </w:p>
    <w:p>
      <w:pPr>
        <w:pStyle w:val="ArticleScripture"/>
        <w:jc w:val="left"/>
      </w:pPr>
      <w:r>
        <w:rPr>
          <w:rFonts w:ascii="Times New Roman" w:hAnsi="Times New Roman" w:eastAsia="Times New Roman" w:cs="Times New Roman"/>
        </w:rPr>
        <w:t>Epi m te wè yon lòt zanj k ap vole nan mitan syèl la; li te gen levanjil etènèl la pou l anonse bay moun ki rete sou latè, bay tout nasyon, tout fanmi, tout lang ak tout pèp. Li t ap di ak yon gwo vwa: Krent Bondye, epi bay li glwa; paske lè jijman li a rive. Epi adore li menm ki te fè syèl la, tè a, lanmè a ak sous dlo yo. Revelasyon 14:6, 7.</w:t>
      </w:r>
    </w:p>
    <w:p>
      <w:pPr>
        <w:pStyle w:val="ArticleBody"/>
        <w:jc w:val="left"/>
      </w:pPr>
      <w:r>
        <w:rPr>
          <w:rFonts w:ascii="Times New Roman" w:hAnsi="Times New Roman" w:eastAsia="Times New Roman" w:cs="Times New Roman"/>
        </w:rPr>
        <w:t>Premye etap mesaj premye zanj lan se krentif pou Bondye. Dezyèm etap la se ba li glwa, epi twazyèm nan se rive lè jijman li a. An rapò ak mesaj de lòt zanj yo, mesaj premye zanj lan se: “gen krentif pou Bondye.” Apre sa, mesaj dezyèm zanj lan anonse tonbe Babilòn; e kit se nan mouvman Millerit la nan premye zanj lan, oswa nan mouvman twazyèm zanj lan, apèl pou soti Babilòn se kote manifestasyon vide Sentespri a akonpli. Nan peryòd tan sa a, kit li reprezante kòm Kri Minwi a, gwo rèl la, oswa dènye lapli a, moun k ap pwoklame mesaj la bay Bondye glwa. Se nan mesaj dezyèm zanj lan yo bay Bondye glwa, epi peryòd tan sa a mennen nan yon pwen nan tan kote jijman ankèt la te kòmanse nan istwa Millerit la, oswa jijman pwostitiye Babilòn lan ki fèt nan kriz lwa dimanch lan.</w:t>
      </w:r>
    </w:p>
    <w:p>
      <w:pPr>
        <w:pStyle w:val="ArticleBody"/>
        <w:jc w:val="left"/>
      </w:pPr>
      <w:r>
        <w:rPr>
          <w:rFonts w:ascii="Times New Roman" w:hAnsi="Times New Roman" w:eastAsia="Times New Roman" w:cs="Times New Roman"/>
        </w:rPr>
        <w:t>Laperèz Melza a reprezante mesaj premye zanj lan, e li kòmanse eprèv alimantè dis jou yo, kote nonb dis la tou siyifi yon tès. Ekspresyon Melza a, lè li te di li te pè wa a, te menm jan ak Danyèl ki te gen plis lakrentif pou Bondye pase pou wa a, e ki te pran desizyon nan kè li pou l pa t souye tèt li ak manje Babilòn nan. Peryòd tan eprèv Danyèl ak twa jennonm fidel yo te dire se te twa ane, konsa sa reprezante twa etap mesaj twa zanj yo.</w:t>
      </w:r>
    </w:p>
    <w:p>
      <w:pPr>
        <w:pStyle w:val="ArticleScripture"/>
        <w:jc w:val="left"/>
      </w:pPr>
      <w:r>
        <w:rPr>
          <w:rFonts w:ascii="Times New Roman" w:hAnsi="Times New Roman" w:eastAsia="Times New Roman" w:cs="Times New Roman"/>
        </w:rPr>
        <w:t>Epi wa a te nonmen pou yo chak jou yon pòsyon nan manje wa a, ak nan diven li te konn bwè a; konsa li te nouri yo pandan twa ane, pou lè tan sa a ta rive nan bout li, yo te kapab parèt devan wa a. Daniel 1:5.</w:t>
      </w:r>
    </w:p>
    <w:p>
      <w:pPr>
        <w:pStyle w:val="ArticleBody"/>
        <w:jc w:val="left"/>
      </w:pPr>
      <w:r>
        <w:rPr>
          <w:rFonts w:ascii="Times New Roman" w:hAnsi="Times New Roman" w:eastAsia="Times New Roman" w:cs="Times New Roman"/>
        </w:rPr>
        <w:t>Danyèl chapit youn reprezante otorizasyon mesaj premye zanj lan, e se la kòmansman tès rejim alimantè a make, ki nan istwa Millerit la te reprezante pa manje ti liv la. Peryòd tès Danyèl ak twa konpayon fidèl yo te akonpli nan dis premye jou yo nan twa ane sa yo. Dis se yon senbòl yon pwosesis tès, jan sa te reprezante pa ansyen Izrayèl lè yo te rejte dizyèm tès la, ki te reprezante pa mesaj Jozye ak Kalèb la. Li reprezante tou nan tan pèsekisyon an nan legliz Smirn lan.</w:t>
      </w:r>
    </w:p>
    <w:p>
      <w:pPr>
        <w:pStyle w:val="ArticleScripture"/>
        <w:jc w:val="left"/>
      </w:pPr>
      <w:r>
        <w:rPr>
          <w:rFonts w:ascii="Times New Roman" w:hAnsi="Times New Roman" w:eastAsia="Times New Roman" w:cs="Times New Roman"/>
        </w:rPr>
        <w:t>Nou pa bezwen pè okenn nan bagay ou pral soufri yo; gade, dyab la pral mete kèk nan nou nan prizon, pou yo ka pase nou anba eprèv; epi n ap gen tribilasyon pandan dis jou. Rete fidèl jouk nan lanmò, e m ap ba ou kouwòn lavi a. Revelasyon 2:10.</w:t>
      </w:r>
    </w:p>
    <w:p>
      <w:pPr>
        <w:pStyle w:val="ArticleBody"/>
        <w:jc w:val="left"/>
      </w:pPr>
      <w:r>
        <w:rPr>
          <w:rFonts w:ascii="Times New Roman" w:hAnsi="Times New Roman" w:eastAsia="Times New Roman" w:cs="Times New Roman"/>
        </w:rPr>
        <w:t>Konsèy pou legliz Smirn lan se te pou yo pa pè pwosesis eprèv la; paske si yo te gen lakrentif pou Bondye, Li t ap rekonpanse lakrentif Bondye sa a avèk yon kouwòn lavi. Lakrentif Bondye sa a reprezante pa dezi Danyèl te genyen pou l manje laman ki soti nan syèl la.</w:t>
      </w:r>
    </w:p>
    <w:p>
      <w:pPr>
        <w:pStyle w:val="ArticleScripture"/>
        <w:jc w:val="left"/>
      </w:pPr>
      <w:r>
        <w:rPr>
          <w:rFonts w:ascii="Times New Roman" w:hAnsi="Times New Roman" w:eastAsia="Times New Roman" w:cs="Times New Roman"/>
        </w:rPr>
        <w:t>Lè sa a, Dànyèl di Mèltsa, sila chèf ofisye palè a te mete sou Dànyèl, Ananya, Mizaèl ak Azarya a: Tanpri, mete sèvitè w yo a pwèv pandan dis jou; se pou yo ban nou legim pou nou manje, ak dlo pou nou bwè. Apre sa, se pou yo gade figi nou devan ou, ansanm ak figi jenn gason ki manje nan pòsyon manje wa a; epi selon sa ou va wè a, aji ak sèvitè w yo. Konsa, li dakò ak yo nan zafè sa a, e li mete yo a pwèv pandan dis jou. Danyèl 1:10–14.</w:t>
      </w:r>
    </w:p>
    <w:p>
      <w:pPr>
        <w:pStyle w:val="ArticleBody"/>
        <w:jc w:val="left"/>
      </w:pPr>
      <w:r>
        <w:rPr>
          <w:rFonts w:ascii="Times New Roman" w:hAnsi="Times New Roman" w:eastAsia="Times New Roman" w:cs="Times New Roman"/>
        </w:rPr>
        <w:t>Premye tès la se te gen krentif pou Bondye, jan sa parèt nan Melza ak Danyèl ki te pran desizyon nan kè li pou l pa tache tèt li ak manje ak bwason Babilòn yo. Dezyèm eleman mesaj premye zanj lan se bay Bondye glwa, sa ki reprezante yon manifestasyon vizib efè rejim alimantè a. Nan fen dis jou yo, Danyèl ak twa jèn gason yo te bay Bondye glwa pa aparans fizik yo.</w:t>
      </w:r>
    </w:p>
    <w:p>
      <w:pPr>
        <w:pStyle w:val="ArticleScripture"/>
        <w:jc w:val="left"/>
      </w:pPr>
      <w:r>
        <w:rPr>
          <w:rFonts w:ascii="Times New Roman" w:hAnsi="Times New Roman" w:eastAsia="Times New Roman" w:cs="Times New Roman"/>
        </w:rPr>
        <w:t>Epi, nan fen dis jou yo, figi yo te parèt pi bèl e kò yo te pi byen gra pase tout lòt jèn gason ki te manje pòsyon manje wa a. Konsa, Melza te retire pòsyon manje yo ak diven yo te dwe bwè a; epi li te ba yo legim. Pou sa ki konsène kat jèn gason sa yo, Bondye te ba yo konesans ak ladrès nan tout syans ak sajès; epi Danyèl te gen konpreyansyon nan tout vizyon ak rèv. Daniel 1:15–17.</w:t>
      </w:r>
    </w:p>
    <w:p>
      <w:pPr>
        <w:pStyle w:val="ArticleBody"/>
        <w:jc w:val="left"/>
      </w:pPr>
      <w:r>
        <w:rPr>
          <w:rFonts w:ascii="Times New Roman" w:hAnsi="Times New Roman" w:eastAsia="Times New Roman" w:cs="Times New Roman"/>
        </w:rPr>
        <w:t>Kat timoun yo te pase premye eprèv rejim alimantè a, kote Adan ak Èv te tonbe, e ki te reprezante premye eprèv Kris la te konfwonte tousuit apre batèm Li. Batèm Kris la te bay premye mesaj la pouvwa nan liy pwofetik li a. Li te bay pouvwa epi li te apwouve mesaj “vwa k ap rele nan dezè a” t ap pwoklame a. Apre sa, menm jan ak Danyèl ak twa diy yo, Kris la te sibi eprèv sou rejim alimantè pandan karant jou, menm jan Danyèl te sibi li pandan dis jou. Danyèl ak Kris la t ap sèvi kòm tip eprèv lamàn kache ki te nan men zanj lan ki te desann 11 septanm 2001 an. De lòt eprèv t apral swiv pou Kris la, epi pou Danyèl. Dezyèm eprèv la se te kote Danyèl ak twa diy yo te bay Bondye glwa pa mwayen vizaj yo. Eprèv ki te swiv eprèv rejim alimantè a pou Kris la te reprezante glwa tou.</w:t>
      </w:r>
    </w:p>
    <w:p>
      <w:pPr>
        <w:pStyle w:val="ArticleScripture"/>
        <w:jc w:val="left"/>
      </w:pPr>
      <w:r>
        <w:rPr>
          <w:rFonts w:ascii="Times New Roman" w:hAnsi="Times New Roman" w:eastAsia="Times New Roman" w:cs="Times New Roman"/>
        </w:rPr>
        <w:t>Epi dyab la di li: Si ou se Pitit Bondye a, bay lòd pou wòch sa a tounen pen. Jezi reponn li, li di: Sa ekri: Moun pa p viv ak pen sèlman, men ak tout pawòl Bondye. Epi dyab la, apre li fin mennen li sou yon mòn byen wo, li montre li tout wayòm latè yo nan yon sèl moman. Epi dyab la di li: Mwen va ba ou tout pouvwa sa a ansanm ak glwa yo; paske yo renmèt sa ban mwen, e mwen bay li a nenpòt moun mwen vle. Si ou menm, ou adore m, tout bagay sa yo va pou ou. Jezi reponn li, li di: Wete kò ou dèyè mwen, Satan; paske sa ekri: Se Senyè a, Bondye ou a, ou dwe adore, e se li menm sèl ou dwe sèvi. Matye 4:3–8.</w:t>
      </w:r>
    </w:p>
    <w:p>
      <w:pPr>
        <w:pStyle w:val="ArticleBody"/>
        <w:jc w:val="left"/>
      </w:pPr>
      <w:r>
        <w:rPr>
          <w:rFonts w:ascii="Times New Roman" w:hAnsi="Times New Roman" w:eastAsia="Times New Roman" w:cs="Times New Roman"/>
        </w:rPr>
        <w:t>Apre Kris fin pase tès rejim alimantè a, Satan te ofri l “laglwa” tout wayòm latè yo, men Kris pito chwazi bay Wa ki anwo tout wa yo laglwa. Adan ak Èv te echwe nan premye tès la, epi touswit yo t ap chèche kache figi yo ak fèy fig frans, paske yo pa t demontre laglwa Bondye ankò, jan sa te reprezante pa rad limyè yo te konn abiye anvan an. Lè Danyèl ak twa jenn gason vanyan yo te pase tès rejim alimantè a, yo te resevwa lè sa a “knowledge and skill in all learning and wisdom: and Daniel had understanding in all visions and dreams.”</w:t>
      </w:r>
    </w:p>
    <w:p>
      <w:pPr>
        <w:pStyle w:val="ArticleBody"/>
        <w:jc w:val="left"/>
      </w:pPr>
      <w:r>
        <w:rPr>
          <w:rFonts w:ascii="Times New Roman" w:hAnsi="Times New Roman" w:eastAsia="Times New Roman" w:cs="Times New Roman"/>
        </w:rPr>
        <w:t>Yo te pase dezyèm tès la, ki te yon tès vizyèl Melza te administre. Nan istwa Millerit la, mesaj dezyèm zanj lan te make distenksyon ant moun ki te aksepte ak moun ki te rejte mesaj “vwa” k ap kriye nan dezè a, jan William Miller te reprezante l. Pwofetikman, mouvman Millerit la te vin lè sa a kòn pwotestan vizib la e sèl vrè a, epi moun ki te rejte mesaj la ak mouvman an te vin tounen pitit fi Wòm yo. Yo te chwazi manje rejim alimantè a epi bwè diven Babilòn nan, an opozisyon ak ti liv la. Nan fen twa ane yo, yo te mennen Danyèl ak mesye vanyan yo devan Nèbikadneza pou l te jije yo.</w:t>
      </w:r>
    </w:p>
    <w:p>
      <w:pPr>
        <w:pStyle w:val="ArticleScripture"/>
        <w:jc w:val="left"/>
      </w:pPr>
      <w:r>
        <w:rPr>
          <w:rFonts w:ascii="Times New Roman" w:hAnsi="Times New Roman" w:eastAsia="Times New Roman" w:cs="Times New Roman"/>
        </w:rPr>
        <w:t>Apre nan fen jou wa a te di pou yo mennen yo antre, chèf enik yo mennen yo devan Nebikadneza. Epi wa a pale avèk yo; e pami yo tout, pa t jwenn okenn tankou Danyèl, Ananya, Mizaèl, ak Azarya; se poutèt sa yo te kanpe devan wa a. E nan tout bagay ki gen rapò ak sajès ak konprannman, sa wa a te mande yo, li te jwenn yo dis fwa pi bon pase tout majisyen ak astwològ ki te nan tout wayòm li a. E Danyèl te kontinye konsa jouk nan premye ane wa Siris. Danyèl 1:18–21.</w:t>
      </w:r>
    </w:p>
    <w:p>
      <w:pPr>
        <w:pStyle w:val="ArticleBody"/>
        <w:jc w:val="left"/>
      </w:pPr>
      <w:r>
        <w:rPr>
          <w:rFonts w:ascii="Times New Roman" w:hAnsi="Times New Roman" w:eastAsia="Times New Roman" w:cs="Times New Roman"/>
        </w:rPr>
        <w:t>Dànyèl ak twa diyitè yo te pase eprèv “dis” jou yo, epi apre sa yo te jwenn yo “dis” fwa pi saj pase tout lòt yo lè yo te pase dènye egzamen/eprèv yo.</w:t>
      </w:r>
    </w:p>
    <w:p>
      <w:pPr>
        <w:pStyle w:val="ArticleBody"/>
        <w:jc w:val="left"/>
      </w:pPr>
      <w:r>
        <w:rPr>
          <w:rFonts w:ascii="Times New Roman" w:hAnsi="Times New Roman" w:eastAsia="Times New Roman" w:cs="Times New Roman"/>
        </w:rPr>
        <w:t>Danyèl chapit youn se premye referans a mesaj premye zanj lan nan liv ki fòme ak liv Danyèl ak Revelasyon an. Li genyen menm karakteristik yo menm ak premye zanj Revelasyon chapit katòz la. Li soutni verite ki te mansyone an premye nan premye vèsè Revelasyon an, paske Nebikadneza te bay Ashpenaz yon mesaj, epi Ashpenaz te bay Melza mesaj la, epi answit Melza te antre an relasyon ak Danyèl. Papa a te bay Kris la yon mesaj, epi Kris la te bay Gabriyèl mesaj la, epi answit Gabriyèl te antre an relasyon ak Jan.</w:t>
      </w:r>
    </w:p>
    <w:p>
      <w:pPr>
        <w:pStyle w:val="ArticleBody"/>
        <w:jc w:val="left"/>
      </w:pPr>
      <w:r>
        <w:rPr>
          <w:rFonts w:ascii="Times New Roman" w:hAnsi="Times New Roman" w:eastAsia="Times New Roman" w:cs="Times New Roman"/>
        </w:rPr>
        <w:t>Mesaj k ap transmèt la, ki se mesaj k ap debloke kounye a, idantifye pwosesis kominikasyon Papa a bay legliz Li a. Premye bagay Papa a chwazi idantifye pou legliz Li a, se pwosesis tès an twa etap twa zanj yo. Pawòl pwofetik Bondye a dekri pwosesis la avèk anpil prekosyon atravè plizyè liy pwofesi, epi tou atravè istwa Millerit yo. Verite sa yo se yon eleman esansyèl nan laman kache a ki te nan men zanj lan, lè li te desann nan dat 11 septanm 2001.</w:t>
      </w:r>
    </w:p>
    <w:p>
      <w:pPr>
        <w:pStyle w:val="ArticleBody"/>
        <w:jc w:val="left"/>
      </w:pPr>
      <w:r>
        <w:rPr>
          <w:rFonts w:ascii="Times New Roman" w:hAnsi="Times New Roman" w:eastAsia="Times New Roman" w:cs="Times New Roman"/>
        </w:rPr>
        <w:t>Li enposib pou patisipe, e kidonk pou pase dezyèm tès la, si ou pa t pase premye tès la. Verite sa a te reprezante klèman nan istwa Kris la ak Milerit yo. Danyèl chapit de se dezyèm tès la, pa mwayen li, jan Sè White deklare, “destine etènèl nou pral deside.” Li deklare anplis ke se tès nou dwe “pase, anvan nou sele.” Tès sa a kounye a prèske fini.</w:t>
      </w:r>
    </w:p>
    <w:p>
      <w:pPr>
        <w:pStyle w:val="ArticleBody"/>
        <w:jc w:val="left"/>
      </w:pPr>
      <w:r>
        <w:rPr>
          <w:rFonts w:ascii="Times New Roman" w:hAnsi="Times New Roman" w:eastAsia="Times New Roman" w:cs="Times New Roman"/>
        </w:rPr>
        <w:t>Danyèl chapit de a pale sou eprèv imaj bèt la, e li sèlman apwopriye pou chapit la pale sou yon gwo imaj; epi se sèlman paske Danyèl te pase eprèv rejim alimantè a, epi li te resevwa benediksyon avèk “dis fwa” plis “konpreyansyon” ak “sajès”, ke li te kapab rekonèt eprèv sa a. Menm jan ak avètisman sou eprèv la nan ekriti Ellen White yo, eprèv imaj la nan Danyèl chapit de a se yon eprèv ki reprezante konsekans lavi oswa lanmò.</w:t>
      </w:r>
    </w:p>
    <w:p>
      <w:pPr>
        <w:pStyle w:val="ArticleScripture"/>
        <w:jc w:val="left"/>
      </w:pPr>
      <w:r>
        <w:rPr>
          <w:rFonts w:ascii="Times New Roman" w:hAnsi="Times New Roman" w:eastAsia="Times New Roman" w:cs="Times New Roman"/>
        </w:rPr>
        <w:t>Se poutèt sa wa a te fache e li te vin anpil an kòlè, epi li te bay lòd pou yo detwi tout saj Babilòn yo. Epi dekrè a te sòti pou yo touye saj yo; epi yo t ap chèche Danyèl ak konpayon li yo pou yo touye yo. Danyèl 2:12, 13.</w:t>
      </w:r>
    </w:p>
    <w:p>
      <w:pPr>
        <w:pStyle w:val="ArticleBody"/>
        <w:jc w:val="left"/>
      </w:pPr>
      <w:r>
        <w:rPr>
          <w:rFonts w:ascii="Times New Roman" w:hAnsi="Times New Roman" w:eastAsia="Times New Roman" w:cs="Times New Roman"/>
        </w:rPr>
        <w:t>Gen kèk lòt kestyon pwofetik nan Danyèl chapit premye a nou bezwen trete, e n ap kontinye ak kestyon sa yo nan pwochen atik la.</w:t>
      </w:r>
    </w:p>
    <w:p>
      <w:pPr>
        <w:pStyle w:val="ArticleScripture"/>
        <w:jc w:val="left"/>
      </w:pPr>
      <w:r>
        <w:rPr>
          <w:rFonts w:ascii="Times New Roman" w:hAnsi="Times New Roman" w:eastAsia="Times New Roman" w:cs="Times New Roman"/>
        </w:rPr>
        <w:t>“Mwen te wè yon gwoup ki te kanpe byen pwoteje e fèm, san yo pa bay okenn ankourajman a sila yo ki ta vle boulvèse lafwa ki deja etabli nan kò a. Bondye te gade yo avèk apwobasyon. Yo te montre m twa etap yo—premye, dezyèm, ak twazyèm mesaj zanj yo. Zanj ki t ap akonpaye m nan te di: ‘Malè pou moun ki va deplase yon pyè oswa souke yon peny nan mesaj sa yo. Vrè konpreyansyon mesaj sa yo gen yon enpòtans vital. Destine nanm yo pandye sou fason yo resevwa yo.’ Yo te fè m desann ankò atravè mesaj sa yo, epi mwen te wè konbyen chè pèp Bondye a te achte eksperyans li. Yo te jwenn li atravè anpil soufrans ak gwo konfli. Bondye te mennen yo etap pa etap, jiskaske Li te mete yo sou yon platfòm solid, ki pa ka brannen. Mwen te wè kèk moun pwoche bò platfòm la epi egzamine fondasyon an. Kèk, avèk lajwa, te monte sou li touswit. Lòt yo te kòmanse kritike fondasyon an. Yo te vle yo fè amelyorasyon, epi konsa platfòm la t ap pi pafè, e pèp la t ap anpil pi kontan. Kèk te desann sou platfòm la pou egzamine li, epi yo te deklare yo te poze l mal. Men mwen te wè prèske tout te rete fèm sou platfòm la epi yo te egzòte sila yo ki te desann yo pou yo sispann plent yo; paske Bondye se te Mèt Konstriktè a, e yo t ap goumen kont Li. Yo te rakonte mèvèy travay Bondye a, ki te mennen yo rive sou platfòm fèm nan, epi ansanm yo te leve je yo nan syèl la e avèk yon vwa fò yo te bay Bondye glwa. Sa te touche kèk nan sila yo ki te plenyen epi ki te kite platfòm la, epi yo menm tou, avèk yon gade imil, te monte sou li ankò.”</w:t>
      </w:r>
    </w:p>
    <w:p>
      <w:pPr>
        <w:pStyle w:val="ArticleScripture"/>
        <w:jc w:val="left"/>
      </w:pPr>
      <w:r>
        <w:rPr>
          <w:rFonts w:ascii="Times New Roman" w:hAnsi="Times New Roman" w:eastAsia="Times New Roman" w:cs="Times New Roman"/>
        </w:rPr>
        <w:t>«Yo te fè m retounen sou pwoklamasyon premye avenman Kris la. Yo te voye Jan nan lespri ak pouvwa Eli pou prepare chemen Jezi. Moun ki te rejte temwayaj Jan an pa t jwenn okenn benefis nan ansèyman Jezi yo. Opozisyon yo kont mesaj ki te anonse davans vini Li a te mete yo nan yon pozisyon kote yo pa t ka fasilman resevwa prèv ki pi fò yo ke Li te Mesi a. Satan te pouse moun ki te rejte mesaj Jan an pou yo ale pi lwen toujou, pou yo rejte Kris la epi kloure Li sou kwa. Lè yo te fè sa, yo te mete tèt yo nan yon pozisyon kote yo pa t kapab resevwa benediksyon ki te sou jou Pannkòt la, ki t ap anseye yo chemen pou antre nan sanktyè selès la. Chire [rann] rido tanp lan te montre ke sakrifis ak òdonans jwif yo pa t ap resevwa ankò. Gwo Sakrifis la te deja ofri epi yo te aksepte l, epi Sentespri a ki te desann nan jou Pannkòt la te pote lespri disip yo soti nan sanktyè tèren an pou mennen yo nan sanktyè selès la, kote Jezi te antre avèk pwòp san pa Li, pou l vide sou disip Li yo benefis ekspyasyon Li an. Men jwif yo te rete nan tenèb total. Yo te pèdi tout limyè yo te ka genyen sou plan delivrans lan, epi yo te kontinye mete konfyans yo nan sakrifis ak ofrann initil yo yo. Sanktyè selès la te pran plas sanktyè tèren an, men yo pa t gen okenn konesans sou chanjman an. Se poutèt sa yo pa t kapab jwenn benefis nan medyasyon Kris la nan kote ki sen an. »</w:t>
      </w:r>
    </w:p>
    <w:p>
      <w:pPr>
        <w:pStyle w:val="ArticleScripture"/>
        <w:jc w:val="left"/>
      </w:pPr>
      <w:r>
        <w:rPr>
          <w:rFonts w:ascii="Times New Roman" w:hAnsi="Times New Roman" w:eastAsia="Times New Roman" w:cs="Times New Roman"/>
        </w:rPr>
        <w:t>“Anpil moun gade avèk gwo laperèz sou fason Jwif yo te aji lè yo te rejte epi kloure Kris sou kwa; epi pandan y ap li istwa abi wont sa a yo te fè Li sibi, yo panse yo renmen Li, e yo pa t ap nye Li menm jan Pyè te fè a, ni yo pa t ap kloure Li sou kwa menm jan Jwif yo te fè a. Men, Bondye ki li kè tout moun, mete lanmou sa a pou Jezi yo te pretann yo te santi a anba eprèv. Tout syèl la t ap gade avèk enterè ki pi pwofon kijan yo te resevwa mesaj premye zanj lan. Men anpil nan moun ki te fè konnen yo renmen Jezi, epi ki te vide dlo nan je pandan yo t ap li istwa kwa a, te pase bon nouvèl sou vini Li a nan betiz. Olye yo te resevwa mesaj la avèk kè kontan, yo te deklare se te yon ilizyon. Yo te rayi moun ki te renmen aparisyon Li, epi yo te mete yo deyò nan legliz yo. Moun ki te rejte premye mesaj la pa t kapab jwenn benefis nan dezyèm nan; ni yo pa t jwenn benefis nan rèl a minwi a, ki te dwe prepare yo pou yo antre avèk Jezi, pa lafwa, nan kote ki pi sen an nan sanktyè selès la. Epi lè yo te rejte de premye mesaj yo, yo te tèlman fènwa konpreyansyon yo, yo pa kapab wè okenn limyè nan mesaj twazyèm zanj lan, ki montre chemen an pou antre nan kote ki pi sen an. Mwen te wè ke menm jan Jwif yo te kloure Jezi sou kwa, konsa legliz nominal yo te kloure mesaj sa yo sou kwa; se poutèt sa yo pa gen okenn konesans sou chemen ki mennen nan kote ki pi sen an, e yo pa kapab jwenn benefis nan entèsesyon Jezi ladan l. Menm jan ak Jwif yo, ki te ofri sakrifis initil yo yo, konsa tou yo ofri priyè initil yo yo monte bay pati a Jezi te kite a; epi Satan, ki pran plezi nan twonpri a, pran yon aparans relijye, epi li mennen lespri kretyen sa yo ki fè profesyon lafwa a vin jwenn li menm, pandan li ap aji avèk pouvwa li, siy li yo, ak mèvèy mansonjè li yo, pou l mare yo fèm nan pyèj li.”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Nèf</dc:title>
  <dc:subject>Premye Mesaj Zanj yo</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