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Twa</w:t>
      </w:r>
    </w:p>
    <w:p>
      <w:pPr>
        <w:pStyle w:val="ArticleSubtitle"/>
        <w:jc w:val="left"/>
      </w:pPr>
      <w:r>
        <w:rPr>
          <w:rFonts w:ascii="Arial" w:hAnsi="Arial" w:eastAsia="Arial" w:cs="Arial"/>
        </w:rPr>
        <w:t>Ouvri pwofesi a: Konprann aplikasyon trip fondasyon pwofetik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Nou te ap egzamine twa aplikasyon pwofesi yo. Nou ap fè sa nan objektif pou idantifye ke lè Seyè a te desele dènye sis vèsè Danyèl onz yo avèk efondreman Inyon Sovyetik la nan “tan lafen an” an 1989, te gen yon “ogmantasyon konesans” ki te pwodui pou teste jenerasyon pèp Bondye sa a.</w:t>
      </w:r>
    </w:p>
    <w:p>
      <w:pPr>
        <w:pStyle w:val="ArticleScripture"/>
        <w:jc w:val="left"/>
      </w:pPr>
      <w:r>
        <w:rPr>
          <w:rFonts w:ascii="Times New Roman" w:hAnsi="Times New Roman" w:eastAsia="Times New Roman" w:cs="Times New Roman"/>
        </w:rPr>
        <w:t>Epi li di: Ale wout ou, Danyèl; paske pawòl yo fèmen epi sele jouk nan tan lafen an. Anpil va pirifye, va blanchi, epi yo va pase anba eprèv; men mechan yo va kontinye fè mechanste; e pèsonn nan mechan yo p ap konprann; men saj yo va konprann. Danyèl 12:9, 10.</w:t>
      </w:r>
    </w:p>
    <w:p>
      <w:pPr>
        <w:pStyle w:val="ArticleBody"/>
        <w:jc w:val="left"/>
      </w:pPr>
      <w:r>
        <w:rPr>
          <w:rFonts w:ascii="Times New Roman" w:hAnsi="Times New Roman" w:eastAsia="Times New Roman" w:cs="Times New Roman"/>
        </w:rPr>
        <w:t>Chak fwa yon verite vin dewoule pa Lyon branch fanmi Jida a, Satan travay pou l opoze mesaj la. Rezistans ki te leve kont verite ki te revele nan dènye vèsè sa yo nan Danyèl onz la te fòse yon etid pi pwofon sou verite ki lye ak vèsè yo, pou yon defans sanktifye kont erè yo t ap pwopoze pou mine verite ki te revele yo pa t ka kanpe. Youn nan prensip ki te vin parèt aklè nan mitan deba sa a, se te aplikasyon trip pwofesi a. Yo te rekonèt li okòmansman anrapò ak nesesite pou yo te kòrèk konsènan sa “sakrifis kontinyèl la” nan liv Danyèl la te reprezante (paganis), ak istwa kòrèk ki asosye ak “retire sakrifis kontinyèl la” (508 aprè Jezikri).</w:t>
      </w:r>
    </w:p>
    <w:p>
      <w:pPr>
        <w:pStyle w:val="ArticleBody"/>
        <w:jc w:val="left"/>
      </w:pPr>
      <w:r>
        <w:rPr>
          <w:rFonts w:ascii="Times New Roman" w:hAnsi="Times New Roman" w:eastAsia="Times New Roman" w:cs="Times New Roman"/>
        </w:rPr>
        <w:t>Rekonesans twa pouvwa dezolatè yo kòm kad pwofesi a, ki te ann amoni ak kad Millerit la sou pwofesi a kote de premye pouvwa dezolatè yo te fòme l, ansanm ak idantifikasyon Millerit yo te bay “chak jou a” kòm payanis, te bay yon istwa ki te ann akò ak sis dènye vèsè Danyèl onz la, jan Sè White te di sa dwe fèt. Konsa, rezistans kont konesans ki pa t sele ankò a nan tan lafen an an 1989, te pwodui yon limyè ki pi gran, pandan konesans la t ap ogmante, e sa te idantifye tou règ espesifik pou mouvman twazyèm zanj lan, ki te ann paralèl ak devlopman sèten règ pwofetik ke William Miller te rasanble epi itilize nan mouvman premye zanj lan.</w:t>
      </w:r>
    </w:p>
    <w:p>
      <w:pPr>
        <w:pStyle w:val="ArticleBody"/>
        <w:jc w:val="left"/>
      </w:pPr>
      <w:r>
        <w:rPr>
          <w:rFonts w:ascii="Times New Roman" w:hAnsi="Times New Roman" w:eastAsia="Times New Roman" w:cs="Times New Roman"/>
        </w:rPr>
        <w:t>Nou te konsidere aplikasyon trip twa Wòm yo, twa tonbe Babilòn yo, ak twa Eli yo, epi kounye a n ap trete twa mesaje ki prepare chemen an pou Mesaje Alyans lan. Nou te idantifye yon gwo sipèpozisyon ak yon paralèl ant twa Wòm yo ak twa tonbe Babilòn yo, epi tou yon gwo paralèl ak twa Eli yo ansanm ak twa mesaje ki prepare chemen an. Nan dènye jou yo, William Miller ak Future for America toude reprezante twazyèm Eli a, epi tou twazyèm mesaje ki prepare chemen an. Jezi toujou ilistre fen yon bagay avèk kòmansman yon bagay, epi mouvman premye zanj lan paralèl ak mouvman twazyèm zanj lan.</w:t>
      </w:r>
    </w:p>
    <w:p>
      <w:pPr>
        <w:pStyle w:val="ArticleScripture"/>
        <w:jc w:val="left"/>
      </w:pPr>
      <w:r>
        <w:rPr>
          <w:rFonts w:ascii="Times New Roman" w:hAnsi="Times New Roman" w:eastAsia="Times New Roman" w:cs="Times New Roman"/>
        </w:rPr>
        <w:t>Bondye mete mesaj Revelasyon 14 yo nan plas yo nan liy pwofesi a, e travay yo pa dwe sispann jouk nan fen istwa tè sa a. Premye ak dezyèm mesaj zanj lan toujou se laverite pou tan sa a, epi yo dwe mache an paralèl ak sa ki swiv la. Twazyèm zanj lan pwoklame avètisman li a ak yon gwo vwa. “Apre bagay sa yo,” Jan di, “mwen wè yon lòt zanj desann soti nan syèl la, li te gen gwo pouvwa, e tè a te klere ak glwa li.” Nan ekleraj sa a, limyè tout twa mesaj yo ini ansanm.” The 1888 Materials, 803, 804.</w:t>
      </w:r>
    </w:p>
    <w:p>
      <w:pPr>
        <w:pStyle w:val="ArticleBody"/>
        <w:jc w:val="left"/>
      </w:pPr>
      <w:r>
        <w:rPr>
          <w:rFonts w:ascii="Times New Roman" w:hAnsi="Times New Roman" w:eastAsia="Times New Roman" w:cs="Times New Roman"/>
        </w:rPr>
        <w:t>Mouvman premye ak dezyèm zanj yo te dirije pa William Miller. Sè White idantifye Miller kòm “mesaje chwazi a.”</w:t>
      </w:r>
    </w:p>
    <w:p>
      <w:pPr>
        <w:pStyle w:val="ArticleScripture"/>
        <w:jc w:val="left"/>
      </w:pPr>
      <w:r>
        <w:rPr>
          <w:rFonts w:ascii="Times New Roman" w:hAnsi="Times New Roman" w:eastAsia="Times New Roman" w:cs="Times New Roman"/>
        </w:rPr>
        <w:t>“William Miller t ap twouble wayòm Satan an, e gran ènmi an t ap chèche non sèlman pou anpeche efè mesaj la, men tou pou detwi mesaje a li menm.” Spirit of Prophecy, volume 4, 219.</w:t>
      </w:r>
    </w:p>
    <w:p>
      <w:pPr>
        <w:pStyle w:val="ArticleBody"/>
        <w:jc w:val="left"/>
      </w:pPr>
      <w:r>
        <w:rPr>
          <w:rFonts w:ascii="Times New Roman" w:hAnsi="Times New Roman" w:eastAsia="Times New Roman" w:cs="Times New Roman"/>
        </w:rPr>
        <w:t>Li idantifye tou ke Miller te prefigire alafwa pa Eli ak Jan Batis.</w:t>
      </w:r>
    </w:p>
    <w:p>
      <w:pPr>
        <w:pStyle w:val="ArticleScripture"/>
        <w:jc w:val="left"/>
      </w:pPr>
      <w:r>
        <w:rPr>
          <w:rFonts w:ascii="Times New Roman" w:hAnsi="Times New Roman" w:eastAsia="Times New Roman" w:cs="Times New Roman"/>
        </w:rPr>
        <w:t>“Dè milye moun te mennen pou yo anbrase verite William Miller t ap preche a, epi sèvitè Bondye yo te leve nan lespri ak pouvwa Eli pou pwoklame mesaj la. Menm jan ak Jan, predesesè Jezi a, sila yo ki te preche mesaj solanèl sa a te santi yo oblije mete rach la nan rasin pyebwa a, epi rele moun yo pou yo pote fwi ki merite repantans.” Early Writings, 233.</w:t>
      </w:r>
    </w:p>
    <w:p>
      <w:pPr>
        <w:pStyle w:val="ArticleBody"/>
        <w:jc w:val="left"/>
      </w:pPr>
      <w:r>
        <w:rPr>
          <w:rFonts w:ascii="Times New Roman" w:hAnsi="Times New Roman" w:eastAsia="Times New Roman" w:cs="Times New Roman"/>
        </w:rPr>
        <w:t>Jan Batis, ki dapre Jezi te dezyèm Eli a, te tou premye mesaje ki te dwe prepare chemen an pou Mesaje Alyans lan. Se poutèt sa, li klè ke mouvman twazyèm zanj lan pral genyen yon “mesaje chwazi.” Mesaje sa a pral deja te prefigire pa Eli, Jan Batis ak William Miller. Ansanm ak Miller, de mesaje chwazi yo reprezante kòmansman ak fen mouvman twa zanj yo nan Revelasyon katòz la, epi lè yo fè sa, ansanm yo reprezante ni twazyèm Eli a, ni twazyèm mesaje ki dwe prepare chemen an pou Mesaje Alyans lan.</w:t>
      </w:r>
    </w:p>
    <w:p>
      <w:pPr>
        <w:pStyle w:val="ArticleBody"/>
        <w:jc w:val="left"/>
      </w:pPr>
      <w:r>
        <w:rPr>
          <w:rFonts w:ascii="Times New Roman" w:hAnsi="Times New Roman" w:eastAsia="Times New Roman" w:cs="Times New Roman"/>
        </w:rPr>
        <w:t>Rejte mesaj swa kòmansman an oswa fen an, mesaje eli a, se lanmò; e mesaj Future for America a chita sou aplikasyon pwofetik “line upon line,” ki se metodoloji lapli dèyè a. Se atravè aplikasyon “line upon line” yo tabli ke mouvman Millerit la te yon tip mouvman Future for America a. Youn nan waymark nan istwa Millerit la se William Miller, “mesaje eli a.” Rejte waymark sa a, se rejte mesaj la; konsa, pa mwayen kòmansman ak fen Advantis la, yo tabli ke rejte mesaje a se tou rejte mesaj la, paske mesaj la idantifye yon mesaje eli. Se poutèt sa, rejte mesaj la se rejte mesaje a, e vise-versa. San yon dansè, pa gen dans.</w:t>
      </w:r>
    </w:p>
    <w:p>
      <w:pPr>
        <w:pStyle w:val="ArticleScripture"/>
        <w:jc w:val="left"/>
      </w:pPr>
      <w:r>
        <w:rPr>
          <w:rFonts w:ascii="Times New Roman" w:hAnsi="Times New Roman" w:eastAsia="Times New Roman" w:cs="Times New Roman"/>
        </w:rPr>
        <w:t>“Yo te fè m retounen sou pwoklamasyon premye avènman Kris la. Jan te voye nan lespri ak pouvwa Eli pou prepare chemen Jezi. Moun ki te rejte temwayaj Jan an pa t jwenn okenn benefis nan ansèyman Jezi yo. Opozisyon yo kont mesaj ki te anonse davans vini li a te mete yo nan yon pozisyon kote yo pa t kapab fasilman resevwa prèv ki pi fò yo ke li te Mesi a. Satan te pouse moun ki te rejte mesaj Jan an pou yo ale pi lwen toujou, pou yo rejte Kris la epi kloure l sou kwa. Lè yo te fè sa, yo te mete tèt yo nan yon pozisyon kote yo pa t kapab resevwa benediksyon ki te sou jou Pannkòt la, ki t ap anseye yo chemen pou antre nan sanktyè selès la. Chire vwal tanp lan te montre ke sakrifis ak òdonans jwif yo pa t ap resevwa ankò. Gwo Sakrifis la te fin ofri epi li te fin aksepte, epi Sentespri a ki te desann nan jou Pannkòt la te dirije lespri disip yo soti nan sanktyè tè a pou ale nan sanktyè selès la, kote Jezi te antre ak pwòp san pa li, pou l vide sou disip li yo byenfè ekspyasyon li a. Men, jwif yo te rete nan yon fènwa total. Yo te pèdi tout limyè yo ta ka genyen sou plan sali a, epi yo te kontinye mete konfyans yo nan sakrifis ak ofrann initil yo. Sanktyè selès la te pran plas sanktyè tè a, men yo pa t gen okenn konesans sou chanjman an. Se poutèt sa yo pa t kapab jwenn benefis nan medyasyon Kris la nan kote ki sen an.</w:t>
      </w:r>
    </w:p>
    <w:p>
      <w:pPr>
        <w:pStyle w:val="ArticleScripture"/>
        <w:jc w:val="left"/>
      </w:pPr>
      <w:r>
        <w:rPr>
          <w:rFonts w:ascii="Times New Roman" w:hAnsi="Times New Roman" w:eastAsia="Times New Roman" w:cs="Times New Roman"/>
        </w:rPr>
        <w:t>“Anpil moun gade avèk laterè sou konduit Jwif yo lè yo te rejte epi kloure Kris sou kwa; epi lè yo li istwa abi wontan yo te fè l la, yo panse yo renmen Li, e yo pa t ap nye Li menm jan Pyè te fè, ni yo pa t ap kloure Li sou kwa menm jan Jwif yo te fè. Men Bondye, ki li kè tout moun, mete lanmou sa a pou Jezi, ke yo te fè konnen yo te santi, anba eprèv. Tout syèl la t ap suiv avèk enterè ki pi pwofon fason yo te resevwa mesaj premye zanj lan. Men anpil moun ki te deklare yo renmen Jezi, e ki te vide dlo nan je lè yo t ap li istwa kwa a, te meprize bon nouvèl sou vini Li. Olye yo te resevwa mesaj la avèk lajwa, yo te deklare se te yon ilizyon. Yo te rayi moun ki te renmen aparisyon Li, epi yo te mete yo deyò nan legliz yo. Moun ki te rejte premye mesaj la pa t kapab jwenn benefis nan dezyèm nan; ni yo pa t jwenn benefis nan rèl a minwi a, ki te pou prepare yo pou yo antre ansanm ak Jezi pa lafwa nan kote ki sen anpil nan sanktyè selès la. Epi lè yo te rejte de premye mesaj yo, yo te tèlman fènwa konpreyansyon yo, yo pa kapab wè okenn limyè nan mesaj twazyèm zanj lan, ki montre chemen an pou antre nan kote ki sen anpil la. Mwen te wè ke menm jan Jwif yo te kloure Jezi sou kwa, se konsa legliz nominal yo te kloure mesaj sa yo sou kwa; se poutèt sa yo pa gen okenn konesans sou chemen ki mennen nan kote ki sen anpil la, e yo pa kapab resevwa benefis nan entèsesyon Jezi fè la a. Menm jan ak Jwif yo, ki te ofri sakrifis initil yo, yo menm yo ofri priyè initil yo monte nan apatman Jezi te kite a; epi Satan, ki pran plezi nan sediksyon an, pran yon aparans relijye, epi li mennen lespri kretyen sa yo ki sèlman fè pwofesyon lafwa yo vin jwenn li menm, pandan l ap aji avèk pouvwa li, siy li yo ak mèvèy mansonjè li yo, pou mare yo byen sere nan pyèj li.” Early Writings, 259–261.</w:t>
      </w:r>
    </w:p>
    <w:p>
      <w:pPr>
        <w:pStyle w:val="ArticleBody"/>
        <w:jc w:val="left"/>
      </w:pPr>
      <w:r>
        <w:rPr>
          <w:rFonts w:ascii="Times New Roman" w:hAnsi="Times New Roman" w:eastAsia="Times New Roman" w:cs="Times New Roman"/>
        </w:rPr>
        <w:t>Moun sa yo “ki te rejte temwayaj Jan an pa t resevwa okenn benefis nan ansèyman Jezi yo,” epi moun sa yo “ki te rejte premye mesaj la pa t kapab resevwa benefis nan dezyèm nan; ni yo pa t resevwa benefis nan rèl minwi a.” Sèvis Jan an te vini anvan batèm Kris la, epi yon ti tan apre sa, Kris la te netwaye tanp lan nan kòmansman ministè Li. Ministè Miller te prepare chemen an pou Kris la pirifye pitit gason Levi yo lè Li te vini sibitman nan dat 22 oktòb 1844. Nan youn oswa lòt nan de temwen sa yo, rejè mesaje ki prepare chemen an egal lanmò.</w:t>
      </w:r>
    </w:p>
    <w:p>
      <w:pPr>
        <w:pStyle w:val="ArticleBody"/>
        <w:jc w:val="left"/>
      </w:pPr>
      <w:r>
        <w:rPr>
          <w:rFonts w:ascii="Times New Roman" w:hAnsi="Times New Roman" w:eastAsia="Times New Roman" w:cs="Times New Roman"/>
        </w:rPr>
        <w:t>Pirifikasyon ak netwayaj Kris te akonpli nan travay Li kòm Mesaje Alyans lan te fèt nan bi pou leve yon pèp pou akonpli travay pote mesaj delivrans lan bay lemonn. Travay sa a akonpli anvan peryòd tan ki reprezante lè jijman egzekitif la kòmanse. Destriksyon Jerizalèm nan listwa disip yo reprezante jijman egzekitif la, epi Advantis yo te vire do bay responsablite yo pou akonpli travay sa a, men Seyè a te eseye rasanble yo ansanm. Li te mennen pèp Li a pibliye tablo 1850 la kòm reprezantasyon grafik mesaj yo te kapab pote bay lemonn.</w:t>
      </w:r>
    </w:p>
    <w:p>
      <w:pPr>
        <w:pStyle w:val="ArticleScripture"/>
        <w:jc w:val="left"/>
      </w:pPr>
      <w:r>
        <w:rPr>
          <w:rFonts w:ascii="Times New Roman" w:hAnsi="Times New Roman" w:eastAsia="Times New Roman" w:cs="Times New Roman"/>
        </w:rPr>
        <w:t>“Se pa t volonte Bondye pou Izrayèl te moute desann pandan karant ane nan dezè a; Li te vle mennen yo dirèkteman nan peyi Kanaran an epi tabli yo la kòm yon pèp ki sen e ki ere. Men, ‘yo pa t kapab antre poutèt enkredilite yo.’ Ebre 3:19. Poutèt retrè espirityèl yo ak apostazi yo, yo peri nan dezè a, epi yo leve lòt moun pou antre nan Tè Pwomiz la. Menm jan an tou, se pa t volonte Bondye pou retou Kris la te pran yon reta konsa, ni pou pèp Li a te rete pandan tout ane sa yo nan mond peche ak lapenn sa a. Men, enkredilite te separe yo ak Bondye. Kòm yo te refize fè travay Li te ba yo pou yo fè a, yo leve lòt moun pou pwoklame mesaj la. Nan mizèrikòd Li anvè lemonn, Jezi retade vini Li, pou pechè yo ka gen yon opòtinite pou tande avètisman an epi jwenn nan Li yon refij anvan kòlè Bondye vide sou yo.” The Great Controversy, 458.</w:t>
      </w:r>
    </w:p>
    <w:p>
      <w:pPr>
        <w:pStyle w:val="ArticleBody"/>
        <w:jc w:val="left"/>
      </w:pPr>
      <w:r>
        <w:rPr>
          <w:rFonts w:ascii="Times New Roman" w:hAnsi="Times New Roman" w:eastAsia="Times New Roman" w:cs="Times New Roman"/>
        </w:rPr>
        <w:t>Si l’Adventisme était seulement demeuré ferme dans sa foi, « son œuvre aurait été accomplie ».</w:t>
      </w:r>
    </w:p>
    <w:p>
      <w:pPr>
        <w:pStyle w:val="ArticleScripture"/>
        <w:jc w:val="left"/>
      </w:pPr>
      <w:r>
        <w:rPr>
          <w:rFonts w:ascii="Times New Roman" w:hAnsi="Times New Roman" w:eastAsia="Times New Roman" w:cs="Times New Roman"/>
        </w:rPr>
        <w:t>“Si les adventistes, après la grande déception de 1844, étaient demeurés fermes dans leur foi et avaient avancé d’un commun accord dans la providence naissante de Dieu, en recevant le message du troisième ange et en le proclamant au monde par la puissance du Saint-Esprit, ils auraient vu le salut de Dieu, le Seigneur aurait puissamment agi avec leurs efforts, l’œuvre aurait été achevée, et Christ serait déjà venu pour recevoir son peuple et lui donner sa récompense. Mais durant la période de doute et d’incertitude qui suivit la déception, beaucoup parmi les croyants adventistes abandonnèrent leur foi.... Ainsi, l’œuvre fut entravée, et le monde fut laissé dans les ténèbres. Si tout le corps adventiste s’était uni sur les commandements de Dieu et la foi de Jésus, combien différente aurait été notre histoire !” Evangelism, 695.</w:t>
      </w:r>
    </w:p>
    <w:p>
      <w:pPr>
        <w:pStyle w:val="ArticleBody"/>
        <w:jc w:val="left"/>
      </w:pPr>
      <w:r>
        <w:rPr>
          <w:rFonts w:ascii="Times New Roman" w:hAnsi="Times New Roman" w:eastAsia="Times New Roman" w:cs="Times New Roman"/>
        </w:rPr>
        <w:t>Nan prentan ane 1844 la, Mesaje Kontra a te pirifye mouvman Millerit yo, epi apre sa, nan sezon otòn lan, li te pote mesaj twazyèm zanj lan. Miller, mesaj li a, ak mouvman li te reprezante a, te akonpli parabòl dis vyèj yo. Nan reyinyon kan Exeter, NH la, mesaj Rèl Minwi a te rive, epi nan de kout mwa sèlman, li te demontre kiyès nan vyèj yo ki te gen lwil la. De klas yo te manifeste, epi twazyèm zanj lan te rive ak yon mesaj nan men li ki te dwe manje, men vyèj saj yo “te lage lafwa yo” nan “peryòd dout ak ensètitid” la.</w:t>
      </w:r>
    </w:p>
    <w:p>
      <w:pPr>
        <w:pStyle w:val="ArticleBody"/>
        <w:jc w:val="left"/>
      </w:pPr>
      <w:r>
        <w:rPr>
          <w:rFonts w:ascii="Times New Roman" w:hAnsi="Times New Roman" w:eastAsia="Times New Roman" w:cs="Times New Roman"/>
        </w:rPr>
        <w:t>“Peryòd dout ak ensètitid” la te reprezante pa disip yo nan moman lanmò Li, men sou twazyèm jou a Li te kòmanse louvri bay disip Li yo mesaj rezirèksyon Li a, epi yo pa t “abandone lafwa yo.” Peryòd dout ak ensètitid pou vyèj saj yo nan mouvman premye ak dezyèm mesaj zanj yo te kontinye pandan apeprè twa ane; lè sa a, Seyè a te revele Sè White ke Li te lonje men Li pou rasanble rès pèp Li a ankò. Li te dirije pèp Li a pou yo te kòmanse travay piblikasyon yo epi pou yo te pwodui dezyèm tablo Abakik la, men “anpil nan kwayan adven yo te abandone lafwa yo.... Se konsa travay la te anpeche, epi mond lan te rete nan fènwa.”</w:t>
      </w:r>
    </w:p>
    <w:p>
      <w:pPr>
        <w:pStyle w:val="ArticleBody"/>
        <w:jc w:val="left"/>
      </w:pPr>
      <w:r>
        <w:rPr>
          <w:rFonts w:ascii="Times New Roman" w:hAnsi="Times New Roman" w:eastAsia="Times New Roman" w:cs="Times New Roman"/>
        </w:rPr>
        <w:t>Nan lane 1849, yo te mete William Miller, mesaje chwazi pou mesaj premye ak dezyèm zanj yo, nan repo. Si vyèj saj yo nan 22 oktòb 1844 te “kenbe fèm lafwa yo epi te kontinye ansanm nan pwovidans Bondye k ap louvri a,” Senyè a ta leve yon lòt mesaje nan lespri ak pouvwa Eli. Olye de sa, “vini Kris la” te “retade e pèp Li a” “menm jan an” ak Izrayèl tan lontan t ap “rete” “anpil ane nan mond peche ak lapenn sa a.”</w:t>
      </w:r>
    </w:p>
    <w:p>
      <w:pPr>
        <w:pStyle w:val="ArticleBody"/>
        <w:jc w:val="left"/>
      </w:pPr>
      <w:r>
        <w:rPr>
          <w:rFonts w:ascii="Times New Roman" w:hAnsi="Times New Roman" w:eastAsia="Times New Roman" w:cs="Times New Roman"/>
        </w:rPr>
        <w:t>Yon sanvennsis ane apre rebelyon 1863 la, Senyè a leve mesaje chwazi twazyèm zanj lan. Travay li te genyen de aspè: pou prepare chemen an pou Mesaje Alyans lan vini sanzatann nan tanp Li a epi antre nan yon relasyon alyans ak san karannkat mil yo pandan dènye sèn jijman ankèt la; men tou pou prezante yon mesaj ki konfwonte inyon an twa fwa ant Akab, Jezabèl ak pwofèt li yo nan peryòd Jijman Egzekitif la, ki kòmanse lè lwa dimanch ki prèt pou vini an rive.</w:t>
      </w:r>
    </w:p>
    <w:p>
      <w:pPr>
        <w:pStyle w:val="ArticleBody"/>
        <w:jc w:val="left"/>
      </w:pPr>
      <w:r>
        <w:rPr>
          <w:rFonts w:ascii="Times New Roman" w:hAnsi="Times New Roman" w:eastAsia="Times New Roman" w:cs="Times New Roman"/>
        </w:rPr>
        <w:t>Twazyèm mesaje ki prepare chemen an reprezante yon travay, yon mesaj, yon mesaje, ak yon mouvman pandan dènye sèn Jijman Ankèt la. Twazyèm Eli a reprezante yon travay, yon mesaj, yon mesaje, ak yon mouvman pandan dènye sèn Jijman Egzekitif la. Mesaj mesaje ki prepare chemen an, ansanm ak mesaj Eli a, se mesaj twazyèm nan pami twa Malè yo nan Revelasyon chapit uit rive onz.</w:t>
      </w:r>
    </w:p>
    <w:p>
      <w:pPr>
        <w:pStyle w:val="ArticleBody"/>
        <w:jc w:val="left"/>
      </w:pPr>
      <w:r>
        <w:rPr>
          <w:rFonts w:ascii="Times New Roman" w:hAnsi="Times New Roman" w:eastAsia="Times New Roman" w:cs="Times New Roman"/>
        </w:rPr>
        <w:t>Nan istwa yo reprezante pa mesaje ki prepare chemen an, mesaj twazyèm Malè a reprezante Twonpèt la ki rele Advantis Lawodise a pou l “achte nan men mwen lò ki pase nan dife, pou ou ka rich; ak rad blan, pou ou ka abiye, e pou wont toutouni ou pa parèt; epi pase kolir sou je ou, pou ou ka wè.” Se mesaj lanmou Bondye a ki montre pèp Bondye a transgresyon yo, paske “tout moun mwen” renmen, mwen “reprimande e m korije.” Se mesaj jistis Kris la ki rele lèzòm pou yo aksepte karaktè Li, ki manifeste nan peryòd tan an lè Mesaje Alyans lan ap akonpli travay pou pirifye tanp nanm nan, e se poutèt sa Li rele sila yo Li renmen pou yo manifeste karaktè Li epi pou yo “gen zele poutèt sa, epi repanti,” paske Li “nan” pòt dispansasyon an, ki reprezante fen tan gras la, kote Li “va vomi” Advantis Lawodise a “soti nan” bouch Li. “Pòt” dispansasyon sa a se pòt Li “ouvri, e pèsonn pa fèmen; epi fèmen, e pèsonn pa louvri.”</w:t>
      </w:r>
    </w:p>
    <w:p>
      <w:pPr>
        <w:pStyle w:val="ArticleBody"/>
        <w:jc w:val="left"/>
      </w:pPr>
      <w:r>
        <w:rPr>
          <w:rFonts w:ascii="Times New Roman" w:hAnsi="Times New Roman" w:eastAsia="Times New Roman" w:cs="Times New Roman"/>
        </w:rPr>
        <w:t>Gen yon kontradiksyon ki sanble egziste, e ki rezoud pa aplikasyon prensip « liy sou liy », men anpil moun gendwa pa menm rekonèt kontradiksyon ki parèt la. Lè li rezoud, sa pote plis klète sou tranzisyon ant Jijman Ankèt la ak Jijman Egzekitif la, ki fèt nan lwa dimanch ki pral vini byento a. Li rezoud lè nou aksepte ke Pannkòt la se yon tip lwa dimanch ki pral vini byento Ozetazini an. Pou nou fini konsiderasyon nou sou twazyèm mesaje a ki prepare chemen an kòm yon senbòl nan Jijman Ankèt la, an kontras ak twazyèm Eli a kòm yon senbòl Jijman Egzekitif la, n ap adrese kontradiksyon sa a ki sanble egziste.</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“Zanj ki ini avèk pwoklamasyon mesaj twazyèm zanj lan gen pou klere tout tè a avèk glwa li. Isit la yo anonse davans yon travay ki gen yon dimansyon mondyal ansanm ak yon pouvwa ekstraòdinè. Mouvman advantis la nan ane 1840–44 te yon manifestasyon gloriyeu pouvwa Bondye; mesaj premye zanj lan te pote rive nan chak estasyon misyonè nan mond lan, e nan kèk peyi te gen pi gwo enterè relijye yo te janm temwen nan nenpòt peyi depi Refòm sèzyèm syèk la; men sa yo gen pou depase pa mouvman pisan an anba dènye avètisman twazyèm zanj lan.</w:t>
      </w:r>
    </w:p>
    <w:p>
      <w:pPr>
        <w:pStyle w:val="ArticleScripture"/>
        <w:jc w:val="left"/>
      </w:pPr>
      <w:r>
        <w:rPr>
          <w:rFonts w:ascii="Times New Roman" w:hAnsi="Times New Roman" w:eastAsia="Times New Roman" w:cs="Times New Roman"/>
        </w:rPr>
        <w:t>“Travay la pral sanble ak sa ki te fèt nan Jou Pannkòt la. Menm jan ‘premye lapli a’ te bay, nan vide Sentespri a lè levanjil la te kòmanse, pou fè grenn ki gen anpil valè a boujonnen, konsa tou ‘dènye lapli a’ pral bay nan fen li pou fè rekòt la muri. ‘Lè sa a n ap konnen, si nou kontinye chèche konnen Seyè a: aparisyon li pare tankou maten an; e li va vini jwenn nou tankou lapli, tankou dènye ak premye lapli sou tè a.’ Oze 6:3. ‘Se poutèt sa, nou menm pitit Siyon yo, fè kè nou kontan, rejwi nou nan Seyè a, Bondye nou an; paske li ban nou premye lapli a avèk mezi, e li pral fè lapli a desann pou nou, premye lapli a ak dènye lapli a.’ Jowèl 2:23. ‘Nan dènye jou yo, Bondye di, m ap vide nan Lespri mwen sou tout chè.’ ‘E konsa sa pral rive, nenpòt moun ki rele non Seyè a va sove.’ Travay 2:17, 21.”</w:t>
      </w:r>
    </w:p>
    <w:p>
      <w:pPr>
        <w:pStyle w:val="ArticleScripture"/>
        <w:jc w:val="left"/>
      </w:pPr>
      <w:r>
        <w:rPr>
          <w:rFonts w:ascii="Times New Roman" w:hAnsi="Times New Roman" w:eastAsia="Times New Roman" w:cs="Times New Roman"/>
        </w:rPr>
        <w:t>“Gwo travay levanjil la pa dwe fini ak mwens manifestasyon pouvwa Bondye pase sa ki te make kòmansman li. Pwofesi ki te akonpli nan vide lapli bonè a nan kòmansman levanjil la, dwe ankò akonpli nan lapli ta a lè li ap fini. Men sa yo rele ‘tan rafrechisman yo’ apot Pyè t ap tann yo lè li te di: ‘Se poutèt sa, repanti nou, epi konvèti nou, pou peche nou yo ka efase, lè tan rafrechisman yo va soti nan prezans Senyè a; epi Li va voye Jezi.’ Travay 3:19, 20.” The Great Controversy,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Twa</dc:title>
  <dc:subject>Ouvri pwofesi a: Konprann aplikasyon trip fondasyon pwofetik yo</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