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vennkat</w:t>
      </w:r>
    </w:p>
    <w:p>
      <w:pPr>
        <w:pStyle w:val="ArticleSubtitle"/>
        <w:jc w:val="left"/>
      </w:pPr>
      <w:r>
        <w:rPr>
          <w:rFonts w:ascii="Arial" w:hAnsi="Arial" w:eastAsia="Arial" w:cs="Arial"/>
        </w:rPr>
        <w:t>Dekouvri Danyèl 11:40 — Yon egzamen pwofetik sou paralèl istorik yo ak evènman k ap vini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N ap pran tan pou nou prezante estrikti chapit onz nan Danyèl la, pandan n ap trete vèsè karant lan. Vèsè karant lan se paralèl vèsè katòz nan chapit uit Danyèl la, nan sans pwofetik ke limyè a, ke Kris la, kòm Lyon tribi Jida a, te desele an 1798, te baze sou Danyèl chapit uit vèsè katòz; konsa tou, limyè a ke Li te desele an 1989 te baze sou vèsè karant lan.</w:t>
      </w:r>
    </w:p>
    <w:p>
      <w:pPr>
        <w:pStyle w:val="ArticleBody"/>
        <w:jc w:val="left"/>
      </w:pPr>
      <w:r>
        <w:rPr>
          <w:rFonts w:ascii="Times New Roman" w:hAnsi="Times New Roman" w:eastAsia="Times New Roman" w:cs="Times New Roman"/>
        </w:rPr>
        <w:t>Jan nou fè remake sa, men nou pa t vrèman trete sa nan yon atik anvan, lè nou sèvi ak metodoloji lapli dèyè a ki rele “liy sou liy,” vèsè karant lan tabli de liy diferan, paske li gen tan lafen an ni pou mouvman premye zanj lan ni pou mouvman twazyèm zanj lan.</w:t>
      </w:r>
    </w:p>
    <w:p>
      <w:pPr>
        <w:pStyle w:val="ArticleBody"/>
        <w:jc w:val="left"/>
      </w:pPr>
      <w:r>
        <w:rPr>
          <w:rFonts w:ascii="Times New Roman" w:hAnsi="Times New Roman" w:eastAsia="Times New Roman" w:cs="Times New Roman"/>
        </w:rPr>
        <w:t>Lè nou mete ansanm tan lafen vèsè karant lan an 1798 ak tan lafen li an 1989, nou jwenn ke Daniel chapit uit, vèsè katòz, aliyen avèk Daniel chapit onz, vèsè karant, paske toude reprezante konesans ki debloke nan istwa pwofetik twa zanj yo nan Revelasyon katòz. Yo konekte tou pa lefèt ke vèsè katòz la se vizyon “mareh” aparisyon toudenkou Kris la nan tanp lan, epi vèsè karant lan se vizyon “chazon” de mil senk san venn ane istwa pwofetik la. Youn se yon pwen nan tan, lòt la se yon peryòd tan.</w:t>
      </w:r>
    </w:p>
    <w:p>
      <w:pPr>
        <w:pStyle w:val="ArticleBody"/>
        <w:jc w:val="left"/>
      </w:pPr>
      <w:r>
        <w:rPr>
          <w:rFonts w:ascii="Times New Roman" w:hAnsi="Times New Roman" w:eastAsia="Times New Roman" w:cs="Times New Roman"/>
        </w:rPr>
        <w:t>Youn nan yo reprezante restorasyon ak pirifikasyon tanp lan; lòt la, destriksyon ak pilonnen tanp lan anba pye. Youn reprezante de mil twa san ane yo, epi lòt la de mil senk san ven ane yo. Youn reprezante pa larivyè Oulai a, lòt la pa larivyè Iddèkèl la. Youn reprezante limanite, lòt la reprezante divinite. Lè yo konprann vèsè karant lan kòrèkteman an rapò ak vèsè katòz la, sa pwofondè li genyen an vrèman etonan. 1798 reprezante travay divinite a, epi 1989 reprezante rebelyon limanite.</w:t>
      </w:r>
    </w:p>
    <w:p>
      <w:pPr>
        <w:pStyle w:val="ArticleBody"/>
        <w:jc w:val="left"/>
      </w:pPr>
      <w:r>
        <w:rPr>
          <w:rFonts w:ascii="Times New Roman" w:hAnsi="Times New Roman" w:eastAsia="Times New Roman" w:cs="Times New Roman"/>
        </w:rPr>
        <w:t>Nou te idantifye nan atik anvan an ke deskripsyon sou fason wa nò a venk twa obstak yo prezante nan yon lòd sekansyèl; men aplikasyon reyèl evènman ki dekri yo dwe fèt avèk anpil prekosyon, paske vèsè karannnde rive jouk vèsè karannkat, an reyalite, aliyen ak vèsè karannteyen, ki se lwa dimanch ki pral byento vini Ozetazini. Se la inyon an twa pati akonpli, epi se la mesaj gran kri “lès” la ak “nò” a kòmanse.</w:t>
      </w:r>
    </w:p>
    <w:p>
      <w:pPr>
        <w:pStyle w:val="ArticleBody"/>
        <w:jc w:val="left"/>
      </w:pPr>
      <w:r>
        <w:rPr>
          <w:rFonts w:ascii="Times New Roman" w:hAnsi="Times New Roman" w:eastAsia="Times New Roman" w:cs="Times New Roman"/>
        </w:rPr>
        <w:t>Nan Danyèl onz, elèv Advantis yo te rekonèt pandan ane yo ke Danyèl sèvi ak yon teknik espesifik nan fason li prezante Wòm. Uriah Smith remake sa nan liv Daniel and Revelation. Danyèl premye idantifye kijan Wòm pran kontwòl mond lan, epi nan vèsè ki vin apre yo li retounen nan kòmansman istwa a pou li idantifye konkèt politik la, epi li montre kijan Wòm aji anvè pèp Bondye a pandan menm peryòd istwa sa a. Apre sa finalman, li idantifye kijan Wòm rive nan fen li. Prensip Danyèl itilize a rele “repete epi elaji.”</w:t>
      </w:r>
    </w:p>
    <w:p>
      <w:pPr>
        <w:pStyle w:val="ArticleBody"/>
        <w:jc w:val="left"/>
      </w:pPr>
      <w:r>
        <w:rPr>
          <w:rFonts w:ascii="Times New Roman" w:hAnsi="Times New Roman" w:eastAsia="Times New Roman" w:cs="Times New Roman"/>
        </w:rPr>
        <w:t>Teknik twa etap sa a idantifye nan vèsè karant rive karantsenk. Vèsè karant rive karantwa yo idantifye pwosesis twa etap kote Wòm Modèn pran planèt tè a, epi nan vèsè karankat, Danyèl retounen nan vèsè karanteyen, lè “nouvèl yo” Lè sa a, yo pwoklame pa drapo san karannkat mil yo, epi lè papote a Lè sa a, li soti ak gwo kòlè pou detwi epi nèt ale fè anpil moun disparèt. Apre sa, nan vèsè karantsenk, ak chapit douz, vèsè youn, papote a rive nan fen li san pesonn pou ede l, ant lanmè yo ak mòn sen gloriye a, pandan tan pwobasyon lèzòm ap fèmen.</w:t>
      </w:r>
    </w:p>
    <w:p>
      <w:pPr>
        <w:pStyle w:val="ArticleBody"/>
        <w:jc w:val="left"/>
      </w:pPr>
      <w:r>
        <w:rPr>
          <w:rFonts w:ascii="Times New Roman" w:hAnsi="Times New Roman" w:eastAsia="Times New Roman" w:cs="Times New Roman"/>
        </w:rPr>
        <w:t>Nan vèsè trant, nan Danyèl onz, nou jwenn kòmansman yon istwa ke Sè White site mo pou mo jouk rive nan vèsè trant-sis, epi answit li ekri: “sèn ki sanble ak sa yo dekri nan vèsè sa yo pral pran plas.” Vèsè trant ak trant-yon idantifye tranzisyon istorik la soti nan Wòm payen pou rive nan Wòm papal kòm katriyèm ak senkyèm wayòm pwofesi biblik yo, respektivman. Vèsè trant-yon dekri istwa ki reprezante fason Wòm papal te plase sou twòn tè a nan ane 538.</w:t>
      </w:r>
    </w:p>
    <w:p>
      <w:pPr>
        <w:pStyle w:val="ArticleBody"/>
        <w:jc w:val="left"/>
      </w:pPr>
      <w:r>
        <w:rPr>
          <w:rFonts w:ascii="Times New Roman" w:hAnsi="Times New Roman" w:eastAsia="Times New Roman" w:cs="Times New Roman"/>
        </w:rPr>
        <w:t>Nan vèsè trant-yon an, premye bagay yo idantifye se lè Klovis, wa Frank yo (Lafrans modèn), leve kanpe pou papasi a nan ane 496. Apre sa, Klovis te konvèti soti nan paganism ouvèt pou antre nan paganism kache Katolis la (relijyon madanm li, Klotilda). Lè sa a, li te konsakre twòn li pou leve papasi a sou twòn tè a. Yo te reprezante Klovis pa “bra yo” nan vèsè a, paske li te konsakre bra fòs militè li ak bra fòs finansye li pou travay li te antreprann lè sa a.</w:t>
      </w:r>
    </w:p>
    <w:p>
      <w:pPr>
        <w:pStyle w:val="ArticleBody"/>
        <w:jc w:val="left"/>
      </w:pPr>
      <w:r>
        <w:rPr>
          <w:rFonts w:ascii="Times New Roman" w:hAnsi="Times New Roman" w:eastAsia="Times New Roman" w:cs="Times New Roman"/>
        </w:rPr>
        <w:t>Travay inisyal Clovis la te reprezante travay tout wa ansyen Ewòp payen an, ki te destine pou bay divès soutyen bay pwostitiye Wòm nan pandan listwa t ap dewoule. Clovis, epi apre sa Lafrans, te resevwa onksyon nan men legliz Katolik la avèk tit premye-ne legliz Katolik la, epi tou pi gran pitit fi legliz Katolik la. Li te senbòl premye nan anpil wa ki t ap komèt fònikasyon avèk pwostitiye Tir la.</w:t>
      </w:r>
    </w:p>
    <w:p>
      <w:pPr>
        <w:pStyle w:val="ArticleBody"/>
        <w:jc w:val="left"/>
      </w:pPr>
      <w:r>
        <w:rPr>
          <w:rFonts w:ascii="Times New Roman" w:hAnsi="Times New Roman" w:eastAsia="Times New Roman" w:cs="Times New Roman"/>
        </w:rPr>
        <w:t>Nan sans pwofetik sa a, Clovis te reprezante pa Akab, ki li menm tou te fè fònikasyon ak Jezabèl (senbòl legliz katolik la nan liv Revelasyon an), e ki li menm tou te wa prensipal dis tribi yo, menm jan Clovis te vin senbòl prensipal dis kòn yo (gade Danyèl chapit sèt) nan Wòm payen an. Wa sa yo nan Ewòp t ap finalman tabli gwo jennès Babilòn nan sou twòn tè a. Nan sans sa a, ni Akab ni Clovis toude reprezante Etazini, ki fè fònikasyon ak papote a nan dènye jou yo.</w:t>
      </w:r>
    </w:p>
    <w:p>
      <w:pPr>
        <w:pStyle w:val="ArticleBody"/>
        <w:jc w:val="left"/>
      </w:pPr>
      <w:r>
        <w:rPr>
          <w:rFonts w:ascii="Times New Roman" w:hAnsi="Times New Roman" w:eastAsia="Times New Roman" w:cs="Times New Roman"/>
        </w:rPr>
        <w:t>Ronald Reagan te kòmanse fònikasyon an, e se dènye prezidan an ki pral fòse lòt nèf wa Nasyonzini yo pou yo menm tou komèt menm zak la. Reagan te prezidan nan tan lafen an an 1989, e se poutèt sa, nan sans pwofetik, li dwe reprezante dènye prezidan an nan listwa kote lòt nèf wa yo akonpli menm zak la, paske Jezi toujou sèvi ak kòmansman yon bagay pou ilistre fen yon bagay. Reagan te yon pèsonalite medyatik rich e byen konnen, ki te trè rekonèt pou pwòp stil pale patikilye pa li, ki okòmansman te nan pati Demokrat la, men ki finalman te pase nan pati Repibliken an.</w:t>
      </w:r>
    </w:p>
    <w:p>
      <w:pPr>
        <w:pStyle w:val="ArticleBody"/>
        <w:jc w:val="left"/>
      </w:pPr>
      <w:r>
        <w:rPr>
          <w:rFonts w:ascii="Times New Roman" w:hAnsi="Times New Roman" w:eastAsia="Times New Roman" w:cs="Times New Roman"/>
        </w:rPr>
        <w:t>Nan vèsè trant-en an, bra yo ki te reprezante papote a t ap pwofane tanp fòs la. Sou plan pwofetik, tanp fòs la, ni pou Wòm payen ni pou Wòm papal, se te Vil Wòm nan. Sa baze sou lefèt ke toude Wòm yo te gouvène pandan yon peryòd tan espesifik depi nan Vil Wòm nan, epi lè yo te gouvène depi nan Vil Wòm nan, yo te, an reyalite, prèske envenkib.</w:t>
      </w:r>
    </w:p>
    <w:p>
      <w:pPr>
        <w:pStyle w:val="ArticleBody"/>
        <w:jc w:val="left"/>
      </w:pPr>
      <w:r>
        <w:rPr>
          <w:rFonts w:ascii="Times New Roman" w:hAnsi="Times New Roman" w:eastAsia="Times New Roman" w:cs="Times New Roman"/>
        </w:rPr>
        <w:t>Wòm payen an te kòmanse dominasyon li pandan twasan swasanndis (360) ane nan Batay Aksyòm nan, nan ane 31 anvan Jezikri. Danyèl chapit onz, vèsè vennkat, fè konnen yo t ap fè konplo yo soti nan fò yo a, ki te Vil Wòm nan, pandan yon “tan.” Yon “tan” pwofetik se twasan swasanndis (360) ane, e twasan swasanndis (360) ane apre Batay Aksyòm nan, kote Anton ak Kléopat te bat, Konstanten te kite Vil Wòm pou l al nan Vil Konstantinòp, epi peryòd envensibilite Wòm payen an te fini.</w:t>
      </w:r>
    </w:p>
    <w:p>
      <w:pPr>
        <w:pStyle w:val="ArticleBody"/>
        <w:jc w:val="left"/>
      </w:pPr>
      <w:r>
        <w:rPr>
          <w:rFonts w:ascii="Times New Roman" w:hAnsi="Times New Roman" w:eastAsia="Times New Roman" w:cs="Times New Roman"/>
        </w:rPr>
        <w:t>Lè twazyèm obstak jewografik pou Wòm papal la (Gòt yo) te chase soti nan Vil Wòm nan nan ane 538, dominasyon siprèm Wòm papal la pandan mil desan swasant ane te kòmanse e li te kontinye jouk an 1798, lè yo te retire pap la nan Vil Wòm nan, konsa yo te bay bèt papal la blesi mòtèl pwofetik la; epi ane apre a, an 1799, pap sa a (fanm ki te monte bèt la) te mouri an kaptivite.</w:t>
      </w:r>
    </w:p>
    <w:p>
      <w:pPr>
        <w:pStyle w:val="ArticleBody"/>
        <w:jc w:val="left"/>
      </w:pPr>
      <w:r>
        <w:rPr>
          <w:rFonts w:ascii="Times New Roman" w:hAnsi="Times New Roman" w:eastAsia="Times New Roman" w:cs="Times New Roman"/>
        </w:rPr>
        <w:t>Bra yo (Clovis), ki te reprezante papote a, te gen pou yo pwofane tanp fòs la; e Konstanten te kòmanse travay sa a lè li te, sou plan filozofik, idantifye vil la kòm yon vil ki pi piti pase Konstantinòp. E depi lè sa a, lagè nan istwa sa a, ke lènmi Wòm yo te mennen, te toujou santre sou atake Vil Wòm nan; e nan ane 476, pa t janm ankò gen yon desandan women vrèman ki te gouvène nan vil la, jouk rive nan ane 538, lè vil la te vin tounen tanp fòs la pou Wòm papal la.</w:t>
      </w:r>
    </w:p>
    <w:p>
      <w:pPr>
        <w:pStyle w:val="ArticleBody"/>
        <w:jc w:val="left"/>
      </w:pPr>
      <w:r>
        <w:rPr>
          <w:rFonts w:ascii="Times New Roman" w:hAnsi="Times New Roman" w:eastAsia="Times New Roman" w:cs="Times New Roman"/>
        </w:rPr>
        <w:t>Akab, Clovis, ak Lafrans se tip Etazini, e tanp fòs Etazini an se Konstitisyon Etazini an. Dokiman sa a se yon dokiman diven, e li se yon pwen repè nan istwa pwofetik. Depi Ronald Reagan te pran pozisyon an favè papote a nan istwa ki t ap mennen rive an 1989, Konstitisyon an sibi yon atak konstan k ap vin pi grav, menm jan sa te rive ak tanp fòs la nan dekadans ak tonbe lavil Wòm payen an. Lè lwa dimanch ki pral vini byento Ozetazini an va aplike, Konstitisyon an va ranvèse nèt. Depi nan tan Reagan rive jouk lwa dimanch sa a, istwa ki soti nan ane 330 rive nan 538 la repete. Nan ane 538, yo te mete papote a sou twòn nan, konsa sa t ap reprezante geri blesi mòtyèl li a nan lwa dimanch sa a.</w:t>
      </w:r>
    </w:p>
    <w:p>
      <w:pPr>
        <w:pStyle w:val="ArticleBody"/>
        <w:jc w:val="left"/>
      </w:pPr>
      <w:r>
        <w:rPr>
          <w:rFonts w:ascii="Times New Roman" w:hAnsi="Times New Roman" w:eastAsia="Times New Roman" w:cs="Times New Roman"/>
        </w:rPr>
        <w:t>Peryòd ki soti depi Ronald Reagan rive jouk lwa dimanch lan se yon peryòd pwofetik Pawòl pwofetik Bondye a idantifye avèk presizyon. “Bra” yo, Klovis te reprezante a, te dwe tou retire “sakrifis kontinyèl la” nan ansyen wayòm payen Anpi Women an. Relijyon anpi a te payen depi nan kòmansman li menm, epi Klovis te kòmanse travay pou ranplase relijyon payenis ouvè a ak relijyon Katolik la, ki se senpleman payenis kouvri.</w:t>
      </w:r>
    </w:p>
    <w:p>
      <w:pPr>
        <w:pStyle w:val="ArticleBody"/>
        <w:jc w:val="left"/>
      </w:pPr>
      <w:r>
        <w:rPr>
          <w:rFonts w:ascii="Times New Roman" w:hAnsi="Times New Roman" w:eastAsia="Times New Roman" w:cs="Times New Roman"/>
        </w:rPr>
        <w:t>Etazini retire nèt relijyon Pwotestantis la lè li fè respekte mak otorite papal la nan lwa dimanch ki pral vini byento a, paske sèl definisyon mo “Pwotestan” an se leve pwotestasyon kont Wòm. Si ou aksepte mak otorite Wòm nan, ou pa ap pwoteste kont Wòm. Nan Amos chapit twa, vèsè twa, Amos poze kesyon retorik sa a: “Èske de moun ka mache ansanm, si yo pa dakò?”</w:t>
      </w:r>
    </w:p>
    <w:p>
      <w:pPr>
        <w:pStyle w:val="ArticleScripture"/>
        <w:jc w:val="left"/>
      </w:pPr>
      <w:r>
        <w:rPr>
          <w:rFonts w:ascii="Times New Roman" w:hAnsi="Times New Roman" w:eastAsia="Times New Roman" w:cs="Times New Roman"/>
        </w:rPr>
        <w:t>“Nan mouvman k ap fèt kounye a Ozetazini pou asire enstitisyon ak pratik legliz la resevwa sipò Leta, Pwotestan yo ap mache sou tras papis yo. Plis toujou, yo ap louvri pòt la pou Papote a reprann nan Amerik pwotestan sipremasi li te pèdi nan Ansyen Monn nan.” The Great Controversy, 573.</w:t>
      </w:r>
    </w:p>
    <w:p>
      <w:pPr>
        <w:pStyle w:val="ArticleBody"/>
        <w:jc w:val="left"/>
      </w:pPr>
      <w:r>
        <w:rPr>
          <w:rFonts w:ascii="Times New Roman" w:hAnsi="Times New Roman" w:eastAsia="Times New Roman" w:cs="Times New Roman"/>
        </w:rPr>
        <w:t>Lè yo te wete relijyon payanis la kòm relijyon ofisyèl wayòm nan nan ane 508, sa te prefigire ke baryè a, Pòl reprezante nan Dezyèm Tesalonisyen chapit 2 a, te deja retire anvan revelasyon nonm peche a nan lwa dimanch k ap vini byento Ozetazini. Soumèt relijyon ki te ouvètman payen an, nan pasaj li pou rive nan relijyon payen kache Katolik la, pa t fèt tousuit; epi nan listwa sa make kòm kòmansman ak konvèsyon Clovis nan Katolik nan ane 496, epi kòm yon reyalite ki te akonpli nèt nan ane 508.</w:t>
      </w:r>
    </w:p>
    <w:p>
      <w:pPr>
        <w:pStyle w:val="ArticleBody"/>
        <w:jc w:val="left"/>
      </w:pPr>
      <w:r>
        <w:rPr>
          <w:rFonts w:ascii="Times New Roman" w:hAnsi="Times New Roman" w:eastAsia="Times New Roman" w:cs="Times New Roman"/>
        </w:rPr>
        <w:t>Kidonk, depi nan ane Reagan yo, kòmanse an 1989, jouk rive nan lwa dimanch ki pral byento vini an, vrè Pwotestantis la ap vin totalman reprime nan Etazini. Lè sa a, Konstitisyon an, “tanp fòs la” pou Etazini, pral ranvèse, epi katriyèm travay “bra” yo nan vèsè trant-e-en an pral akonpli, pandan “bra” yo mete papote a sou twòn tè a, menm jan sa te fèt nan ane 538.</w:t>
      </w:r>
    </w:p>
    <w:p>
      <w:pPr>
        <w:pStyle w:val="ArticleBody"/>
        <w:jc w:val="left"/>
      </w:pPr>
      <w:r>
        <w:rPr>
          <w:rFonts w:ascii="Times New Roman" w:hAnsi="Times New Roman" w:eastAsia="Times New Roman" w:cs="Times New Roman"/>
        </w:rPr>
        <w:t>Yon fwa sistèm papal la te pran twòn nan nan ane 538, narasyon an nan Danyèl chanje soti nan dekri kijan papote a te pran kontwòl sou mond lan, pou l pase sou sijè kijan papote a te pèsekite pèp Bondye a nan istwa sa a. Nan vèsè katòz chapit dis liv Danyèl la, Gabriyèl te fè Danyèl konnen ke objektif vizyon li t apral prezante a se te pou montre “sa ki ta rive pèp Bondye a nan dènye jou yo.”</w:t>
      </w:r>
    </w:p>
    <w:p>
      <w:pPr>
        <w:pStyle w:val="ArticleScripture"/>
        <w:jc w:val="left"/>
      </w:pPr>
      <w:r>
        <w:rPr>
          <w:rFonts w:ascii="Times New Roman" w:hAnsi="Times New Roman" w:eastAsia="Times New Roman" w:cs="Times New Roman"/>
        </w:rPr>
        <w:t>Koulye a mwen vini pou m fè ou konprann sa ki pral rive pèp ou a nan dènye jou yo; paske vizyon an toujou pou anpil jou ankò. Danyèl 10:14.</w:t>
      </w:r>
    </w:p>
    <w:p>
      <w:pPr>
        <w:pStyle w:val="ArticleBody"/>
        <w:jc w:val="left"/>
      </w:pPr>
      <w:r>
        <w:rPr>
          <w:rFonts w:ascii="Times New Roman" w:hAnsi="Times New Roman" w:eastAsia="Times New Roman" w:cs="Times New Roman"/>
        </w:rPr>
        <w:t>Vèsè trant-de rive nan vèsè trant-sis se vèsè Sè White di dirèkteman ki pral repete, epi vèsè sa yo dekri pèsekisyon pandan mil desan swasant ane dominasyon papote a, depi lè yo te mete l sou twòn nan ane 538, jouk lè li te resevwa blesi mòtèl li an 1798.</w:t>
      </w:r>
    </w:p>
    <w:p>
      <w:pPr>
        <w:pStyle w:val="ArticleScripture"/>
        <w:jc w:val="left"/>
      </w:pPr>
      <w:r>
        <w:rPr>
          <w:rFonts w:ascii="Times New Roman" w:hAnsi="Times New Roman" w:eastAsia="Times New Roman" w:cs="Times New Roman"/>
        </w:rPr>
        <w:t>E moun ki aji mechan kont alyans lan, li pral kòwonp yo ak pawòl flatri; men pèp ki konnen Bondye pa yo a va rete fèm, e y ap fè gwo zak. E sila yo ki gen konprann nan mitan pèp la va enstwi anpil moun; men yo menm va tonbe anba nepe, anba dife, nan kaptivite, ak nan piyaj, pandan anpil jou. Lè yo va tonbe, y ap resevwa yon ti sekou; men anpil moun va mete tèt yo ansanm ak yo ak pawòl flatri. E kèk nan sila yo ki gen konprann yo va tonbe, pou yo ka pase nan eprèv, pou yo ka pirifye yo, e pou yo ka rann yo blan, jis nan tan lafen an; paske sa se toujou pou yon tan ki fikse. E wa a va fè selon pwòp volonte pa li; li va leve tèt li byen wo, e li va fè tèt li gran pi wo pase tout dye, e li va pale bagay etonan kont Bondye dye yo; e li va pwospere jouk lè endiyasyon an va akonpli; paske sa ki detèmine a dwe fèt. Danyèl 11:32–36.</w:t>
      </w:r>
    </w:p>
    <w:p>
      <w:pPr>
        <w:pStyle w:val="ArticleBody"/>
        <w:jc w:val="left"/>
      </w:pPr>
      <w:r>
        <w:rPr>
          <w:rFonts w:ascii="Times New Roman" w:hAnsi="Times New Roman" w:eastAsia="Times New Roman" w:cs="Times New Roman"/>
        </w:rPr>
        <w:t>Vèsè yo dekri pèsekisyon Mwayennaj Fènwa yo, epi vèsè trant-sis la idantifye apre sa ke papote a t ap pwospere jiskaske premye endiyasyon Bondye kont wayòm nò Izrayèl la te akonpli an 1798. Danyèl te idantifye an premye kijan papote a te plase sou twòn tè a, apre sa kijan papote a te aji avèk pèp Bondye a, epi ansuit tonbe final papote a. Vèsè karant rive karant-twa nan Danyèl onz la idantifye kijan papote a pran kontwòl lemonn, apre sa vèsè karant-kat la idantifye kijan li pèsekite pèp Bondye a nan dènye jou yo, epi ansuit vèsè karant-senk la idantifye kijan li rive nan fen final li, san pèsonn pou ede li.</w:t>
      </w:r>
    </w:p>
    <w:p>
      <w:pPr>
        <w:pStyle w:val="ArticleBody"/>
        <w:jc w:val="left"/>
      </w:pPr>
      <w:r>
        <w:rPr>
          <w:rFonts w:ascii="Times New Roman" w:hAnsi="Times New Roman" w:eastAsia="Times New Roman" w:cs="Times New Roman"/>
        </w:rPr>
        <w:t>Mo ebre “verite” a te kreye pa Bèl Lengwis la lè li te mete ansanm premye, trèzyèm ak dènye lèt alfabè ebre a pou fòme mo “verite” a. Trèz se yon senbòl rebelyon, e premye a reprezante dènye a.</w:t>
      </w:r>
    </w:p>
    <w:p>
      <w:pPr>
        <w:pStyle w:val="ArticleBody"/>
        <w:jc w:val="left"/>
      </w:pPr>
      <w:r>
        <w:rPr>
          <w:rFonts w:ascii="Times New Roman" w:hAnsi="Times New Roman" w:eastAsia="Times New Roman" w:cs="Times New Roman"/>
        </w:rPr>
        <w:t>Vèsè tranteyen dekri fen Wòm payen an kòm katriyèm wayòm pwofesi Bib la, epi vèsè trannsis idantifye fen Wòm papal la kòm senkyèm wayòm pwofesi Bib la. Ant premye deskripsyon tonbe Wòm nan ak dènye deskripsyon tonbe Wòm nan, gen rebelyon an, ki reprezante pa lefèt ke papote a te asasinen plizyè milyon nan pèp Bondye a nan listwa ki ant kòmansman an ak fen an. Aplikasyon vèsè sa yo pote siyati “verite” a.</w:t>
      </w:r>
    </w:p>
    <w:p>
      <w:pPr>
        <w:pStyle w:val="ArticleBody"/>
        <w:jc w:val="left"/>
      </w:pPr>
      <w:r>
        <w:rPr>
          <w:rFonts w:ascii="Times New Roman" w:hAnsi="Times New Roman" w:eastAsia="Times New Roman" w:cs="Times New Roman"/>
        </w:rPr>
        <w:t>Vèsè karant rive karannsenk, ki vèsè trant rive trannsis ilistre, kòmanse ak tonbe papote a, epi li fini ak tonbe papote a. Nan mitan istwa ki kòmanse an 1798, jouk rive nan fen tan gras la, se rebelyon Wòm modèn nan, k ap touye pèp Bondye a ankò. Aplikasyon vèsè sa yo pote siyati “verite” a tou, epi yo aliyen youn ak lòt pou bay de temwen ki tabli “verite” a; e toude liy yo ap dekri Wòm, ki se senbòl ki pral “tabli vizyon an”.</w:t>
      </w:r>
    </w:p>
    <w:p>
      <w:pPr>
        <w:pStyle w:val="ArticleScripture"/>
        <w:jc w:val="left"/>
      </w:pPr>
      <w:r>
        <w:rPr>
          <w:rFonts w:ascii="Times New Roman" w:hAnsi="Times New Roman" w:eastAsia="Times New Roman" w:cs="Times New Roman"/>
        </w:rPr>
        <w:t>Epi nan tan sa yo, anpil moun va leve kanpe kont wa sid la; mechan pami pèp ou a va leve tèt yo pou yo tabli vizyon an; men yo menm, yo pral tonbe. Daniel 11:14.</w:t>
      </w:r>
    </w:p>
    <w:p>
      <w:pPr>
        <w:pStyle w:val="ArticleBody"/>
        <w:jc w:val="left"/>
      </w:pPr>
      <w:r>
        <w:rPr>
          <w:rFonts w:ascii="Times New Roman" w:hAnsi="Times New Roman" w:eastAsia="Times New Roman" w:cs="Times New Roman"/>
        </w:rPr>
        <w:t>Fenomèn pwofetik Danyèl itilize nan chapit onz lan pa limite sèlman ak vèsè trant rive trant-sis, epi apre sa ak vèsè karant rive karant-senk yo. Vèsè katòz rive diznèf yo montre kijan Wòm payèn te pran kontwòl mond lan; answit, vèsè ven rive vennkat yo idantifye kijan Wòm payèn te aji avèk pèp Bondye a; epi depi vèsè vennkat rive vèsè trant, tonbe Wòm payèn nan prezante.</w:t>
      </w:r>
    </w:p>
    <w:p>
      <w:pPr>
        <w:pStyle w:val="ArticleBody"/>
        <w:jc w:val="left"/>
      </w:pPr>
      <w:r>
        <w:rPr>
          <w:rFonts w:ascii="Times New Roman" w:hAnsi="Times New Roman" w:eastAsia="Times New Roman" w:cs="Times New Roman"/>
        </w:rPr>
        <w:t>Vèsè katòz la make kòmansman Wòm payen an, epi vèsè trant lan make fen Wòm payen an. Nan istwa ki reprezante nan mitan an, yo idantifye Wòm payen kòm sila ki te kloure Kris sou kwa a; konsa, rebelyon ki nan mitan an idantifye vèsè sa yo kòm “verite.” Alfa ak Omega mete siyati Li nan tout chapit onz la nan liv Danyèl la.</w:t>
      </w:r>
    </w:p>
    <w:p>
      <w:pPr>
        <w:pStyle w:val="ArticleBody"/>
        <w:jc w:val="left"/>
      </w:pPr>
      <w:r>
        <w:rPr>
          <w:rFonts w:ascii="Times New Roman" w:hAnsi="Times New Roman" w:eastAsia="Times New Roman" w:cs="Times New Roman"/>
        </w:rPr>
        <w:t>Vèsè karant lan gen ladann istwa ki kòmanse nan ane Ronald Reagan yo, e ki idantifye alyans ki te fèt ant Prezidan Etazini ak nonm peche a. Li make yon peryòd presi ki fini lè papote a plase sou twòn tè a, menm jan li te ye nan ane 538 la. Se pa yon aza si Clovis, wa Frank yo, ki se Lafrans jounen jodi a, se senbòl Etazini. Clovis te yon tip Reagan. Reagan te yon senbòl Pwotestantis, menm jan Clovis te yon senbòl paganism.</w:t>
      </w:r>
    </w:p>
    <w:p>
      <w:pPr>
        <w:pStyle w:val="ArticleBody"/>
        <w:jc w:val="left"/>
      </w:pPr>
      <w:r>
        <w:rPr>
          <w:rFonts w:ascii="Times New Roman" w:hAnsi="Times New Roman" w:eastAsia="Times New Roman" w:cs="Times New Roman"/>
        </w:rPr>
        <w:t>Batay kote Clovis, wa Frank yo, te konvèti nan Katolik la se te Batay Tolbiac la (yo rele l tou Batay Zülpich la oswa Batay Cologne nan). Batay sa a te fèt nan ane 496. Clovis te yon payen lè sa a; men pandan batay la, lè li te sanble fòs li yo te an danje pou yo sibi defèt, li te priye Bondye kretyen madanm katolik li a pou l te ede l, epi li te fè yon ve ke si li ta sòti genyen batay la, li t ap konvèti nan Krisyanis la. Clovis te genyen batay la vre, e kòm rezilta, li menm ansanm ak yon pati enpòtan nan sòlda frank li yo te konvèti nan Katolik la, sa ki te make yon evènman enpòtan nan kretyenizasyon Frank yo.</w:t>
      </w:r>
    </w:p>
    <w:p>
      <w:pPr>
        <w:pStyle w:val="ArticleBody"/>
        <w:jc w:val="left"/>
      </w:pPr>
      <w:r>
        <w:rPr>
          <w:rFonts w:ascii="Times New Roman" w:hAnsi="Times New Roman" w:eastAsia="Times New Roman" w:cs="Times New Roman"/>
        </w:rPr>
        <w:t>Ronald Reagan, ki te deklare tèt li kòm yon Pwotestan, te fè konnen motivasyon li pou fòme yon alyans sekrè ak pap Wòm nan se te paske li te gen konviksyon ke Inyon Sovyetik la se te antikris pwofesi Bib la. Nan batay Reagan t ap mennen kont ansyen Inyon Sovyetik la, san li pa t rekonèt konfizyon li konsènan kiyès antikris la ye, li te mete tèt li ansanm ak antikris la.</w:t>
      </w:r>
    </w:p>
    <w:p>
      <w:pPr>
        <w:pStyle w:val="ArticleScripture"/>
        <w:jc w:val="left"/>
      </w:pPr>
      <w:r>
        <w:rPr>
          <w:rFonts w:ascii="Times New Roman" w:hAnsi="Times New Roman" w:eastAsia="Times New Roman" w:cs="Times New Roman"/>
        </w:rPr>
        <w:t>“Moun ki vin konfonn nan konpreyansyon yo sou pawòl la, ki pa rive wè siyifikasyon antikris la, va san mank mete tèt yo bò kote antikris la.” Kress Collection, 105.</w:t>
      </w:r>
    </w:p>
    <w:p>
      <w:pPr>
        <w:pStyle w:val="ArticleBody"/>
        <w:jc w:val="left"/>
      </w:pPr>
      <w:r>
        <w:rPr>
          <w:rFonts w:ascii="Times New Roman" w:hAnsi="Times New Roman" w:eastAsia="Times New Roman" w:cs="Times New Roman"/>
        </w:rPr>
        <w:t>Etazini se yon senbòl pwofetik doub, jan de kòn bèt ki soti nan tè a reprezante l la. Lafrans tou se yon senbòl pwofetik doub, jan Sodòm ak Lejip reprezante l nan Revelasyon chapit onz la. Lafrans se premye pitit papis la, epi Reagan, ki t ap reprezante Etazini, te premye nan dis wa Revelasyon chapit disèt yo nan dènye jou yo ki te fè fònikasyon ak jennès Tir la, ki te tonbe nan bliye depi 1798. Yo te bliye li nan tan lafen an an 1798, men yo kòmanse sonje li nan tan lafen an an 1989.</w:t>
      </w:r>
    </w:p>
    <w:p>
      <w:pPr>
        <w:pStyle w:val="ArticleBody"/>
        <w:jc w:val="left"/>
      </w:pPr>
      <w:r>
        <w:rPr>
          <w:rFonts w:ascii="Times New Roman" w:hAnsi="Times New Roman" w:eastAsia="Times New Roman" w:cs="Times New Roman"/>
        </w:rPr>
        <w:t>Clovis, dirigeant de la France, marqua le commencement d’une période qui conduisit à l’établissement de la papauté sur le trône en 538, où la papauté adopta ensuite une loi du dimanche au concile d’Orléans. Reagan, dirigeant des États-Unis, marqua le commencement d’une période qui conduit de nouveau à l’établissement de la papauté sur le trône de la terre par la loi du dimanche qui vient bientôt.</w:t>
      </w:r>
    </w:p>
    <w:p>
      <w:pPr>
        <w:pStyle w:val="ArticleBody"/>
        <w:jc w:val="left"/>
      </w:pPr>
      <w:r>
        <w:rPr>
          <w:rFonts w:ascii="Times New Roman" w:hAnsi="Times New Roman" w:eastAsia="Times New Roman" w:cs="Times New Roman"/>
        </w:rPr>
        <w:t>Lafrans se pouvwa doub la ki te mete pap la an plas an 538, epi Lafrans, atravè Jeneral Berthier Napoleon an, te desann pap la sou twòn nan an 1798. Lèz Etazini mete pap la sou twòn nan nan dènye jou yo, epi antanke premye wa pami dis wa yo, Lèz Etazini va finalman “fè li tounen dezole ak toutouni, epi yo pral manje chè li, epi boule li ak dife.”</w:t>
      </w:r>
    </w:p>
    <w:p>
      <w:pPr>
        <w:pStyle w:val="ArticleBody"/>
        <w:jc w:val="left"/>
      </w:pPr>
      <w:r>
        <w:rPr>
          <w:rFonts w:ascii="Times New Roman" w:hAnsi="Times New Roman" w:eastAsia="Times New Roman" w:cs="Times New Roman"/>
        </w:rPr>
        <w:t>Vèsè karant lan genyen istwa vèsè trant-yon an, epi li idantifye ke travay pou mete papote a tounen sou twòn tè a reprezante pa peryòd tan ki kòmanse avèk Ronald Reagan, epi ki fini avèk dènye prezidan Etazini an. Dènye prezidan sa a ap gen pou l te tipifye pa Reagan, paske Jezi toujou ilistre fen an avèk kòmansman an.</w:t>
      </w:r>
    </w:p>
    <w:p>
      <w:pPr>
        <w:pStyle w:val="ArticleBody"/>
        <w:jc w:val="left"/>
      </w:pPr>
      <w:r>
        <w:rPr>
          <w:rFonts w:ascii="Times New Roman" w:hAnsi="Times New Roman" w:eastAsia="Times New Roman" w:cs="Times New Roman"/>
        </w:rPr>
        <w:t>Nan premye vèsè yo nan Danyèl onz, istwa pwofetik sa a prezante (vèsè de), nou jwenn istwa ki te vini anvan istwa wayòm Lagrès la. Lagrès se yon senbòl Nasyonzini an, ak gouvènman mondyal inik dis wa yo nan Revelasyon disèt la. Vèsè twa nan Danyèl onz entwodui Aleksann Legran, epi vèsè de reprezante istwa ki vini anvan gouvènman mondyal inik la nan dènye jou yo.</w:t>
      </w:r>
    </w:p>
    <w:p>
      <w:pPr>
        <w:pStyle w:val="ArticleBody"/>
        <w:jc w:val="left"/>
      </w:pPr>
      <w:r>
        <w:rPr>
          <w:rFonts w:ascii="Times New Roman" w:hAnsi="Times New Roman" w:eastAsia="Times New Roman" w:cs="Times New Roman"/>
        </w:rPr>
        <w:t>Nan vèsè premye a, Gabriyèl senpleman fè konnen li te bay Dariyis fòs nan kòmansman wayòm Mèd ak Pès yo; men Gabriyèl te vin jwenn Danyèl nan chapit dis la, lè Siris, Pès la, pa t Dariyis, Mèd la, ki t ap gouvène lè sa a. Apre li fin mare wayòm nan ansanm avèk klète kòm yon wayòm pwofetik ki gen de pati, Mèd ak Pès yo (menm jan ak Lafrans ak Etazini), Gabriyèl prezante istwa ki vini anvan wayòm mondyal Aleksann Legran.</w:t>
      </w:r>
    </w:p>
    <w:p>
      <w:pPr>
        <w:pStyle w:val="ArticleScripture"/>
        <w:jc w:val="left"/>
      </w:pPr>
      <w:r>
        <w:rPr>
          <w:rFonts w:ascii="Times New Roman" w:hAnsi="Times New Roman" w:eastAsia="Times New Roman" w:cs="Times New Roman"/>
        </w:rPr>
        <w:t>Epi kounyeya a m pral fè w konnen verite a. Gade byen, gen twa lòt wa ankò k ap leve nan peyi Pès la; epi katriyèm lan ap pi rich anpil pase yo tout; e pa fòs li, grasa richès li, l ap soulve tout moun kont wayòm Lagrès la. Danyèl 11:2.</w:t>
      </w:r>
    </w:p>
    <w:p>
      <w:pPr>
        <w:pStyle w:val="ArticleBody"/>
        <w:jc w:val="left"/>
      </w:pPr>
      <w:r>
        <w:rPr>
          <w:rFonts w:ascii="Times New Roman" w:hAnsi="Times New Roman" w:eastAsia="Times New Roman" w:cs="Times New Roman"/>
        </w:rPr>
        <w:t>Alfa ak Omega toujou ilistre fen yon bagay ansanm ak kòmansman yon bagay, e vèsè de a pale de istwa ki vini anvan aplikasyon gouvènman yon sèl mond lan, jan wayòm Lagrès Aleksann Legran an reprezante sa. Vèsè de a se yon liy pwofesi konsènan Etazini, ki, kòm pouvwa de kòn nan dènye jou yo, jan sa te tipifye pa pouvwa doub Mèd ak Pès yo, epi pa Lafrans. Vèsè a idantifye wa ki t ap tipifye prezidan Etazini yo nan dènye jou yo, ki t ap leve anvan gouvènman yon sèl mond lan ki gen twa pati sa yo: dragon an, bèt la, ak fo pwofèt la. Clovis te paralèl ak Reagan kòm premye prezidan an nan kòmansman istwa ki mennen nan remete antikris la sou twòn nan.</w:t>
      </w:r>
    </w:p>
    <w:p>
      <w:pPr>
        <w:pStyle w:val="ArticleBody"/>
        <w:jc w:val="left"/>
      </w:pPr>
      <w:r>
        <w:rPr>
          <w:rFonts w:ascii="Times New Roman" w:hAnsi="Times New Roman" w:eastAsia="Times New Roman" w:cs="Times New Roman"/>
        </w:rPr>
        <w:t>Depi nan tan Siris la, nan Danyèl onz, t ap gen twa wa ki t ap swiv, epi apre yo yon katriyèm, ki t ap pi rich pase yo tout. Dariyis te premye wa Anpi Mèd ak Pès la, epi Siris, ki t ap gouvène lè Danyèl te resevwa istwa a nan men Gabriyèl, te dezyèm wa a. Kat wa t ap vini apre Siris; konsa, katriyèm nan pami wa ki t ap vini apre yo t ap sizyèm wa a.</w:t>
      </w:r>
    </w:p>
    <w:p>
      <w:pPr>
        <w:pStyle w:val="ArticleBody"/>
        <w:jc w:val="left"/>
      </w:pPr>
      <w:r>
        <w:rPr>
          <w:rFonts w:ascii="Times New Roman" w:hAnsi="Times New Roman" w:eastAsia="Times New Roman" w:cs="Times New Roman"/>
        </w:rPr>
        <w:t>Sizyèm wa a t ap wa ki pi rich la, e prezidan rich la (wa a) t ap soulve tout moun kont wayòm Lagrès la. Depi Reagan, prezidan yo se te Bush premye a, Clinton, Bush dezyèm nan, Obama; konsa sizyèm wa a, e wa ki pi rich la, t ap Trump. Wa sa a (prezidan an) t ap “soulve” wayòm Lagrès la (globalis yo). Definisyon ekspresyon ebre “soulve” a trè enstriktif.</w:t>
      </w:r>
    </w:p>
    <w:p>
      <w:pPr>
        <w:pStyle w:val="ArticleBody"/>
        <w:jc w:val="left"/>
      </w:pPr>
      <w:r>
        <w:rPr>
          <w:rFonts w:ascii="Times New Roman" w:hAnsi="Times New Roman" w:eastAsia="Times New Roman" w:cs="Times New Roman"/>
        </w:rPr>
        <w:t>Pawòl ebre ki tradui kòm “reveye,” nan vèsè a, se yon rasin primitif ki vle di “leve nan dòmi”, oswa “reveye”. Nan istwa ki te tipifye pa katriyèm chèf apre Siris la, yo t ap leve yon prezidan ki pi rich anpil pase nenpòt lòt prezidan, epi atravè fòs ak pouvwa li yo t ap pote yon “reveil” kont Lagrès. Lagrès, antanke yon senbòl mondyalis, pwogresis ak “woke-ism,” t ap mete anba limyè nan istwa sizyèm prezidan an, ki pi rich la. Li t ap reveye tout domèn planèt latè a sou konfli pwogresis “woke-ism” nan ak dominasyon mondyal.</w:t>
      </w:r>
    </w:p>
    <w:p>
      <w:pPr>
        <w:pStyle w:val="ArticleBody"/>
        <w:jc w:val="left"/>
      </w:pPr>
      <w:r>
        <w:rPr>
          <w:rFonts w:ascii="Times New Roman" w:hAnsi="Times New Roman" w:eastAsia="Times New Roman" w:cs="Times New Roman"/>
        </w:rPr>
        <w:t>Reveye a konsyans sou mouvman pwogresis « woke-ism » nan, ki fèt pandan prezidans prezidan ki pi rich la, rive avèk kòn Repibliken an, egzakteman nan menm moman reveye dis vyèj yo rive nan kòn Pwotestan an.</w:t>
      </w:r>
    </w:p>
    <w:p>
      <w:pPr>
        <w:pStyle w:val="ArticleBody"/>
        <w:jc w:val="left"/>
      </w:pPr>
      <w:r>
        <w:rPr>
          <w:rFonts w:ascii="Times New Roman" w:hAnsi="Times New Roman" w:eastAsia="Times New Roman" w:cs="Times New Roman"/>
        </w:rPr>
        <w:t>N ap kontinye etid nou sou Danyèl onzè vèsè karant nan pwochen atik la.</w:t>
      </w:r>
    </w:p>
    <w:p>
      <w:pPr>
        <w:pStyle w:val="ArticleScripture"/>
        <w:jc w:val="left"/>
      </w:pPr>
      <w:r>
        <w:rPr>
          <w:rFonts w:ascii="Times New Roman" w:hAnsi="Times New Roman" w:eastAsia="Times New Roman" w:cs="Times New Roman"/>
        </w:rPr>
        <w:t>“Malgre gwo dekadans lafwa ak pyete ki gaye toupatou, gen vrè disip Kris nan legliz sa yo. Anvan dènye vizit jijman Bondye yo sou tè a, pral gen nan mitan pèp Seyè a yon revèy pyete premye tan yo, jan yo pa t wè depi tan apot yo. Lespri ak pouvwa Bondye pral vide sou pitit Li yo. Lè sa a, anpil moun pral separe tèt yo ak legliz sa yo kote renmen mond sa a ranplase lanmou pou Bondye ak Pawòl Li a. Anpil, ni pami minis yo ni pami pèp la, pral ak kè kontan aksepte gwo verite sa yo Bondye fè pwoklame nan tan sa a pou prepare yon pèp pou dezyèm vini Seyè a. Lènmi nanm yo vle anpeche travay sa a; e anvan lè pou yon mouvman konsa rive, li pral chèche anpeche l lè li prezante yon fo imitasyon. Nan legliz sa yo li kapab mete anba pouvwa twonpe li a, li pral fè sa parèt tankou se benediksyon espesyal Bondye ki vide; sa yo pral wè kòm yon gwo enterè relijye pral vin parèt klèman. Foul moun pral rejwi anpil, panse Bondye ap aji yon fason mèvèye an favè yo, tandiske travay la se travay yon lòt lespri. Anba aparans relijyon, Satan pral chèche elaji enfliyans li sou lemonn kretyen an.” The Great Controversy,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vennkat</dc:title>
  <dc:subject>Dekouvri Danyèl 11:40 — Yon egzamen pwofetik sou paralèl istorik yo ak evènman k ap vini yo</dc:subject>
  <dc:creator>Jeff Pippenger</dc:creator>
  <cp:keywords/>
  <dc:description>Generated by ArticleDigger from daniel\124_daniel.json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