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venntsis</w:t>
      </w:r>
    </w:p>
    <w:p>
      <w:pPr>
        <w:pStyle w:val="ArticleSubtitle"/>
        <w:jc w:val="left"/>
      </w:pPr>
      <w:r>
        <w:rPr>
          <w:rFonts w:ascii="Arial" w:hAnsi="Arial" w:eastAsia="Arial" w:cs="Arial"/>
        </w:rPr>
        <w:t>Devwale Naratif Pwofetik la: Yon Etid sou Danyèl Chapit Onz ak Evènman Kontanporen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Vèsè karant nan chapit onz liv Dànyèl la mete istwa kòn Pwotestan bèt ki sòti nan tè a ann amoni ak kòn Repibliken bèt ki sòti nan tè a. Toude kòn yo kòmanse an 1798, epi temwayaj yo kontinye jouk lwa Dimanch ki pral byento vini Ozetazini. Yo te bay toude kòn yo yon dokiman diven ki gen de pati, ki te dwe sèvi pou teste chak kòn. Bib wa Jak la (Ansyen ak Nouvo Testaman) te dwe teste kòn relijye bèt ki sòti nan tè a, epi Deklarasyon Endepandans lan, ansanm ak Konstitisyon Etazini an, te dwe teste kòn politik bèt ki sòti nan tè a. Vèsè karant lan se istwa bèt ki sòti nan tè a, epi temwayaj istorik li kòmanse an 1776, epi, rive an 1798, li kòmanse akonpli wòl li kòm sizyèm wayòm pwofesi Bib la.</w:t>
      </w:r>
    </w:p>
    <w:p>
      <w:pPr>
        <w:pStyle w:val="ArticleBody"/>
        <w:jc w:val="left"/>
      </w:pPr>
      <w:r>
        <w:rPr>
          <w:rFonts w:ascii="Times New Roman" w:hAnsi="Times New Roman" w:eastAsia="Times New Roman" w:cs="Times New Roman"/>
        </w:rPr>
        <w:t>Jezi toujou montre fen an avèk kòmansman an, epi fen Etazini te deja reprezante nan istwa kòmansman li. Peryòd fen Etazini an te reprezante nan vèsè de nan Danyèl onz, pandan li prezante sis prezidan, kòmanse avèk Ronald Reagan. Reagan se premye prezidan nan dènye peryòd istwa pwofetik bèt latè a. Peryòd sa a te kòmanse nan tan lafen an an 1989. Men, vèsè de a pale sèlman de Reagan, Bush premye a, Clinton, Bush dezyèm nan, Obama ak Trump. Lòt liy nesesè pou konplete istwa a ki rive jouk nan lwa dimanch ki pral vini byento a. Soti 1989 rive jouk nan lwa dimanch ki pral vini byento a se yon liy espesifik nan vèsè de nan Danyèl onz.</w:t>
      </w:r>
    </w:p>
    <w:p>
      <w:pPr>
        <w:pStyle w:val="ArticleBody"/>
        <w:jc w:val="left"/>
      </w:pPr>
      <w:r>
        <w:rPr>
          <w:rFonts w:ascii="Times New Roman" w:hAnsi="Times New Roman" w:eastAsia="Times New Roman" w:cs="Times New Roman"/>
        </w:rPr>
        <w:t>1798 make kòmansman an, e lwa dimanch lan make fen istwa pwofetik bèt tè a kòm sizyèm wayòm nan pwofesi Bib la; epi 1798 make kòmansman li. De-san-ven ane ki te kòmanse an 1776 se yon lòt liy pwofetik bèt tè a, ki idantifye yon peryòd ki kòmanse an 1776, epi ki fini an 1996, lè mesaj ki soti nan konesans ki te desele an 1989 te formalize. Peryòd de-san-ven ane sa a idantifye lavni Amerik la, kote nan kòmansman an endepandans kont atizana leta wa Ewòp yo ak kont atizana legliz Katolik la, ki te pibliye an 1776, pral retire nan lwa dimanch ki pral vini byento a. 1776 rive 1989 se yon liy presi nan istwa pwofetik bèt tè a.</w:t>
      </w:r>
    </w:p>
    <w:p>
      <w:pPr>
        <w:pStyle w:val="ArticleBody"/>
        <w:jc w:val="left"/>
      </w:pPr>
      <w:r>
        <w:rPr>
          <w:rFonts w:ascii="Times New Roman" w:hAnsi="Times New Roman" w:eastAsia="Times New Roman" w:cs="Times New Roman"/>
        </w:rPr>
        <w:t>Trant ane yo depi 508 rive 538 reprezante yon peryòd pwofetik ki vini davans anvan papote a te tabli kòm senkyèm wayòm pwofesi Bib la an 538. Etazini ap fòme nèt imaj bèt la nan lwa dimanch ki pral vini talè a. Peryòd trant ane preparasyon pou tablisman papote a an 538 la se yon eleman nan imaj bèt papal la. Te gen yon peryòd preparasyon ki mennen rive 1798, lè bèt tè a te pran twòn nan kòm sizyèm wayòm pwofesi Bib la. Peryòd ki soti 1776 rive 1798 la aliyen ak peryòd 508 rive 538 la.</w:t>
      </w:r>
    </w:p>
    <w:p>
      <w:pPr>
        <w:pStyle w:val="ArticleBody"/>
        <w:jc w:val="left"/>
      </w:pPr>
      <w:r>
        <w:rPr>
          <w:rFonts w:ascii="Times New Roman" w:hAnsi="Times New Roman" w:eastAsia="Times New Roman" w:cs="Times New Roman"/>
        </w:rPr>
        <w:t>Jezi ilistre fen yon bagay avèk kòmansman li; konsa, peryòd pwofetik ki reprezante nan listwa soti 1776 rive 1798, e ke peryòd pwofetik 508 rive 538 la rann temwayaj sou li, bay de temwen. De peryòd sa yo bay de temwen sou lefèt ke gen yon peryòd pwofetik espesifik ki vini anvan enstalasyon sou twòn yon wayòm nan pwofesi biblik. Ansanm, yo tabli ke peryòd ki soti nan tan lafen an an 1989 rive jouk lwa dimanch la aliyen ak de peryòd ki te vini anvan 538 ak 1798.</w:t>
      </w:r>
    </w:p>
    <w:p>
      <w:pPr>
        <w:pStyle w:val="ArticleBody"/>
        <w:jc w:val="left"/>
      </w:pPr>
      <w:r>
        <w:rPr>
          <w:rFonts w:ascii="Times New Roman" w:hAnsi="Times New Roman" w:eastAsia="Times New Roman" w:cs="Times New Roman"/>
        </w:rPr>
        <w:t>Istwa pwofetik la depi tan lafen an an 1989, jouk rive nan lwa dimanch vèsè karant-en nan Danyèl onz la, te prefigire pa peryòd trant ane ki te soti nan 508 rive 538, e li te prefigire tou pa vennnde ane ki te soti nan 1776 rive 1798.</w:t>
      </w:r>
    </w:p>
    <w:p>
      <w:pPr>
        <w:pStyle w:val="ArticleBody"/>
        <w:jc w:val="left"/>
      </w:pPr>
      <w:r>
        <w:rPr>
          <w:rFonts w:ascii="Times New Roman" w:hAnsi="Times New Roman" w:eastAsia="Times New Roman" w:cs="Times New Roman"/>
        </w:rPr>
        <w:t>Vèsè de nan Danyèl onz idantifye ke lè Trump, ki pi rich nan tout prezidan yo nan peryòd pwofetik sa a, rive, li pral “soulve,” sa vle di “reveye” tout mond lan konsènan entansyon globalis yo, ki lè sa a ap chèche remete estrikti mond lan an plas kòm yon sistèm a de nivo kote elit yo ap dirije sou dròn travayè yo. “Gran Reyajisteman an,” jan yo rele l la, gen kòm premye priyorite li elimine klas mwayèn nan, pou elit yo, istorikman reprezante pa pèsonaj istorik tankou Marie Antoinette, ka izole epi pwoteje kont pèon yo ki te pwodui ti pen delika pa li yo.</w:t>
      </w:r>
    </w:p>
    <w:p>
      <w:pPr>
        <w:pStyle w:val="ArticleBody"/>
        <w:jc w:val="left"/>
      </w:pPr>
      <w:r>
        <w:rPr>
          <w:rFonts w:ascii="Times New Roman" w:hAnsi="Times New Roman" w:eastAsia="Times New Roman" w:cs="Times New Roman"/>
        </w:rPr>
        <w:t>Relijyon globalis yo se espirityalis New Age, epi filozofi yo sou woke-ism ak Divèsite, Ekite ak Enklizyon, ansanm ak ideyoloji kowòmpu Teyori Kritik sou Ras, akonpaye pa sa yo rele syans la manti sou rechofman planèt la, ansanm ak efò sekrè yo pou kontwòl popilasyon ki gen karaktè jenosid, te vin parèt aklè lè Trump te parèt nan listwa pou “brase” tout domèn nan kont Grecia.</w:t>
      </w:r>
    </w:p>
    <w:p>
      <w:pPr>
        <w:pStyle w:val="ArticleBody"/>
        <w:jc w:val="left"/>
      </w:pPr>
      <w:r>
        <w:rPr>
          <w:rFonts w:ascii="Times New Roman" w:hAnsi="Times New Roman" w:eastAsia="Times New Roman" w:cs="Times New Roman"/>
        </w:rPr>
        <w:t>Arive Trump an an 2016 make siyale yon fo reveye (soulèvman), yon fo imitasyon Satan te fabrike pou mine davans reveye vyèj yo nan Matye venntsenk la. Globalis yo, kit sou sèn mondyal la, kit anndan Etazini, yo reprezante pwofetikman kòm dragon an. Yo se dis wa yo, bankye mondyal yo, machann milyadè mondyal yo, frankmason yo ak lòt sosyete sekrè yo.</w:t>
      </w:r>
    </w:p>
    <w:p>
      <w:pPr>
        <w:pStyle w:val="ArticleBody"/>
        <w:jc w:val="left"/>
      </w:pPr>
      <w:r>
        <w:rPr>
          <w:rFonts w:ascii="Times New Roman" w:hAnsi="Times New Roman" w:eastAsia="Times New Roman" w:cs="Times New Roman"/>
        </w:rPr>
        <w:t>Pouvwa dragon mondyalis yo se sila yo ki espesyalize nan lagè jiridik (lagè pa mwayen lwa), menm jan Satan souvan prezante nan agiman legal ki nan Pawòl Bondye a. Lè Bondye te avèti fidèl Li yo davans konsènan pèsekisyon ki toujou akonpaye sila yo ki viv nan pyete, Li te pwomèt yo t ap mennen yo devan tribinal peyi a pou yo rann temwayaj. Satan se senbòl jij koripsyon yo, Pwokirè Jeneral koripsyon yo ki kounye a ap gaye anpil nan peyi a ki te brase pa Trumpis la, epi tribinal ak avoka koripsyon sa yo toujou ap soutni òganizasyon ki ankouraje epi pwodui revolisyon ak anachi, yon senbòl prensipal Satan atravè listwa.</w:t>
      </w:r>
    </w:p>
    <w:p>
      <w:pPr>
        <w:pStyle w:val="ArticleBody"/>
        <w:jc w:val="left"/>
      </w:pPr>
      <w:r>
        <w:rPr>
          <w:rFonts w:ascii="Times New Roman" w:hAnsi="Times New Roman" w:eastAsia="Times New Roman" w:cs="Times New Roman"/>
        </w:rPr>
        <w:t>Inyon Sovyetik la te yon senbòl pwofetik dragon an, paske, pami lòt bagay, ateyis Farawon an se yon karakteristik prensipal dragon an. Wa sid la nan vèsè karant lan se wa mo ebre “negev” la, ki vle di Ejip, e ki tradui nan vèsè a kòm “sid.” Farawon se senbòl biblik ateyis Lafrans, wa sid la nan “tan lafen” an an 1798, epi tou senbòl Inyon Sovyetik la nan “tan lafen” an an 1989. Toude te pouvwa dragon an, epi toude te soti nan wayòm dragon Wòm payen an.</w:t>
      </w:r>
    </w:p>
    <w:p>
      <w:pPr>
        <w:pStyle w:val="ArticleBody"/>
        <w:jc w:val="left"/>
      </w:pPr>
      <w:r>
        <w:rPr>
          <w:rFonts w:ascii="Times New Roman" w:hAnsi="Times New Roman" w:eastAsia="Times New Roman" w:cs="Times New Roman"/>
        </w:rPr>
        <w:t>Etazini se senbòl, nan dènye jou yo, pwotestan apostat la; epi papote a te manipile yon konfli ant pwotestan apostat la ak dragon Inyon Sovyetik la pou l te simonte premye nan twa obstak li ranvèse pandan l ap retounen sou twòn tè a. Pwochen obstak la se pwotestan apostat la menm, ke li va konkeri nan lwa dimanch k ap vini talè a.</w:t>
      </w:r>
    </w:p>
    <w:p>
      <w:pPr>
        <w:pStyle w:val="ArticleBody"/>
        <w:jc w:val="left"/>
      </w:pPr>
      <w:r>
        <w:rPr>
          <w:rFonts w:ascii="Times New Roman" w:hAnsi="Times New Roman" w:eastAsia="Times New Roman" w:cs="Times New Roman"/>
        </w:rPr>
        <w:t>Fòs ak pouvwa Prezidan Trump te inisye yon reveye konsènan danje globalis la, e sa a vin ogmante pou tounen yon lit mondyal ant dragon an ak pwotestantis aposta a. Papote a ap sèvi ak yon lit ant menm de pouvwa sa yo, dragon an ak pwotestantis aposta a, pou pwodui anviwònman ki nesesè pou fè dezyèm obstak jewografik la tonbe, menm jan li te fè pou fè premye obstak jewografik la tonbe. Se la lojik la chita pou montre kijan setyèm wayòm Nasyonzini an (ki se pouvwa dragon an) remèt wayòm li bay bèt la tèlman vit nan lwa dimanch ki pral vini byento a. Li fè sa paske li se yon ènmi ki te deja bat depi 1989.</w:t>
      </w:r>
    </w:p>
    <w:p>
      <w:pPr>
        <w:pStyle w:val="ArticleBody"/>
        <w:jc w:val="left"/>
      </w:pPr>
      <w:r>
        <w:rPr>
          <w:rFonts w:ascii="Times New Roman" w:hAnsi="Times New Roman" w:eastAsia="Times New Roman" w:cs="Times New Roman"/>
        </w:rPr>
        <w:t>Nan yon nivo, sa se menm batay papisite a te itilize pou fè dragon Inyon Sovyetik la tonbe an 1989; men batay aktyèl pwogresis wokis la kont pwotestantis aposta a ak MAGA-is li a fèt pou venk pwotestantis aposta a, pa dragon an. Esansyèlman, lagè a te kòmanse an 2016; epi ansuit, an 2020, dragon an, ki nan Ekriti yo se papa manti a, te vòlè eleksyon an, konsa li te “touye” Trump ak mouvman Repibliken MAGA a sou plan politik. Nan Revelasyon chapit onz, bèt ki soti nan twou san fon an, ki se bèt ateyis la, te touye de temwen yo, epi yo te rete kouche nan lari a jiskaske yo te pran lavi ankò. Règ William Miller yo montre senbòl pwofetik yo gen plis pase yon aplikasyon.</w:t>
      </w:r>
    </w:p>
    <w:p>
      <w:pPr>
        <w:pStyle w:val="ArticleBody"/>
        <w:jc w:val="left"/>
      </w:pPr>
      <w:r>
        <w:rPr>
          <w:rFonts w:ascii="Times New Roman" w:hAnsi="Times New Roman" w:eastAsia="Times New Roman" w:cs="Times New Roman"/>
        </w:rPr>
        <w:t>Pandan n ap konsidere kounye a lit dragon an ak Pwotestantis aposta ki mennen bèt tè a rive nan konklizyon li, de temwen sa yo se de kòn bèt tè a. Kòn Repibliken an te touye an 2020, pa pouvwa biblik sa a, ki papa li se papa manti a. Nou nan nwayo menm lit sa a nan istwa aktyèl sa a. Nan vèsè karant-en nan Danyèl onz, lwa dimanch ki pral vini byento a ap aplike, e selon enspirasyon an, se va Pwotestantis aposta ki pral akonpli travay satanik sa a.</w:t>
      </w:r>
    </w:p>
    <w:p>
      <w:pPr>
        <w:pStyle w:val="ArticleScripture"/>
        <w:jc w:val="left"/>
      </w:pPr>
      <w:r>
        <w:rPr>
          <w:rFonts w:ascii="Times New Roman" w:hAnsi="Times New Roman" w:eastAsia="Times New Roman" w:cs="Times New Roman"/>
        </w:rPr>
        <w:t>“Pwotestan Etazini yo pral pami premye yo pou lonje men yo lòt bò gwo twou san fon an pou sezi men Espiritis la; yo pral lonje lòt bò abim nan pou bay men ak pouvwa Women an; epi anba enfliyans inyon sa a ki gen twa branch, peyi sa a pral suiv tras Wòm nan lè l ap pile sou dwa konsyans.” The Great Controversy, 588.</w:t>
      </w:r>
    </w:p>
    <w:p>
      <w:pPr>
        <w:pStyle w:val="ArticleBody"/>
        <w:jc w:val="left"/>
      </w:pPr>
      <w:r>
        <w:rPr>
          <w:rFonts w:ascii="Times New Roman" w:hAnsi="Times New Roman" w:eastAsia="Times New Roman" w:cs="Times New Roman"/>
        </w:rPr>
        <w:t>Entèraksyon konplèks evènman lèzòm yo reprezante nan lit ki te kòmanse an 2016. Pou byen evalye pouvwa ki anndan lit sa a, li enpòtan pou nou klè sou sa chak nan twa pouvwa ki mennen mond lan rive Amagedon an reprezante, paske chak gen pwòp karakteristik pwofetik pa yo. Liv Revelasyon an toujou kenbe sekans dragon an, epi apre sa bèt la, epi apre li pwofèt fo a; konsa, n ap kòmanse idantifye karakteristik pwofetik dragon an, ansuit bèt la, epi finalman pwofèt fo Pwotestantis aposta a.</w:t>
      </w:r>
    </w:p>
    <w:p>
      <w:pPr>
        <w:pStyle w:val="ArticleBody"/>
        <w:jc w:val="left"/>
      </w:pPr>
      <w:r>
        <w:rPr>
          <w:rFonts w:ascii="Times New Roman" w:hAnsi="Times New Roman" w:eastAsia="Times New Roman" w:cs="Times New Roman"/>
        </w:rPr>
        <w:t>Demokrat pwogresis yo pa pwotestan aposta Etazini yo; yo se reprezantan pwofetik mondyalis la ak dragon an. Anvan lwa dimanch ki pral vini talè a, pati Repibliken an dwe retounen sou pouvwa a pou naratif pwofetik la ka akonpli. Farawon, yon senbòl pouvwa dragon an, ansanm ak pouvwa dragon lavil Wòm payen nan tan Kris la, bay de temwen ki montre ke nan dènye jou yo pouvwa dragon an se pouvwa ki ankouraje egzekisyon tibebe yo, jan sa te rive nan tan Moyiz ak nan tan Kris la.</w:t>
      </w:r>
    </w:p>
    <w:p>
      <w:pPr>
        <w:pStyle w:val="ArticleBody"/>
        <w:jc w:val="left"/>
      </w:pPr>
      <w:r>
        <w:rPr>
          <w:rFonts w:ascii="Times New Roman" w:hAnsi="Times New Roman" w:eastAsia="Times New Roman" w:cs="Times New Roman"/>
        </w:rPr>
        <w:t>Nan dènye jou yo, se jou san karannkat mil yo, ki chante chan Moyiz ansanm ak chan Ti Mouton an; e nan istwa ni Moyiz ni Ti Mouton an, pouvwa dragon an te chèche fè ti bebe yo egzekite. Yo te fè sa, paske Satan te konnen Seyè a t ap leve delivransè Moyiz la, ak Kris Redanmtè a. Nan dènye jou yo, dragon an desann avèk gwo kòlè, paske li konnen tan li kout; e se pouvwa dragon an ki ankouraje asasina tibebe, nan yon tantativ pou detwi sila yo ki kandida pou yo pami san karannkat mil yo. Demokrat pwogresis, globalis, sosyalis yo PA sila yo ki “an premye” nan asire alyans twa fwa a ki fèt nan lwa dimanch ki pral vini byento a, paske Demokrat yo se pouvwa dragon an, pa fo pwofèt la.</w:t>
      </w:r>
    </w:p>
    <w:p>
      <w:pPr>
        <w:pStyle w:val="ArticleScripture"/>
        <w:jc w:val="left"/>
      </w:pPr>
      <w:r>
        <w:rPr>
          <w:rFonts w:ascii="Times New Roman" w:hAnsi="Times New Roman" w:eastAsia="Times New Roman" w:cs="Times New Roman"/>
        </w:rPr>
        <w:t>“Pa yon dekrè ki fè respekte enstitisyon Pap la an vyolasyon lalwa Bondye a, nasyon nou an pral koupe tèt li nèt ak jistis. Lè Pwotestantis la va lonje men li lòt bò twou san fon an pou l atrape men pouvwa Wòm nan, lè li va lonje lòt bò abis la pou l bay Espiritis men, lè, anba enfliyans inyon twa-fwa sa a, peyi nou an va rejte tout prensip Konstitisyon li antanke yon gouvènman pwotestan ak repibliken, epi l va pran dispozisyon pou pwopagasyon manti ak sediksyon papal yo, lè sa a nou kapab konnen tan an rive pou travay mèvèye Satan an, e fen an pre.” Temwayaj, volim 5, 451.</w:t>
      </w:r>
    </w:p>
    <w:p>
      <w:pPr>
        <w:pStyle w:val="ArticleBody"/>
        <w:jc w:val="left"/>
      </w:pPr>
      <w:r>
        <w:rPr>
          <w:rFonts w:ascii="Times New Roman" w:hAnsi="Times New Roman" w:eastAsia="Times New Roman" w:cs="Times New Roman"/>
        </w:rPr>
        <w:t>Karakteristik pwofetik chak nan twa pouvwa yo ki mennen mond lan nan Amagedon make avèk presizyon nan Pawòl Bondye a. Pouvwa dragon an ankouraje lwa ki favorize asasina tibebe yo nan moman menm kote Bondye gen entansyon leve yon pèp ki te prefigire pa Moyiz ak Kris la. Demokrat liberal yo se pouvwa dragon an nan konfli k ap dewoule andedan Etazini an, ki vini anvan epi ki prefigire menm konfli a sou sèn mondyal la apre lwa dimanch ki pral vini byento Ozetazini. Dragon an se papa manti a, e globalis pwogresis liberal yo renome pou bay manti.</w:t>
      </w:r>
    </w:p>
    <w:p>
      <w:pPr>
        <w:pStyle w:val="ArticleScripture"/>
        <w:jc w:val="left"/>
      </w:pPr>
      <w:r>
        <w:rPr>
          <w:rFonts w:ascii="Times New Roman" w:hAnsi="Times New Roman" w:eastAsia="Times New Roman" w:cs="Times New Roman"/>
        </w:rPr>
        <w:t>Poukisa nou pa konprann pawòl mwen? Se paske nou pa kapab tande pawòl mwen. Nou soti nan papa nou, dyab la, e se dezi papa nou nou vle fè. Li te yon asasen depi nan kòmansman, e li pa t rete nan verite a, paske pa gen verite nan li. Lè li pale manti, li pale dapre sa ki soti nan li menm; paske li se yon mantè, e li se papa manti a. Jan 8:43, 44.</w:t>
      </w:r>
    </w:p>
    <w:p>
      <w:pPr>
        <w:pStyle w:val="ArticleBody"/>
        <w:jc w:val="left"/>
      </w:pPr>
      <w:r>
        <w:rPr>
          <w:rFonts w:ascii="Times New Roman" w:hAnsi="Times New Roman" w:eastAsia="Times New Roman" w:cs="Times New Roman"/>
        </w:rPr>
        <w:t>Dyab la, ki se Satan ak dragon an, te yon ansasen (avòtman), epi yon mantè depi nan kòmansman an. Lè Jwif yo ki t ap diskite ak Pilat yo te fè agiman, yo te pwoklame avèk odas yo pa t gen okenn wa eksepte Seza; epi Seza se yon senbòl Wòm payen, ki se yon pouvwa dragon.</w:t>
      </w:r>
    </w:p>
    <w:p>
      <w:pPr>
        <w:pStyle w:val="ArticleScripture"/>
        <w:jc w:val="left"/>
      </w:pPr>
      <w:r>
        <w:rPr>
          <w:rFonts w:ascii="Times New Roman" w:hAnsi="Times New Roman" w:eastAsia="Times New Roman" w:cs="Times New Roman"/>
        </w:rPr>
        <w:t>“Konsa, pandan dragon an, an premye, reprezante Satan, li se tou, nan yon sans segondè, yon senbòl Wòm payèn.” The Great Controversy, 439.</w:t>
      </w:r>
    </w:p>
    <w:p>
      <w:pPr>
        <w:pStyle w:val="ArticleBody"/>
        <w:jc w:val="left"/>
      </w:pPr>
      <w:r>
        <w:rPr>
          <w:rFonts w:ascii="Times New Roman" w:hAnsi="Times New Roman" w:eastAsia="Times New Roman" w:cs="Times New Roman"/>
        </w:rPr>
        <w:t>Kèk moun ap mande poukisa jwif modèn yo se liberal mondyalis, alòske mondyalis yo gen yon rayisman konsa pou jwif modèn yo. Se paske yo te chwazi wa Wòm payen an kòm sèl wa pa yo. Menm jan anpil ladan yo entèlijan nan ras ebre a, ansyen chwa yo te fè pou rejte Mesi a kòm wa yo fèmen yo anndan bann dragon an.</w:t>
      </w:r>
    </w:p>
    <w:p>
      <w:pPr>
        <w:pStyle w:val="ArticleScripture"/>
        <w:jc w:val="left"/>
      </w:pPr>
      <w:r>
        <w:rPr>
          <w:rFonts w:ascii="Times New Roman" w:hAnsi="Times New Roman" w:eastAsia="Times New Roman" w:cs="Times New Roman"/>
        </w:rPr>
        <w:t>Men yo rele byen fò, yo di: Wete li, wete li, kloure li sou kwa a. Pilat di yo: Èske m ap kloure Wa nou an sou kwa a? Chèf prèt yo reponn: Nou pa gen lòt wa pase Seza. Jan 19:15.</w:t>
      </w:r>
    </w:p>
    <w:p>
      <w:pPr>
        <w:pStyle w:val="ArticleBody"/>
        <w:jc w:val="left"/>
      </w:pPr>
      <w:r>
        <w:rPr>
          <w:rFonts w:ascii="Times New Roman" w:hAnsi="Times New Roman" w:eastAsia="Times New Roman" w:cs="Times New Roman"/>
        </w:rPr>
        <w:t>Se wa yo menm, wa Ewòp yo, ki te akonpli pèsekisyon an pou papote a; e se dis wa Revelasyon disèt yo ki gen pou fè lagè ak Ti Mouton an, e yo fè sa lè yo asasinen disip li yo.</w:t>
      </w:r>
    </w:p>
    <w:p>
      <w:pPr>
        <w:pStyle w:val="ArticleScripture"/>
        <w:jc w:val="left"/>
      </w:pPr>
      <w:r>
        <w:rPr>
          <w:rFonts w:ascii="Times New Roman" w:hAnsi="Times New Roman" w:eastAsia="Times New Roman" w:cs="Times New Roman"/>
        </w:rPr>
        <w:t>Moun sa yo va fè lagè ak Ti Mouton an, men Ti Mouton an va genyen batay la sou yo; paske li se Seyè chèf tout seyè yo, e Wa chèf tout wa yo; e sila yo ki avèk li yo, yo rele, yo chwazi, e yo fidèl. Revelasyon 17:14.</w:t>
      </w:r>
    </w:p>
    <w:p>
      <w:pPr>
        <w:pStyle w:val="ArticleBody"/>
        <w:jc w:val="left"/>
      </w:pPr>
      <w:r>
        <w:rPr>
          <w:rFonts w:ascii="Times New Roman" w:hAnsi="Times New Roman" w:eastAsia="Times New Roman" w:cs="Times New Roman"/>
        </w:rPr>
        <w:t>Atribi pwofetik pouvwa dragon an idantifye yo kòm sila yo ki fè asasina tibebe yo ak pwòp men pa yo, ansanm ak asasina kretyen yo nan dènye jou yo, jan sa reprezante sou kwa a, ak nan Kolize a nan istwa Wòm payen an. Se wa dragon yo ki, pandan Mwayennaj Fènwa yo, te sèvi ak Enkizisyon an pou akonpli ben san yo pou Wòm papal la. Se yo menm ki touye tibebe, e yo se mantè ki pi siprèm yo. Adolph Hitler se senbòl modèn yon asasè an mas, epi yon mantè. Hitler te yon sosyal-demokrat.</w:t>
      </w:r>
    </w:p>
    <w:p>
      <w:pPr>
        <w:pStyle w:val="ArticleBody"/>
        <w:jc w:val="left"/>
      </w:pPr>
      <w:r>
        <w:rPr>
          <w:rFonts w:ascii="Times New Roman" w:hAnsi="Times New Roman" w:eastAsia="Times New Roman" w:cs="Times New Roman"/>
        </w:rPr>
        <w:t>Pwogresis libewal yo ap swiv tras pye Adolph Hitler, ki te lidè Pati Travayè Alman Nasyonal Sosyalis la, yo rele l souvan Pati Nazi a. Anba direksyon li, Pati Nazi a te mete sou pye yon rejim totalitè e li te responsab anpil mechanste ak atwosite, ladan yo Olokòs la. Pati Hitler la souvan asosye ak nasyonalis ekstrèm, rasis, anti-semitis, ak otoritaryanis. Joseph Goebbels, ki te Minis Pwopagann nan Almay Nazi pandan Dezyèm Gè Mondyal la, te deklare: “Si ou di yon manti ki gwo ase epi ou kontinye repete l, finalman moun yo ap vin kwè li.”</w:t>
      </w:r>
    </w:p>
    <w:p>
      <w:pPr>
        <w:pStyle w:val="ArticleBody"/>
        <w:jc w:val="left"/>
      </w:pPr>
      <w:r>
        <w:rPr>
          <w:rFonts w:ascii="Times New Roman" w:hAnsi="Times New Roman" w:eastAsia="Times New Roman" w:cs="Times New Roman"/>
        </w:rPr>
        <w:t>Yon manti komen Demokrat pwogresis liberal yo ap gaye jodi a se ke se dwa konsèvatè Pati Repibliken an nan epòk modèn nan ki te tipifye pa Nazi yo nan tan Hitler la. Fo naratif istorik yo a idantifye kòrèkteman pati Hitler la kòm pati ekstrèm-dwat nan epòk pa li a, men yo toujou kite deyò verite a ke Hitler te ekstrèm-dwat sèlman an relasyon ak Kominis yo, ki te advèsè gochis li yo nan premye batay politik li yo. Repibliken yo, san okenn dout, pi adwat pase Demokrat yo nan espèk politik Etazini an, men tout lòt karakteristik Almay Nazi Hitler la reprezante atribi pwofetik Pati Demokrat la.</w:t>
      </w:r>
    </w:p>
    <w:p>
      <w:pPr>
        <w:pStyle w:val="ArticleBody"/>
        <w:jc w:val="left"/>
      </w:pPr>
      <w:r>
        <w:rPr>
          <w:rFonts w:ascii="Times New Roman" w:hAnsi="Times New Roman" w:eastAsia="Times New Roman" w:cs="Times New Roman"/>
        </w:rPr>
        <w:t>Labib la fè konnen w ap rekonèt yo dapre fwi yo, pa dapre règ glisan bò dwat oswa bò goch sou echèl politik la. Ultra-nasyonalis ki te make listwa Hitler la pa idantifye patriyotis mouvman MAGA a. Ultra-nasyonalis Hitler la te karakterize pa fason li te idantifye yon ras mèt; e se sa menm ki idantifye efò mondyalis yo pou etabli yon sistèm klas a de nivo anndan Etazini, ak nan lemonn. Mondyalis yo, natirèlman, wè tèt pa yo kòm sa ki nan nivo siperyè sistèm sa a, jan sa te reprezante pa ras mèt Hitler la.</w:t>
      </w:r>
    </w:p>
    <w:p>
      <w:pPr>
        <w:pStyle w:val="ArticleBody"/>
        <w:jc w:val="left"/>
      </w:pPr>
      <w:r>
        <w:rPr>
          <w:rFonts w:ascii="Times New Roman" w:hAnsi="Times New Roman" w:eastAsia="Times New Roman" w:cs="Times New Roman"/>
        </w:rPr>
        <w:t>Atizay bay manti, pwojte e akize se yon karakteristik dragon an; e yon egzanp klasik sou teknik sa a se lè yon moun akize yon lòt de zak oswa pozisyon se li menm an reyalite ki soutni e ki mete an aplikasyon. Sa se yon bagay ki rive chak jou nan Amerik ak nan monn jodi a, e li se yon atribi dyab la, paske li se “akizatè frè yo”.</w:t>
      </w:r>
    </w:p>
    <w:p>
      <w:pPr>
        <w:pStyle w:val="ArticleScripture"/>
        <w:jc w:val="left"/>
      </w:pPr>
      <w:r>
        <w:rPr>
          <w:rFonts w:ascii="Times New Roman" w:hAnsi="Times New Roman" w:eastAsia="Times New Roman" w:cs="Times New Roman"/>
        </w:rPr>
        <w:t>Epi gwo dragon an te jete deyò, ansyen sèpan sa a, yo rele Dyab la ak Satan, li menm k ap twonpe tout lemonn: yo te jete l atè sou tè a, e yo te jete zanj li yo deyò ansanm avè l. Epi mwen tande yon gwo vwa k ap di nan syèl la: Kounye a delivrans lan rive, ansanm ak fòs la, ak wayòm Bondye nou an, ak pouvwa Kris li a; paske yo jete atè akizatè frè nou yo, li menm ki t ap akize yo devan Bondye nou an lajounen kou lannuit. Revelasyon 12:9, 10.</w:t>
      </w:r>
    </w:p>
    <w:p>
      <w:pPr>
        <w:pStyle w:val="ArticleBody"/>
        <w:jc w:val="left"/>
      </w:pPr>
      <w:r>
        <w:rPr>
          <w:rFonts w:ascii="Times New Roman" w:hAnsi="Times New Roman" w:eastAsia="Times New Roman" w:cs="Times New Roman"/>
        </w:rPr>
        <w:t>Almay Hitlè a, ki se yon paralèl pwofetik ak globalis pwogresis epòk pa nou an, te gen yon machin pwopagann ki te aji avèk entansyon, menm jan liberal pwogresis jodi a genyen tou; epi se la repetisyon gwo manti yo, jan Joseph Goebbels, minis Pwopagann nan Almay Nazi a, te idantifye yo, ap repete jodi a avèk presizyon matematik algoritm enfòmatik yo atravè divès chanèl kominikasyon sou tout latè. (CNN, MSNBC, BBC, NPR, Google, Facebook, e latriye).</w:t>
      </w:r>
    </w:p>
    <w:p>
      <w:pPr>
        <w:pStyle w:val="ArticleBody"/>
        <w:jc w:val="left"/>
      </w:pPr>
      <w:r>
        <w:rPr>
          <w:rFonts w:ascii="Times New Roman" w:hAnsi="Times New Roman" w:eastAsia="Times New Roman" w:cs="Times New Roman"/>
        </w:rPr>
        <w:t>Dife Reichstag la se te yon evènman enpòtan nan listwa Almay nan peryòd ki t ap mennen rive nan Dezyèm Gè Mondyal la. Li bay yon deskripsyon klasik sou manti pwogresis liberal mondyalis yo itilize pou reyalize nan efò yo fè pou tabli yon sèl gouvènman mondyal. Sa te rive nan nuit 27 fevriye 1933 la, lè yo te mete dife nan bilding Reichstag la nan Bèlen, kote palman alman an te chita (an paralèl ak bilding Kapitòl Etazini yo nan 6 janvye 2020).</w:t>
      </w:r>
    </w:p>
    <w:p>
      <w:pPr>
        <w:pStyle w:val="ArticleBody"/>
        <w:jc w:val="left"/>
      </w:pPr>
      <w:r>
        <w:rPr>
          <w:rFonts w:ascii="Times New Roman" w:hAnsi="Times New Roman" w:eastAsia="Times New Roman" w:cs="Times New Roman"/>
        </w:rPr>
        <w:t>Dife a te atribye ak volontèman mete dife, epi sa te bay gouvènman Nazi a, anba lidèchip Adolf Hitler ak Hermann Göring, yon pretèks pou pouse Dekrè sou Dife Reichstag la. Dekrè sa a, Prezidan Alman an Paul von Hindenburg te siyen, te sispann libète sivil yo epi li te pèmèt arestasyon ak detansyon opozan politik yo. Sa te make yon etap enpòtan nan konsolidasyon pouvwa Nazi a ak nan degradasyon enstitisyon demokratik yo nan Almay.</w:t>
      </w:r>
    </w:p>
    <w:p>
      <w:pPr>
        <w:pStyle w:val="ArticleBody"/>
        <w:jc w:val="left"/>
      </w:pPr>
      <w:r>
        <w:rPr>
          <w:rFonts w:ascii="Times New Roman" w:hAnsi="Times New Roman" w:eastAsia="Times New Roman" w:cs="Times New Roman"/>
        </w:rPr>
        <w:t>Dife sa a, ke pifò istoryen onèt rekonèt se moun Hitler yo ki te mete li, te prefigire evènman 6 janvye 2020 yo, ansanm ak destriksyon ki te vini apre a sou dwa konstitisyonèl sila yo ki pa t ap fè anyen ki pa t nèt ale pèmèt dapre prensip ki chita nan Konstitisyon an, espesyalman lè yo konpare sa ak anachi ak destriksyon mouvman Black Life Matters ak Antifa te lakòz, mouvman liberal pwogresis yo fè lwanj epi soutni. 6 janvye se fwi dragon an, e li te prefigire pa Nazi Almay Hitler la.</w:t>
      </w:r>
    </w:p>
    <w:p>
      <w:pPr>
        <w:pStyle w:val="ArticleBody"/>
        <w:jc w:val="left"/>
      </w:pPr>
      <w:r>
        <w:rPr>
          <w:rFonts w:ascii="Times New Roman" w:hAnsi="Times New Roman" w:eastAsia="Times New Roman" w:cs="Times New Roman"/>
        </w:rPr>
        <w:t>Demokrat sosyalis Ozetazini yo repete san rete yo idantifye Trump kòm senbòl Hitler, paske prensip y ap aji sou li a se ke, si ou di yon manti ki ase gwo, epi ou repete li san enteripsyon atravè machin pwopagann medya pa yo, finalman peyizan Marie Antoinette yo ap vin kwè li.</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Rasanble nou, o pèp yo, epi n ap kraze an miyèt moso; koute byen, nou tout ki soti nan peyi lwen yo: mare nou pou batay, epi n ap kraze an miyèt moso; mare nou pou batay, epi n ap kraze an miyèt moso. Fè konplo ansanm, epi sa ap fini an anyen; pwononse pawòl la, epi li p ap kanpe; paske Bondye avèk nou. Paske Senyè a te pale avè m konsa ak yon men fò, e li te avèti m pou m pa mache nan chemen pèp sa a, li di: Pa rele “Konplo” tout sa pèp sa a rele “Konplo”; pa pè sa yo pè a, ni nou pa bezwen tranble devan sa. Se Senyè ki gen tout pouvwa a menm nou dwe mete apa kòm sen; se li menm ki pou lakòz nou gen krentif, e se li menm ki pou fè nou tranble. Epi li va sèvi kòm yon sanktyè; men li va tounen yon wòch ki fè moun bite ak yon ròch ki bay ofans pou toude kay Izrayèl yo, yon pyèj ak yon pèlen pou moun lavil Jerizalèm yo. Anpil nan mitan yo va bite, yo va tonbe, yo va kraze, yo va pran nan pyèj, epi yo va kaptire. Mare temwayaj la byen sere, sele lalwa a nan mitan disip mwen yo. Ezayi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venntsis</dc:title>
  <dc:subject>Devwale Naratif Pwofetik la: Yon Etid sou Danyèl Chapit Onz ak Evènman Kontanporen yo</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