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Trant</w:t>
      </w:r>
    </w:p>
    <w:p>
      <w:pPr>
        <w:pStyle w:val="ArticleSubtitle"/>
        <w:jc w:val="left"/>
      </w:pPr>
      <w:r>
        <w:rPr>
          <w:rFonts w:ascii="Arial" w:hAnsi="Arial" w:eastAsia="Arial" w:cs="Arial"/>
        </w:rPr>
        <w:t>Tranzisyon pwofetik Etazini: Soti nan sizyèm wayòm nan rive nan inyon trip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Lè Etazini fè respekte lwa dimanch ki pral vini byento a, li pral sispann vin sizyèm wayòm pwofesi biblik la epi li pral pase pou l tounen yon tyè nan inyon twa-fwa Wòm Modèn nan. Prezidan ki pral fè respekte lwa dimanch lan pral dènye prezidan an, epi li pral yon prezidan Repibliken. Sa etabli sou de temwen.</w:t>
      </w:r>
    </w:p>
    <w:p>
      <w:pPr>
        <w:pStyle w:val="ArticleBody"/>
        <w:jc w:val="left"/>
      </w:pPr>
      <w:r>
        <w:rPr>
          <w:rFonts w:ascii="Times New Roman" w:hAnsi="Times New Roman" w:eastAsia="Times New Roman" w:cs="Times New Roman"/>
        </w:rPr>
        <w:t>Abraam Linkòn, ki te premye prezidan Repibliken an, te “pale” Pwoklamasyon Emansipasyon an an 1863, ki te waymark mitan pale a nan istwa pwofetik bèt tè a. Lè Linkòn te “pale” Pwoklamasyon Emansipasyon an an 1863, li te premye prezidan Repibliken an, konsa li te yon tip dènye prezidan Repibliken an. Abraam Linkòn reprezante dènye waymark premye peryòd bèt tè a, epi tou premye waymark dezyèm peryòd bèt tè a. Jezi toujou montre fen an pa kòmansman an. Lè bèt tè a pale tankou yon dragon, nan fen dènye a nan de peryòd yo, prezidan an pral yon prezidan Repibliken, jan Linkòn te tipifye l la.</w:t>
      </w:r>
    </w:p>
    <w:p>
      <w:pPr>
        <w:pStyle w:val="ArticleBody"/>
        <w:jc w:val="left"/>
      </w:pPr>
      <w:r>
        <w:rPr>
          <w:rFonts w:ascii="Times New Roman" w:hAnsi="Times New Roman" w:eastAsia="Times New Roman" w:cs="Times New Roman"/>
        </w:rPr>
        <w:t>Dezyèm temwayaj ki montre dènye prezidan an se yon prezidan Repibliken se peryòd ki te kòmanse nan tan lafen an an 1989 avèk Ronald Reagan. Peryòd pwofetik la depi 1989 jouk rive nan lwa dimanch ki pral vini byento a, te reprezante pa peryòd pwofetik preparasyon pou Wòm papal la pran twòn nan nan istwa 508 rive 538. Peryòd pwofetik preparasyon sa a pou bay antikris la pouvwa an 538, te prefigire pa trant ane preparasyon Kris la, sa vle di depi nesans Li jouk batèm Li.</w:t>
      </w:r>
    </w:p>
    <w:p>
      <w:pPr>
        <w:pStyle w:val="ArticleBody"/>
        <w:jc w:val="left"/>
      </w:pPr>
      <w:r>
        <w:rPr>
          <w:rFonts w:ascii="Times New Roman" w:hAnsi="Times New Roman" w:eastAsia="Times New Roman" w:cs="Times New Roman"/>
        </w:rPr>
        <w:t>Antikris la te gen yon peryòd preparasyon trant an ki te fo kopi trant ane preparasyon Kris la. Yon peryòd preparasyon trant an pou Kris, epi tou pou antikris la, bay de temwen pou yon peryòd preparasyon pou gerizon blesi mòtèl la nan lwa dimanch ki pral vini byento a. Peryòd preparasyon sa a te kòmanse nan tan lafen an an 1989, menm jan peryòd preparasyon Kris la te rive lè Li te fèt, sa ki te make tan lafen an nan istwa pwofetik Li a.</w:t>
      </w:r>
    </w:p>
    <w:p>
      <w:pPr>
        <w:pStyle w:val="ArticleBody"/>
        <w:jc w:val="left"/>
      </w:pPr>
      <w:r>
        <w:rPr>
          <w:rFonts w:ascii="Times New Roman" w:hAnsi="Times New Roman" w:eastAsia="Times New Roman" w:cs="Times New Roman"/>
        </w:rPr>
        <w:t>Anvan dènye prezidan an, vèsè de nan Danyèl onz anseye ke pral gen sis prezidan ki rive jouk nan prezidan rich la ki “leve” kont wayòm globalis yo. Premye nan sis prezidan sa yo se te Ronald Reagan, yon Repibliken. Ronald Reagan ak Abraham Lincoln bay de temwen yo. Siy sou chemen rebelyon 1863 la, ansanm ak liy prezidan ki kòmanse an 1989 la, idantifye karakteristik dènye prezidan Etazini an.</w:t>
      </w:r>
    </w:p>
    <w:p>
      <w:pPr>
        <w:pStyle w:val="ArticleBody"/>
        <w:jc w:val="left"/>
      </w:pPr>
      <w:r>
        <w:rPr>
          <w:rFonts w:ascii="Times New Roman" w:hAnsi="Times New Roman" w:eastAsia="Times New Roman" w:cs="Times New Roman"/>
        </w:rPr>
        <w:t>Ronald Reagan se yon senbòl premye a, e se poutèt sa li ilistre dènye a. Reagan te yon ansyen vedèt medya, yon ansyen Demokrat ki te konvèti pou vin yon Repibliken. Li te rekonèt pou fason pwovokan li te sèvi ak lang anglè a. Li te rekonèt pou sans imè li. Li te yon Pwotestan deklare, ki te demontre ke li pa t vrèman konprann sa Pwotestan te vle di lè li te fòme yon alyans ak antikris pwofesi Bib la.</w:t>
      </w:r>
    </w:p>
    <w:p>
      <w:pPr>
        <w:pStyle w:val="ArticleBody"/>
        <w:jc w:val="left"/>
      </w:pPr>
      <w:r>
        <w:rPr>
          <w:rFonts w:ascii="Times New Roman" w:hAnsi="Times New Roman" w:eastAsia="Times New Roman" w:cs="Times New Roman"/>
        </w:rPr>
        <w:t>Li te an favè Amerik, e li pa t gen okenn laperèz sou plan politik. Anvan li, te gen prezidan ki te pi san efikasite nan epòk sa a nan politik modèn nan, e predesesè li a te pliye devan egzije islam radikal la. Petèt bagay ki pi enpòtan li te deklare, e yo ba li kredi dèske li te akonpli l, se lè li te di: “Mesye Gorbachev, kraze miray sa a.”</w:t>
      </w:r>
    </w:p>
    <w:p>
      <w:pPr>
        <w:pStyle w:val="ArticleBody"/>
        <w:jc w:val="left"/>
      </w:pPr>
      <w:r>
        <w:rPr>
          <w:rFonts w:ascii="Times New Roman" w:hAnsi="Times New Roman" w:eastAsia="Times New Roman" w:cs="Times New Roman"/>
        </w:rPr>
        <w:t>Donald Trump se yon senbòl dènye a, e se poutèt sa li te ilistre pa premye a. Trump te yon ansyen vedèt medya, yon ansyen Demokrat ki te vin tounen Repibliken. Yo konnen li pou itilizasyon pwovokan li fè ak lang anglè a. Yo konnen li pou sans imè li. Li deklare tèt li kòm yon Pwotestan, men li montre li pa vrèman konprann sa Pwotestan vle di, epi li pral fòme yon alyans ak antikris pwofesi biblik la lè lwa dimanch ki prèt pou vini an rive.</w:t>
      </w:r>
    </w:p>
    <w:p>
      <w:pPr>
        <w:pStyle w:val="ArticleBody"/>
        <w:jc w:val="left"/>
      </w:pPr>
      <w:r>
        <w:rPr>
          <w:rFonts w:ascii="Times New Roman" w:hAnsi="Times New Roman" w:eastAsia="Times New Roman" w:cs="Times New Roman"/>
        </w:rPr>
        <w:t>Li favorab pou Amerik, e politikman li pa pè. Li te vini apre prezidan ki te pi pa efikas nan epòk politik modèn sa a; epi lè li re-eli an 2024, yon lòt fwa ankò li pral vini apre nouvo prezidan ki pi pa efikas nan epòk politik modèn nan. Nan toude ka yo, yo konnen predesesè li yo kòm moun ki bese devan egzijans Islam radikal. Sètènman, bagay ki pi enpòtan li janm deklare, e pou sa yo pral ba li kredi kòm akonplisman li, se: “Bati miray la.”</w:t>
      </w:r>
    </w:p>
    <w:p>
      <w:pPr>
        <w:pStyle w:val="ArticleBody"/>
        <w:jc w:val="left"/>
      </w:pPr>
      <w:r>
        <w:rPr>
          <w:rFonts w:ascii="Times New Roman" w:hAnsi="Times New Roman" w:eastAsia="Times New Roman" w:cs="Times New Roman"/>
        </w:rPr>
        <w:t>Sa a pa vle di ke Jimmy Carter, Barack Hussein Obama ak Joe Biden pa t trè efikas nan prezidans yo; se sèlman ke efikasite yo te chita sou travay yo pou detwi prensip ki enskri nan Konstitisyon Etazini yo, dokiman menm yo chak te sèmante pou soutni ak pwoteje a, ansanm ak reyalite ke Carter te kite Islam kenbe otaj jouk rive nan eleksyon Reagan an, e ke Obama te fè yon toune ekskiz devan mond Islamik la epi li te bay omwen yon milya dola lajan kach bay bank prensipal Islam radikal la, epi bilan Biden nan sipò li bay Islam twò long pou yo ta site li.</w:t>
      </w:r>
    </w:p>
    <w:p>
      <w:pPr>
        <w:pStyle w:val="ArticleBody"/>
        <w:jc w:val="left"/>
      </w:pPr>
      <w:r>
        <w:rPr>
          <w:rFonts w:ascii="Times New Roman" w:hAnsi="Times New Roman" w:eastAsia="Times New Roman" w:cs="Times New Roman"/>
        </w:rPr>
        <w:t>Ronald Reagan te akonpli travay kraze miray senbolik yo rele “rido an fè a”, epi 11 novanm 1989 miray Bèlen an tonbe pou make viktwa espirityèl sa a avèk yon repè literal. Trump pral kraze miray senbolik separasyon ant Legliz ak Leta a, epi twazyèm Malè a pral bay yon repè literal pou evènman sa a. Evènman sa a pral fini peryòd sele san karannkat mil yo, ki te kòmanse avèk aparisyon Islam nan twazyèm Malè a, ki te bay yon repè literal pou idantifye ke travay espirityèl peryòd sele a te kòmanse. 7 oktòb 2023 te bay pwen mitan twa makè istorik literal tan sele san karannkat mil yo.</w:t>
      </w:r>
    </w:p>
    <w:p>
      <w:pPr>
        <w:pStyle w:val="ArticleBody"/>
        <w:jc w:val="left"/>
      </w:pPr>
      <w:r>
        <w:rPr>
          <w:rFonts w:ascii="Times New Roman" w:hAnsi="Times New Roman" w:eastAsia="Times New Roman" w:cs="Times New Roman"/>
        </w:rPr>
        <w:t>Nan mitan istwa sele sa a, sizyèm prezidan depi Ronald Reagan te sibi yon asasina politik senbolik nan men bèt ki sòti nan twou san fon an. Bèt ki sòti nan twou san fon an nan kòmansman tan sele a se te Islam, ki reprezante Mohammed, yon senbòl yon fo pwofèt. Bèt ki sòti nan twou san fon an nan fen tan sele a se bèt lanmè Katolisism lan, ki blesi mòtèl li geri lè sa a. Bèt ki sòti nan twou san fon an ki monte nan mitan tan sele a, se bèt ateyis la, dragon an. Bèt dragon ki sòti nan twou san fon an, nan mitan tan sele a, touye de temwen yo nan Revelasyon chapit onz.</w:t>
      </w:r>
    </w:p>
    <w:p>
      <w:pPr>
        <w:pStyle w:val="ArticleBody"/>
        <w:jc w:val="left"/>
      </w:pPr>
      <w:r>
        <w:rPr>
          <w:rFonts w:ascii="Times New Roman" w:hAnsi="Times New Roman" w:eastAsia="Times New Roman" w:cs="Times New Roman"/>
        </w:rPr>
        <w:t>Fraksyon dragon Demokratik ki te pwò-esklavaj la pandan Lagè Sivil Etazini an te touye premye prezidan Repibliken an nan sans literal. Lagè Sivil la te fini ofisyèlman nan dat 9 avril 1865, e Lincoln te mouri yon semèn apre, sou 15 la, byenke yo te tire l jou anvan an. Lagè a te fini jou Saba setyèm jou a, epi Lincoln te mouri jou Saba setyèm jou a.</w:t>
      </w:r>
    </w:p>
    <w:p>
      <w:pPr>
        <w:pStyle w:val="ArticleBody"/>
        <w:jc w:val="left"/>
      </w:pPr>
      <w:r>
        <w:rPr>
          <w:rFonts w:ascii="Times New Roman" w:hAnsi="Times New Roman" w:eastAsia="Times New Roman" w:cs="Times New Roman"/>
        </w:rPr>
        <w:t>Globalist yo ki te leve (eksite) kont prezidan rich e pwisan an, te akonpli yon asasina politik nan dat 3 novanm 2020. Bèt sa a ki soti nan twou san fon an te reprezante bèt dragon an ki, nan sans senbolik, te touye dènye prezidan repibliken an, jan sa te prefigire pa lanmò literal premye prezidan repibliken an. Pawòl Bondye a idantifye ke apre lemonn te rejwi poutèt lanmò li, li t ap kanpe sou pye li. Nou kounye a nan 2024, e li parèt klè ke Trump retounen pran lavi, malgre tout lagè jiridik la, manti yo, pwopagann lan ak lajan y ap lanse kont li.</w:t>
      </w:r>
    </w:p>
    <w:p>
      <w:pPr>
        <w:pStyle w:val="ArticleBody"/>
        <w:jc w:val="left"/>
      </w:pPr>
      <w:r>
        <w:rPr>
          <w:rFonts w:ascii="Times New Roman" w:hAnsi="Times New Roman" w:eastAsia="Times New Roman" w:cs="Times New Roman"/>
        </w:rPr>
        <w:t>Nan konfli a k ap manifeste tèt li Ozetazini, e konsa k ap prefigire menm konfli a nan lemonn, yon pouvwa satanik ki soti anba va leve pandan tan pouvwa Bondye a, jan dènye lapli a reprezante l, ap desann soti anwo.</w:t>
      </w:r>
    </w:p>
    <w:p>
      <w:pPr>
        <w:pStyle w:val="ArticleBody"/>
        <w:jc w:val="left"/>
      </w:pPr>
      <w:r>
        <w:rPr>
          <w:rFonts w:ascii="Times New Roman" w:hAnsi="Times New Roman" w:eastAsia="Times New Roman" w:cs="Times New Roman"/>
        </w:rPr>
        <w:t>Nan istwa 11 septanm 2001 la, rive jis nan lwa dimanch ki pral vini byento Ozetazini, Islam twazyèm malè a te sòti nan twou san fon an tankou lafimen, sa ki reprezante lafimen bilding k ap boule yo nan kòmansman istwa sa a. An 2016, ideyoloji woke kominis globalis yo te monte pou touye de temwen yo. Lè sa a, nan lwa dimanch ki pral vini byento a, papote a, ki lè sa a ap vin wityèm bèt la ki soti nan sèt yo, pral monte sou twòn tè a pandan blesi mòtèl li a geri.</w:t>
      </w:r>
    </w:p>
    <w:p>
      <w:pPr>
        <w:pStyle w:val="ArticleBody"/>
        <w:jc w:val="left"/>
      </w:pPr>
      <w:r>
        <w:rPr>
          <w:rFonts w:ascii="Times New Roman" w:hAnsi="Times New Roman" w:eastAsia="Times New Roman" w:cs="Times New Roman"/>
        </w:rPr>
        <w:t>Bèt yo ki reprezante pouvwa ki soti anba a, pandan tan lapli dèyè a ap tonbe kòm pouvwa ki soti anwo a, reprezante yon “Verite” pwofetik. Premye a ki gen pou monte tankou lafimen se Islam twazyèm Malè a, nan moman premye vwa Revelasyon chapit dizwityèm nan sonnen, epi li monte lè lapli dèyè a kòmanse “mezire”. Dènye bèt ki monte a se papote a, nan moman dezyèm vwa Revelasyon chapit dizwityèm nan sonnen, epi li monte lè lapli dèyè a ap vide san mezi.</w:t>
      </w:r>
    </w:p>
    <w:p>
      <w:pPr>
        <w:pStyle w:val="ArticleBody"/>
        <w:jc w:val="left"/>
      </w:pPr>
      <w:r>
        <w:rPr>
          <w:rFonts w:ascii="Times New Roman" w:hAnsi="Times New Roman" w:eastAsia="Times New Roman" w:cs="Times New Roman"/>
        </w:rPr>
        <w:t>Premye a se yon tip dènye a, e bèt ki monte nan mitan an se bèt globalis ate a ki te touye de temwen an 2020. Yonn nan temwen yo te kòn Pwotestan an, epi lòt la te kòn Repibliken an. Rebelyon ak anachi ki asosye ak bèt ateyis la reprezante pa trèzyèm lèt alfabè ebre a, e bèt sa a ki soti nan twou san fon an te vini ant premye ak dènye bèt ki soti nan twou san fon an; sa kreye definisyon mo ebre « verite » a, menm si se yon verite ki idantifye pouvwa satanik ki soti anba pandan tan kote pouvwa selès la ap vini soti anwo.</w:t>
      </w:r>
    </w:p>
    <w:p>
      <w:pPr>
        <w:pStyle w:val="ArticleBody"/>
        <w:jc w:val="left"/>
      </w:pPr>
      <w:r>
        <w:rPr>
          <w:rFonts w:ascii="Times New Roman" w:hAnsi="Times New Roman" w:eastAsia="Times New Roman" w:cs="Times New Roman"/>
        </w:rPr>
        <w:t>Twa jou ak demi apre yo te touye de temwen yo, yon “vwa nan mitan” te kòmanse sonnen. Se te “vwa yon moun k ap rele nan dezè a”. Vwa sa a te “fenisman” vwa mesaje ki prepare chemen pou Mesaje Alyans lan, epi kòmansman vwa Eli a, k ap rele gason ak fanm sou mòn Kamèl.</w:t>
      </w:r>
    </w:p>
    <w:p>
      <w:pPr>
        <w:pStyle w:val="ArticleScripture"/>
        <w:jc w:val="left"/>
      </w:pPr>
      <w:r>
        <w:rPr>
          <w:rFonts w:ascii="Times New Roman" w:hAnsi="Times New Roman" w:eastAsia="Times New Roman" w:cs="Times New Roman"/>
        </w:rPr>
        <w:t>“Frè ak sè m yo, m ta swete mwen te ka di yon bagay pou reveye nou sou enpòtans tan sa a, sou siyifikasyon evènman k ap fèt kounye a. M ap atire atansyon nou sou mouvman agresif k ap fèt kounye a pou mete restriksyon sou libète relijye. Yo fin ravaje memoryal sen Bondye a, epi nan plas li yon fo saba, ki pa pote okenn sentete, kanpe devan lemonn. E pandan pouvwa tenèb yo ap souke eleman ki anba yo, Senyè Bondye syèl la ap voye pouvwa soti anwo pou reponn a ijans lan, lè Li leve ajans vivan pa Li yo pou leve lalwa syèl la anlè. Kounye a, wi, se kounye a menm tan pa nou pou nou travay nan peyi etranje yo. Lè Amerik, peyi libète relijye a, pral ini ak papote a pou fòse konsyans epi oblije moun onore fo saba a, pèp tout peyi sou latè pral mennen pou suiv egzanp li. Pèp pa nou an pa menm mwatye reveye pou fè tout sa ki nan pouvwa yo, ak mwayen ki nan men yo, pou pwolonje mesaj avètisman an.</w:t>
      </w:r>
    </w:p>
    <w:p>
      <w:pPr>
        <w:pStyle w:val="ArticleScripture"/>
        <w:jc w:val="left"/>
      </w:pPr>
      <w:r>
        <w:rPr>
          <w:rFonts w:ascii="Times New Roman" w:hAnsi="Times New Roman" w:eastAsia="Times New Roman" w:cs="Times New Roman"/>
        </w:rPr>
        <w:t>“Seyè Bondye syèl la pap voye jijman li yo sou mond lan poutèt dezobeyisans ak transgresyon, jiskaske Li fin voye gad li yo pou bay avètisman an. Li pap fèmen peryòd gras la jiskaske mesaj la va pwoklame pi klèman. Lalwa Bondye a dwe leve anlè; reklamasyon li yo dwe prezante nan vrè karaktè sakre yo, pou pèp la ka mennen pran desizyon swa pou verite a, swa kont li. Men, travay la va vin kout nan jistis. Mesaj jistis Kris la dwe sonnen depi yon bout tè a rive jouk lòt la pou prepare chemen Seyè a. Se sa ki glwa Bondye a, ki fèmen travay twazyèm zanj lan.” Testimonies, volim 6, 18, 19.</w:t>
      </w:r>
    </w:p>
    <w:p>
      <w:pPr>
        <w:pStyle w:val="ArticleBody"/>
        <w:jc w:val="left"/>
      </w:pPr>
      <w:r>
        <w:rPr>
          <w:rFonts w:ascii="Times New Roman" w:hAnsi="Times New Roman" w:eastAsia="Times New Roman" w:cs="Times New Roman"/>
        </w:rPr>
        <w:t>Mesaj ki te kòmanse nan fen mwa Jiyè 2023 a kounye a ap “pwoklame avèk klète,” “avètisman” an, pandan li idantifye “enpòtans tan sa a, siyifikasyon evènman k ap fèt kounye a.” Li ap idantifye avèk klète “pouvwa fènwa yo” ki “ap souke eleman yo soti anba,” e ke “Senyè Bondye syèl la” te kòmanse “voye pouvwa soti anwo” nan dat 11 septanm 2001. Li ap “fè sonnen” “mesaj lajistis Kris la” “de yon bout latè rive nan lòt bout la.” Li lè anpil pou nou “reveye” “sou enpòtans tan sa a,” paske Bondye pral kounye a kòmanse “voye sou lemonn jijman Li yo poutèt dezobeyisans ak transgresyon.”</w:t>
      </w:r>
    </w:p>
    <w:p>
      <w:pPr>
        <w:pStyle w:val="ArticleBody"/>
        <w:jc w:val="left"/>
      </w:pPr>
      <w:r>
        <w:rPr>
          <w:rFonts w:ascii="Times New Roman" w:hAnsi="Times New Roman" w:eastAsia="Times New Roman" w:cs="Times New Roman"/>
        </w:rPr>
        <w:t>Liy pwofesi ki reprezante avèk 1989 kòm tan lafen an nan vèsè karant lan, mete aksan sou istwa ekstèn nan liy pwofesi entèn lan ki reprezante avèk 1798 kòm tan lafen an nan vèsè karant nan Danyèl onz. Istwa pwofetik ki kòmanse an 1989 nan vèsè a idantifye pwosesis an twa etap gerizon blesi mòtèl Wòm papal la. Depi 1989 jouk lè blesi sa a geri nan lwa dimanch ki pral vini byento a, sa reprezante yon peryòd pwofetik espesifik. Vèsè de nan Danyèl onz ajoute yon dezyèm liy, lè li idantifye wòl pwofetik prezidan Etazini yo, kòmanse avèk Ronald Reagan an 1989. Peryòd tan pwofetik ki mennen nan lwa dimanch lan gen yon dezyèm temwen nan trant ane preparasyon ki te akonpli soti 508 rive 538, lè papote a te pran twòn nan premye fwa epi li te pase yon lwa dimanch menm ane sa a.</w:t>
      </w:r>
    </w:p>
    <w:p>
      <w:pPr>
        <w:pStyle w:val="ArticleBody"/>
        <w:jc w:val="left"/>
      </w:pPr>
      <w:r>
        <w:rPr>
          <w:rFonts w:ascii="Times New Roman" w:hAnsi="Times New Roman" w:eastAsia="Times New Roman" w:cs="Times New Roman"/>
        </w:rPr>
        <w:t>Kris te batize e li te kòmanse ministè li ki te dire twa zan edmi lè li te gen trant an. Papote a se yon fo imitasyon satanik Kris la, e trant ane ki soti 508 rive 538 yo se yon fo kopi trant premye ane Kris la ki te mennen nan batèm li. Twa zan edmi ministè li a te jwenn fo imitasyon pa yo nan twa zan edmi pwofetik yo, pandan yo papote a te prezante lemonn ministè lanmò pa li a, kòm yon fo imitasyon ministè lavi Kris la.</w:t>
      </w:r>
    </w:p>
    <w:p>
      <w:pPr>
        <w:pStyle w:val="ArticleBody"/>
        <w:jc w:val="left"/>
      </w:pPr>
      <w:r>
        <w:rPr>
          <w:rFonts w:ascii="Times New Roman" w:hAnsi="Times New Roman" w:eastAsia="Times New Roman" w:cs="Times New Roman"/>
        </w:rPr>
        <w:t>Nan fen ministè Li a, Li te mouri, Li te repoze nan tonbo a nan setyèm jou a, epi apre sa Li te resisite. An 1798, nan fen ministè satanik papote a pandan twazan edmi pwofetik, papote a te resevwa blesi mòtèl li; apre sa li te bliye pandan swasanndis ane senbolik, jiskaske li resisite kòm uityèm lan ki soti nan sèt yo. Kris la te resisite nan premye jou semèn nan, men nan lòd sekansyèl, premye jou a se “uityèm” jou a, e li se “nan sèt” jou Kris la te kreye yo. Uit, kòm yon chif, reprezante “rezirèksyon,” e papote a resisite, paske se sèl wayòm pami wayòm pwofesi biblik yo ki te idantifye kòm resevwa yon blesi mòtèl.</w:t>
      </w:r>
    </w:p>
    <w:p>
      <w:pPr>
        <w:pStyle w:val="ArticleBody"/>
        <w:jc w:val="left"/>
      </w:pPr>
      <w:r>
        <w:rPr>
          <w:rFonts w:ascii="Times New Roman" w:hAnsi="Times New Roman" w:eastAsia="Times New Roman" w:cs="Times New Roman"/>
        </w:rPr>
        <w:t>Pòl fè konnen lè Bondye te fè ansyen Izrayèl pase nan Lanmè Wouj la, batèm te reprezante senbolikman nan sa.</w:t>
      </w:r>
    </w:p>
    <w:p>
      <w:pPr>
        <w:pStyle w:val="ArticleScripture"/>
        <w:jc w:val="left"/>
      </w:pPr>
      <w:r>
        <w:rPr>
          <w:rFonts w:ascii="Times New Roman" w:hAnsi="Times New Roman" w:eastAsia="Times New Roman" w:cs="Times New Roman"/>
        </w:rPr>
        <w:t>Anplis, frè m yo, mwen pa ta vle nou rete nan inyorans sou fason tout zansèt nou yo te anba nyaj la, e yo tout te pase nan lanmè a; epi yo tout te batize pou Moyiz nan nyaj la ak nan lanmè a. 1 Korentyen 10:1, 2.</w:t>
      </w:r>
    </w:p>
    <w:p>
      <w:pPr>
        <w:pStyle w:val="ArticleBody"/>
        <w:jc w:val="left"/>
      </w:pPr>
      <w:r>
        <w:rPr>
          <w:rFonts w:ascii="Times New Roman" w:hAnsi="Times New Roman" w:eastAsia="Times New Roman" w:cs="Times New Roman"/>
        </w:rPr>
        <w:t>Rit batèm pou Izrayèl espirityèl la te ranplase rit sikonsizyon pou Izrayèl literal la, e sikonsizyon an te dwe fèt sou wityèm jou a. Konsa, Kris te resisite sou wityèm jou a, ki soti nan sèt yo, e lè papote a resisite kòm wityèm nan ki soti nan sèt yo, sa se paralèl satanik liy Kris la. Trant ane preparasyon pou papote a monte sou twòn nan te tipifye pa trant ane lavi Kris la nan preparasyon pou batèm Li, ministè Li ak lanmò Li. Toude liy sa yo idantifye yon peryòd ki mennen nan lanmò sizyèm wayòm pwofesi Bib la. Toude liy yo reprezante dènye peryòd bèt tè a. Nan liy Kris la, nesans Li te make “tan lafen an” pou istwa sa a.</w:t>
      </w:r>
    </w:p>
    <w:p>
      <w:pPr>
        <w:pStyle w:val="ArticleBody"/>
        <w:jc w:val="left"/>
      </w:pPr>
      <w:r>
        <w:rPr>
          <w:rFonts w:ascii="Times New Roman" w:hAnsi="Times New Roman" w:eastAsia="Times New Roman" w:cs="Times New Roman"/>
        </w:rPr>
        <w:t>Kidonk, nou genyen kat liy. Tan lafen vèsè karant lan an 1989 rive jouk lwa dimanch vèsè karant-en an. Prezantasyon prezidan yo nan vèsè de a, ansanm ak trant ane preparasyon pou ni Kris la ni antikris la. Trant ane Kris la te kòmanse nan “tan lafen” an nan liy pa Li a, ki te make pa nesans Li. Tan lafen an nan 1798 te senbolize pa fen swasanndizan kaptivite Izrayèl literal la nan Babilòn literal. Se poutèt sa, vèsè de nan Danyèl onz la kòmanse ak Dariyis, paske Dariyis te kòmanse gouvène lè Babilòn te tonbe. 1989 se tan lafen an nan vèsè karant lan, epi vèsè de nan Danyèl onz la se tan lafen an tou, epi trant ane preparasyon Kris la te kòmanse nan “tan lafen” an. Twa nan kat liy sa yo genyen “tan lafen” an ki fasilman make kòm premye repè a.</w:t>
      </w:r>
    </w:p>
    <w:p>
      <w:pPr>
        <w:pStyle w:val="ArticleBody"/>
        <w:jc w:val="left"/>
      </w:pPr>
      <w:r>
        <w:rPr>
          <w:rFonts w:ascii="Times New Roman" w:hAnsi="Times New Roman" w:eastAsia="Times New Roman" w:cs="Times New Roman"/>
        </w:rPr>
        <w:t>De liy doubsanven lane dan mouvman premie zanj la ek mouvman trwazyem zanj la idantifie doubsanven kòm yon senbòl lyen ant limanite ak divinite. Kòmansman lyen senbolik doubsanven lane a ki te kòmanse an 1776, te mennen nan 1996.</w:t>
      </w:r>
    </w:p>
    <w:p>
      <w:pPr>
        <w:pStyle w:val="ArticleBody"/>
        <w:jc w:val="left"/>
      </w:pPr>
      <w:r>
        <w:rPr>
          <w:rFonts w:ascii="Times New Roman" w:hAnsi="Times New Roman" w:eastAsia="Times New Roman" w:cs="Times New Roman"/>
        </w:rPr>
        <w:t>Peryòd sa a te prefigire pa de san venn (220) ane yo, soti 1611 rive 1831, nan istwa Millerit la. Peryòd ki soti nan Deklarasyon Endepandans lan an 1776 rive 1798, lè bèt ki soti sou tè a te monte sou twòn nan kòm sizyèm wayòm pwofesi Bib la, reprezante de premye nan twa waymark yo anndan de san venn (220) ane yo ki te fini an 1996.</w:t>
      </w:r>
    </w:p>
    <w:p>
      <w:pPr>
        <w:pStyle w:val="ArticleBody"/>
        <w:jc w:val="left"/>
      </w:pPr>
      <w:r>
        <w:rPr>
          <w:rFonts w:ascii="Times New Roman" w:hAnsi="Times New Roman" w:eastAsia="Times New Roman" w:cs="Times New Roman"/>
        </w:rPr>
        <w:t>1776 pou rive 1798 reprezante yon peryòd ki mennen nan pouvwa sizyèm wayòm pwofesi biblik la, e konsa li aliyen ak trant ane preparasyon Kris la ak antikris la. Peryòd ki vini anvan bèt tè a resevwa pouvwa a reprezante peryòd ki vini anvan inyon twa-fwa a resevwa pouvwa a, ki se uityèm bèt la ki sòti nan sèt yo. Uityèm bèt la, ki sòti nan sèt yo, se dezyèm ak dènye manifestasyon papote a k ap gouvène lemonn. Nan premye manifestasyon papote a k ap gouvène lemonn, te gen yon peryòd preparasyon trant ane.</w:t>
      </w:r>
    </w:p>
    <w:p>
      <w:pPr>
        <w:pStyle w:val="ArticleBody"/>
        <w:jc w:val="left"/>
      </w:pPr>
      <w:r>
        <w:rPr>
          <w:rFonts w:ascii="Times New Roman" w:hAnsi="Times New Roman" w:eastAsia="Times New Roman" w:cs="Times New Roman"/>
        </w:rPr>
        <w:t>Liy apre liy, istwa 1989 jiska lwa dimanch la; istwa trant ane ki te mennen rive nan 538; istwa trant ane ki te mennen rive nan batèm Kris la; istwa vèsè de nan Danyèl onz la, kòmanse ak Ronald Reagan jiska lwa dimanch la; epi istwa soti 1776 rive 1798, yo tout ap reprezante menm istwa a nan dènye jou yo. Li esansyèl pou nou klè konsènan reyalite sa a, paske istwa ki kòmanse an 1776, rive nan 1798, se liy ki rasanble tout liy yo ansanm pou mete yo an klète.</w:t>
      </w:r>
    </w:p>
    <w:p>
      <w:pPr>
        <w:pStyle w:val="ArticleBody"/>
        <w:jc w:val="left"/>
      </w:pPr>
      <w:r>
        <w:rPr>
          <w:rFonts w:ascii="Times New Roman" w:hAnsi="Times New Roman" w:eastAsia="Times New Roman" w:cs="Times New Roman"/>
        </w:rPr>
        <w:t>Nan liy sa a nan istwa pwofetik la, ki se istwa final bèt tè a nan Revelasyon trèz la, gen yon liy entèn ki adrese pèp Bondye a jan kòn vrè Pwotestantis la reprezante l, epi gen yon liy ekstèn jan kòn Repiblikanis la reprezante l. Nan toude kòn yo, gen yon lit ak yon konfli dekalaj pwofesi a pale sou yo. Nou te idantifye eleman pwofetik dragon an, bèt la, fo pwofèt la, ak Islam, ki manifeste nan istwa ki soti an 1989 rive jouk lwa dimanch la.</w:t>
      </w:r>
    </w:p>
    <w:p>
      <w:pPr>
        <w:pStyle w:val="ArticleBody"/>
        <w:jc w:val="left"/>
      </w:pPr>
      <w:r>
        <w:rPr>
          <w:rFonts w:ascii="Times New Roman" w:hAnsi="Times New Roman" w:eastAsia="Times New Roman" w:cs="Times New Roman"/>
        </w:rPr>
        <w:t>Karakteristik pwofetik dragon an se ke li se papa manti, li se ansasen an, epi li se chèf konplo sekrè yo sou tè a, menm jan li te ye nan syèl la. Relijyon pa li se espirityalis. Li se chanpyon sa yo rele jodi a “lawfare,” li se avoka enpi a, akizatè frè nou yo, menm jan li te ye nan tribinal selès la lè li te diskite sou obeyisans ak lafwa Jòb, epi lè li te diskite sou kò Moyiz, epi menm jan li te kontinye diskite sou travay Kris la nan wete rad sal yo sou Jozye nan Zakari chapit twa. Se li menm ki gouvène wayòm yo, e se li menm ki leve tèt li kòm Bondye.</w:t>
      </w:r>
    </w:p>
    <w:p>
      <w:pPr>
        <w:pStyle w:val="ArticleBody"/>
        <w:jc w:val="left"/>
      </w:pPr>
      <w:r>
        <w:rPr>
          <w:rFonts w:ascii="Times New Roman" w:hAnsi="Times New Roman" w:eastAsia="Times New Roman" w:cs="Times New Roman"/>
        </w:rPr>
        <w:t>Relijyon bèt la se Katolisism, epi li se fanm nan ki twonpe lemonn atravè tradisyon ak koutim, sa li mennen disip li yo pou yo kwè yo dwe obeyi pi wo pase Pawòl Bondye a. Li twonpe lemonn atravè maji li yo, ki nan Revelasyon chapit dizwit vèsè venntwa, se mo grèk pharmakeia a, ki vle di “medikaman”. Se li menm ki fè fònikasyon ak wa latè yo. Se li menm ki fo kopi Sila a ki te mouri, men ki viv ankò. Se li menm yo bliye epi yo sonje ankò, epi li se wityèm nan ki soti nan sèt yo. Se li menm ki bèt la Etazini fòme yon imaj de li epi yon imaj pou li.</w:t>
      </w:r>
    </w:p>
    <w:p>
      <w:pPr>
        <w:pStyle w:val="ArticleBody"/>
        <w:jc w:val="left"/>
      </w:pPr>
      <w:r>
        <w:rPr>
          <w:rFonts w:ascii="Times New Roman" w:hAnsi="Times New Roman" w:eastAsia="Times New Roman" w:cs="Times New Roman"/>
        </w:rPr>
        <w:t>Fo pwofèt la se Pwotestantis apostazi a, ki pran sou li pou l pretann li se yon bagay Pawòl Bondye a demanti, e poutèt li demanti Pawòl Bondye a, li manke pouvwa Pawòl Bondye a bay. San pouvwa Pawòl Bondye a, yon legliz oswa yon pèp ki toujou avèk odas reklame yo se pèp Bondye a, lojikman oblije apiye sou pouvwa sivil la pou fè sanblan yo ap akonpli travay Bondye a. Pwotestantis apostazi a se pwofèt Baal ak Ashtaròt yo, ki bay dans twonpe a pou Jezabèl ak Ewodyad, epi yo se Salome, pitit fi Ewodyad la.</w:t>
      </w:r>
    </w:p>
    <w:p>
      <w:pPr>
        <w:pStyle w:val="ArticleBody"/>
        <w:jc w:val="left"/>
      </w:pPr>
      <w:r>
        <w:rPr>
          <w:rFonts w:ascii="Times New Roman" w:hAnsi="Times New Roman" w:eastAsia="Times New Roman" w:cs="Times New Roman"/>
        </w:rPr>
        <w:t>Twa pouvwa sa yo reyini ansanm nan yon inyon a twa, men an reyalite yo rayi youn lòt. San konprann lefèt ke yo an konfli youn ak lòt, li enposib pou konprann kijan dis wa yo (Nasyonzini), ta dakò bay wayòm pa yo bay pap la, epi nan menm chapit la manje chè li epi boule li ak dife. Konfli ki genyen ant pouvwa sa yo dwe anseye elèv Bondye yo k ap etidye pwofesi.</w:t>
      </w:r>
    </w:p>
    <w:p>
      <w:pPr>
        <w:pStyle w:val="ArticleBody"/>
        <w:jc w:val="left"/>
      </w:pPr>
      <w:r>
        <w:rPr>
          <w:rFonts w:ascii="Times New Roman" w:hAnsi="Times New Roman" w:eastAsia="Times New Roman" w:cs="Times New Roman"/>
        </w:rPr>
        <w:t>Islam se setyèm twonpèt la, e kòm twazyèm malè a li se zouti jijman Bondye sèvi avè l pou fè jijman tonbe sou Babilòn modèn nan, menm jan kat premye twonpèt yo te pote jijman sou Wòm payen lwès la, epi menm jan senkyèm ak sizyèm twonpèt yo te pote jijman sou Wòm papal la ak Wòm payen lès la.</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“Nan tan espesyal sa yo, gadyen twoupo Bondye a dwe anseye pèp la ke pisans espirityèl yo nan konfli. Se pa èt imen yo k ap kreye yon entansite santiman konsa jan sa egziste kounye a nan mond relijye a. Yon pouvwa ki soti nan sinagòg espirityèl Satan an ap enfiltre eleman relijye mond lan, ap souleve moun pou yo pran aksyon desizif pou pouse pi lwen avantaj Satan te genyen yo, lè li mennen mond relijye a nan yon lagè fèm kont sila yo ki fè Pawòl Bondye a tounen gid yo ak sèl fondasyon doktrin yo. Kounye a, efò mèt Satan yo ap fèt pou rasanble chak prensip ak chak pouvwa li ka sèvi avè yo pou konteste reklamasyon obligatwa lalwa Jewova a, espesyalman katriyèm kòmandman an, ki defini kiyès ki Kreyatè syèl la ak tè a.”</w:t>
      </w:r>
    </w:p>
    <w:p>
      <w:pPr>
        <w:pStyle w:val="ArticleScripture"/>
        <w:jc w:val="left"/>
      </w:pPr>
      <w:r>
        <w:rPr>
          <w:rFonts w:ascii="Times New Roman" w:hAnsi="Times New Roman" w:eastAsia="Times New Roman" w:cs="Times New Roman"/>
        </w:rPr>
        <w:t>“Nonm peche a te panse li ka chanje tan ak lalwa; men èske li fè sa? Men gwo kestyon an. Wòm ak tout legliz ki bwè nan tas mechanste li a, lè yo panse pou chanje tan ak lalwa, yo leve tèt yo anlè Bondye, epi yo kraze gwo memoryal Bondye a, jou repo setyèm jou a. Saba a te dwe rete kòm reprezantasyon pisans Bondye nan kreyasyon mond lan nan sis jou, ak repo li te pran sou setyèm jou a. ‘Se poutèt sa li te beni jou repo a, e li te mete l apa kòm sen,’ paske se nan li li te repoze apre tout zèv li yo, sa Bondye te kreye epi fè. Objektif travay metriz gran twonpè a se te ranplase Bondye. Nan efò li pou chanje tan ak lalwa, li t ap travay pou soutni yon pouvwa an opozisyon ak Bondye, e anlè li.”</w:t>
      </w:r>
    </w:p>
    <w:p>
      <w:pPr>
        <w:pStyle w:val="ArticleScripture"/>
        <w:jc w:val="left"/>
      </w:pPr>
      <w:r>
        <w:rPr>
          <w:rFonts w:ascii="Times New Roman" w:hAnsi="Times New Roman" w:eastAsia="Times New Roman" w:cs="Times New Roman"/>
        </w:rPr>
        <w:t>“Men gwo kestyon an. Men de gran pouvwa sa yo k ap fè fas youn ak lòt la,—Prens Bondye a, Jezi Kris; ak prens tenèb la, Satan. Men konfli ouvè a k ap vini. Gen sèlman de klas nan mond lan, epi chak èt imen va pran pozisyon anba youn nan de banyè sa yo,—banyè prens tenèb la, oswa banyè Jezi Kris la.</w:t>
      </w:r>
    </w:p>
    <w:p>
      <w:pPr>
        <w:pStyle w:val="ArticleScripture"/>
        <w:jc w:val="left"/>
      </w:pPr>
      <w:r>
        <w:rPr>
          <w:rFonts w:ascii="Times New Roman" w:hAnsi="Times New Roman" w:eastAsia="Times New Roman" w:cs="Times New Roman"/>
        </w:rPr>
        <w:t>Bondye pral enspire pitit li yo ki fidèl e ki veritab ak Lespri li. Sentespri a se reprezantan Bondye, e li pral ajan pwisan k ap aji nan monn nou an pou mare sa yo ki fidèl e ki veritab an pakèt pou galata Seyè a. Satan tou, avèk yon aktivite entans, ap rasanble move zèb li yo an pakèt soti nan mitan ble a.</w:t>
      </w:r>
    </w:p>
    <w:p>
      <w:pPr>
        <w:pStyle w:val="ArticleScripture"/>
        <w:jc w:val="left"/>
      </w:pPr>
      <w:r>
        <w:rPr>
          <w:rFonts w:ascii="Times New Roman" w:hAnsi="Times New Roman" w:eastAsia="Times New Roman" w:cs="Times New Roman"/>
        </w:rPr>
        <w:t>“Ansèyman chak vrè anbasadè Kris la se yon bagay ki pi solanèl e ki pi grav kounye a. Nou angaje nan yon lagè ki pap janm fini jiskaske desizyon final la pran pou tout letènite. Se pou chak disip Jezi sonje ke nou ‘pa nan lite kont chè ak san, men kont prensote yo, kont pouvwa yo, kont chèf fènwa mond sa a, kont mechanste espirityèl ki nan kote ki wo yo.’ O, gen enterè etènèl ki an je nan konfli sa a, e pa dwe gen okenn travay sifas, okenn eksperyans bon mache, pou fè fas ak kestyon sa a. ‘Seyè a konnen kijan pou l delivre moun ki sen yo anba tantasyon, epi pou l rezève moun enjis yo pou jou jijman an pou yo pini…. Tandiske zanj yo, ki pi gran nan fòs ak pisans, pa pote akizasyon joure kont yo devan Seyè a.’” General Conference Daily Bulletin, 4 mas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Trant</dc:title>
  <dc:subject>Tranzisyon pwofetik Etazini: Soti nan sizyèm wayòm nan rive nan inyon trip la</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