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trant-twa</w:t>
      </w:r>
    </w:p>
    <w:p>
      <w:pPr>
        <w:pStyle w:val="ArticleSubtitle"/>
        <w:jc w:val="left"/>
      </w:pPr>
      <w:r>
        <w:rPr>
          <w:rFonts w:ascii="Arial" w:hAnsi="Arial" w:eastAsia="Arial" w:cs="Arial"/>
        </w:rPr>
        <w:t>Devwale Tisi Pwofetik la: Eklèsisman sou Tan Sele 144,000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Tout pwofèt yo dakò youn ak lòt, e yo tout rann temwayaj pi espesyalman konsènan fen lemonn pase sou jou kote yo te viv yo. Temwayaj yo dwe aplike nan peryòd pwofetik tan sele a pou san karannkat mil yo, paske se la efè chak vizyon rive. Ezayi, nan chapit sis, nan vizyon yo te pèmèt li gade anndan Kote ki Trè Sen an, pandan peryòd tan sele a pou san karannkat mil yo, kote li te wè glwa Bondye. Nou konnen se te apre 11 septanm 2001, paske li te tande zanj yo nan vèsè twa idantifye ke tè a te lè sa a plen ak glwa Li.</w:t>
      </w:r>
    </w:p>
    <w:p>
      <w:pPr>
        <w:pStyle w:val="ArticleScripture"/>
        <w:jc w:val="left"/>
      </w:pPr>
      <w:r>
        <w:rPr>
          <w:rFonts w:ascii="Times New Roman" w:hAnsi="Times New Roman" w:eastAsia="Times New Roman" w:cs="Times New Roman"/>
        </w:rPr>
        <w:t>“Lè Bondye t apral voye Ezayi bay pèp Li a avèk yon mesaj, Li te premye pèmèt pwofèt la wè an vizyon anndan Sentespri a nan Tanp lan. Toudenkou, pòtay la ak rido enteryè tanp lan te sanble leve oswa rale sou kote, epi yo te pèmèt li gade anndan an, sou Sentespri a, kote menm pye pwofèt la pa t ka antre. Lè sa a, yon vizyon Jewova ki chita sou yon twòn byen wo e leve anlè te parèt devan li, tandiske bèlte glwa Li te plen tanp lan. Toutotou twòn nan te gen serafen, tankou gad ki antoure gran Wa a, e yo t ap reflete glwa ki t ap antoure yo a. Pandan chante louwanj yo t ap sonnen ak nòt pwofon adorasyon, poto pòtay yo t ap tranble, tankou si yon tranbleman tè t ap souke yo. Avèk bouch ki pa t sal pa peche, zanj sa yo t ap fè louwanj Bondye koule san rete. ‘Sen, sen, sen, se Seyè ki chèf lame yo,’ yo t ap kriye; ‘tout latè plen ak glwa Li.’ [Gade Ezayi 6:1–8.]”</w:t>
      </w:r>
    </w:p>
    <w:p>
      <w:pPr>
        <w:pStyle w:val="ArticleScripture"/>
        <w:jc w:val="left"/>
      </w:pPr>
      <w:r>
        <w:rPr>
          <w:rFonts w:ascii="Times New Roman" w:hAnsi="Times New Roman" w:eastAsia="Times New Roman" w:cs="Times New Roman"/>
        </w:rPr>
        <w:t>“Sérafin ki bò kote twòn nan tèlman ranpli ak yon laperèz reveransyèl pandan y ap contemple glwa Bondye a, yo pa gade tèt yo menm ak admirasyon, pa menm pou yon sèl moman. Louwanj yo se pou Senyè dèzame yo. Pandan y ap gade nan lavni, lè tout tè a pral ranpli ak glwa Li, chante triyonfan an repete soti nan youn rive nan lòt nan yon chan melodik: ‘Sen, sen, sen, se Senyè dèzame yo.’ Yo konplètman satisfè pou yo bay Bondye glwa; pandan y ap rete nan prezans Li, anba souri apwobasyon Li, yo pa swete anyen ankò. Nan pote imaj Li, nan fè volonte Li, nan adore Li, pi gwo anbisyon yo rive nan akonplisman li.” Gospel Workers, 21.</w:t>
      </w:r>
    </w:p>
    <w:p>
      <w:pPr>
        <w:pStyle w:val="ArticleBody"/>
        <w:jc w:val="left"/>
      </w:pPr>
      <w:r>
        <w:rPr>
          <w:rFonts w:ascii="Times New Roman" w:hAnsi="Times New Roman" w:eastAsia="Times New Roman" w:cs="Times New Roman"/>
        </w:rPr>
        <w:t>An akò ak Ezayi, pwofèt Ezekyèl te resevwa pèmisyon tou pou l wè anndan Kote ki Trè Sen an. Vizyon Ezekyèl la te kòmanse nan chapit premye a, vèsè premye a.</w:t>
      </w:r>
    </w:p>
    <w:p>
      <w:pPr>
        <w:pStyle w:val="ArticleScripture"/>
        <w:jc w:val="left"/>
      </w:pPr>
      <w:r>
        <w:rPr>
          <w:rFonts w:ascii="Times New Roman" w:hAnsi="Times New Roman" w:eastAsia="Times New Roman" w:cs="Times New Roman"/>
        </w:rPr>
        <w:t>Koulye a, sa rive nan trantyèm ane a, nan katriyèm mwa a, sou senkyèm jou mwa a, antanke m te nan mitan prizonye yo bò larivyè Kebà a, syèl yo louvri, epi mwen wè vizyon Bondye yo. Ezekyèl 1:1.</w:t>
      </w:r>
    </w:p>
    <w:p>
      <w:pPr>
        <w:pStyle w:val="ArticleBody"/>
        <w:jc w:val="left"/>
      </w:pPr>
      <w:r>
        <w:rPr>
          <w:rFonts w:ascii="Times New Roman" w:hAnsi="Times New Roman" w:eastAsia="Times New Roman" w:cs="Times New Roman"/>
        </w:rPr>
        <w:t>Vizyon li a kontinye pandan plizyè chapit, e li se yon kontinyasyon menm vizyon ki nan chapit uit ak nèf yo, ki idantifye sele san karannkat mil yo. Nou konnen sa grasa temwayaj li ki bay anpil atansyon.</w:t>
      </w:r>
    </w:p>
    <w:p>
      <w:pPr>
        <w:pStyle w:val="ArticleScripture"/>
        <w:jc w:val="left"/>
      </w:pPr>
      <w:r>
        <w:rPr>
          <w:rFonts w:ascii="Times New Roman" w:hAnsi="Times New Roman" w:eastAsia="Times New Roman" w:cs="Times New Roman"/>
        </w:rPr>
        <w:t>Epi sa te rive nan sizyèm ane a, nan sizyèm mwa a, nan senkyèm jou mwa a, pandan mwen te chita lakay mwen, e ansyen Jida yo te chita devan mwen, men Seyè a, Bondye a, tonbe sou mwen la. Lè sa a, mwen gade, epi gade, te gen yon resanblans tankou aparans dife: depi nan aparans ranch li desann anba, se te dife; epi depi nan ranch li monte anlè, se te tankou aparans klète, tankou koulè amber. Epi li lonje fòm yon men, li pran m pa yon touf cheve nan tèt mwen; epi Lespri a leve m ant tè a ak syèl la, li mennen m nan vizyon Bondye yo Jerizalèm, bò pòtay enteryè a ki gade sou nò a, kote te plas imaj jalouzi a, ki pwovoke jalouzi. Epi gade, laglwa Bondye Izrayèl la te la, dapre vizyon mwen te wè nan plenn lan. Ezekiel 8:1–4.</w:t>
      </w:r>
    </w:p>
    <w:p>
      <w:pPr>
        <w:pStyle w:val="ArticleBody"/>
        <w:jc w:val="left"/>
      </w:pPr>
      <w:r>
        <w:rPr>
          <w:rFonts w:ascii="Times New Roman" w:hAnsi="Times New Roman" w:eastAsia="Times New Roman" w:cs="Times New Roman"/>
        </w:rPr>
        <w:t>Vizyon chapit uit ak nèf yo, ki idantifye de klas yo ki devlope pandan sele san karannkat mil la, te fèt “dapre vizyon an” Ezekyèl te wè “nan plenn lan.” Vizyon li te wè nan plenn lan idantifye nan chapit twa.</w:t>
      </w:r>
    </w:p>
    <w:p>
      <w:pPr>
        <w:pStyle w:val="ArticleScripture"/>
        <w:jc w:val="left"/>
      </w:pPr>
      <w:r>
        <w:rPr>
          <w:rFonts w:ascii="Times New Roman" w:hAnsi="Times New Roman" w:eastAsia="Times New Roman" w:cs="Times New Roman"/>
        </w:rPr>
        <w:t>Epi men Seyè a te sou mwen la; epi li di m: Leve, soti al nan plenn lan, epi se la m ap pale avè w. Lè sa a, mwen leve, mwen soti al nan plenn lan; epi gade, glwa Seyè a te kanpe la, menm jan ak glwa mwen te wè bò rivyè Kebar la; epi mwen tonbe fas atè. Ezekyèl 3:22, 23.</w:t>
      </w:r>
    </w:p>
    <w:p>
      <w:pPr>
        <w:pStyle w:val="ArticleBody"/>
        <w:jc w:val="left"/>
      </w:pPr>
      <w:r>
        <w:rPr>
          <w:rFonts w:ascii="Times New Roman" w:hAnsi="Times New Roman" w:eastAsia="Times New Roman" w:cs="Times New Roman"/>
        </w:rPr>
        <w:t>Vizyon Ezekyèl la sou “plenn lan” te menm jan ak “laglwa Ezekyèl te wè bò larivyè Kebà a,” e sa te vizyon chapit premye a, vèsè premye a. Vizyon seleman an nan chapit nèf la, ak vizyon “plenn lan,” te senpleman kontinyasyon vizyon larivyè Kebà a. Se te yon vizyon laglwa Bondye nan Kote ki Pi Sen an, pandan seleman san karannkat mil yo, menm jan ak vizyon Ezayi a. Vizyon Ezayi a t ap idantifye travay Bondye k ap leve mesaje pandan tan seleman an, epi nan chapit de ak twa, Ezekyèl idantifye menm travay sa a ak plis detay pase Ezayi, paske li prezante yon mesaje ki dwe pote yon mesaj bay Advantis Laodise a, epi pou li kapab konprann mesaj li dwe pote bay pèp rebèl yo y ap pase sou yo a, yo bay Ezekyèl lòd pou li manje ti liv la, ki te nan men zanj lan lè Li te desann nan dat 11 septanm 2001.</w:t>
      </w:r>
    </w:p>
    <w:p>
      <w:pPr>
        <w:pStyle w:val="ArticleScripture"/>
        <w:jc w:val="left"/>
      </w:pPr>
      <w:r>
        <w:rPr>
          <w:rFonts w:ascii="Times New Roman" w:hAnsi="Times New Roman" w:eastAsia="Times New Roman" w:cs="Times New Roman"/>
        </w:rPr>
        <w:t>Anplis, li di m: Pitit lòm, manje sa ou jwenn; manje woulo sa a, epi ale pale ak kay Izrayèl la. Se konsa mwen louvri bouch mwen, epi li fè m manje woulo sa a. Epi li di m: Pitit lòm, fè vant ou manje, epi plen trip ou ak woulo sa a mwen ba ou a. Lè sa a, mwen manje l; e nan bouch mwen li te dous tankou siwo myèl. Epi li di m: Pitit lòm, ale, al jwenn kay Izrayèl la, epi pale avèk pawòl pa m yo ba yo. Paske yo pa voye ou kote yon pèp ki pale yon lang etranj ak yon langaj difisil, men kote kay Izrayèl la; pa kote anpil pèp ki pale yon lang etranj ak yon langaj difisil, moun pawòl yo ou pa ka konprann. Sètènman, si mwen te voye ou kote yo, yo t ap koute ou. Men kay Izrayèl la p ap koute ou; paske yo p ap koute mwen: paske tout kay Izrayèl la se moun ki derespektan e ki gen kè di. Gade, mwen fè figi ou di devan figi yo, epi fwon ou di devan fwon yo. Mwen fè fwon ou tankou dyaman, pi di pase wòch dife: pa pè yo, ni pa dekouraje devan aparans yo, menm si yo se yon kay rebèl. Ezekyèl 3:1–9.</w:t>
      </w:r>
    </w:p>
    <w:p>
      <w:pPr>
        <w:pStyle w:val="ArticleBody"/>
        <w:jc w:val="left"/>
      </w:pPr>
      <w:r>
        <w:rPr>
          <w:rFonts w:ascii="Times New Roman" w:hAnsi="Times New Roman" w:eastAsia="Times New Roman" w:cs="Times New Roman"/>
        </w:rPr>
        <w:t>Yon moun lòt nasyon nan Bib la se yon etranje, epi yon etranje pale yon lang etranj. Ezekyèl te voye bay kay Izrayèl modèn nan, ki nan tan sele a se legliz Advantis Setyèm Jou Laodise a, ki y ap pase pa li. Mesaj la pandan tan sele san karannkat mil yo se pou legliz Bondye a, ki jije an premye; epi apre sa, nan lwa dimanch ki pral vini talè a, dezyèm vwa Revelasyon chapit dizwit la rele twoupo lòt nasyon Bondye a soti nan Babilòn. Lè Ezayi, nan chapit sis, ap reprezante moun ki aksepte apèl pou yo voye yo bay kay rebèl la avèk mesaj Laodise a, yo avèti l davans ke yo se yon pèp ki, pandan yo ap wè, yo pa konprann, epi pandan yo ap tande, yo pa konprann. Ezayi anrejistre menm atribi Jezi te site nan Ezayi, chapit sis, lè Li te bay menm atribi sa a Juif chikanè yo, moun yo t ap pase pa yo nan istwa Kris la.</w:t>
      </w:r>
    </w:p>
    <w:p>
      <w:pPr>
        <w:pStyle w:val="ArticleBody"/>
        <w:jc w:val="left"/>
      </w:pPr>
      <w:r>
        <w:rPr>
          <w:rFonts w:ascii="Times New Roman" w:hAnsi="Times New Roman" w:eastAsia="Times New Roman" w:cs="Times New Roman"/>
        </w:rPr>
        <w:t>Nan chapit douz la, Ezekyèl sèvi ak menm tèminoloji a tou, konsa li plase chapit douz la espesyalman nan tan sele san karannkat mil yo.</w:t>
      </w:r>
    </w:p>
    <w:p>
      <w:pPr>
        <w:pStyle w:val="ArticleScripture"/>
        <w:jc w:val="left"/>
      </w:pPr>
      <w:r>
        <w:rPr>
          <w:rFonts w:ascii="Times New Roman" w:hAnsi="Times New Roman" w:eastAsia="Times New Roman" w:cs="Times New Roman"/>
        </w:rPr>
        <w:t>Pawòl Senyè a vini jwenn mwen ankò, li di: Pitit lòm, w ap viv nan mitan yon kay rebèl, ki gen je pou wè, men yo pa wè; yo gen zòrèy pou tande, men yo pa tande; paske yo se yon kay rebèl. Ezekyèl 12:1, 2.</w:t>
      </w:r>
    </w:p>
    <w:p>
      <w:pPr>
        <w:pStyle w:val="ArticleBody"/>
        <w:jc w:val="left"/>
      </w:pPr>
      <w:r>
        <w:rPr>
          <w:rFonts w:ascii="Times New Roman" w:hAnsi="Times New Roman" w:eastAsia="Times New Roman" w:cs="Times New Roman"/>
        </w:rPr>
        <w:t>Chapit douz nan Ezekyèl la idantifye tan sele sant karannkat mil yo, epi lè li fè sa, li adrese mesaj fo dènye lapli a ke tafyatè Efrayim yo, ki gouvène pèp Jerizalèm nan, ap ofri—tafyatè sa yo ki pa ka li liv ki sele a. Mesaj fo dènye lapli pa yo a chita sou mete vizyon pwofetik Pawòl Bondye a byen lwen nan lavni.</w:t>
      </w:r>
    </w:p>
    <w:p>
      <w:pPr>
        <w:pStyle w:val="ArticleBody"/>
        <w:jc w:val="left"/>
      </w:pPr>
      <w:r>
        <w:rPr>
          <w:rFonts w:ascii="Times New Roman" w:hAnsi="Times New Roman" w:eastAsia="Times New Roman" w:cs="Times New Roman"/>
        </w:rPr>
        <w:t>Nan vèsè twa jiska kenz yo, yo bay Ezekyèl enstriksyon pou l ilistre pèp Bondye a k ap antre nan kaptivite Babilòn. Kaptivite Babilòn nan reprezante lwa dimanch ki pral vini byento a; apre sa, nan vèsè sèz jiska ven yo, li idantifye grangou ki akonpaye destriksyon vil yo ki kòmanse nan lè gwo tranblemanntè a, sa ki se lwa dimanch ki pral vini byento a. Avantaj lavi nan zòn andeyò yo pandan tan kriz sa a reprezante la a, epi apre sa, nan vèsè vennyen jiska vennwit yo, nou genyen pasaj ki te rekonèt kòm verite prezan nan listwa Millerit la. Yo site pasaj la mo pou mo nan The Great Controversy nan deskripsyon listwa Millerit la nan liv la.</w:t>
      </w:r>
    </w:p>
    <w:p>
      <w:pPr>
        <w:pStyle w:val="ArticleScripture"/>
        <w:jc w:val="left"/>
      </w:pPr>
      <w:r>
        <w:rPr>
          <w:rFonts w:ascii="Times New Roman" w:hAnsi="Times New Roman" w:eastAsia="Times New Roman" w:cs="Times New Roman"/>
        </w:rPr>
        <w:t>Epi pawòl Senyè a te vin jwenn mwen, li di: Pitit lòm, ki pwovèb sa a nou genyen nan peyi Izrayèl la, k ap di: Jou yo ap trennen, e tout vizyon echwe? Se poutèt sa, di yo: Men sa Senyè Bondye a di: M ap fè pwovèb sa a sispann, e yo p ap sèvi avè l ankò kòm pwovèb nan Izrayèl; men di yo: Jou yo pwoche, ansanm ak akonplisman tout vizyon. Paske p ap gen ankò okenn vizyon ki san valè, ni okenn divinasyon flatè nan mitan kay Izrayèl la. Paske mwen se Senyè a: m ap pale, e pawòl m ap pale a ap rive vre; li p ap trennen ankò; paske nan jou pa nou, o kay rebèl, m ap di pawòl la, e m ap akonpli li, se Senyè Bondye a ki di sa. Ankò, pawòl Senyè a te vin jwenn mwen, li di: Pitit lòm, gade, moun kay Izrayèl yo ap di: Vizyon li wè a se pou anpil jou k ap vini, e li pwofetize konsènan tan ki byen lwen. Se poutèt sa, di yo: Men sa Senyè Bondye a di: P ap gen okenn nan pawòl mwen yo k ap trennen ankò, men pawòl mwen te pale a va akonpli, se Senyè Bondye a ki di sa. Ezekyèl 12:21–28.</w:t>
      </w:r>
    </w:p>
    <w:p>
      <w:pPr>
        <w:pStyle w:val="ArticleBody"/>
        <w:jc w:val="left"/>
      </w:pPr>
      <w:r>
        <w:rPr>
          <w:rFonts w:ascii="Times New Roman" w:hAnsi="Times New Roman" w:eastAsia="Times New Roman" w:cs="Times New Roman"/>
        </w:rPr>
        <w:t>Fo mesaj lapli ta kontrefè ki prezante nan tan sele san karantkat mil yo deklare: “jou yo ap pwolonje, e chak vizyon ap echwe.” Dayè, èske mesaje sa yo, ki te reprezante pa Moyiz, Eli, Ezekyèl, Ezayi ak Jan, pa t echwe nan prediksyon yo konsènan 18 jiyè 2020? Mesaj Advantis Laodise a nan epòk sa a se: “vizyon li wè a se pou anpil jou ankò, e li pwofetize sou tan ki byen lwen.” Nan istwa sa a, non sèlman chak vizyon ap rive vre, men mesaje a dwe di kay pèdi Izrayèl modèn nan: “Men sa Senyè Bondye a di,” “M ap fè” “pwovèb” kontrefè Advantis Laodise a “sispann.” Di yo: “Jou yo pre, ansanm ak akonplisman chak vizyon.” “Okenn nan pawòl mwen yo p ap pwolonje ankò; men pawòl mwen te pale a va fèt, se Senyè Bondye a ki di sa.”</w:t>
      </w:r>
    </w:p>
    <w:p>
      <w:pPr>
        <w:pStyle w:val="ArticleBody"/>
        <w:jc w:val="left"/>
      </w:pPr>
      <w:r>
        <w:rPr>
          <w:rFonts w:ascii="Times New Roman" w:hAnsi="Times New Roman" w:eastAsia="Times New Roman" w:cs="Times New Roman"/>
        </w:rPr>
        <w:t>Mesaj Laodiseyen an egzije pou mesaj la idantifye ke jou yo pre kote efè chak vizyon dwe rive akonpli, e jou sa yo se jou sele san karannkat mil yo. Pwen esansyèl ki pa dwe manke nan pasaj la se ke Bondye deklare dirèkteman ke nan “jou” yo, ki reprezante peryòd tan sele a, Li t ap fè “vizon vid” Advantis Laodiseyen an, “divinasyon flatè” pa yo, ak “pwovèb” kontrefè pa yo sispann. Bondye fè mesaj lapli ta kontrefè pa yo sispann anvan lwa dimanch ki pral vini byento a, paske Li fè l sispann nan jou Li ap pale yo. Li fè l sispann lè Li konfime vrè mesaj lapli ta a pandan Li ap leve sila yo ki chwazi pou yo vin drapo a lè lwa dimanch la pral vini byento. Moun sa yo ki chwazi yo sele anvan “tranblemanntè” a.</w:t>
      </w:r>
    </w:p>
    <w:p>
      <w:pPr>
        <w:pStyle w:val="ArticleBody"/>
        <w:jc w:val="left"/>
      </w:pPr>
      <w:r>
        <w:rPr>
          <w:rFonts w:ascii="Times New Roman" w:hAnsi="Times New Roman" w:eastAsia="Times New Roman" w:cs="Times New Roman"/>
        </w:rPr>
        <w:t>Lòt fason Li fè pwovèb van mesaj fo lapli dèyè a sispann se pa rive jijman Bondye yo ki inatandi e k ap vin pi sevè, ki vini kòm yon sipriz total pou timoun fènwa yo, men ki fè pati menm mesaj timoun limyè yo t ap anonse davans lan. Istwa n ap antre ladan l kounye a pral byento konfwonte ak jijman Bondye yo. Jijman sa yo repwezante repete nan Pawòl Bondye a, epi peryòd sele a, ki te kòmanse 11 septanm 2001, se kote tout vizyon, enkli vizyon jijman Bondye yo, dwe rive, paske Pawòl Li pa janm febli.</w:t>
      </w:r>
    </w:p>
    <w:p>
      <w:pPr>
        <w:pStyle w:val="ArticleBody"/>
        <w:jc w:val="left"/>
      </w:pPr>
      <w:r>
        <w:rPr>
          <w:rFonts w:ascii="Times New Roman" w:hAnsi="Times New Roman" w:eastAsia="Times New Roman" w:cs="Times New Roman"/>
        </w:rPr>
        <w:t>Nan atik anvan yo nou te demontre ke twa premye chapit nan liv Danyèl la reprezante twa mesaj zanj yo nan Revelasyon chapit katòz la. Chapit de a se dezyèm mesaj zanj lan, e poutèt sa li se yon ilistrasyon de dezyèm tès la pandan peryòd sele a. Premye tès la se te chapit youn nan, e se te tès alimantasyon an, pou konnen si yon moun t ap chwazi manje syèl la oswa manje Babilòn nan. Chapit de a te reprezante pa verite kache ki te nan rèv Nebikadneza sou estati bèt yo, ki se wayòm yo.</w:t>
      </w:r>
    </w:p>
    <w:p>
      <w:pPr>
        <w:pStyle w:val="ArticleBody"/>
        <w:jc w:val="left"/>
      </w:pPr>
      <w:r>
        <w:rPr>
          <w:rFonts w:ascii="Times New Roman" w:hAnsi="Times New Roman" w:eastAsia="Times New Roman" w:cs="Times New Roman"/>
        </w:rPr>
        <w:t>Dànyèl de, reprezante eprèv imaj bèt la pandan sele san karannkat mil yo, e li genyen yon konpreyansyon ki kache, paske Nebikadneza pa t kapab sonje rèv la. Li reprezante yon verite kache ki deselem nan istwa san karannkat mil yo, ansanm ak yon verite kache konsènan wayòm pwofesi Bib la ki reprezante nan estati a. Li te reprezante yon eprèv lavi-oswa-lanmò pou Dànyèl ak twa diyitè yo, epi tou pou saj Kaldeyen yo ki te manje nan manje Babilòn nan.</w:t>
      </w:r>
    </w:p>
    <w:p>
      <w:pPr>
        <w:pStyle w:val="ArticleBody"/>
        <w:jc w:val="left"/>
      </w:pPr>
      <w:r>
        <w:rPr>
          <w:rFonts w:ascii="Times New Roman" w:hAnsi="Times New Roman" w:eastAsia="Times New Roman" w:cs="Times New Roman"/>
        </w:rPr>
        <w:t>Ellen White te resevwa revelasyon ke imaj bèt la t ap fòme “anvan tan gras la fèmen, paske se gran eprèv pou pèp Bondye a, pa mwayen li desten etènèl yo pral deside.” Rèv kache Nebikadneza a reprezante eprèv sa a. Verite kache sou imaj la ki revele nan jou sa yo, lè efè chak vizyon pa retade ankò, se ke Jezi, kòm Alfa ak Omega, te idantifye nan premye ak nan dènye referans yo ak wayòm pwofesi biblik yo ke uityèm bèt la soti nan sèt yo.</w:t>
      </w:r>
    </w:p>
    <w:p>
      <w:pPr>
        <w:pStyle w:val="ArticleBody"/>
        <w:jc w:val="left"/>
      </w:pPr>
      <w:r>
        <w:rPr>
          <w:rFonts w:ascii="Times New Roman" w:hAnsi="Times New Roman" w:eastAsia="Times New Roman" w:cs="Times New Roman"/>
        </w:rPr>
        <w:t>Wityèm bèt Revelasyon chapit disèt la, ki sòti nan mitan sèt yo, se pouvwa papal la ki te retounen sou twòn tè a; epi pi fon sekrè kache ki te revele a se ke, pandan Etazini ap fòme yon imaj bèt la nan nasyon sa a, li menm tou l ap reprezante fenomèn wityèm nan, pandan li sòti nan mitan sèt yo. Sizyèm prezidan an depi tan lafen an an 1989, ki se prezidan rich la ki te souke tout domèn dragon an, te resevwa yon blesi politik ki te mòtèl nan men pwogresis, woke, liberal, globalis yo an 2020, lè kòn Repibliken an te asasinen nan lari yo pa bèt ate Revelasyon chapit onz la.</w:t>
      </w:r>
    </w:p>
    <w:p>
      <w:pPr>
        <w:pStyle w:val="ArticleBody"/>
        <w:jc w:val="left"/>
      </w:pPr>
      <w:r>
        <w:rPr>
          <w:rFonts w:ascii="Times New Roman" w:hAnsi="Times New Roman" w:eastAsia="Times New Roman" w:cs="Times New Roman"/>
        </w:rPr>
        <w:t>An menm tan an, mouvman twazyèm zanj lan te resevwa yon blesi mòtèl nan dat 18 jiyè 2020, anba men bèt ateyis ki nan Revelasyon chapit onz la. Mouvman sa a te konpoze ak Advantis Setyèm Jou Lawodiseyen yo, e an 2023, mouvman an te leve kòm mouvman Filadèlfyen twazyèm zanj lan. Toude kòn yo te touye an 2020, epi toude kòn yo kanpe ankò apre twa jou edmi senbolik. Fòmasyon imaj politik bèt la konsiste nan konbinezon Legliz ak Leta Ozetazini, epi bèt yo fè yon imaj de li nan dènye jou yo se uityèm bèt la, ki soti nan sèt yo. Lè bèt imaj la fòme Ozetazini, li pral posede menm atribi pwofetik sa a ki se pa bèt uityèm Wòm nan.</w:t>
      </w:r>
    </w:p>
    <w:p>
      <w:pPr>
        <w:pStyle w:val="ArticleBody"/>
        <w:jc w:val="left"/>
      </w:pPr>
      <w:r>
        <w:rPr>
          <w:rFonts w:ascii="Times New Roman" w:hAnsi="Times New Roman" w:eastAsia="Times New Roman" w:cs="Times New Roman"/>
        </w:rPr>
        <w:t>Lè eprèv imaj bèt la rive akonpli sou vrè kòn Pwotestan an, moun ki rekonèt verite pwofetik ki lye ak fòmasyon imaj bèt la nan toude kòn bèt ki soti sou tè a, y ap sele pou letènite ak imaj Kris la. Vyèj sòt sa yo ki te aksepte vizyon gremesi ak flatan an, yo pral fòme imaj bèt la pou letènite.</w:t>
      </w:r>
    </w:p>
    <w:p>
      <w:pPr>
        <w:pStyle w:val="ArticleScripture"/>
        <w:jc w:val="left"/>
      </w:pPr>
      <w:r>
        <w:rPr>
          <w:rFonts w:ascii="Times New Roman" w:hAnsi="Times New Roman" w:eastAsia="Times New Roman" w:cs="Times New Roman"/>
        </w:rPr>
        <w:t>“Se te bagay sa a pwofèt Ezekyèl te wè lè, devan je li ki te sezi, yo te prezante senbòl ki te revele yon Pouvwa k ap dirije sou zafè chèf ki sou latè yo. Wou ki t ap kwaze youn ak lòt te deplase pa kat èt vivan. Byen anlè tout bagay sa yo ‘te gen resanblans yon twòn, nan aparans tankou safi; epi chita anlè resanblans twòn nan te gen yon resanblans tankou yon fòm imen.’ Ezekyèl 1:26, RSV.”</w:t>
      </w:r>
    </w:p>
    <w:p>
      <w:pPr>
        <w:pStyle w:val="ArticleScripture"/>
        <w:jc w:val="left"/>
      </w:pPr>
      <w:r>
        <w:rPr>
          <w:rFonts w:ascii="Times New Roman" w:hAnsi="Times New Roman" w:eastAsia="Times New Roman" w:cs="Times New Roman"/>
        </w:rPr>
        <w:t>“Wou yo, ki te tèlman konplike ke, lè yon moun te gade yo premye fwa, yo te sanble nan konfizyon, t ap deplase an amoni pafè. Èt selès yo t ap pouse wou sa yo. Jwèt konplike evènman imen yo anba kontwòl diven. Nan mitan lit ak boulvès nasyon yo, Sila a ki chita anlè cheriben yo ap kontinye dirije zafè tè sa a. Pou chak nasyon ak chak moun, Bondye te bay yon plas nan gran plan pa Li. Jodi a, lèzòm ak nasyon yo, pa pwòp chwa pa yo, ap deside desten yo, epi Bondye ap domine sou tout bagay pou akonplisman objektif Li yo.</w:t>
      </w:r>
    </w:p>
    <w:p>
      <w:pPr>
        <w:pStyle w:val="ArticleScripture"/>
        <w:jc w:val="left"/>
      </w:pPr>
      <w:r>
        <w:rPr>
          <w:rFonts w:ascii="Times New Roman" w:hAnsi="Times New Roman" w:eastAsia="Times New Roman" w:cs="Times New Roman"/>
        </w:rPr>
        <w:t>«Pwofesi gran MWEN MENM NAN te bay nan Pawòl Li a fè nou konnen kote nou ye nan pwosesyon tan yo. Tout sa pwofesi te anonse jouk rive nan tan prezan an deja trase sou paj listwa yo, e tout sa ki rete pou vini an pral akonpli nan lòd pa li.»</w:t>
      </w:r>
    </w:p>
    <w:p>
      <w:pPr>
        <w:pStyle w:val="ArticleScripture"/>
        <w:jc w:val="left"/>
      </w:pPr>
      <w:r>
        <w:rPr>
          <w:rFonts w:ascii="Times New Roman" w:hAnsi="Times New Roman" w:eastAsia="Times New Roman" w:cs="Times New Roman"/>
        </w:rPr>
        <w:t>“Siy tan yo fè konnen nou kanpe sou papòt gwo evènman ki grav anpil. Tout bagay nan lemonn nou an ap boulvèse. Sovè a te pwofetize sou evènman ki t ap vini anvan retou Li: ‘N’a tande pale lagè ak bri lagè…. Nasyon pral leve kont nasyon, e wayòm kont wayòm; pral gen grangou, epidemi, ak tranblemanntè nan divès kote.’ Matye 24:6, 7. Chèf ak moun leta yo rekonèt gen yon bagay gwo ak desizif ki prèt pou rive—ke lemonn nan sou bò yon kriz estipidman gwo.”</w:t>
      </w:r>
    </w:p>
    <w:p>
      <w:pPr>
        <w:pStyle w:val="ArticleScripture"/>
        <w:jc w:val="left"/>
      </w:pPr>
      <w:r>
        <w:rPr>
          <w:rFonts w:ascii="Times New Roman" w:hAnsi="Times New Roman" w:eastAsia="Times New Roman" w:cs="Times New Roman"/>
        </w:rPr>
        <w:t>“Bib la, e se Bib la sèlman, ki bay yon vizyon kòrèk sou evènman ki deja ap voye lonbraj yo devan yo, pandan bri apwòch yo fè tè a tranble e kè lèzòm ap deperi ak laperèz. ‘Gade, Seyè a pral devaste tè a, li pral fè l tounen yon dezè; li pral tòde sifas li epi gaye moun k ap viv sou li yo.’ ‘Paske yo transgrese lwa yo, yo vyole preskripsyon yo, yo kraze alyans etènèl la. Se poutèt sa yon madichon ap devore tè a, e moun ki rete sou li yo ap soufri poutèt koupab yo.’ Ezayi 24:1, 5, 6, RSV.”</w:t>
      </w:r>
    </w:p>
    <w:p>
      <w:pPr>
        <w:pStyle w:val="ArticleScripture"/>
        <w:jc w:val="left"/>
      </w:pPr>
      <w:r>
        <w:rPr>
          <w:rFonts w:ascii="Times New Roman" w:hAnsi="Times New Roman" w:eastAsia="Times New Roman" w:cs="Times New Roman"/>
        </w:rPr>
        <w:t>“Malè! paske jou sa a gran anpil, pa gen okenn ki tankou li; se tan detrès Jakòb la menm; men li va delivre soti ladan l.” Jeremi 30:7.</w:t>
      </w:r>
    </w:p>
    <w:p>
      <w:pPr>
        <w:pStyle w:val="ArticleScripture"/>
        <w:jc w:val="left"/>
      </w:pPr>
      <w:r>
        <w:rPr>
          <w:rFonts w:ascii="Times New Roman" w:hAnsi="Times New Roman" w:eastAsia="Times New Roman" w:cs="Times New Roman"/>
        </w:rPr>
        <w:t>“Paske ou fè Seyè a, ki se refij mwen an, wi, Trèwo a, tounen kote ou rete a; okenn mal pa pral rive ou, ni okenn fleo pa pral pwoche bò kote kay ou.” Sòm 91:9, 10.</w:t>
      </w:r>
    </w:p>
    <w:p>
      <w:pPr>
        <w:pStyle w:val="ArticleScripture"/>
        <w:jc w:val="left"/>
      </w:pPr>
      <w:r>
        <w:rPr>
          <w:rFonts w:ascii="Times New Roman" w:hAnsi="Times New Roman" w:eastAsia="Times New Roman" w:cs="Times New Roman"/>
        </w:rPr>
        <w:t>“Bondye pap manke Legliz li nan lè pi gwo danje li. Li pwomèt delivrans. Prensip wayòm li a pral onore pa tout moun anba solèy la.” Historical Sketches 277–279.</w:t>
      </w:r>
    </w:p>
    <w:p>
      <w:pPr>
        <w:pStyle w:val="ArticleBody"/>
        <w:jc w:val="left"/>
      </w:pPr>
      <w:r>
        <w:rPr>
          <w:rFonts w:ascii="Times New Roman" w:hAnsi="Times New Roman" w:eastAsia="Times New Roman" w:cs="Times New Roman"/>
        </w:rPr>
        <w:t>«Jwèt konplike evènman imen yo» se sa wou yo ki t ap kwaze youn ak lòt yo te reprezante nan vizyon Ezekyèl la konsènan Kote ki Trè Sen an, pandan tan sele a. Evènman sa yo anba kontwòl divin, paske evènman sa yo se akonplisman tout vizyon ki nan Pawòl Bondye a, ki jwenn efè final e pafè yo nan tan sele a. Gen yon «son» ki idantifye «yon kriz estrawòdinè» ke «mond lan sou bò pou» l reyalize. «Son» sa a fè «latè a tranble epi kè lèzòm febli yo poutèt laperèz». Ni tranbleman latè a, ni lefèt ke kè lèzòm febli poutèt laperèz, se senbòl son setyèm e dènye Twonpèt la, ki se twazyèm malè a.</w:t>
      </w:r>
    </w:p>
    <w:p>
      <w:pPr>
        <w:pStyle w:val="ArticleBody"/>
        <w:jc w:val="left"/>
      </w:pPr>
      <w:r>
        <w:rPr>
          <w:rFonts w:ascii="Times New Roman" w:hAnsi="Times New Roman" w:eastAsia="Times New Roman" w:cs="Times New Roman"/>
        </w:rPr>
        <w:t>Kòlè nasyon yo anba Islam twazyèm malè a, se tankou yon fanm k ap tranche, konsa li reprezante yon kriz k ap ogmante, k ap vin pi grav toujou. Kriz sa a ki t ap vin pi grav la te kòmanse nan 11 septanm 2001; epi nan 7 oktòb 2023, pwochen doulè tranche ekstrèm nan te frape; e paske Pawòl Bondye a pa janm fè fayit, pwochen tranche nesans la ap vini trè byento, e li pral menm pi destriktif. Èske ou toujou ap viv nan yon vil?</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“Pou pwofèt la, wou anndan yon lòt wou a, ansanm ak aparans bèt vivan ki te lye avèk yo, tout te sanble konplike e eneksplikab. Men, men Sajès Enfini an parèt nan mitan wou yo, e rezilta travay li se yon lòd pafè. Chak wou, ki dirije pa men Bondye, travay nan yon amoni pafè avèk chak lòt wou. Yo montre m ke enstrimantalite imen yo gen tandans chèche twòp pouvwa epi eseye kontwole travay la pa yo menm. Yo kite Seyè a, Bondye, Travayè Pisàn nan, twòp deyò nan metòd ak plan yo, epi yo pa konfye L tout bagay konsènan avansman travay la. Pèsonn pa ta dwe menm pou yon moman imajine li kapab jere bagay ki fè pati gran MWEN AN. Bondye, nan pwovidans Li, ap prepare yon chemen pou travay la kapab fèt pa ajan imen. Se poutèt sa, se pou chak moun rete nan pòs devwa pa li, pou l jwe wòl pa li pou tan sa a epi pou l konnen Bondye se Enstriktè li.” Testimonies, volim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trant-twa</dc:title>
  <dc:subject>Devwale Tisi Pwofetik la: Eklèsisman sou Tan Sele 144,000 yo</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