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trant-sis</w:t>
      </w:r>
    </w:p>
    <w:p>
      <w:pPr>
        <w:pStyle w:val="ArticleSubtitle"/>
        <w:jc w:val="left"/>
      </w:pPr>
      <w:r>
        <w:rPr>
          <w:rFonts w:ascii="Arial" w:hAnsi="Arial" w:eastAsia="Arial" w:cs="Arial"/>
        </w:rPr>
        <w:t>Tranzisyon Pwofetik Repiblikanis ak Pwotestantis: Soti nan Lanmò rive nan Rezirèksyon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Gen yon tranzisyon ni kòn Repibliken an ni vrè kòn Pwotestan bèt tè a ki te kòmanse nan ane 2020. Vrè kòn Pwotestan an te touye 18 jiyè 2020, epi kòn Repibliken an te touye 3 novanm 2020. Dapre Revelasyon chapit onz, apre twa jou edmi senbolik yo, yo pral yon lòt fwa ankò kanpe sou pye yo. Lè yo kanpe, vrè kòn Pwotestan an pral pase soti nan Laodise yo pou rive nan Filadèlfya yo. Yo pral fin soti nan yon legliz, epi yo pral antre nan yon mouvman. Yo te soti nan eksperyans setyèm legliz la, pou yo antre nan eksperyans sizyèm legliz la. Yo vin tounen uityèm lan, ki soti nan sèt yo.</w:t>
      </w:r>
    </w:p>
    <w:p>
      <w:pPr>
        <w:pStyle w:val="ArticleBody"/>
        <w:jc w:val="left"/>
      </w:pPr>
      <w:r>
        <w:rPr>
          <w:rFonts w:ascii="Times New Roman" w:hAnsi="Times New Roman" w:eastAsia="Times New Roman" w:cs="Times New Roman"/>
        </w:rPr>
        <w:t>Mouvman ki te nan kòmansman Advantis la se te mouvman Filadèlfyen an, epi mouvman Filadèlfyen an retabli nan fen an. Travay twa zanj yo nan Revelasyon chapit katòz la te kòmanse kòm yon mouvman, epi li pral fini kòm yon mouvman. Mouvman Filadèlfyen an, ki reprezante pa sizyèm legliz Filadèlfi a, te mouri an 1856; epi kòmanse nan fen mwa Jiyè 2023, kounye a l ap resisite kòm wityèm lan, sa vle di, ki soti nan sèt yo.</w:t>
      </w:r>
    </w:p>
    <w:p>
      <w:pPr>
        <w:pStyle w:val="ArticleBody"/>
        <w:jc w:val="left"/>
      </w:pPr>
      <w:r>
        <w:rPr>
          <w:rFonts w:ascii="Times New Roman" w:hAnsi="Times New Roman" w:eastAsia="Times New Roman" w:cs="Times New Roman"/>
        </w:rPr>
        <w:t>Nan menm istwa a, kòn Repibliken an ap fè eksperyans yon lanmò ak yon rezirèksyon paralèl, kote sizyèm prezidan an depi Reagan nan tan lafen an an 1989 vin tounen uityèm prezidan an, ki se youn nan sèt yo. Pwosesis tranzisyon kòn Repibliken an reprezante pa fizyon li ansanm ak kòn Pwotestantis aposta a, ki se fònikasyon espirityèl la ak imaj bèt la. Kòn Repibliken an vin tounen uityèm lan, ki se youn nan sèt yo, paske li reprezante yon imaj bèt Katolis la, sètadi uityèm tèt la, ki se youn nan sèt tèt yo, nan Revelasyon chapit disèt, ak nan Danyèl chapit de.</w:t>
      </w:r>
    </w:p>
    <w:p>
      <w:pPr>
        <w:pStyle w:val="ArticleBody"/>
        <w:jc w:val="left"/>
      </w:pPr>
      <w:r>
        <w:rPr>
          <w:rFonts w:ascii="Times New Roman" w:hAnsi="Times New Roman" w:eastAsia="Times New Roman" w:cs="Times New Roman"/>
        </w:rPr>
        <w:t>Tranzisyon politik kòn Repiblikenis la reprezante nan peryòd preparasyon an depi 1776 rive 1798. Peryòd pwofetik sa a se yon kle nesesè pou rekonèt devwale sekrè kache a nan imaj bèt yo pa Nèbikadneza a. Peryòd preparasyon sa a reprezante pa peryòd yon preparasyon trant ane pou toude Kris la ak antikris la.</w:t>
      </w:r>
    </w:p>
    <w:p>
      <w:pPr>
        <w:pStyle w:val="ArticleBody"/>
        <w:jc w:val="left"/>
      </w:pPr>
      <w:r>
        <w:rPr>
          <w:rFonts w:ascii="Times New Roman" w:hAnsi="Times New Roman" w:eastAsia="Times New Roman" w:cs="Times New Roman"/>
        </w:rPr>
        <w:t>Tan sele a soti 11 septanm 2001 rive jouk lwa dimanch ki pral vini byento a se peryòd pwofetik kote efè chak vizyon akonpli. Li reprezante peryòd ki fini lè papote a retounen sou twòn tè a kòm uityèm wayòm nan, ki soti nan sèt yo, nan lè “gwo tranblemanntè” a nan Revelasyon chapit onz. Se poutèt sa, li te tipifye pa peryòd ki te vin anvan premye fwa papote a te monte sou twòn nan an 538. An 538, papote a te pase yon lwa dimanch nan Konsèy Orléans la, sa ki idantifye fen trant ane preparasyon yo, epi ki tipifye lwa dimanch ki pral vini byento a. Jezi pa janm chanje; kidonk, fòk genyen yon peryòd ki vin anvan lwa dimanch la kote blesi mòtèl la geri, menm jan sa te ye premye fwa papote a te monte sou twòn nan.</w:t>
      </w:r>
    </w:p>
    <w:p>
      <w:pPr>
        <w:pStyle w:val="ArticleBody"/>
        <w:jc w:val="left"/>
      </w:pPr>
      <w:r>
        <w:rPr>
          <w:rFonts w:ascii="Times New Roman" w:hAnsi="Times New Roman" w:eastAsia="Times New Roman" w:cs="Times New Roman"/>
        </w:rPr>
        <w:t>Peryòd sa a reprezante pa istwa ki asosye avèk pwen repè ane 508, 533 ak 538 yo. Nan ane 508 la, peryòd preparasyon an, oswa etablisman papote a, te kòmanse. Katriyèm wayòm Wòm payen an, yon pouvwa dragon, te sibi dominasyon, epi an 533, Jistinyen te dekrete ke papote a se te “tèt legliz yo, epi tou korektè eretik yo.” Tout sa ki te rete pou papote a pran kontwòl an 538, se te retire Got yo nan Vil Wòm; e sa te fèt nan ane 538 la. Liy istwa trant ane sa a te mache an paralèl ak nesans Kris la, ki te swiv pa ministè Jan an, epi ki te mennen nan otorizasyon Jezi kòm Mesi a nan batèm Li.</w:t>
      </w:r>
    </w:p>
    <w:p>
      <w:pPr>
        <w:pStyle w:val="ArticleBody"/>
        <w:jc w:val="left"/>
      </w:pPr>
      <w:r>
        <w:rPr>
          <w:rFonts w:ascii="Times New Roman" w:hAnsi="Times New Roman" w:eastAsia="Times New Roman" w:cs="Times New Roman"/>
        </w:rPr>
        <w:t>Peryòd preparasyon nan istwa Kris la mache paralèl ak tan sele a, e li adrese liy entèn kòn Pwotestan an, tandiske peryòd preparasyon pou antikris la adrese liy ekstèn kòn Repibliken an. De peryòd sa yo bay de temwen konsènan 11 septanm 2001, 7 oktòb 2023, ak lwa dimanch ki pral vini talè a. Youn nan peryòd yo mete anfaz sou temwayaj ekstèn nan, epi lòt la sou temwayaj entèn tan sele a pou san karannkat mil yo.</w:t>
      </w:r>
    </w:p>
    <w:p>
      <w:pPr>
        <w:pStyle w:val="ArticleBody"/>
        <w:jc w:val="left"/>
      </w:pPr>
      <w:r>
        <w:rPr>
          <w:rFonts w:ascii="Times New Roman" w:hAnsi="Times New Roman" w:eastAsia="Times New Roman" w:cs="Times New Roman"/>
        </w:rPr>
        <w:t>Travay Jan an, antanke vwa k ap kriye nan dezè a ki te prepare chemen an pou Mesaje Alyans lan, te mache an paralèl ak dekrè Jistinyen an ki te prepare chemen an pou nonm peche a, ki se mesaje alyans lanmò a. 7 oktòb 2023 te avètisman sou sa ki pral rive lè lwa dimanch lan va aplike, jan sa te ye an 538. 7 oktòb 2023 mache an paralèl ak 533 nan peryòd preparasyon an pou premye fwa papote a te plase sou twòn tè a. Se avètisman an ke nan lwa dimanch ki pral vini byento a, menm jan an 538, pap la pral yon lòt fwa ankò vin tounen ni chèf legliz yo, ni korektè eretik yo tou. Se avètisman an tou konsènan lagè Islam lan nan twazyèm malè a k ap vin pi entans.</w:t>
      </w:r>
    </w:p>
    <w:p>
      <w:pPr>
        <w:pStyle w:val="ArticleBody"/>
        <w:jc w:val="left"/>
      </w:pPr>
      <w:r>
        <w:rPr>
          <w:rFonts w:ascii="Times New Roman" w:hAnsi="Times New Roman" w:eastAsia="Times New Roman" w:cs="Times New Roman"/>
        </w:rPr>
        <w:t>Se avètisman ki idantifye Islam (nouvèl ki soti bò solèy leve a), ak avètisman konsènan restorasyon pap la (nouvèl ki soti nan nò a). Avètisman sa a kowenside ak travay mesaje ki prepare chemen an nan dènye jou yo, pou Mesaje Alyans lan, ki gen pou Lè sa a antre nan alyans ak san karannkat mil yo.</w:t>
      </w:r>
    </w:p>
    <w:p>
      <w:pPr>
        <w:pStyle w:val="ArticleBody"/>
        <w:jc w:val="left"/>
      </w:pPr>
      <w:r>
        <w:rPr>
          <w:rFonts w:ascii="Times New Roman" w:hAnsi="Times New Roman" w:eastAsia="Times New Roman" w:cs="Times New Roman"/>
        </w:rPr>
        <w:t>Twa peryòd preparasyon yo (trant ane Kris la ak antikris la, ansanm ak tan sele a) yo menm tou yo tipifye pa peryòd ki soti 1776 rive 1798. Fen bèt latè a gen yon peryòd espesifik ki vin anvan fen li kòm sizyèm wayòm pwofesi Bib la; kidonk, kòmansman bèt latè a kòm sizyèm wayòm pwofesi Bib la dwe gen yon peryòd pwofetik ki vin anvan kòmansman wayòm sa a. Alfa ak Omega toujou montre fen yon bagay ansanm ak kòmansman bagay sa a.</w:t>
      </w:r>
    </w:p>
    <w:p>
      <w:pPr>
        <w:pStyle w:val="ArticleBody"/>
        <w:jc w:val="left"/>
      </w:pPr>
      <w:r>
        <w:rPr>
          <w:rFonts w:ascii="Times New Roman" w:hAnsi="Times New Roman" w:eastAsia="Times New Roman" w:cs="Times New Roman"/>
        </w:rPr>
        <w:t>1776, 1789 ak 1798 reprezante 11 septanm 2001, 7 oktòb 2023, ak lwa dimanch ki pral vini byento a. Depi 1776 rive 1798, preparasyon pwofetik pou etabli sizyèm wayòm nan te akonpli, menm jan ane 508, 533 ak 538 yo te reprezante preparasyon pou etabli senkyèm wayòm nan. Yo dwe genyen menm karakteristik pwofetik sa yo, paske sizyèm wayòm nan dwe imaj senkyèm wayòm nan.</w:t>
      </w:r>
    </w:p>
    <w:p>
      <w:pPr>
        <w:pStyle w:val="ArticleBody"/>
        <w:jc w:val="left"/>
      </w:pPr>
      <w:r>
        <w:rPr>
          <w:rFonts w:ascii="Times New Roman" w:hAnsi="Times New Roman" w:eastAsia="Times New Roman" w:cs="Times New Roman"/>
        </w:rPr>
        <w:t>Trant ane preparasyon Kris la ki te mennen nan batèm Li a reprezante menm peryòd la; paske lè Kris te vini pou konfime alyans lan pandan yon semèn, kòmanse nan batèm Li a, Li t ap etabli wayòm gras Li a. Nan etablisman wayòm gras Li a pandan sèt ane sa yo, Li te vide san Li pou konfime wayòm sa a; e, nan fè sa, Li te kite egzanp lan sou ki lè Li t ap etabli wayòm laglwa Li a. Wayòm laglwa sa a se wayòm Danyèl de a, ki reprezante tankou yon wòch yo koupe soti nan yon mòn san men. Sè White fè nou konnen wayòm sa a etabli pandan lapli dèyè a, e lapli dèyè a te kòmanse 11 septanm 2001.</w:t>
      </w:r>
    </w:p>
    <w:p>
      <w:pPr>
        <w:pStyle w:val="ArticleScripture"/>
        <w:jc w:val="left"/>
      </w:pPr>
      <w:r>
        <w:rPr>
          <w:rFonts w:ascii="Times New Roman" w:hAnsi="Times New Roman" w:eastAsia="Times New Roman" w:cs="Times New Roman"/>
        </w:rPr>
        <w:t>“Lapli denye sezon an ap vini sou moun ki pir yo—lè sa a, tout moun va resevwa li tankou anvan.</w:t>
      </w:r>
    </w:p>
    <w:p>
      <w:pPr>
        <w:pStyle w:val="ArticleScripture"/>
        <w:jc w:val="left"/>
      </w:pPr>
      <w:r>
        <w:rPr>
          <w:rFonts w:ascii="Times New Roman" w:hAnsi="Times New Roman" w:eastAsia="Times New Roman" w:cs="Times New Roman"/>
        </w:rPr>
        <w:t>“Lè kat zanj yo lage, Kris la pral tabli wayòm li an. Pèsonn pa resevwa dènye lapli a eksepte sila yo k ap fè tout sa yo kapab. Kris la t ap ede nou. Tout moun te ka vin genyen viktwa pa gras Bondye, atravè san Jezi. Tout syèl la enterese nan travay la. Zanj yo enterese.” Spalding and Magan, 3.</w:t>
      </w:r>
    </w:p>
    <w:p>
      <w:pPr>
        <w:pStyle w:val="ArticleBody"/>
        <w:jc w:val="left"/>
      </w:pPr>
      <w:r>
        <w:rPr>
          <w:rFonts w:ascii="Times New Roman" w:hAnsi="Times New Roman" w:eastAsia="Times New Roman" w:cs="Times New Roman"/>
        </w:rPr>
        <w:t>Nan dat 11 septanm 2001, kat van yo, ki reprezante kòm yon chwal anraje (Islam), te lage, epi apre sa yo te kenbe yo an fren, pandan san karannkat mil yo ap resevwa sele a. 1776, 1789 ak 1798 reprezante peryòd sele san karannkat mil yo, epi twa dat sa yo reprezante dispozisyon legal ki te mennen nan etabli sizyèm wayòm pwofesi biblik la. Dezyèm dat la, 1789, idantifye Konstitisyon Etazini an; se poutèt sa, se te mesaj ki te idantifye Konstitisyon an kòm pouvwa de-fwa a ki t ap rive an 1798, menm jan 533 te anonse pouvwa de-fwa a ki t ap rive an 538, epi menm jan Jan Batis te anonse pouvwa de-fwa a ki t ap rive nan batèm Kris la.</w:t>
      </w:r>
    </w:p>
    <w:p>
      <w:pPr>
        <w:pStyle w:val="ArticleBody"/>
        <w:jc w:val="left"/>
      </w:pPr>
      <w:r>
        <w:rPr>
          <w:rFonts w:ascii="Times New Roman" w:hAnsi="Times New Roman" w:eastAsia="Times New Roman" w:cs="Times New Roman"/>
        </w:rPr>
        <w:t>De pouvwa ki fòme doub pouvwa Kris la se te egzanp li ki montre divinite ini ak limanite pa peche. De pouvwa ki fòme doub pouvwa antikris la se te twònman li kòm chèf legliz yo, ak twònman li kòm korektè eretik yo. De pouvwa ki fòme doub pouvwa bèt tè a se de kòn Repiblikanis ak Pwotestantis.</w:t>
      </w:r>
    </w:p>
    <w:p>
      <w:pPr>
        <w:pStyle w:val="ArticleScripture"/>
        <w:jc w:val="left"/>
      </w:pPr>
      <w:r>
        <w:rPr>
          <w:rFonts w:ascii="Times New Roman" w:hAnsi="Times New Roman" w:eastAsia="Times New Roman" w:cs="Times New Roman"/>
        </w:rPr>
        <w:t>“‘Epi li te gen de kòn tankou yon ti mouton.’ Kòn ki sanble ak sa yon ti mouton genyen yo endike jènès, inosan, ak dousè, e yo reprezante avèk presizyon karaktè Etazini lè li te prezante devan pwofèt la kòm yon pouvwa ki t ap ‘leve’ an 1798. Pami ekzile kretyen yo ki te premye kouri al nan Amerik epi ki te chèche yon refij kont opresyon wayal ak entolerans prèt yo, te gen anpil ki te pran desizyon pou etabli yon gouvènman sou gwo fondasyon libète sivil ak relijye. Opinyon yo te jwenn plas yo nan Deklarasyon Endepandans lan, ki tabli gwo verite sa a: ‘tout moun kreye egal’ e yo resevwa dwa inalyenab sa a pou yo gen ‘lavi, libète, ak rechèch bonè.’ Epi Konstitisyon an garanti pèp la dwa pou yo gouvène tèt yo, lè li prevwa ke reprezantan pèp la eli pa vòt popilè a dwe fè lwa yo epi administre yo. Libète lafwa relijye te akòde tou, chak moun te gen pèmisyon pou adore Bondye dapre sa konsyans li dikte l. Repiblikanis ak Pwotestantis te vin tounen prensip fondamantal nasyon an. Prensip sa yo se sekrè pouvwa ak pwosperite li. Moun ki oprese ak kraze anba pye nan tout lakretyente a te vire gade peyi sa a avèk enterè ak espwa. Plizyè milyon moun te chèche rive sou rivaj li yo, e Etazini te leve rive nan yon plas pami nasyon ki pi pwisan sou latè.” The Great Controversy, 441.</w:t>
      </w:r>
    </w:p>
    <w:p>
      <w:pPr>
        <w:pStyle w:val="ArticleBody"/>
        <w:jc w:val="left"/>
      </w:pPr>
      <w:r>
        <w:rPr>
          <w:rFonts w:ascii="Times New Roman" w:hAnsi="Times New Roman" w:eastAsia="Times New Roman" w:cs="Times New Roman"/>
        </w:rPr>
        <w:t>1776, 1789 ak 1798 reprezante twa istwa ki mete anfaz sou lefèt ke wityèm nan, soti nan sèt la. 1776 reprezante piblikasyon Deklarasyon Endepandans lan, ansanm ak istwa Premye ak Dezyèm Kongrè Kontinantal yo. 1789 reprezante piblikasyon Konstitisyon an ak istwa Atik Konfederasyon yo. 1798 reprezante piblikasyon Lwa sou Etranje ak Sedisyon yo, ansanm ak kòmansman bèt tè a kòm sizyèm wayòm pwofesi biblik la.</w:t>
      </w:r>
    </w:p>
    <w:p>
      <w:pPr>
        <w:pStyle w:val="ArticleBody"/>
        <w:jc w:val="left"/>
      </w:pPr>
      <w:r>
        <w:rPr>
          <w:rFonts w:ascii="Times New Roman" w:hAnsi="Times New Roman" w:eastAsia="Times New Roman" w:cs="Times New Roman"/>
        </w:rPr>
        <w:t>Premye Kongrè Kontinantal la te fèt an 1774, e li te yon enstitisyon desizif nan premye istwa Etazini, k ap sèvi kòm yon kò gouvènan pandan Lagè Revolisyonè Ameriken an. Kongrè Kontinantal yo divize an de peryòd pwofetik: premye kongrè a ak dènye kongrè a. Premye Kongrè Kontinantal la te genyen de prezidan e li te reyini nan Filadèlfi soti 5 septanm rive 26 oktòb 1774. Peyton Randolph te premye prezidan reyinyon an soti 5 septanm rive 22 oktòb, epi apre sa Henry Middleton te prezide pandan senk jou ki te swiv yo jouk 26 oktòb 1774.</w:t>
      </w:r>
    </w:p>
    <w:p>
      <w:pPr>
        <w:pStyle w:val="ArticleBody"/>
        <w:jc w:val="left"/>
      </w:pPr>
      <w:r>
        <w:rPr>
          <w:rFonts w:ascii="Times New Roman" w:hAnsi="Times New Roman" w:eastAsia="Times New Roman" w:cs="Times New Roman"/>
        </w:rPr>
        <w:t>Dezyèm Kongrè Kontinantal la te dewoule soti nan 1775 rive 1781. Dezyèm Kongrè Kontinantal la te genyen sis prezidan pandan egzistans li. Peyton Randolph te prezide kòm prezidan depi 10 me 1775 jouk 24 me 1775. Li te premye prezidan ni Premye a, ni Dezyèm Kongrè Kontinantal la tou. Te gen yon total uit prezidan pandan istwa Premye ak Dezyèm Kongrè Kontinantal yo.</w:t>
      </w:r>
    </w:p>
    <w:p>
      <w:pPr>
        <w:pStyle w:val="ArticleBody"/>
        <w:jc w:val="left"/>
      </w:pPr>
      <w:r>
        <w:rPr>
          <w:rFonts w:ascii="Times New Roman" w:hAnsi="Times New Roman" w:eastAsia="Times New Roman" w:cs="Times New Roman"/>
        </w:rPr>
        <w:t>Dezyèm prezidan Dezyèm Kongrè Kontinantal la se te John Hancock, epi Hancock te prezide depi 24 me 1775 rive 31 oktòb 1777. Henry Laurens te prezide depi 1ye novanm 1777 rive 9 desanm 1778. John Jay te prezide depi 10 desanm 1778 rive 28 septanm 1779. Samuel Huntington te prezide depi 28 septanm 1779 rive 9 jiyè 1781. Thomas McKean te prezide depi 10 jiyè 1781 rive 4 novanm 1781.</w:t>
      </w:r>
    </w:p>
    <w:p>
      <w:pPr>
        <w:pStyle w:val="ArticleBody"/>
        <w:jc w:val="left"/>
      </w:pPr>
      <w:r>
        <w:rPr>
          <w:rFonts w:ascii="Times New Roman" w:hAnsi="Times New Roman" w:eastAsia="Times New Roman" w:cs="Times New Roman"/>
        </w:rPr>
        <w:t>Peyton Randolph te premye prezidan ni Premye ni Dezyèm Kongrè Kontinantal yo. Sa montre ke pandan de peryòd Kongrè Kontinantal yo, te gen uit manda prezidansyèl; men prezidan ki te premye prezidan nan chak nan de peryòd yo se te menm moun nan. Se poutèt sa, byenke te gen uit manda prezidansyèl, an reyalite te gen sèlman sèt prezidan. Premye prezidan an te youn nan sèt mesye ki te prezidan yo; men, kòm Randolph te prezide de fwa nan istwa sa a, li reprezante tou wityèm lan, ki te soti nan sèt la.</w:t>
      </w:r>
    </w:p>
    <w:p>
      <w:pPr>
        <w:pStyle w:val="ArticleBody"/>
        <w:jc w:val="left"/>
      </w:pPr>
      <w:r>
        <w:rPr>
          <w:rFonts w:ascii="Times New Roman" w:hAnsi="Times New Roman" w:eastAsia="Times New Roman" w:cs="Times New Roman"/>
        </w:rPr>
        <w:t>Nan istwa Kongrè Kontinantal yo, Lagè Revolisyonè a te dirije pa Kongrè a. Se poutèt sa, George Washington pa t janm prezidan pandan peryòd sa a, paske yo te nonmen li kòm premye Kòmandan an Chèf sou fòs militè yo.</w:t>
      </w:r>
    </w:p>
    <w:p>
      <w:pPr>
        <w:pStyle w:val="ArticleBody"/>
        <w:jc w:val="left"/>
      </w:pPr>
      <w:r>
        <w:rPr>
          <w:rFonts w:ascii="Times New Roman" w:hAnsi="Times New Roman" w:eastAsia="Times New Roman" w:cs="Times New Roman"/>
        </w:rPr>
        <w:t>Antanke li te premye prezidan nan toude peryòd yo, Randolph reprezante de temwen ki prefigure premye vrè prezidan an, ki te George Washington. Washington reprezante pa Randolph; kidonk Randolph, kòm yon senbòl Washington, transmèt ni karakteristik pwofetik Randolph kòm premye prezidan an, men tou lefèt ke Randolph te wityèm nan, ki te soti nan sèt yo. Konsa George Washington, kòm premye prezidan an ak premye Kòmandan an Chèf, te pwofetikman tou wityèm nan, e li te soti nan sèt yo.</w:t>
      </w:r>
    </w:p>
    <w:p>
      <w:pPr>
        <w:pStyle w:val="ArticleBody"/>
        <w:jc w:val="left"/>
      </w:pPr>
      <w:r>
        <w:rPr>
          <w:rFonts w:ascii="Times New Roman" w:hAnsi="Times New Roman" w:eastAsia="Times New Roman" w:cs="Times New Roman"/>
        </w:rPr>
        <w:t>Jezi ilistre fin yon bagay pa kòmansman li; konsa, dènye prezidan an ak Kòmandan an Chèf la pral wityèm nan, sa vle di, li sòti nan sèt yo. Reyalite pwofetik sa a tabli nan istwa Premye ak Dezyèm Kongrè Kontinantal yo, ki reprezante pa dat premye waymark la, 1776, ak piblikasyon Deklarasyon Endepandans lan.</w:t>
      </w:r>
    </w:p>
    <w:p>
      <w:pPr>
        <w:pStyle w:val="ArticleBody"/>
        <w:jc w:val="left"/>
      </w:pPr>
      <w:r>
        <w:rPr>
          <w:rFonts w:ascii="Times New Roman" w:hAnsi="Times New Roman" w:eastAsia="Times New Roman" w:cs="Times New Roman"/>
        </w:rPr>
        <w:t>Poto siyal 1776 la se yon tip ki reprezante 11 septanm 2001 ak Patriot Act la, kote endepandans ameriken an te vin plase anba otorite lwa women, epi li pa t ankò anba lwa anglè. Li make kòmansman peryòd pwofetik la ki prepare chemen an pou papote a pran fotèy tè a ankò nan lwa dimanch la ki pral vini byento.</w:t>
      </w:r>
    </w:p>
    <w:p>
      <w:pPr>
        <w:pStyle w:val="ArticleBody"/>
        <w:jc w:val="left"/>
      </w:pPr>
      <w:r>
        <w:rPr>
          <w:rFonts w:ascii="Times New Roman" w:hAnsi="Times New Roman" w:eastAsia="Times New Roman" w:cs="Times New Roman"/>
        </w:rPr>
        <w:t>Menm jan ak peryòd pwofetik 1776 la te reprezante, peryòd pwofetik la te reprezante istwa ki soti depi nan konklizyon Dezyèm Kongrè Kontinantal la an 1781 jouk rive an 1789, ki se dat ki idantifye repè ki asosye ak piblikasyon Konstitisyon an. Nan istwa sa a, te gen tou uit prezidan. Istwa 1781 rive 1789 la se istwa Atik Konfederasyon yo. Atik Konfederasyon yo te reprezante premye Konstitisyon an, men feblès Atik Konfederasyon yo te mennen nan ranplasman li, ansanm ak ratifikasyon Konstitisyon an an 1789.</w:t>
      </w:r>
    </w:p>
    <w:p>
      <w:pPr>
        <w:pStyle w:val="ArticleBody"/>
        <w:jc w:val="left"/>
      </w:pPr>
      <w:r>
        <w:rPr>
          <w:rFonts w:ascii="Times New Roman" w:hAnsi="Times New Roman" w:eastAsia="Times New Roman" w:cs="Times New Roman"/>
        </w:rPr>
        <w:t>Nan peryòd sa a, uit prezidan yo te konpoze de sèt prezidan ki pa t prezidan nan istwa de Kongrè Kontinantal yo, ak yon sèl ki te prezidan tou nan premye peryòd pwofetik sa a. John Hancock te sèvi ni nan dezyèm Kongrè Kontinantal la, ni tou nan peryòd Atik Konfederasyon yo te reprezante a. Sou plan pwofetik la, te gen sèlman sèt mesye ki te prezidan pandan de Kongrè Kontinantal yo; konsa, sou plan pwofetik, John Hancock te youn nan uit yo nan peryòd Atik Konfederasyon yo, men li te tou youn nan sèt mesye yo nan peryòd anvan an. Se poutèt sa, li te uityèm nan, ki te soti nan sèt la.</w:t>
      </w:r>
    </w:p>
    <w:p>
      <w:pPr>
        <w:pStyle w:val="ArticleBody"/>
        <w:jc w:val="left"/>
      </w:pPr>
      <w:r>
        <w:rPr>
          <w:rFonts w:ascii="Times New Roman" w:hAnsi="Times New Roman" w:eastAsia="Times New Roman" w:cs="Times New Roman"/>
        </w:rPr>
        <w:t>Dezyèm peryòd pwofetik la, ki reprezante pa 1789, te genyen tou yon prezidan (Hancock) ki te wityèm nan, men ki te soti nan sèt yo, menm jan ak Payton Randolph nan premye peryòd pwofetik la ki reprezante pa 1776. 1789 aliyen avèk, epi li reprezante, jijman Pelosi yo nan 6 janvye 2021.</w:t>
      </w:r>
    </w:p>
    <w:p>
      <w:pPr>
        <w:pStyle w:val="ArticleScripture"/>
        <w:jc w:val="left"/>
      </w:pPr>
      <w:r>
        <w:rPr>
          <w:rFonts w:ascii="Times New Roman" w:hAnsi="Times New Roman" w:eastAsia="Times New Roman" w:cs="Times New Roman"/>
        </w:rPr>
        <w:t>“Seyè a gen gad fidèl sou miray Siyon yo pou yo rele byen fò san yo pa epanye, pou yo leve vwa yo tankou yon twonpèt, epi fè pèp Li a wè transgresyon yo, ak kay Jakòb la peche li yo. Seyè a pèmèt lènmi laverite a fè yon efò detèmine kont Saba katriyèm kòmandman an. Pa mwayen sa a, li gen entansyon reveye yon enterè desizif nan kestyon sa a ki se yon tès pou dènye jou yo. Sa pral louvri chemen an pou mesaj twazyèm zanj lan pwoklame avèk puisans.”</w:t>
      </w:r>
    </w:p>
    <w:p>
      <w:pPr>
        <w:pStyle w:val="ArticleScripture"/>
        <w:jc w:val="left"/>
      </w:pPr>
      <w:r>
        <w:rPr>
          <w:rFonts w:ascii="Times New Roman" w:hAnsi="Times New Roman" w:eastAsia="Times New Roman" w:cs="Times New Roman"/>
        </w:rPr>
        <w:t>“Se pou okenn moun ki kwè verite a rete an silans kounye a. Pèsonn pa dwe neglijan kounye a; se pou tout moun prezante siplikasyon yo avèk ensistans devan twòn gras la, pandan y ap plede pwomès la: ‘Tou sa n’a mande nan non mwen, m’a fè l’ (Jan 14:13). Kounye a se yon tan danjere. Si peyi sa a, ki fè grandizè de libète li, ap prepare pou sakrifye tout prensip ki antre nan Konstitisyon li, lè l ap pran dekrè pou siprime libète relijye, epi pou enpoze fo doktrin ak sediksyon papal, lè sa a pèp Bondye a bezwen prezante siplikasyon yo avèk lafwa bay Trèwo a. Gen tout ankourajman an, nan pwomès Bondye yo, pou moun ki mete konfyans yo nan Li. Pèspektiv pou yo ta rive tonbe nan danje pèsonèl ak detrès, pa bezwen lakòz dekourajman, men li dwe akselere fòs ak espwa pèp Bondye a; paske tan danje yo se sezon kote Bondye ap ba yo manifestasyon ki pi klè de pisans Li.”</w:t>
      </w:r>
    </w:p>
    <w:p>
      <w:pPr>
        <w:pStyle w:val="ArticleScripture"/>
        <w:jc w:val="left"/>
      </w:pPr>
      <w:r>
        <w:rPr>
          <w:rFonts w:ascii="Times New Roman" w:hAnsi="Times New Roman" w:eastAsia="Times New Roman" w:cs="Times New Roman"/>
        </w:rPr>
        <w:t>“Nou pa dwe chita nan yon atant kalm pou opresyon ak tribilasyon, epi kwaze bra nou, san nou pa fè anyen pou anpeche mal la. Se pou kri ini nou yo monte nan syèl la. Priye epi travay, epi travay epi priye. Men, pa kite pèsonn aji avèk prese. Aprann, plis pase tout tan anvan, ke nou dwe dou epi enb nan kè. Nou pa dwe pote akizasyon denigran kont pèsonn, kit se moun, kit se legliz. Aprann trete lespri moun jan Kris te fè a. Pafwa, fòk yo di bagay sevè; men, asire nou ke Sentespri Bondye a ap rete nan kè nou anvan nou pale verite klè e san anbaj la; apre sa, kite l trase chemen pa li. Se pa nou ki pou fè koupe a.” Selected Messages, book 2, 370.</w:t>
      </w:r>
    </w:p>
    <w:p>
      <w:pPr>
        <w:pStyle w:val="ArticleBody"/>
        <w:jc w:val="left"/>
      </w:pPr>
      <w:r>
        <w:rPr>
          <w:rFonts w:ascii="Times New Roman" w:hAnsi="Times New Roman" w:eastAsia="Times New Roman" w:cs="Times New Roman"/>
        </w:rPr>
        <w:t>Dezyèm pwen siy lan nan peryòd pwofetik preparasyon an, ki Konstitisyon an reprezante, idantifye ke Konstitisyon an dwe ranvèse nan pwochen pwen siy lan. Dezyèm pwen siy sa a te jwenn tipifikasyon li nan Jan Batis la, epi tou nan dekrè Jistinyen an; toude te idantifye epi te prezante yon avètisman anrapò ak rive dènye evènman ki reprezante nan peryòd la. Pou Jan, se te abilite Kris la lè Li te konfime alyans lavi li a ak san presye Li; epi pou Jistinyen, se te abilite antikris la, ki te gen pou ratifye alyans lanmò pa li a ak san mati yo.</w:t>
      </w:r>
    </w:p>
    <w:p>
      <w:pPr>
        <w:pStyle w:val="ArticleBody"/>
        <w:jc w:val="left"/>
      </w:pPr>
      <w:r>
        <w:rPr>
          <w:rFonts w:ascii="Times New Roman" w:hAnsi="Times New Roman" w:eastAsia="Times New Roman" w:cs="Times New Roman"/>
        </w:rPr>
        <w:t>Konstitisyon an nan ane 1789 te idantifye ranfòsman de kòn bèt latè a; e lè li te fè sa, ane 1789 te idantifye destriksyon ki t ap vini byento sou de kòn pouvwa bèt latè a, jan sa reprezante pa Lwa sou Etranje ak Sedisyon yo an 1798. Lè yo te touye de temwen yo nan lari yo nan ane 2020, sa te idantifye epi avèti konsènan yon atak soutni kont Konstitisyon an, ki senbolize pa pwosè Pelosi yo nan 6 janvye 2021.</w:t>
      </w:r>
    </w:p>
    <w:p>
      <w:pPr>
        <w:pStyle w:val="ArticleBody"/>
        <w:jc w:val="left"/>
      </w:pPr>
      <w:r>
        <w:rPr>
          <w:rFonts w:ascii="Times New Roman" w:hAnsi="Times New Roman" w:eastAsia="Times New Roman" w:cs="Times New Roman"/>
        </w:rPr>
        <w:t>6 janvye 2021 se avètisman konsènan ranfòsman papote a nan lwa dimanch k ap vini byento a, jan sa te tipifye pa dekrè Jistinyen an nan ane 533 la. 6 janvye 2021 ak ane 533 la, toude bay avètisman sou lwa dimanch k ap vini byento a, jan sa te tipifye pa lwa dimanch lan an 538 nan Konsèy Orleyan an, epi pa Lwa sou Etranje yo ak Lwa sou Sedisyon an an 1798, ki te tipifye bèt tè a k ap pale tankou yon dragon nan lwa dimanch k ap vini byento a.</w:t>
      </w:r>
    </w:p>
    <w:p>
      <w:pPr>
        <w:pStyle w:val="ArticleBody"/>
        <w:jc w:val="left"/>
      </w:pPr>
      <w:r>
        <w:rPr>
          <w:rFonts w:ascii="Times New Roman" w:hAnsi="Times New Roman" w:eastAsia="Times New Roman" w:cs="Times New Roman"/>
        </w:rPr>
        <w:t>Nan lwa dimanch la, blesi mòtèl papote a pral geri, epi uityèm tèt Revelasyon chapit disèt la, ki se youn nan sèt tèt yo, pral resisite. Lwa sou Etranje ak Sedisyon yo nan 1798 reprezante bèt ki soti sou tè a k ap pale tankou yon dragon, lè li pa sèlman fè respekte adorasyon solèy la, men apre sa li fòse lemonn antye aksepte otorite bèt ki soti nan lanmè a nan Revelasyon chapit trèz la, kòm uityèm tèt la ki se youn nan sèt tèt yo. Se poutèt sa, nan chak nan twa peryòd yo ki reprezante anndan peryòd preparasyon an pa 1776, 1789 ak 1798, anig pwofetik uityèm nan, ki se youn nan sèt la, reprezante pwofetikman.</w:t>
      </w:r>
    </w:p>
    <w:p>
      <w:pPr>
        <w:pStyle w:val="ArticleBody"/>
        <w:jc w:val="left"/>
      </w:pPr>
      <w:r>
        <w:rPr>
          <w:rFonts w:ascii="Times New Roman" w:hAnsi="Times New Roman" w:eastAsia="Times New Roman" w:cs="Times New Roman"/>
        </w:rPr>
        <w:t>De premye pwen repè yo (1776 ak 1789), ki idantifye enigm nan, adrese devinèt la k ap akonpli nan istwa pwofetik bèt ki soti sou tè a, epi twazyèm pwen repè a idantifye enigm k ap akonpli pou pouvwa papal la.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«Lè l ap di moun ki rete sou latè yo pou yo fè yon imaj pou bèt la.» Isit la, yo prezante aklè yon fòm gouvènman kote pouvwa lejislatif la chita nan men pèp la, sa ki se yon prèv ki pi frapan toujou ke Etazini se nasyon pwofesi a te deziyen an.</w:t>
      </w:r>
    </w:p>
    <w:p>
      <w:pPr>
        <w:pStyle w:val="ArticleScripture"/>
        <w:jc w:val="left"/>
      </w:pPr>
      <w:r>
        <w:rPr>
          <w:rFonts w:ascii="Times New Roman" w:hAnsi="Times New Roman" w:eastAsia="Times New Roman" w:cs="Times New Roman"/>
        </w:rPr>
        <w:t>“Men, kisa ‘imaj bèt la’ ye? e kijan li dwe fòme? Se bèt ki gen de kòn nan ki fè imaj la, epi li se yon imaj pou bèt la. Yo rele li tou yon imaj bèt la. Donk, pou nou aprann kijan imaj la ye ak kijan li dwe fòme, nou dwe etidye karakteristik bèt la menm nan—papote a.</w:t>
      </w:r>
    </w:p>
    <w:p>
      <w:pPr>
        <w:pStyle w:val="ArticleScripture"/>
        <w:jc w:val="left"/>
      </w:pPr>
      <w:r>
        <w:rPr>
          <w:rFonts w:ascii="Times New Roman" w:hAnsi="Times New Roman" w:eastAsia="Times New Roman" w:cs="Times New Roman"/>
        </w:rPr>
        <w:t>“Lè legliz premye a te vin kòwonpi paske li te vire do bay senplisite levanjil la epi li te aksepte rit ak koutim payen yo, li te pèdi Lespri ak pouvwa Bondye; epi, pou li te kapab kontwole konsyans pèp la, li te chèche sipò pouvwa sivil la. Rezilta a se te papote a, yon legliz ki te kontwole pouvwa leta a epi ki te sèvi avè l pou fè avanse pwòp objektif pa li, sitou pou pini ‘erezi.’ Pou Etazini fòme yon imaj bèt la, fòs relijye a dwe kontwole gouvènman sivil la yon fason pou otorite leta a sèvi tou pa legliz la pou akonpli pwòp objektif pa li.”</w:t>
      </w:r>
    </w:p>
    <w:p>
      <w:pPr>
        <w:pStyle w:val="ArticleScripture"/>
        <w:jc w:val="left"/>
      </w:pPr>
      <w:r>
        <w:rPr>
          <w:rFonts w:ascii="Times New Roman" w:hAnsi="Times New Roman" w:eastAsia="Times New Roman" w:cs="Times New Roman"/>
        </w:rPr>
        <w:t>“Chak fwa legliz la te rive jwenn pouvwa sivil, li te sèvi avè l pou pini moun ki pa t dakò ak doktrin li yo. Legliz pwotestan ki te suiv tras Wòm lè yo te fè alyans ak pouvwa monn nan te manifeste yon dezi menm jan an pou mete restriksyon sou libète konsyans. Yo jwenn yon egzanp sa nan pèsekisyon ki te dire lontan Legliz Angletè te fè sou moun ki pa t konfòme yo. Pandan sèzyèm ak disetyèm syèk yo, dè milye minis nonkonfòmis te oblije kouri kite legliz yo, e anpil, ni pami pastè yo ni pami pèp la, te sibi amand, prizon, tòti, ak mati.”</w:t>
      </w:r>
    </w:p>
    <w:p>
      <w:pPr>
        <w:pStyle w:val="ArticleScripture"/>
        <w:jc w:val="left"/>
      </w:pPr>
      <w:r>
        <w:rPr>
          <w:rFonts w:ascii="Times New Roman" w:hAnsi="Times New Roman" w:eastAsia="Times New Roman" w:cs="Times New Roman"/>
        </w:rPr>
        <w:t>“Se te apostazi ki te mennen legliz premye a chèche èd nan men gouvènman sivil la, e sa te prepare chemen an pou devlopman papote a—bèt la. Pòl te di: ‘Va gen’ yon ‘apostazi, … epi nonm peche sa a ap parèt.’ 2 Tesalonisyen 2:3. Konsa, apostazi nan legliz la ap prepare chemen an pou imaj bèt la.</w:t>
      </w:r>
    </w:p>
    <w:p>
      <w:pPr>
        <w:pStyle w:val="ArticleScripture"/>
        <w:jc w:val="left"/>
      </w:pPr>
      <w:r>
        <w:rPr>
          <w:rFonts w:ascii="Times New Roman" w:hAnsi="Times New Roman" w:eastAsia="Times New Roman" w:cs="Times New Roman"/>
        </w:rPr>
        <w:t>“Bib la deklare ke anvan vini Senyè a, pral egziste yon eta dekadans relijye ki sanble ak sa ki te genyen nan premye syèk yo. ‘Nan dènye jou yo, tan danjere va vini. Paske lèzòm va renmen pwòp tèt pa yo, yo va renmen lajan, y ap fè grandizè, yo va ògeye, yo va pale mal sou Bondye, yo va dezobeyi paran yo, yo va engra, yo va san sentete, yo va san afeksyon natirèl, yo va enfidèl nan antant yo, yo va akizatè mansonjè, yo va san kontwòl, yo va fewòs, yo va meprize moun ki bon, yo va trèt, yo va tèt cho, yo va gonfle ak lògèy, yo va renmen plezi plis pase yo renmen Bondye; yo va gen yon fòm pyete, men yo va nye pouvwa li.’ 2 Timote 3:1–5. ‘Koulye a, Lespri a pale klèman, ke nan dènye tan yo kèk moun va vire do bay lafwa a, y ap koute lespri sediktè ak doktrin demon yo.’ 1 Timote 4:1. Satan va aji ‘ak tout pouvwa, ak siy, ak bèl mèvèy mansonjè, epi ak tout sediksyon lenjistis.’ Epi tout moun ki ‘pa t resevwa lanmou verite a, pou yo te ka sove,’ y ap rete pou yo aksepte ‘yon gwo ilizyon, pou yo kwè manti a.’ 2 Tesalonisyen 2:9–11. Lè eta sa a nan enpiété va rive, menm rezilta yo va swiv tankou nan premye syèk yo.”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trant-sis</dc:title>
  <dc:subject>Tranzisyon Pwofetik Repiblikanis ak Pwotestantis: Soti nan Lanmò rive nan Rezirèksyon</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