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Santrannsèt</w:t>
      </w:r>
    </w:p>
    <w:p>
      <w:pPr>
        <w:pStyle w:val="ArticleSubtitle"/>
        <w:jc w:val="left"/>
      </w:pPr>
      <w:r>
        <w:rPr>
          <w:rFonts w:ascii="Arial" w:hAnsi="Arial" w:eastAsia="Arial" w:cs="Arial"/>
        </w:rPr>
        <w:t>Revelasyon siyifikasyon pwofetik makout chemen yo: Soti 1776 rive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Tan sele tan pou sant karant-kat mil yo ki te kòmanse 11 septanm 2001, epi ki fini nan lwa dimanch Ozetazini, se peryòd kote efè chak vizyon rive akonpli. Kèk nan vizyon sa yo pwolonje jouk rive nan dezyèm vini Kris la, men menm sa yo ki rive apre lwa dimanch lan mare ak peryòd sele a. Sele sant karant-kat mil yo se kote alyans etènèl la akonpli an pèfeksyon. Nan peryòd sa a, Kris ekri lalwa Li nan kè ak nan lespri pèp Li a pou letènite. Sele sa a reprezante pa inyon divinite ak limanite, ki pa peche.</w:t>
      </w:r>
    </w:p>
    <w:p>
      <w:pPr>
        <w:pStyle w:val="ArticleBody"/>
        <w:jc w:val="left"/>
      </w:pPr>
      <w:r>
        <w:rPr>
          <w:rFonts w:ascii="Times New Roman" w:hAnsi="Times New Roman" w:eastAsia="Times New Roman" w:cs="Times New Roman"/>
        </w:rPr>
        <w:t>Lyen senbolik « de san ven », reprezante ni retablisman, ni konbinezon divinite ak limanite. De san ven lane ki soti depi Bible King James la rive jouk premye prezantasyon piblik William Miller an 1831 epi piblikasyon final la nan Vermont Telegraph an 1833, reprezante konbinezon divinite ak limanite. Li pote siyati « laverite », ki se mo ebre a, ke Bèl Lengwis la te fòme lè li mete ansanm premye, trèzyèm, ak dènye lèt alfabè ebre a pou fòme mo « laverite » a. De san ven lane ki soti depi 1611, ak Bible King James la, rive jouk 1831 ak piblikasyon mesaj Miller la, reflete siyati Bèl Lengwis la.</w:t>
      </w:r>
    </w:p>
    <w:p>
      <w:pPr>
        <w:pStyle w:val="ArticleBody"/>
        <w:jc w:val="left"/>
      </w:pPr>
      <w:r>
        <w:rPr>
          <w:rFonts w:ascii="Times New Roman" w:hAnsi="Times New Roman" w:eastAsia="Times New Roman" w:cs="Times New Roman"/>
        </w:rPr>
        <w:t>Nan mitan de dat sa yo (1611 ak 1831), tan lafen an an 1798 reprezante ouvèti yon mesaj ki soti nan liv Danyèl la (Bib Wa Jak la), ki pwodui ogmantasyon konesans lan ki te mennen nan piblikasyon Miller la an 1831. Tan lafen an an 1798 te make tou kòmansman yon pwosesis eprèv ki te pwodui rebelyon vyèj sòt yo, ke Danyèl, nan chapit douz la, idantifye kòm mechan yo. Konsa, 1798 reprezante nimewo trèz la, nan mitan premye ak dènye lèt la, paske trèz se yon senbòl rebelyon. 1798 konekte tou ak peryòd preparasyon an soti 1776 rive 1798, tan lafen an.</w:t>
      </w:r>
    </w:p>
    <w:p>
      <w:pPr>
        <w:pStyle w:val="ArticleBody"/>
        <w:jc w:val="left"/>
      </w:pPr>
      <w:r>
        <w:rPr>
          <w:rFonts w:ascii="Times New Roman" w:hAnsi="Times New Roman" w:eastAsia="Times New Roman" w:cs="Times New Roman"/>
        </w:rPr>
        <w:t>Menm jan ak lyen de san ven ane Miller la, 1776 make tou pa yon piblikasyon diven, Deklarasyon Endepandans lan, epi li kòmanse yon peryòd ki fini an 1798 avèk piblikasyon Lwa sou Etranje ak Sedisyon yo. De san ven ane lyen senbolik Miller la ant divinite ak limanite a konekte, atravè ane 1798 la, ak vennde ane preparasyon ki soti nan piblikasyon Deklarasyon Endepandans lan rive nan piblikasyon Lwa sou Etranje ak Sedisyon 1798 yo. Vennde, kòm yon dizyèm de de san ven, oswa yon ladim de de san ven; nimewo vennde a, menm jan ak nimewo de san ven an, reprezante lyen divinite a avèk limanite.</w:t>
      </w:r>
    </w:p>
    <w:p>
      <w:pPr>
        <w:pStyle w:val="ArticleBody"/>
        <w:jc w:val="left"/>
      </w:pPr>
      <w:r>
        <w:rPr>
          <w:rFonts w:ascii="Times New Roman" w:hAnsi="Times New Roman" w:eastAsia="Times New Roman" w:cs="Times New Roman"/>
        </w:rPr>
        <w:t>De san (220) ane Miller yo pote siyati verite a, menm jan ak tan sele san karant-kat mil (144,000) yo; epi peryòd preparasyon an soti 1776 rive 1798 pote menm siyati sa a tou, paske dat mitan an, 1789, make piblikasyon Konstitisyon an, ki te ratifye pa trèz koloni yo.</w:t>
      </w:r>
    </w:p>
    <w:p>
      <w:pPr>
        <w:pStyle w:val="ArticleBody"/>
        <w:jc w:val="left"/>
      </w:pPr>
      <w:r>
        <w:rPr>
          <w:rFonts w:ascii="Times New Roman" w:hAnsi="Times New Roman" w:eastAsia="Times New Roman" w:cs="Times New Roman"/>
        </w:rPr>
        <w:t>Lyen Miller la, ki te kòmanse an 1611 e ki te fini an 1831, e ki te jwenn mitan li an 1798, lye ak peryòd vennndezan an soti 1776 rive 1798, ak mitan li an 1789. Tout senk dat sa yo—1611, 1776, 1789, 1798 ak 1831—reprezante pa yon travay piblikasyon. Dat peryòd preparasyon an genyen ladim vennndezan ki soti 1776 rive 1798, e peryòd sa a ilistre tan sele san karannkat mil yo, ki se tan kote divinite ini ak limanite. Peryòd desanvenn ane Miller la, ansanm ak peryòd preparasyon vennndezan an soti 1776 rive 1798, toude reprezante lyen divinite ak limanite.</w:t>
      </w:r>
    </w:p>
    <w:p>
      <w:pPr>
        <w:pStyle w:val="ArticleBody"/>
        <w:jc w:val="left"/>
      </w:pPr>
      <w:r>
        <w:rPr>
          <w:rFonts w:ascii="Times New Roman" w:hAnsi="Times New Roman" w:eastAsia="Times New Roman" w:cs="Times New Roman"/>
        </w:rPr>
        <w:t>Tan sele tanp pou san karannkat mil la te kòmanse nan 11 septanm 2001, e li te make pa Islam twazyèm malè a ki te frape peyi bèl pouvwa espirityèl la. Vennnde ane apre, nan 7 oktòb 2023, Islam twazyèm malè a te frape ankò peyi bèl pouvwa tipik la, literalman. Lè lwa dimanch la, ki pral vini byento, parèt, sele san karannkat mil yo va fin konplete, epi Islam twazyèm malè a va frape Etazini ankò.</w:t>
      </w:r>
    </w:p>
    <w:p>
      <w:pPr>
        <w:pStyle w:val="ArticleBody"/>
        <w:jc w:val="left"/>
      </w:pPr>
      <w:r>
        <w:rPr>
          <w:rFonts w:ascii="Times New Roman" w:hAnsi="Times New Roman" w:eastAsia="Times New Roman" w:cs="Times New Roman"/>
        </w:rPr>
        <w:t>Tan seleman an kòmanse avèk yon atak Islam fè sou bèt ki soti sou tè a, epi li fini avèk yon atak Islam fè sou bèt ki soti sou tè a. Nan mitan an, Islam nan twazyèm malè a frape nasyon Izrayèl la, ki nan langaj biblik la reprezante Jida. Jida te ansyen bèl peyi literal Bib la, e Etazini se bèl peyi espirityèl modèn nan.</w:t>
      </w:r>
    </w:p>
    <w:p>
      <w:pPr>
        <w:pStyle w:val="ArticleBody"/>
        <w:jc w:val="left"/>
      </w:pPr>
      <w:r>
        <w:rPr>
          <w:rFonts w:ascii="Times New Roman" w:hAnsi="Times New Roman" w:eastAsia="Times New Roman" w:cs="Times New Roman"/>
        </w:rPr>
        <w:t>Twa kou Islam yo te frape yo tout te fèt kont bèl peyi a. Premye a ak dènye a te fèt kont bèl peyi espirityèl modèn nan, epi frap mitan an te fèt kont ansyen bèl peyi literal la. Waymark mitan an te yon atak kont nasyon modèn Izrayèl la, epi nan kwa yo te kloure Mesi yo a, Izrayèl literal te vin tounen yon senbòl rebelyon, jan trèzyèm lèt alfabè ebre a reprezante sa.</w:t>
      </w:r>
    </w:p>
    <w:p>
      <w:pPr>
        <w:pStyle w:val="ArticleBody"/>
        <w:jc w:val="left"/>
      </w:pPr>
      <w:r>
        <w:rPr>
          <w:rFonts w:ascii="Times New Roman" w:hAnsi="Times New Roman" w:eastAsia="Times New Roman" w:cs="Times New Roman"/>
        </w:rPr>
        <w:t>Peryòd preparasyon an soti 1776 rive 1798 la konekte tou ak desanven ane mouvman twazyèm zanj lan, paske, kòmanse an 1776 avèk Deklarasyon Endepandans lan, rive jouk 1996, ak piblikasyon magazin The Time of the End la, sa fè desanven ane. Nan mitan istwa sa a gen tan lafen an an 1989, ki make rebelyon vyèj san konprann mechan yo. Se poutèt sa, 1611, 1776, 1789, 1798, 1831, 1989, 1996, 2001, 2023, ak lwa dimanch ki pral vini talè a, se tout pwen repè ki asosye ak verite ki di divinite ini ak limanite pa peche. Dis pwen repè, de ladan yo repete de fwa.</w:t>
      </w:r>
    </w:p>
    <w:p>
      <w:pPr>
        <w:pStyle w:val="ArticleBody"/>
        <w:jc w:val="left"/>
      </w:pPr>
      <w:r>
        <w:rPr>
          <w:rFonts w:ascii="Times New Roman" w:hAnsi="Times New Roman" w:eastAsia="Times New Roman" w:cs="Times New Roman"/>
        </w:rPr>
        <w:t>Diz se nonb ki reprezante yon tès, e lè ou ajoute de dat repete yo, 1776 ak 1798, ou jwenn yon total douz repè, ki reprezante san karannkat mil yo. Tout repè sa yo pale sou pwosesis tès san karannkat mil yo ki dewoule depi 11 septanm 2001 jouk rive nan lwa dimanch k ap vini byento a, kote Kris akonpli travay twazyèm zanj lan lè Li mete ansanm divinite pa Li ak limanite san karannkat mil yo, ki, pou rès letènite a, pa peche. Byenantandi, se sèlman moun ki, jan Ezayi di sa, chwazi “wè ak je yo, epi tande ak zòrèy yo, epi konprann ak kè yo, epi konvèti, epi geri,” ki kapab wè verite sa a.</w:t>
      </w:r>
    </w:p>
    <w:p>
      <w:pPr>
        <w:pStyle w:val="ArticleBody"/>
        <w:jc w:val="left"/>
      </w:pPr>
      <w:r>
        <w:rPr>
          <w:rFonts w:ascii="Times New Roman" w:hAnsi="Times New Roman" w:eastAsia="Times New Roman" w:cs="Times New Roman"/>
        </w:rPr>
        <w:t>Nan dat 22 oktòb 1844 la, twazyèm zanj lan te rive lè Kris te vini touswit nan tanp li a pou akonpli sele san karant-kat mil yo. Lè sa a, yon gwoup Millerit te swiv Kris antre nan Kote ki Pi Sen an, byenke apre sa yo te sispann swiv limyè pwogresif twazyèm zanj lan epi yo te repete rebelyon premye Kadèch la; konsa yo te resevwa kondanasyon pou yo moute desann nan dezè Laodise a jouk yo tout te mouri.</w:t>
      </w:r>
    </w:p>
    <w:p>
      <w:pPr>
        <w:pStyle w:val="ArticleBody"/>
        <w:jc w:val="left"/>
      </w:pPr>
      <w:r>
        <w:rPr>
          <w:rFonts w:ascii="Times New Roman" w:hAnsi="Times New Roman" w:eastAsia="Times New Roman" w:cs="Times New Roman"/>
        </w:rPr>
        <w:t>Lè Kris te antre toudenkou nan Kote ki Pi Sen an, konbinezon divinite ak limanite a te reprezante travay Li te pare pou Li akonpli a, e travay sa a te reprezante senbolikman pa Lengwis Mèveye a avèk de temwen. Temwen sa yo se te Abakouk ak Jan. Nan chapit DE vèsè VEN nan toude liv yo, 22 Oktòb 1844 idantifye. Youn te mete aksan sou travay ekspyasyon an (fè-yon sèl), ki te kòmanse nan dat sa a, epi lòt la te idantifye yon tanp ki te dwe pirifye.</w:t>
      </w:r>
    </w:p>
    <w:p>
      <w:pPr>
        <w:pStyle w:val="ArticleBody"/>
        <w:jc w:val="left"/>
      </w:pPr>
      <w:r>
        <w:rPr>
          <w:rFonts w:ascii="Times New Roman" w:hAnsi="Times New Roman" w:eastAsia="Times New Roman" w:cs="Times New Roman"/>
        </w:rPr>
        <w:t>Tanp li te vini ladan l lan sanzatann nan, se tanp sa a menm ki te sibi kraze anba pye pa pouvwa kotidyen an (paganis) ak abominasyon dezolasyon an (papis). Tanp lan te reprezante Kris tou, li menm ki se tanp ki te detwi epi ki te leve ankò nan twa jou. Li te reprezante tou tanp Milerit yo, ki te bati pandan karannsis ane, depi 1798 rive 1844. Li te reprezante tou tanp imen an, ki òganize pa karannsis kwomozòm yo e ki defini epi gouvène konpozisyon jenetik kò yon moun. Se pa yon aksidan si chak selil nan kò imen an ranplase nèt chak de mil senk san ven jou.</w:t>
      </w:r>
    </w:p>
    <w:p>
      <w:pPr>
        <w:pStyle w:val="ArticleBody"/>
        <w:jc w:val="left"/>
      </w:pPr>
      <w:r>
        <w:rPr>
          <w:rFonts w:ascii="Times New Roman" w:hAnsi="Times New Roman" w:eastAsia="Times New Roman" w:cs="Times New Roman"/>
        </w:rPr>
        <w:t>Nan tout ilistrasyon sa yo ki soti nan Bondye konsènan tanp lan, ki reprezante travay Kris la kote li ini divinite ak limanite, divinite toujou vini anvan limanite. 1611 vini anvan 1831. 1776 vini anvan 1798. 1776 vini anvan 1996. 2001 vini anvan 2023. Millerites yo te swiv Kris la antre nan Kote ki Pi Sen an. Nan kòmansman an, Bondye te kreye lòm.</w:t>
      </w:r>
    </w:p>
    <w:p>
      <w:pPr>
        <w:pStyle w:val="ArticleBody"/>
        <w:jc w:val="left"/>
      </w:pPr>
      <w:r>
        <w:rPr>
          <w:rFonts w:ascii="Times New Roman" w:hAnsi="Times New Roman" w:eastAsia="Times New Roman" w:cs="Times New Roman"/>
        </w:rPr>
        <w:t>Koulye a nou pral retounen nan konsiderasyon nou sou twa jalon yo: 1776, 1789 ak 1798, ki reprezante peryòd preparasyon an ki se yon tip tan sele a. Premye peryòd la, ki reprezante pa 1776, Deklarasyon Endepandans lan, ak peryòd de Kongrè Kontinantal yo; epi dezyèm peryòd la, ki reprezante pa 1789, Konstitisyon an, ak peryòd Atik Konfederasyon yo jouk rive 1798.</w:t>
      </w:r>
    </w:p>
    <w:p>
      <w:pPr>
        <w:pStyle w:val="ArticleBody"/>
        <w:jc w:val="left"/>
      </w:pPr>
      <w:r>
        <w:rPr>
          <w:rFonts w:ascii="Times New Roman" w:hAnsi="Times New Roman" w:eastAsia="Times New Roman" w:cs="Times New Roman"/>
        </w:rPr>
        <w:t>Sekrè imaj bèt yo, ki se verite ki fè konnen uityèm tèt la sòti nan sèt tèt yo, idantifye nan toude peryòd yo. Li idantifye tou nan twazyèm repè istorik sa a, men repè sa a ap trete uityèm nan, ki soti nan sèt yo, kòm yon pwofesi ki akonpli nan papote a. De premye peryòd yo reprezante akonplisman uityèm nan ki soti nan sèt yo anndan Etazini.</w:t>
      </w:r>
    </w:p>
    <w:p>
      <w:pPr>
        <w:pStyle w:val="ArticleBody"/>
        <w:jc w:val="left"/>
      </w:pPr>
      <w:r>
        <w:rPr>
          <w:rFonts w:ascii="Times New Roman" w:hAnsi="Times New Roman" w:eastAsia="Times New Roman" w:cs="Times New Roman"/>
        </w:rPr>
        <w:t>Etazini genyen de kòn; youn gen rapò ak yon gason, epi lòt la gen rapò ak yon fanm. Gason an se pouvwa politik la; se kòn Repibliken an. Fanm nan se pouvwa relijye a; se kòn Pwotestan an. Se poutèt sa, peryòd 1776 la, ansanm ak Deklarasyon Endepandans lan, reprezante kòn Pwotestan an, paske divinite toujou vini anvan limanite. Peryòd 1789 la, ansanm ak Konstitisyon an, reprezante kòn Repibliken an.</w:t>
      </w:r>
    </w:p>
    <w:p>
      <w:pPr>
        <w:pStyle w:val="ArticleBody"/>
        <w:jc w:val="left"/>
      </w:pPr>
      <w:r>
        <w:rPr>
          <w:rFonts w:ascii="Times New Roman" w:hAnsi="Times New Roman" w:eastAsia="Times New Roman" w:cs="Times New Roman"/>
        </w:rPr>
        <w:t>An 2020, toude horn sa yo te touye pa pouvwa dragon modèn satanik ate yo. Vrè horn Pwotestan an te touye nan 18 jiyè 2020, epi horn Repibliken an te touye apre sa, nan 3 novanm 2020. An 2023, de temwen yo leve kanpe, epi mond lan, ki te ap rejwi sou kadav yo, kòmanse pè.</w:t>
      </w:r>
    </w:p>
    <w:p>
      <w:pPr>
        <w:pStyle w:val="ArticleBody"/>
        <w:jc w:val="left"/>
      </w:pPr>
      <w:r>
        <w:rPr>
          <w:rFonts w:ascii="Times New Roman" w:hAnsi="Times New Roman" w:eastAsia="Times New Roman" w:cs="Times New Roman"/>
        </w:rPr>
        <w:t>Nan ane 2023, dènye travay sele san karannkat mil yo te kòmanse nan dènye jenerasyon istwa tè a. Kounye a, divinite ap ini ak limanite pou letènite, pandan fidèl yo nan dènye jou yo ap repwodui pou letènite—imaj Kris la.</w:t>
      </w:r>
    </w:p>
    <w:p>
      <w:pPr>
        <w:pStyle w:val="ArticleBody"/>
        <w:jc w:val="left"/>
      </w:pPr>
      <w:r>
        <w:rPr>
          <w:rFonts w:ascii="Times New Roman" w:hAnsi="Times New Roman" w:eastAsia="Times New Roman" w:cs="Times New Roman"/>
        </w:rPr>
        <w:t>Nan ane 2023, dènye travay pou ini Legliz aposta a ak Leta aposta a nan nasyon bèt ki soti sou tè a te kòmanse. Lè sa a, yo t ap mete sou pye estrikti pouvwa papote a reprezante a, ki se yon Legliz aposta k ap gouvène sou yon Leta aposta, epi yo t ap repwodui imaj bèt la.</w:t>
      </w:r>
    </w:p>
    <w:p>
      <w:pPr>
        <w:pStyle w:val="ArticleBody"/>
        <w:jc w:val="left"/>
      </w:pPr>
      <w:r>
        <w:rPr>
          <w:rFonts w:ascii="Times New Roman" w:hAnsi="Times New Roman" w:eastAsia="Times New Roman" w:cs="Times New Roman"/>
        </w:rPr>
        <w:t>Gran tès pou sila yo ki te resevwa apèl la, se tès pou yo wè fòmasyon imaj bèt la, jan sa reprezante pa “vwa, zèklè, loraj” yo ak “tranblemanntè” k ap vini an. Tan sele a se peryòd kote chak vizyon rive nan efè pafè li (akonplisman li). Nan peryòd preparasyon an soti 1776 rive 1798, ki se yon tip tan sele a, te gen wou andedan wou, ki se yon pati nan vizyon Ezekyèl te wè lè li te gade nan Kote ki Pi Sen an, nan tan sele san karannkat mil yo. Wou sa yo, Sè White idantifye yo kòm “entèraksyon konplèks evènman imen yo.” Peryòd preparasyon an soti 1776 rive 1798 te genyen kèk nan “entèraksyon konplèks evènman imen yo” sa yo, ki dwe remake.</w:t>
      </w:r>
    </w:p>
    <w:p>
      <w:pPr>
        <w:pStyle w:val="ArticleBody"/>
        <w:jc w:val="left"/>
      </w:pPr>
      <w:r>
        <w:rPr>
          <w:rFonts w:ascii="Times New Roman" w:hAnsi="Times New Roman" w:eastAsia="Times New Roman" w:cs="Times New Roman"/>
        </w:rPr>
        <w:t>Younn asosye ak verite ki fè konnen Lafrans Revolisyonè te sèvi kòm tip Etazini. Toude nasyon yo mete papote a sou twòn tè a, epi toude yo fè l desann. Toude nasyon yo konsakre pouvwa militè ak ekonomik yo pou akonpli travay sa a. Toude nasyon yo, toudenkou, retire relijyon etabli pa yo pou yo vin Katolik. Toude nasyon yo sibi yon “tranblemanntè” ki ranvèse gouvènman etabli pa yo. Istwa toude nasyon yo mare ansanm ak 1789, paske an 1789, Revolisyon franse a te kòmanse epi Konstitisyon Etazini an te antre an vigè.</w:t>
      </w:r>
    </w:p>
    <w:p>
      <w:pPr>
        <w:pStyle w:val="ArticleBody"/>
        <w:jc w:val="left"/>
      </w:pPr>
      <w:r>
        <w:rPr>
          <w:rFonts w:ascii="Times New Roman" w:hAnsi="Times New Roman" w:eastAsia="Times New Roman" w:cs="Times New Roman"/>
        </w:rPr>
        <w:t>Revolisyon fransè a te dire dis ane. Napoléon Bonaparte te monte sou pouvwa pandan dènye etap Revolisyon fransè a. Li te vin tounen yon chèf militè enpòtan e li te jwe yon wòl kle nan gouvènman fransè a apre koudeta li te reyisi a, nan dat 9 novanm 1799, ki te mennen l vin Premye Konsil Repiblik fransè a.</w:t>
      </w:r>
    </w:p>
    <w:p>
      <w:pPr>
        <w:pStyle w:val="ArticleBody"/>
        <w:jc w:val="left"/>
      </w:pPr>
      <w:r>
        <w:rPr>
          <w:rFonts w:ascii="Times New Roman" w:hAnsi="Times New Roman" w:eastAsia="Times New Roman" w:cs="Times New Roman"/>
        </w:rPr>
        <w:t>Nan dezyèm peryòd tan preparasyon an, soti 1776 rive 1798, nonm ki te wityèm nan (pa nan lòd youn apre lòt), ki te soti nan sèt yo, se te John Hancock. Li te youn nan uit prezidan yo nan dezyèm peryòd la, ki reprezante pa 1789 (ane Revolisyon fransè a). Li te sèl pami uit prezidan sa yo ki te deja prezide kòm prezidan nan premye peryòd la, ki reprezante pa 1776. Nan sans pwofetik sa a, li te wityèm nan, ki te soti nan sèt yo.</w:t>
      </w:r>
    </w:p>
    <w:p>
      <w:pPr>
        <w:pStyle w:val="ArticleBody"/>
        <w:jc w:val="left"/>
      </w:pPr>
      <w:r>
        <w:rPr>
          <w:rFonts w:ascii="Times New Roman" w:hAnsi="Times New Roman" w:eastAsia="Times New Roman" w:cs="Times New Roman"/>
        </w:rPr>
        <w:t>Li se siyati peryòd imen an, paske premye peryòd la reprezante sa ki diven; konsa, li se siyati ki mare toude peryòd yo ansanm (sa ki diven an ak sa ki imen an). Siyati li se siyati ki pi byen konnen nan istwa limanite, e li te reprezante plis pase bèl ekriti men li.</w:t>
      </w:r>
    </w:p>
    <w:p>
      <w:pPr>
        <w:pStyle w:val="ArticleBody"/>
        <w:jc w:val="left"/>
      </w:pPr>
      <w:r>
        <w:rPr>
          <w:rFonts w:ascii="Times New Roman" w:hAnsi="Times New Roman" w:eastAsia="Times New Roman" w:cs="Times New Roman"/>
        </w:rPr>
        <w:t>Siyati John Hancock sou Deklarasyon Endepandans lan se siyati ki pi popilè nan listwa. Gwo siyati li a, ki te fèt ak anpil demonstrasyon, vin tounen yon senbòl ki byen make, ki reprezante endepandans Ameriken an ak defi koloni ameriken yo te leve kont dominasyon britanik la. Hancock, ki te Prezidan Kongrè Kontinantal la nan epòk yo te siyen Deklarasyon an an 1776, yo di li te siyen non li byen an evidans pou asire Wa George III te kapab li l san linèt li, sa ki te senbolize odas li ak angajman li anvè kòz endepandans lan.</w:t>
      </w:r>
    </w:p>
    <w:p>
      <w:pPr>
        <w:pStyle w:val="ArticleBody"/>
        <w:jc w:val="left"/>
      </w:pPr>
      <w:r>
        <w:rPr>
          <w:rFonts w:ascii="Times New Roman" w:hAnsi="Times New Roman" w:eastAsia="Times New Roman" w:cs="Times New Roman"/>
        </w:rPr>
        <w:t>Hancock se youn nan uit prezidan yo nan peryòd 1789 la te reprezante a, men li te pami sèt mesye ki te prezidan nan peryòd 1776 la te reprezante a. Se li menm ki te prezidan lè Deklarasyon Endepandans lan te siyen. Hancock mare de peryòd yo ansanm pa mwayen siyati imen li, epi li plase nan toude premye istwa a ak dezyèm istwa a. Premye istwa a reprezante sa ki diven, epi dezyèm nan reprezante sa ki imen; epi siyati ki mare de istwa yo ansanm se siyati Bèl Lengwis la, ki te sèvi ak yon enstriman imen pou ini peryòd diven an 1776 reprezante a ak peryòd imen an 1789 reprezante a.</w:t>
      </w:r>
    </w:p>
    <w:p>
      <w:pPr>
        <w:pStyle w:val="ArticleBody"/>
        <w:jc w:val="left"/>
      </w:pPr>
      <w:r>
        <w:rPr>
          <w:rFonts w:ascii="Times New Roman" w:hAnsi="Times New Roman" w:eastAsia="Times New Roman" w:cs="Times New Roman"/>
        </w:rPr>
        <w:t>Gen yon sèl lòt siyati sèlman nan listwa mond lan ki konpetisyon ak siyati Hancock la an tèm de rekonesans, e se tou yon siyati ki asosye ak ane 1789 ak Revolisyon fransè a. Siyati sa a gen menm kalite odas Hancock te vle transmèt la, epi yo jwenn li nan listwa Lafrans.</w:t>
      </w:r>
    </w:p>
    <w:p>
      <w:pPr>
        <w:pStyle w:val="ArticleBody"/>
        <w:jc w:val="left"/>
      </w:pPr>
      <w:r>
        <w:rPr>
          <w:rFonts w:ascii="Times New Roman" w:hAnsi="Times New Roman" w:eastAsia="Times New Roman" w:cs="Times New Roman"/>
        </w:rPr>
        <w:t>An tèm rekonesans mondyal ak enpòtans senbolik, siyati Napoléon Bonaparte la gen yon estati ki konparab ak pa John Hancock la, byenke nan yon kontèks istorik ak kiltirèl diferan. Napoléon, yon lidè militè ak politik enpòtan an Frans, te kite yon mak enpòtan sou istwa Ewòp ak istwa mondyal, espesyalman pandan Lagè Napoléonyen yo. Siyati li a, yo souvan rekonèt pa stil odasye ak distenk li, te vin senbolize enfliyans pwisan li ak gwo chanjman li te pote nan Ewòp, tankou refòm legal yo ke yo rekonèt sou non Kòd Napoléon an.</w:t>
      </w:r>
    </w:p>
    <w:p>
      <w:pPr>
        <w:pStyle w:val="ArticleBody"/>
        <w:jc w:val="left"/>
      </w:pPr>
      <w:r>
        <w:rPr>
          <w:rFonts w:ascii="Times New Roman" w:hAnsi="Times New Roman" w:eastAsia="Times New Roman" w:cs="Times New Roman"/>
        </w:rPr>
        <w:t>Menm jan ak siyati Hancock la, ki senbolize defi kont dominasyon Britanik ak rechèch pou endepandans amerikèn, siyati Napoleon an reprezante yon lòt kalite odas ak anbisyon—redesinasyon fwontyè politik Ewòp yo ak pwomosyon ideyal revolisyonè franse yo. Toude siyati yo se anblèm wòl pèsonaj istorik sa yo te jwe nan fòme desten nasyon pa yo, ansanm ak enplikasyon pi laj aksyon yo te genyen sou istwa mondyal la.</w:t>
      </w:r>
    </w:p>
    <w:p>
      <w:pPr>
        <w:pStyle w:val="ArticleBody"/>
        <w:jc w:val="left"/>
      </w:pPr>
      <w:r>
        <w:rPr>
          <w:rFonts w:ascii="Times New Roman" w:hAnsi="Times New Roman" w:eastAsia="Times New Roman" w:cs="Times New Roman"/>
        </w:rPr>
        <w:t>Lè Ezekyèl te wè wou ki te anndan wou yo, ki te reprezante entèraksyon konplèks evènman imen yo pandan istwa tan sele a pou san karannkat mil yo, youn nan wou sa yo te deja prefigire pa yon wou an 1789, lè Konstitisyon Etazini yo, bèt la ki gen yon kòn Repibliken ak yon kòn Pwotestan, te kwaze ak Lafrans, bèt la ki gen kòn Ejip la ak kòn Sodòm nan.</w:t>
      </w:r>
    </w:p>
    <w:p>
      <w:pPr>
        <w:pStyle w:val="ArticleBody"/>
        <w:jc w:val="left"/>
      </w:pPr>
      <w:r>
        <w:rPr>
          <w:rFonts w:ascii="Times New Roman" w:hAnsi="Times New Roman" w:eastAsia="Times New Roman" w:cs="Times New Roman"/>
        </w:rPr>
        <w:t>Depi 1789, rive 1799, Lafrans te boulvèse pa yon “tranblemanntè” ki te sòti nan bèt ateyis la ki te monte soti nan twou san fon an. Nan tan seleman san karannkat mil yo, 1789 reprezante peryòd ki kòmanse 18 Jiyè 2020, lè bèt ateyis la te ranvèse epi touye kòn vrè Pwotestantis la, epi apre sa, 3 Novanm 2020, bèt ateyis la te ranvèse epi touye kòn Repiblikenis la tou. Wou 1789 la reprezante wou 2020 a, jan sa reprezante pa 18 Jiyè (divinite), ak 3 Novanm 2020 (limanite).</w:t>
      </w:r>
    </w:p>
    <w:p>
      <w:pPr>
        <w:pStyle w:val="ArticleBody"/>
        <w:jc w:val="left"/>
      </w:pPr>
      <w:r>
        <w:rPr>
          <w:rFonts w:ascii="Times New Roman" w:hAnsi="Times New Roman" w:eastAsia="Times New Roman" w:cs="Times New Roman"/>
        </w:rPr>
        <w:t>Siyati Bondye a, jan limanite reprezante l, parèt nan de siyati ki pi popilè nan mond lan; toude lye ak 1789, epi toude reprezante pouvwa ki mete pap la sou twòn latè a epi ki retire l sou li. 1789, antanke mitan twa repè yo ki reprezante siyati verite Bondye a, pote siyati “trèz” koloni yo ak “rebelyon” Revolisyon fransèz la.</w:t>
      </w:r>
    </w:p>
    <w:p>
      <w:pPr>
        <w:pStyle w:val="ArticleBody"/>
        <w:jc w:val="left"/>
      </w:pPr>
      <w:r>
        <w:rPr>
          <w:rFonts w:ascii="Times New Roman" w:hAnsi="Times New Roman" w:eastAsia="Times New Roman" w:cs="Times New Roman"/>
        </w:rPr>
        <w:t>1789 rive jis 1799 reprezante istwa Revolisyon fransè a, epi nimewo dis la reprezante yon tès. 1789 se premye lèt “verite” a, epi 1799 reprezante dènye lèt peryòd la an Frans. Peryòd mitan an te make pa egzekisyon wa Lafrans lan an 1793, pandan sitwayen yo t ap revòlte kont dominasyon wayal awogan li a.</w:t>
      </w:r>
    </w:p>
    <w:p>
      <w:pPr>
        <w:pStyle w:val="ArticleScripture"/>
        <w:jc w:val="left"/>
      </w:pPr>
      <w:r>
        <w:rPr>
          <w:rFonts w:ascii="Times New Roman" w:hAnsi="Times New Roman" w:eastAsia="Times New Roman" w:cs="Times New Roman"/>
        </w:rPr>
        <w:t>“Levanjil lapè a, ke Lafrans te rejte, t ap, san mank, derasinen nèt; e rezilta yo t ap terib. Nan 21 janvye 1793, de san senkantuit ane depi menm jou sa a ki te angaje Lafrans nèt ale nan pèsekisyon kont Refòmatè yo, yon lòt pwosesyon, ak yon objektif byen diferan, te pase nan lari Pari yo.” The Great Controversy, 230.</w:t>
      </w:r>
    </w:p>
    <w:p>
      <w:pPr>
        <w:pStyle w:val="ArticleBody"/>
        <w:jc w:val="left"/>
      </w:pPr>
      <w:r>
        <w:rPr>
          <w:rFonts w:ascii="Times New Roman" w:hAnsi="Times New Roman" w:eastAsia="Times New Roman" w:cs="Times New Roman"/>
        </w:rPr>
        <w:t>1789 make rebelyon trèzyèm lèt la pou bèt ki gen de kòn Etazini an, epi premye lèt la pou bèt ki gen de kòn Lafrans lan. Lèt mitan Lafrans lan te 1793, lè wa Lafrans lan te koupe tèt li, epi Napoléon te reprezante dènye lèt la lè li te pran kontwòl gouvènman an an 1799. Siyati “verite” a nan istwa chavire Lafrans lan, ki reprezante pa 1789, 1793, ak 1799, se yon wou pwofetik ki mare ansanm ak wou pwofetik 1776, 1789, ak 1798.</w:t>
      </w:r>
    </w:p>
    <w:p>
      <w:pPr>
        <w:pStyle w:val="ArticleBody"/>
        <w:jc w:val="left"/>
      </w:pPr>
      <w:r>
        <w:rPr>
          <w:rFonts w:ascii="Times New Roman" w:hAnsi="Times New Roman" w:eastAsia="Times New Roman" w:cs="Times New Roman"/>
        </w:rPr>
        <w:t>Toulede istwa yo genyen de siyati ki pi popilè nan istwa limanite, konsa yo mare siyati diven “verite” a ansanm ak de siyati imen. Toude wou yo konekte ak trèzyèm lèt la nan peryòd sele san karant-kat mil yo, ki se peryòd ki soti depi touye de temwen yo an 2020, jouk lè yo te leve kanpe an 2023, ki make pa 7 Oktòb 2023.</w:t>
      </w:r>
    </w:p>
    <w:p>
      <w:pPr>
        <w:pStyle w:val="ArticleBody"/>
        <w:jc w:val="left"/>
      </w:pPr>
      <w:r>
        <w:rPr>
          <w:rFonts w:ascii="Times New Roman" w:hAnsi="Times New Roman" w:eastAsia="Times New Roman" w:cs="Times New Roman"/>
        </w:rPr>
        <w:t>Nou pral kontinye etid nou an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Santrannsèt</dc:title>
  <dc:subject>Revelasyon siyifikasyon pwofetik makout chemen yo: Soti 1776 rive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