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Trantnèf</w:t>
      </w:r>
    </w:p>
    <w:p>
      <w:pPr>
        <w:pStyle w:val="ArticleSubtitle"/>
        <w:jc w:val="left"/>
      </w:pPr>
      <w:r>
        <w:rPr>
          <w:rFonts w:ascii="Arial" w:hAnsi="Arial" w:eastAsia="Arial" w:cs="Arial"/>
        </w:rPr>
        <w:t>Aliyman pwofetik Danyèl 11:40 avèk reyalite politik modèn yo: demaske mistè dènye prezidan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N ap konsidere aliyman Danyèl chapit onz vèsè karant lan avèk vèsè youn ak de nan menm chapit la. Vèsè youn idantifye tan lafen an an 1989, epi vèsè karant lan make tan lafen an tou an 1989, avèk efondreman Inyon Sovyetik la jan sa reprezante pa demolisyon Mi Bèlen an nan dat 9 novanm 1989.</w:t>
      </w:r>
    </w:p>
    <w:p>
      <w:pPr>
        <w:pStyle w:val="ArticleBody"/>
        <w:jc w:val="left"/>
      </w:pPr>
      <w:r>
        <w:rPr>
          <w:rFonts w:ascii="Times New Roman" w:hAnsi="Times New Roman" w:eastAsia="Times New Roman" w:cs="Times New Roman"/>
        </w:rPr>
        <w:t>Vèsè de a idantifye sizyèm prezidan Etazini apre 1989 la kòm pi rich nan tout prezidan yo, epi konsa li montre ak presizyon se Donald Trump. Lè li fè sa, li idantifye ke Trump pral “leve kont” tout Grès, ki te Anpi Grèk Aleksann Legran an nan vèsè twa. Wayòm grèk vèsè twa ak kat yo se senbòl yon wayòm mondyal nan chapit onz liv Danyèl la.</w:t>
      </w:r>
    </w:p>
    <w:p>
      <w:pPr>
        <w:pStyle w:val="ArticleBody"/>
        <w:jc w:val="left"/>
      </w:pPr>
      <w:r>
        <w:rPr>
          <w:rFonts w:ascii="Times New Roman" w:hAnsi="Times New Roman" w:eastAsia="Times New Roman" w:cs="Times New Roman"/>
        </w:rPr>
        <w:t>William Miller te envante ekspresyon an, “history and prophecy doth agree,” epi istwa Donald Trump bay prèv ki pa ka demanti ke li pa t sèlman pi rich pami dènye uit prezidan Etazini yo, men tou ke globalis Etazini yo, ansanm ak sa yo nan lemonn antye, rayi Donald Trump ak yon rayisman tèlman ilojik ke anpil moun defini li kòm foli.</w:t>
      </w:r>
    </w:p>
    <w:p>
      <w:pPr>
        <w:pStyle w:val="ArticleBody"/>
        <w:jc w:val="left"/>
      </w:pPr>
      <w:r>
        <w:rPr>
          <w:rFonts w:ascii="Times New Roman" w:hAnsi="Times New Roman" w:eastAsia="Times New Roman" w:cs="Times New Roman"/>
        </w:rPr>
        <w:t>Premye nan dènye uit prezidan yo, ki te kòmanse an 1989, te byen klè sèvi kòm yon tip Trump nan plizyè fason, konsa li te soutni ke sizyèm prezidan ki nan vèsè de a t ap finalman wityèm ak dènye prezidan an. Reagan, kòm premye a nan yon seri uit, t ap sèvi kòm yon tip pou wityèm nan ak dènye a, paske Jezi toujou ilistre fen yon bagay pa kòmansman yon bagay.</w:t>
      </w:r>
    </w:p>
    <w:p>
      <w:pPr>
        <w:pStyle w:val="ArticleBody"/>
        <w:jc w:val="left"/>
      </w:pPr>
      <w:r>
        <w:rPr>
          <w:rFonts w:ascii="Times New Roman" w:hAnsi="Times New Roman" w:eastAsia="Times New Roman" w:cs="Times New Roman"/>
        </w:rPr>
        <w:t>Temwayaj Ronald Reagan, prezidan nan moman lafen an an 1989, reprezante pwofetikman prezidan ki t ap dènye a nan uit prezidan yo. T ap gen sèt prezidan apre Reagan, paske Etazini sispann kòm sizyèm wayòm pwofesi biblik la nan lwa dimanch ki pral vini byento a; epi pandan y ap pwoche bò lwa dimanch sa a, Etazini fòme yon imaj bèt la, e bèt sa a se wityèm nan, soti nan sèt bèt yo. Reagan te premye prezidan an nan moman lafen an an 1989, e dènye a t ap wityèm nan, sa vle di, li soti nan sèt yo.</w:t>
      </w:r>
    </w:p>
    <w:p>
      <w:pPr>
        <w:pStyle w:val="ArticleBody"/>
        <w:jc w:val="left"/>
      </w:pPr>
      <w:r>
        <w:rPr>
          <w:rFonts w:ascii="Times New Roman" w:hAnsi="Times New Roman" w:eastAsia="Times New Roman" w:cs="Times New Roman"/>
        </w:rPr>
        <w:t>Reagan te di, nan dat 12 jen 1987, pandan yon diskou li t ap fè bò Pòt Brandenburg, toupre Mi Bèlen an, nan Bèlen Lwès, Almay, pandan li t ap adrese Sekretè Jeneral Pati Kominis Inyon Sovyetik la, Mikhail Gorbachev: “Sekretè Jeneral Gorbachev, si w ap chèche lapè, si w ap chèche pwosperite pou Inyon Sovyetik la ak Ewòp de Lès, si w ap chèche liberalizasyon: Vini isit la, devan pòtay sa a! Mesye Gorbachev, louvri pòtay sa a! Mesye Gorbachev, kraze miray sa a!” Premye pami pawòl ki pi popilè uit dènye prezidan yo te pwononse a make akonplisman kraze miray la de zan apre, nan dat 9 novanm 1989.</w:t>
      </w:r>
    </w:p>
    <w:p>
      <w:pPr>
        <w:pStyle w:val="ArticleBody"/>
        <w:jc w:val="left"/>
      </w:pPr>
      <w:r>
        <w:rPr>
          <w:rFonts w:ascii="Times New Roman" w:hAnsi="Times New Roman" w:eastAsia="Times New Roman" w:cs="Times New Roman"/>
        </w:rPr>
        <w:t>Lè l t ap fè sa, anfaz Reagan te mete sou kraze miray la te pale ak wityèm prezidan an, ki, pandan li t ap fè kanpay pou l vin sizyèm prezidan an, te baze kanpay li sou pwomès “pou bati miray la.” Premye nan uit dènye prezidan yo te rele pou yo kraze miray la, epi Miray Bèlen an te kraze an 1989, nan tan lafen an. Nan lwa dimanch ki pral vini byento a, “miray” separasyon ant Legliz ak Leta a pral kraze, jan sa reprezante pa kòmansman an an 1989. Nan mitan peryòd sa a, sizyèm prezidan an, ki souke globalis yo, eseye bati yon miray yo pa vle, epi lè li vin ankò wityèm prezidan an soti nan sèt la, yon lòt “miray” ap tonbe.</w:t>
      </w:r>
    </w:p>
    <w:p>
      <w:pPr>
        <w:pStyle w:val="ArticleBody"/>
        <w:jc w:val="left"/>
      </w:pPr>
      <w:r>
        <w:rPr>
          <w:rFonts w:ascii="Times New Roman" w:hAnsi="Times New Roman" w:eastAsia="Times New Roman" w:cs="Times New Roman"/>
        </w:rPr>
        <w:t>Premye nan uit prezidan yo make pa kraze yon miray ki te make tan lafen an, jan sa reprezante nan Danyèl onz vèsè karant; epi dènye nan uit prezidan yo make pa kraze yon “miray” ki make fen tan sele san karannkat mil yo, jan sa reprezante nan Danyèl chapit onz vèsè karant-yon.</w:t>
      </w:r>
    </w:p>
    <w:p>
      <w:pPr>
        <w:pStyle w:val="ArticleBody"/>
        <w:jc w:val="left"/>
      </w:pPr>
      <w:r>
        <w:rPr>
          <w:rFonts w:ascii="Times New Roman" w:hAnsi="Times New Roman" w:eastAsia="Times New Roman" w:cs="Times New Roman"/>
        </w:rPr>
        <w:t>Prezidan Reagan te yon ansyen Demokrat ki te vin Repibliken, yon ansyen zetwal medya, yon nonm yo te konnen pou elokans klè li, ak yon sans imè pwofon, yon konsèvatè fiskal ki te fè kanpay kont etablisman an nan Washington, DC. Men, malgre diskou Reagan te fè nan premye kanpay li kont etablisman an (marekaj la) ki te anrasinen nan kapital nasyon an, li te fini pa nonmen yon pousantaj pi wo politisyen globalis ki te konfime nan pòs kabinè li yo pase nenpòt lòt prezidan modèn jiska epòk sa a. Li te menm ale jis rive chwazi George Bush premye a kòm Vis Prezidan li, yon nonm ki rasin fanmi li yo pwolonje byen lwen tounen nan istwa globalis la.</w:t>
      </w:r>
    </w:p>
    <w:p>
      <w:pPr>
        <w:pStyle w:val="ArticleBody"/>
        <w:jc w:val="left"/>
      </w:pPr>
      <w:r>
        <w:rPr>
          <w:rFonts w:ascii="Times New Roman" w:hAnsi="Times New Roman" w:eastAsia="Times New Roman" w:cs="Times New Roman"/>
        </w:rPr>
        <w:t>Trump te fè kanpay sou pwomès pou netwaye establishment li te rele “marekaj la”, men bilan mesye li te chwazi pou travay kole kole avè l yo montre pi gwo feblès li. Prèske tout mesye sa yo te reprezantan “marekaj la” Trump tèlman opoze avèk detèminasyon. Trump, menm jan ak Reagan, te yon ansyen Demokrat ki te vin Repibliken, yon ansyen vedèt medya, yon nonm yo te konnen pou kapasite li nan pale an piblik, ak yon sans pwofon de imè, epi yon konsèvatè sou kestyon fiskal.</w:t>
      </w:r>
    </w:p>
    <w:p>
      <w:pPr>
        <w:pStyle w:val="ArticleBody"/>
        <w:jc w:val="left"/>
      </w:pPr>
      <w:r>
        <w:rPr>
          <w:rFonts w:ascii="Times New Roman" w:hAnsi="Times New Roman" w:eastAsia="Times New Roman" w:cs="Times New Roman"/>
        </w:rPr>
        <w:t>Dènye prezidan Etazini an pral prezidan an lè imaj papote a (imaj bèt la) va fòme nan Etazini. Wityèm ak dènye prezidan an depi 1989, kidonk, ta pral enplike nan yon lagè kont yon pouvwa dragon; paske se nan yon lagè long e pwolonje ak dragon an ke papote a te premye monte sou twòn pa yon pouvwa dragon an 538, apre sa menm pouvwa dragon sa a te depoze l an 1798, epi se ankò pa pouvwa dragon an, ki reprezante pa dis wa yo ki dakò bay setyèm wayòm pa yo a bay papote a, li pral re-monte sou twòn; epi apre sa yo va depoze bèt papal la lè yo boule li ak dife epi yo manje chè li, pandan li ap rive nan fen li san pèsonn pou ede li.</w:t>
      </w:r>
    </w:p>
    <w:p>
      <w:pPr>
        <w:pStyle w:val="ArticleBody"/>
        <w:jc w:val="left"/>
      </w:pPr>
      <w:r>
        <w:rPr>
          <w:rFonts w:ascii="Times New Roman" w:hAnsi="Times New Roman" w:eastAsia="Times New Roman" w:cs="Times New Roman"/>
        </w:rPr>
        <w:t>Prezidan ki gen pou l vin wityèm nan, sa vle di youn ki soti nan sèt yo, pral tou prezidan ki angaje nan yon lagè kont yon pouvwa dragon. Lagè sa a idantifye lè sizyèm prezidan an, ki pi rich la, soulve tout pouvwa dragon globalis yo. Pami uit dènye prezidan yo, kòmanse an 1989, de deja mouri, sa ki kite sis prezidan posib ki ta ka angaje nan yon lagè kont yon pouvwa dragon.</w:t>
      </w:r>
    </w:p>
    <w:p>
      <w:pPr>
        <w:pStyle w:val="ArticleBody"/>
        <w:jc w:val="left"/>
      </w:pPr>
      <w:r>
        <w:rPr>
          <w:rFonts w:ascii="Times New Roman" w:hAnsi="Times New Roman" w:eastAsia="Times New Roman" w:cs="Times New Roman"/>
        </w:rPr>
        <w:t>Nan sis posiblite sa yo, kat ladan yo se globalis ki ouvètman mache ak pouvwa dragon an. Youn nan sis la, menm jan ak papa l, deklare li se Repibliken; men li se Repibliken nan non sèlman, e menm jan ak papa l, li se yon reprezantan pouvwa dragon globalis la. Nan sis prezidan ki vivan yo, se yon sèl ki klèman pa yon globalis, e se li menm ki prezidan ki soulve globalis yo. Se li menm sèl, pami uit dènye prezidan yo, ki ta kapab akonpli eleman imaj papote a, nan sans li ta enplike nan yon lagè kont yon pouvwa dragon.</w:t>
      </w:r>
    </w:p>
    <w:p>
      <w:pPr>
        <w:pStyle w:val="ArticleBody"/>
        <w:jc w:val="left"/>
      </w:pPr>
      <w:r>
        <w:rPr>
          <w:rFonts w:ascii="Times New Roman" w:hAnsi="Times New Roman" w:eastAsia="Times New Roman" w:cs="Times New Roman"/>
        </w:rPr>
        <w:t>Premye prezidan Repibliken an te site avèk anpil notoryete yon vèsè nan Ekriti a konsènan Lagè Sivil Etazini an ki trete egzakteman reyalite sa a.</w:t>
      </w:r>
    </w:p>
    <w:p>
      <w:pPr>
        <w:pStyle w:val="ArticleScripture"/>
        <w:jc w:val="left"/>
      </w:pPr>
      <w:r>
        <w:rPr>
          <w:rFonts w:ascii="Times New Roman" w:hAnsi="Times New Roman" w:eastAsia="Times New Roman" w:cs="Times New Roman"/>
        </w:rPr>
        <w:t>Jezi te konnen panse yo, epi li di yo: Tout wayòm ki divize kont tèt li ap tonbe nan dezolasyon; e tout vil oswa kay ki divize kont tèt li p ap ka kanpe. E si Satan chase Satan, li divize kont tèt li; kijan, donk, wayòm pa li a va kanpe? E si se pa Bèlzebil mwen chase demon yo, pa kiyès pitit nou yo chase yo? Se poutèt sa, se yo menm ki va jij nou. Men, si se pa Lespri Bondye mwen chase demon yo, alò wayòm Bondye a rive sou nou. Matye 12:25–28.</w:t>
      </w:r>
    </w:p>
    <w:p>
      <w:pPr>
        <w:pStyle w:val="ArticleBody"/>
        <w:jc w:val="left"/>
      </w:pPr>
      <w:r>
        <w:rPr>
          <w:rFonts w:ascii="Times New Roman" w:hAnsi="Times New Roman" w:eastAsia="Times New Roman" w:cs="Times New Roman"/>
        </w:rPr>
        <w:t>Lagè dragon an kont prezidan ki pi rich la, ki te soulve domèn Grès la, pa ka lòt bagay pase ant Donald Trump ak globalis yo, paske tout senk lòt prezidan vivan ki ta posib yo se globalis anti-ameriken. Lè Lincoln te site vèsè anvan yo pou adrese divizyon nasyon an an de kan, sa yo ki te pou esklavaj ak sa yo ki te kont esklavaj, li t ap adrese Demokrat ki te pou esklavaj yo ak Repibliken ki te kont esklavaj yo; epi, lè li te fè sa, li t ap adrese lagè dènye jou yo ant Demokrat globalis yo, lagè sa a dènye prezidan Repibliken an soulve avèk mouvman MAGA-is li a, mouvman li reprezante epi li dirije.</w:t>
      </w:r>
    </w:p>
    <w:p>
      <w:pPr>
        <w:pStyle w:val="ArticleBody"/>
        <w:jc w:val="left"/>
      </w:pPr>
      <w:r>
        <w:rPr>
          <w:rFonts w:ascii="Times New Roman" w:hAnsi="Times New Roman" w:eastAsia="Times New Roman" w:cs="Times New Roman"/>
        </w:rPr>
        <w:t>Kòm premye prezidan Repibliken an, Lincoln reprezante tipikman dènye prezidan Repibliken an. Dènye prezidan an reprezante tou pa prezidan Repibliken ki te la nan tan lafen an an 1989. De temwen sa yo idantifye prezidan y ap reprezante a kòm yon Repibliken. Prezidan Repibliken ki te la nan tan lafen an an 1989 pa t senpleman yon Repibliken, men li te premye nan dènye uit prezidan yo. Dènye prezidan an pral tou te reprezante tipikman pa George Washington, premye prezidan an ak premye Kòmandan an Chèf.</w:t>
      </w:r>
    </w:p>
    <w:p>
      <w:pPr>
        <w:pStyle w:val="ArticleBody"/>
        <w:jc w:val="left"/>
      </w:pPr>
      <w:r>
        <w:rPr>
          <w:rFonts w:ascii="Times New Roman" w:hAnsi="Times New Roman" w:eastAsia="Times New Roman" w:cs="Times New Roman"/>
        </w:rPr>
        <w:t>Washington, bò kote pa l, te deja tipifye pa premye prezidan an nan peryòd 1776 la te reprezante a; e premye prezidan sa a (Peyton Randolph) te youn nan sèt mesye ki te sèvi pandan uit peryòd yo, ki te reprezante pa sèt mesye yo. Randolph te premye nan uit la, e se poutèt sa li te reprezante Reagan, ki te premye nan uit la tou; epi li te wityèm nan ki te sòti nan sèt la. Se sa k fè Randolph te reprezante Washington (premye prezidan an), Lincoln (premye prezidan Repibliken an), Reagan (premye prezidan dènye uit yo), ak wityèm prezidan apre 1989 la, ki, pa nesesite pwofetik, t ap wityèm nan, ki te sòti nan sèt la.</w:t>
      </w:r>
    </w:p>
    <w:p>
      <w:pPr>
        <w:pStyle w:val="ArticleBody"/>
        <w:jc w:val="left"/>
      </w:pPr>
      <w:r>
        <w:rPr>
          <w:rFonts w:ascii="Times New Roman" w:hAnsi="Times New Roman" w:eastAsia="Times New Roman" w:cs="Times New Roman"/>
        </w:rPr>
        <w:t>Washington ta t ap tou jwenn yon tipifikasyon tou nan Jan Hancock, ki te prezidan an nan istwa 1789 la reprezante a, epi ki te, menm jan ak Randolph, wityèm nan, sa ki te soti nan sèt yo. Randolph te tipifye Washington; konsa, lè Hancock aliyen ak Randolph kòm wityèm nan, sa ki soti nan sèt yo, Hancock reprezante wityèm prezidan apre 1989 la, ki, pa nesesite pwofetik, ta dwe wityèm nan, sa ki te soti nan sèt yo.</w:t>
      </w:r>
    </w:p>
    <w:p>
      <w:pPr>
        <w:pStyle w:val="ArticleBody"/>
        <w:jc w:val="left"/>
      </w:pPr>
      <w:r>
        <w:rPr>
          <w:rFonts w:ascii="Times New Roman" w:hAnsi="Times New Roman" w:eastAsia="Times New Roman" w:cs="Times New Roman"/>
        </w:rPr>
        <w:t>Randolph, Hancock, Washington, Lincoln ak Reagan tout se tipifye dènye prezidan an. De nan temwen sa yo etabli ke dènye prezidan an va yon Repibliken. De etabli ke dènye prezidan an va wityèm nan, sa vle di, li soti nan sèt yo. Senk prezidan vivan yo pami uit prezidan ki vini apre tan lafen an an 1989, idantifye ke se sèlman Trump ki posede ideyoloji politik pou l enplike nan yon lagè ak pouvwa dragon an.</w:t>
      </w:r>
    </w:p>
    <w:p>
      <w:pPr>
        <w:pStyle w:val="ArticleBody"/>
        <w:jc w:val="left"/>
      </w:pPr>
      <w:r>
        <w:rPr>
          <w:rFonts w:ascii="Times New Roman" w:hAnsi="Times New Roman" w:eastAsia="Times New Roman" w:cs="Times New Roman"/>
        </w:rPr>
        <w:t>Lincoln te vin apre James Buchanan, yon Demokrat, ke istoryen onèt yo idantifye kòm prezidan ki te pi pa efikas nan premye peryòd istwa Amerik sa a, e ki, pa mwayen lidèchip ki pa t efikas li a, esansyèlman te lakòz Gè Sivil Etazini an. Anvan menm Lincoln te prete sèman, eta nan sid yo te deja kòmanse separe tèt yo ak Inyon an, epi sèlman yon mwa apre inogirasyon Lincoln nan, premye kout zam yo te deja tire. Buchanan te mete an mouvman pwosesis ki te mennen nan yon lagè ke Lincoln te oblije rezoud.</w:t>
      </w:r>
    </w:p>
    <w:p>
      <w:pPr>
        <w:pStyle w:val="ArticleBody"/>
        <w:jc w:val="left"/>
      </w:pPr>
      <w:r>
        <w:rPr>
          <w:rFonts w:ascii="Times New Roman" w:hAnsi="Times New Roman" w:eastAsia="Times New Roman" w:cs="Times New Roman"/>
        </w:rPr>
        <w:t>Reagan te vini apre prezidan ki te pi pa efikas nan tan modèn yo. Carter, yon Demokrat, te fè Etazini wont akoz enkapasite li pou l te byen fè fas ak Islam radikal, ki te chita ann Iran.</w:t>
      </w:r>
    </w:p>
    <w:p>
      <w:pPr>
        <w:pStyle w:val="ArticleBody"/>
        <w:jc w:val="left"/>
      </w:pPr>
      <w:r>
        <w:rPr>
          <w:rFonts w:ascii="Times New Roman" w:hAnsi="Times New Roman" w:eastAsia="Times New Roman" w:cs="Times New Roman"/>
        </w:rPr>
        <w:t>Trump te vini apre Obama, yon Demokrat, ki avèk entansyon te inisye divizyon yo sou plan kiltirèl, politik ak ekonomik ki pa sispann ogmante depi lè sa a. Lidèchip li ki pa t efikas te jwenn tipifikasyon li ni nan Buchanan ni nan Carter; men, nan istwa kote li te prezide a, Medya Dominan yo te deja kòmanse manifeste tèt yo an paralèl ak Reich Ministry of Public Enlightenment and Propaganda Adolf Hitler la. Atak Obama yo kont enstitisyon sosyal, politik, finansye ak relijye Etazini yo te kouvri, pou sila yo ki te chwazi pa wè, epi mank efikasite li kòm yon moun ki te sèmante pou pwoteje Konstitisyon an te ak anpil swen kache. Obama te fè Etazini wont pa enkapasite li pou l adrese Islam radikal ki chita ann Iran kòrèkteman.</w:t>
      </w:r>
    </w:p>
    <w:p>
      <w:pPr>
        <w:pStyle w:val="ArticleBody"/>
        <w:jc w:val="left"/>
      </w:pPr>
      <w:r>
        <w:rPr>
          <w:rFonts w:ascii="Times New Roman" w:hAnsi="Times New Roman" w:eastAsia="Times New Roman" w:cs="Times New Roman"/>
        </w:rPr>
        <w:t>Lè Trump re-eli an 2024, kòm uityèm prezidan depi Reagan an 1989, yon lòt fwa ankò l ap vin apre yon Demokrat mondyalis dragon-anime, ki kounye a pran kouwòn nan kòm prezidan ki pi enefikas nan listwa, ki te repete fè Etazini wont nan tantativ li pou l fè fas ak Islam radikal, ki chita ann Iran, byenke yon lòt fwa ankò medya prensipal modèn yo (jan Ministè Reich pou Limyè Piblik ak Pwopagann lan te sèvi kòm modèl) ap travay pou antere reyalite evidan sa a.</w:t>
      </w:r>
    </w:p>
    <w:p>
      <w:pPr>
        <w:pStyle w:val="ArticleBody"/>
        <w:jc w:val="left"/>
      </w:pPr>
      <w:r>
        <w:rPr>
          <w:rFonts w:ascii="Times New Roman" w:hAnsi="Times New Roman" w:eastAsia="Times New Roman" w:cs="Times New Roman"/>
        </w:rPr>
        <w:t>Lè Reagan te pran pouvwa a, yon kriz ki pa t rezoud ak Islam radikal, ki te chita ann Iran, te rete san rezolisyon anba prezidan Demokrat la. Reagan te pran mezi san pèdi tan pou ranvèse direksyon tansyon ki te egziste ant Etazini ak Islam radikal, jan Iran te reprezante l la. Lè Trump te pran pouvwa a, yon kriz ki pa t rezoud ak Islam radikal, ankò chita ann Iran, pa t sèlman rete san rezolisyon, men prezidan Demokrat la te finanse li tou. Trump te pran mezi san pèdi tan pou ranvèse direksyon tansyon ki te egziste ant Etazini ak Islam radikal, jan Iran te reprezante l la. Prezidan Demokrat aktyèl la te ranvèse tout pwogrè Trump te reyalize yo, e kounye a, lemonn antye ap rale antre nan twazyèm gè mondyal la anba direksyon ki pa efikas Biden.</w:t>
      </w:r>
    </w:p>
    <w:p>
      <w:pPr>
        <w:pStyle w:val="ArticleBody"/>
        <w:jc w:val="left"/>
      </w:pPr>
      <w:r>
        <w:rPr>
          <w:rFonts w:ascii="Times New Roman" w:hAnsi="Times New Roman" w:eastAsia="Times New Roman" w:cs="Times New Roman"/>
        </w:rPr>
        <w:t>Sa a pa sèlman akonpli travay ki gen rapò ak Islam lan, jan yo te reprezante l pa inefikasite Carter la ak pwomosyon Obama te fè pou Islam lan, men li akonpli l tou atravè travay Buchanan te fè nan kòmanse yon lagè, ke prezidan Repibliken an te bezwen rezoud.</w:t>
      </w:r>
    </w:p>
    <w:p>
      <w:pPr>
        <w:pStyle w:val="ArticleBody"/>
        <w:jc w:val="left"/>
      </w:pPr>
      <w:r>
        <w:rPr>
          <w:rFonts w:ascii="Times New Roman" w:hAnsi="Times New Roman" w:eastAsia="Times New Roman" w:cs="Times New Roman"/>
        </w:rPr>
        <w:t>Menm jan ak premye prezidan Repibliken an, pouvwa dragon globalis yo te touye Trump politikman nan eleksyon 2020 la. Pandan yo t ap konsidere l kòm yon moun ki mouri nan lari a, globalis bèt latè a ak globalis lemonn antye a te kòmanse fete, jan sa te pwofetize nan Revelasyon chapit onz la.</w:t>
      </w:r>
    </w:p>
    <w:p>
      <w:pPr>
        <w:pStyle w:val="ArticleScripture"/>
        <w:jc w:val="left"/>
      </w:pPr>
      <w:r>
        <w:rPr>
          <w:rFonts w:ascii="Times New Roman" w:hAnsi="Times New Roman" w:eastAsia="Times New Roman" w:cs="Times New Roman"/>
        </w:rPr>
        <w:t>Epi lè yo va fin rann temwayaj yo, bèt ki monte soti nan twou san fon an va fè lagè kont yo, li va genyen batay sou yo, epi li va touye yo. Epi kadav yo va rete kouche nan lari gran vil la, vil yo rele espirityèlman Sodòm ak Ejip la, kote tou Seyè nou an te kloure sou kwa a. Epi moun pami pèp yo, tribi yo, lang yo ak nasyon yo va gade kadav yo pandan twa jou edmi, epi yo p ap kite yo mete kadav yo nan tonm. Epi moun ki rete sou tè a va rejwi poutèt yo, y ap fè fèt, epi y ap voye kado youn bay lòt; paske de pwofèt sa yo te toupizi moun ki te rete sou tè a. Epi apre twa jou edmi, Lespri lavi ki soti nan Bondye antre nan yo, epi yo kanpe sou pye yo; epi yon gwo laperèz tonbe sou moun ki te wè yo. Revelasyon 11:7–11.</w:t>
      </w:r>
    </w:p>
    <w:p>
      <w:pPr>
        <w:pStyle w:val="ArticleBody"/>
        <w:jc w:val="left"/>
      </w:pPr>
      <w:r>
        <w:rPr>
          <w:rFonts w:ascii="Times New Roman" w:hAnsi="Times New Roman" w:eastAsia="Times New Roman" w:cs="Times New Roman"/>
        </w:rPr>
        <w:t>Nou rive kounye a nan ane 2024, kote Trump kanpe sou pye li, epi mond dragon an, ki t ap rejwi e fè fèt depi 6 janvye 2021, kounye a ap fè fas ak “gwo laperèz.” Medya Endikap yo (MSM) nan panik. Menm pwen diskisyon pa yo ap kòmanse fè parèt enkyetid yo ke, jan ansyen chante rock and roll la di sa, “vye nonm fatige sa a yo te eli wa,” pa gen kapasite pou l rete ase pre chif Trump yo pou pèmèt machin vòt yo pouse Biden pase anlè. Medya Endikap yo se yon machin pwopagann jodi a menm jan ak Ministè Reich pou Limyè Piblik ak Pwopagann lan te ye nan epòk Hitler.</w:t>
      </w:r>
    </w:p>
    <w:p>
      <w:pPr>
        <w:pStyle w:val="ArticleBody"/>
        <w:jc w:val="left"/>
      </w:pPr>
      <w:r>
        <w:rPr>
          <w:rFonts w:ascii="Times New Roman" w:hAnsi="Times New Roman" w:eastAsia="Times New Roman" w:cs="Times New Roman"/>
        </w:rPr>
        <w:t>Yo demontre reyalite sa a repete anpil fwa, pi lwen pase nenpòt posiblite matematik ki ta fè li ka yon lòt jan. Chak fwa yo entwodui yon nouvo pwen diskou mondyalis nan sosyete a an jeneral, yo dokimante repete ke divès chanèl kominikasyon machin pwopagann dragon an ap dirije yo pwodui menm fòmilasyon an, mo pou mo, pandan y ap dekri evènman sa a oswa kestyon sa a.</w:t>
      </w:r>
    </w:p>
    <w:p>
      <w:pPr>
        <w:pStyle w:val="ArticleBody"/>
        <w:jc w:val="left"/>
      </w:pPr>
      <w:r>
        <w:rPr>
          <w:rFonts w:ascii="Times New Roman" w:hAnsi="Times New Roman" w:eastAsia="Times New Roman" w:cs="Times New Roman"/>
        </w:rPr>
        <w:t>Si youn nan nou konnen ansyen jwèt timoun yo rele “telephone,” oswa pafwa “Chinese whispers,” nou konnen ke lè moun yo chita an wonn, epi jan jwèt la mache a, premye moun nan soufle yon mesaj nan zòrèy pwochen an, epi apre sa mesaj sa a repete toutotou wonn nan, premye mesaj ki fè wonn nan, san mank, vin tounen yon bagay diferan de sa premye mesaj la te reprezante. Men, Medya Endikap yo atann pou disip yo kwè ke chak jounalis nan peyi sa a ak atravè lemonn ta, yon jan kanmenm, chwazi menm mo ak menm ekspresyon yo pou esplike pozisyon dragon an sou yon sijè oswa yon evènman. Dè santèn de sa yo rele jounalis te gade menm evènman an, epi yo pa t sèlman rive nan menm konklizyon an, men yo te chwazi mo ak ekspresyon ki idantik pou dekri evènman an.</w:t>
      </w:r>
    </w:p>
    <w:p>
      <w:pPr>
        <w:pStyle w:val="ArticleBody"/>
        <w:jc w:val="left"/>
      </w:pPr>
      <w:r>
        <w:rPr>
          <w:rFonts w:ascii="Times New Roman" w:hAnsi="Times New Roman" w:eastAsia="Times New Roman" w:cs="Times New Roman"/>
        </w:rPr>
        <w:t>Sa n ap adrese kounye a se pa yon atak kont machin pwopagann globalis yo; se sèlman idantifye yon karakteristik pwofetik nan lagè espirityèl k ap dewoule kounye a sou planèt latè. Nan tan Kris la, Juif yo finalman te chwazi Seza piblikman kòm wa yo, pandan yo t ap rejte Mesi yo a. Nan peryòd kontwovèsyal sa a, gran prèt la te bay yon agiman pou asasinen Kris la ki te satanik e ki te baze sou yon rezònman defektye, men ki te egzat an menm tan.</w:t>
      </w:r>
    </w:p>
    <w:p>
      <w:pPr>
        <w:pStyle w:val="ArticleScripture"/>
        <w:jc w:val="left"/>
      </w:pPr>
      <w:r>
        <w:rPr>
          <w:rFonts w:ascii="Times New Roman" w:hAnsi="Times New Roman" w:eastAsia="Times New Roman" w:cs="Times New Roman"/>
        </w:rPr>
        <w:t>Epi youn nan yo, yo te rele Kayif, ki te gran prèt nan menm ane sa a, di yo: Nou pa konnen anyen ditou, ni nou pa konsidere ke sa itil pou nou, pou yon sèl moun mouri pou pèp la, epi pou tout nasyon an pa peri. E sa li pa t di sa soti nan tèt pa li; men, kòm li te gran prèt nan ane sa a, li te pwofetize ke Jezi te dwe mouri pou nasyon sa a; epi se pa pou nasyon sa a sèlman, men tou pou l te rasanble ansanm an yon sèl kò pitit Bondye yo ki te gaye toupatou. Jan 11:49–52.</w:t>
      </w:r>
    </w:p>
    <w:p>
      <w:pPr>
        <w:pStyle w:val="ArticleBody"/>
        <w:jc w:val="left"/>
      </w:pPr>
      <w:r>
        <w:rPr>
          <w:rFonts w:ascii="Times New Roman" w:hAnsi="Times New Roman" w:eastAsia="Times New Roman" w:cs="Times New Roman"/>
        </w:rPr>
        <w:t>Kayif te ap envante yon lojik pou atake Kris la, epi lè li t ap fè sa, an reyalite li t ap fè yon prediksyon ki valab. Li pa t kwè Kris la te bezwen tounen sakrifis limanite, li te senpleman vle touye Li. Medya prensipal pouvwa dragon an ap reyalize yon bagay ki sanble kounye a ak Trump. Yo ap eseye ankre laperèz nan popilasyon an, ke si yo re-eli Trump, li pral tounen yon diktatè, menm jan ak Adolph Hitler. Demokrat yo se pati ki pwoklavaj, epi ki posede karakteristik pati Nazi a, ki gen ladan yon machin pwopagann mondyal, pa sèlman alman; men y ap pretann ke si yo eli Trump, demokrasi a pral chavire epi Trump pral yon diktatè tankou Adolph Hitler.</w:t>
      </w:r>
    </w:p>
    <w:p>
      <w:pPr>
        <w:pStyle w:val="ArticleBody"/>
        <w:jc w:val="left"/>
      </w:pPr>
      <w:r>
        <w:rPr>
          <w:rFonts w:ascii="Times New Roman" w:hAnsi="Times New Roman" w:eastAsia="Times New Roman" w:cs="Times New Roman"/>
        </w:rPr>
        <w:t>Se egzakteman sa Pawòl Bondye a idantifye konsènan dènye prezidan Etazini an, byenke Medya Endikap yo, menm jan ak Kayif enspire pa dragon an, pa konprann ke pwen diskisyon yo yo se pwofetik e yo pral rive vre an reyalite.</w:t>
      </w:r>
    </w:p>
    <w:p>
      <w:pPr>
        <w:pStyle w:val="ArticleScripture"/>
        <w:jc w:val="left"/>
      </w:pPr>
      <w:r>
        <w:rPr>
          <w:rFonts w:ascii="Times New Roman" w:hAnsi="Times New Roman" w:eastAsia="Times New Roman" w:cs="Times New Roman"/>
        </w:rPr>
        <w:t>“Tè nou an an danje. Lè a ap pwoche lè lejislatè li yo va tèlman rejte prensip Pwotestantis yo, pou yo bay favè ak apostazi women an. Pèp Bondye te aji yon fason tèlman mèvèye pou yo, li te ba yo fòs pou yo souke jouk opresif papis la sou do yo, pral, pa yon zak nasyonal, bay plis fòs a lafwa kòwonpi Wòm nan, epi konsa reveye tirani ki pa tann anyen lòt pase yon manyen pou li rekòmanse ankò nan mechanste ak despotis. Se avèk pa rapid nou deja ap pwoche bò peryòd sa a.” The Spirit of Prophecy, volume 4, 410.</w:t>
      </w:r>
    </w:p>
    <w:p>
      <w:pPr>
        <w:pStyle w:val="ArticleBody"/>
        <w:jc w:val="left"/>
      </w:pPr>
      <w:r>
        <w:rPr>
          <w:rFonts w:ascii="Times New Roman" w:hAnsi="Times New Roman" w:eastAsia="Times New Roman" w:cs="Times New Roman"/>
        </w:rPr>
        <w:t>Mwen konnen byen ke, pandan m ap idantifye eleman koripsyon ki nan mitan Demokrat yo Ozetazini, Repibliken deklare yo ki an reyalite se globalis, ansanm ak globalis pwogresis yo atravè lemonn, yon lektè ka rive kwè mwen ta gen yon kalite senpati politik pou pati Repibliken an, oswa pou Donald Trump. Sa byen lwen reyalite a menm; dènye prezidan an gen pou l vin tounen yon diktatè, menm jan ak sa Medya Dominan yo ap predi a, byenke yo pa konnen anyen plis sou sa y ap predi an reyalite pase Kayif te konnen. Nou senpleman ap idantifye dinamik pwofetik ki asosye ak “entèraksyon konplèks evènman imen yo,” ki reprezante pa wou Ezekyèl yo ki anndan lòt wou.</w:t>
      </w:r>
    </w:p>
    <w:p>
      <w:pPr>
        <w:pStyle w:val="ArticleBody"/>
        <w:jc w:val="left"/>
      </w:pPr>
      <w:r>
        <w:rPr>
          <w:rFonts w:ascii="Times New Roman" w:hAnsi="Times New Roman" w:eastAsia="Times New Roman" w:cs="Times New Roman"/>
        </w:rPr>
        <w:t>N ap kontinye etid sa a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Trantnèf</dc:title>
  <dc:subject>Aliyman pwofetik Danyèl 11:40 avèk reyalite politik modèn yo: demaske mistè dènye prezidan an</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