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Trèz</w:t>
      </w:r>
    </w:p>
    <w:p>
      <w:pPr>
        <w:pStyle w:val="ArticleSubtitle"/>
        <w:jc w:val="left"/>
      </w:pPr>
      <w:r>
        <w:rPr>
          <w:rFonts w:ascii="Arial" w:hAnsi="Arial" w:eastAsia="Arial" w:cs="Arial"/>
        </w:rPr>
        <w:t>Sekrè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Chapit dezyèm nan liv Dànyèl la reprezante dezyèm zanj la nan Revelasyon katòz la. Konsa, li reprezante dezyèm nan twa tès yo, ki prezante kòm yon tès alimantè, apre sa yon tès vizyèl, epi li fini ak yon tès litmis. Tout twa tès sa yo, ki se mak pwofetik tou, egziste nan mesaj premye zanj la nan Revelasyon katòz la. Menm jan ak premye zanj la nan Revelasyon katòz la, chapit premye nan liv Dànyèl la genyen tou chak nan twa tès sa yo.</w:t>
      </w:r>
    </w:p>
    <w:p>
      <w:pPr>
        <w:pStyle w:val="ArticleBody"/>
        <w:jc w:val="left"/>
      </w:pPr>
      <w:r>
        <w:rPr>
          <w:rFonts w:ascii="Times New Roman" w:hAnsi="Times New Roman" w:eastAsia="Times New Roman" w:cs="Times New Roman"/>
        </w:rPr>
        <w:t>Dezyèm tès la, oswa mesaj dezyèm zanj lan, kòmanse nan fen premye tès la. Chapit de swiv chapit youn. Konklizyon dezyèm tès la kòmanse twazyèm tès la youn apre lòt. Peryòd tan dezyèm tès la te reprezante a te senbolize pa swasanndis ane kaptivite Danyèl la, ki te kòmanse ak konkèt Jojakim epi ki te fini avèk dekrè Siris la. Lè fen swasanndis ane sa yo t ap pwoche, Danyèl te rekonèt atravè Pawòl pwofetik Bondye a ke fen an te prèt pou rive.</w:t>
      </w:r>
    </w:p>
    <w:p>
      <w:pPr>
        <w:pStyle w:val="ArticleScripture"/>
        <w:jc w:val="left"/>
      </w:pPr>
      <w:r>
        <w:rPr>
          <w:rFonts w:ascii="Times New Roman" w:hAnsi="Times New Roman" w:eastAsia="Times New Roman" w:cs="Times New Roman"/>
        </w:rPr>
        <w:t>Nan premye ane Dariyis, pitit gason Asyeris la, ki te soti nan ras Mèd yo, yo te fè wa sou wayòm Kaldeyen yo; nan premye ane rèy li a, mwen menm Danyèl, mwen te konprann nan liv yo kantite ane yo, dapre pawòl Senyè a ki te vin jwenn pwofèt Jeremi an, ke li t ap akonpli swasanndizan nan dezolasyon Jerizalèm yo. Danyèl 9:1, 2.</w:t>
      </w:r>
    </w:p>
    <w:p>
      <w:pPr>
        <w:pStyle w:val="ArticleBody"/>
        <w:jc w:val="left"/>
      </w:pPr>
      <w:r>
        <w:rPr>
          <w:rFonts w:ascii="Times New Roman" w:hAnsi="Times New Roman" w:eastAsia="Times New Roman" w:cs="Times New Roman"/>
        </w:rPr>
        <w:t>Danyèl ap reprezante pèp Bondye a nan dènye jou yo, ki rekonèt siyifikasyon senbolik swasanndizan kaptivite a, epi rekonesans sa a fèt yon ti tan anvan swasanndizan senbolik yo fini. Pèp Bondye a te byen konprann kaptivite swasanndizan an, men sa Danyèl ap reprezante a se konpreyansyon ke swasanndizan sa yo reprezante peryòd pwofetik la depi 11 septanm 2001 jouk rive nan lwa dimanch la. Pou Danyèl, ane sa yo te fini nan dekrè Siris la, ki, nan dènye jou yo, reprezante lwa dimanch la Ozetazini.</w:t>
      </w:r>
    </w:p>
    <w:p>
      <w:pPr>
        <w:pStyle w:val="ArticleBody"/>
        <w:jc w:val="left"/>
      </w:pPr>
      <w:r>
        <w:rPr>
          <w:rFonts w:ascii="Times New Roman" w:hAnsi="Times New Roman" w:eastAsia="Times New Roman" w:cs="Times New Roman"/>
        </w:rPr>
        <w:t>Yon ti tan anvan lwa dimanch lan, pèp Bondye a leve pou yo resevwa konpreyansyon pwofetik ki reprezante pa swasanndis ane senbolik yo. Ane senbolik sa yo te kòmanse avèk Jojakim, ki reprezante 11 septanm 2001, lè, avèk rive Islam nan twazyèm Malè a, zanj pwisan an nan Revelasyon dizwit la te desann epi li te anonse tonbe Babilòn. Tonbe Babilòn reprezante mesaj dezyèm zanj lan, epi nan 11 septanm 2001, dezyèm peryòd eprèv la te kòmanse pou moun ki te manje ti liv kache ki te nan men zanj lan. Peryòd sa a, ki reprezante pa swasanndis ane senbolik yo, kontinye jouk rive nan lwa dimanch lan.</w:t>
      </w:r>
    </w:p>
    <w:p>
      <w:pPr>
        <w:pStyle w:val="ArticleBody"/>
        <w:jc w:val="left"/>
      </w:pPr>
      <w:r>
        <w:rPr>
          <w:rFonts w:ascii="Times New Roman" w:hAnsi="Times New Roman" w:eastAsia="Times New Roman" w:cs="Times New Roman"/>
        </w:rPr>
        <w:t>Pandan lafen an ap pwoche, jan sa te senbolize nan ka Danyèl nan premye ane Dariyis la, pèp Bondye a reveye pou eprèv imaj bèt la. Yo te deja konprann kèk nan verite ki asosye ak eprèv imaj bèt la, men pòsyon yo vin konprann jis anvan fen peryòd pwofetik dezyèm zanj lan, te kache nan fènwa. Lè Danyèl t ap etidye Pawòl pwofetik Bondye a, epi li te vin rann li kont siyifikasyon swasanndis ane yo, sa te mennen l nan lapriyè, menm jan sa te mennen l nan lapriyè lè li te vin rann li kont menas lavi-oswa-lanmò Nebikadneza te fè konsènan rèv-imaj li a. Nan chapit nèf liv Danyèl la, menm jan nan chapit de a, pandan Danyèl t ap priye, li te resevwa limyè pwofetik.</w:t>
      </w:r>
    </w:p>
    <w:p>
      <w:pPr>
        <w:pStyle w:val="ArticleScripture"/>
        <w:jc w:val="left"/>
      </w:pPr>
      <w:r>
        <w:rPr>
          <w:rFonts w:ascii="Times New Roman" w:hAnsi="Times New Roman" w:eastAsia="Times New Roman" w:cs="Times New Roman"/>
        </w:rPr>
        <w:t>Wi, pandan m t ap pale nan lapriyè a, menm nonm lan, Gabriyèl, ke m te wè nan vizyon an nan kòmansman an, yo te fè l vole byen vit, li manyen m bò lè ofrann aswè a. Epi li fè m konnen, li pale avè m, epi li di: O Danyèl, kounye a mwen soti pou m ba ou sajès ak konpreyansyon. Danyèl 9:21, 22.</w:t>
      </w:r>
    </w:p>
    <w:p>
      <w:pPr>
        <w:pStyle w:val="ArticleBody"/>
        <w:jc w:val="left"/>
      </w:pPr>
      <w:r>
        <w:rPr>
          <w:rFonts w:ascii="Times New Roman" w:hAnsi="Times New Roman" w:eastAsia="Times New Roman" w:cs="Times New Roman"/>
        </w:rPr>
        <w:t>“Ladrès ak konpreyansyon” yo te bay Danyèl pandan li t ap priye a ann amoni ak lapriyè li te fè nan chapit de a.</w:t>
      </w:r>
    </w:p>
    <w:p>
      <w:pPr>
        <w:pStyle w:val="ArticleScripture"/>
        <w:jc w:val="left"/>
      </w:pPr>
      <w:r>
        <w:rPr>
          <w:rFonts w:ascii="Times New Roman" w:hAnsi="Times New Roman" w:eastAsia="Times New Roman" w:cs="Times New Roman"/>
        </w:rPr>
        <w:t>Lè sa a, Danyèl ale lakay li, li fè Ananya, Mishaèl ak Azarya, konpayon li yo, konnen bagay la, pou yo mande mizèrikòd nan men Bondye syèl la konsènan sekrè sa a, pou Danyèl ak konpayon li yo pa peri ansanm ak rès saj Babilòn yo. Lè sa a, sekrè a te revele bay Danyèl nan yon vizyon lannwit. Lè sa a, Danyèl beni Bondye syèl la. Danyèl 2:17–19.</w:t>
      </w:r>
    </w:p>
    <w:p>
      <w:pPr>
        <w:pStyle w:val="ArticleBody"/>
        <w:jc w:val="left"/>
      </w:pPr>
      <w:r>
        <w:rPr>
          <w:rFonts w:ascii="Times New Roman" w:hAnsi="Times New Roman" w:eastAsia="Times New Roman" w:cs="Times New Roman"/>
        </w:rPr>
        <w:t>Ranje sou ranje, de priyè Danyèl yo se menm priyè a. Toude yo fèt pandan yon istwa ki, nan sans senbolik, reprezante tès vizyèl dezyèm zanj lan, ki dewoule ant 11 septanm 2001 ak lwa dimanch k ap vini byento a. Anfas menas lanmò Nebikadneza t ap fè a, ansanm ak konesans pwofetik ni sou swasanndis ane Jeremi yo ni sou sèman sèt fwa Moyiz la, Danyèl priye priyè Levitik vennsis la, pandan li mande pou Bondye revele li dènye sekrè pwofetik pwofesi Bib la. Sekrè Jan idantifye kòm Revelasyon Jezikri a.</w:t>
      </w:r>
    </w:p>
    <w:p>
      <w:pPr>
        <w:pStyle w:val="ArticleBody"/>
        <w:jc w:val="left"/>
      </w:pPr>
      <w:r>
        <w:rPr>
          <w:rFonts w:ascii="Times New Roman" w:hAnsi="Times New Roman" w:eastAsia="Times New Roman" w:cs="Times New Roman"/>
        </w:rPr>
        <w:t>Nan chapit nèf la, Danyèl twouve l nan pwen tranzisyon ant de wayòm. Babilòn fèk tonbe anba men Mèd yo ak Pès yo, paske se premye ane Daryis la; konsa, sa mete pèp Bondye a nan dènye jou yo nan pwen tranzisyon sa a ki te make nan mouvman premye zanj lan epi tou nan mouvman twazyèm zanj lan.</w:t>
      </w:r>
    </w:p>
    <w:p>
      <w:pPr>
        <w:pStyle w:val="ArticleBody"/>
        <w:jc w:val="left"/>
      </w:pPr>
      <w:r>
        <w:rPr>
          <w:rFonts w:ascii="Times New Roman" w:hAnsi="Times New Roman" w:eastAsia="Times New Roman" w:cs="Times New Roman"/>
        </w:rPr>
        <w:t>Mouvman Millerit Filadèlf la te pase nan Laodise an 1856, epi mouvman Laodise Future for America a ap pase nan mouvman Filadèlf la nan fen twa jou edmi kote li te mouri nan lari a selon Revelasyon chapit onz. Tès ki te echwe nan mouvman Filadèlf Millerit yo depi 1856 rive 1863 la, te an rapò ak doktrin “sèt fwa” yo.</w:t>
      </w:r>
    </w:p>
    <w:p>
      <w:pPr>
        <w:pStyle w:val="ArticleBody"/>
        <w:jc w:val="left"/>
      </w:pPr>
      <w:r>
        <w:rPr>
          <w:rFonts w:ascii="Times New Roman" w:hAnsi="Times New Roman" w:eastAsia="Times New Roman" w:cs="Times New Roman"/>
        </w:rPr>
        <w:t>Tès pou mouvman Lawodiseyen Future for America a gen rapò ak nesesite pou yo rekonèt kondisyon gaye yo a, epi apre sa antre nan lapriyè ak eksperyans Levitik vennsis la. Danyèl te nan moman tranzisyon ant anpi Babilòn nan ak anpi Mèd ak Pès la, epi jis anvan fen peryòd swasanndizan an ki make pa dekrè Siris la. Swasanndizan an se kontèks lapriyè Danyèl la, epi swasanndizan an reprezante “sèt fwa” Moyiz la. Toude lapriyè Danyèl yo aliyen ak moman tranzisyon an ki make pa “sèt fwa” yo nan mouvman premye zanj lan, epi tou nan mouvman twazyèm zanj lan.</w:t>
      </w:r>
    </w:p>
    <w:p>
      <w:pPr>
        <w:pStyle w:val="ArticleBody"/>
        <w:jc w:val="left"/>
      </w:pPr>
      <w:r>
        <w:rPr>
          <w:rFonts w:ascii="Times New Roman" w:hAnsi="Times New Roman" w:eastAsia="Times New Roman" w:cs="Times New Roman"/>
        </w:rPr>
        <w:t>“Sekrè” ki revele a Danyèl la se revelasyon estati Nebikadnetsa a. “Sekrè” estati Nebikadnetsa a nan dènye jou yo se ke li reprezante uit wayòm, pa kat. Nan atik anvan yo ki nan kategori “Wityèm nan se nan Sèt yo”, verite sa a te deja prezante. Anndan sekrè sa a genyen revelasyon pwen tranzisyon an lè wityèm nan rive, li menm ki se nan sèt yo. “Sekrè” estati Nebikadnetsa a se konfimasyon rezirèksyon kòn vrè Pwotestantis la ak kòn Repiblikenis la. Toude rezirèksyon sa yo idantifye ke chak kòn se wityèm nan, men li soti nan sèt yo; epi tranzisyon soti nan sizyèm nan pou rive nan wityèm nan, pou toude kòn yo, fèt nan kontèks pwofetik yon eprèv ki asosye ak “sèt fwa” Moyiz yo. Tranzisyon an fèt jan Danyèl reprezante l la, jis anvan dekrè Siris la, ki reprezante dekrè lwa dimanch lan Ozetazini. Epi lè lwa dimanch lan rive, nan mouvman rapid, blesi mòtèl papote a geri pandan papote a vin tounen wityèm tèt la ki soti nan sèt yo, menm jan li menm tou li pase atravè yon tranzisyon pwofetik, jan sa reprezante pa estati Nebikadnetsa a nan Danyèl chapit de.</w:t>
      </w:r>
    </w:p>
    <w:p>
      <w:pPr>
        <w:pStyle w:val="ArticleScripture"/>
        <w:jc w:val="left"/>
      </w:pPr>
      <w:r>
        <w:rPr>
          <w:rFonts w:ascii="Times New Roman" w:hAnsi="Times New Roman" w:eastAsia="Times New Roman" w:cs="Times New Roman"/>
        </w:rPr>
        <w:t>Se poutèt sa Danyèl antre kote Aryòk, moun wa a te nonmen pou detwi saj Babilòn yo; li antre epi li di l konsa: Pa detwi saj Babilòn yo; mennen m devan wa a, e m ap fè wa a konnen entèpretasyon an. Lè sa a, Aryòk prese mennen Danyèl devan wa a, epi li di l konsa: Mwen jwenn yon nonm pami prizonye Jida yo, ki va fè wa a konnen entèpretasyon an. Wa a reponn, li di Danyèl, yo te rele Beltchaza tou: Èske ou kapab fè m konnen rèv mwen te wè a, ansanm ak entèpretasyon li? Danyèl 2:24–26.</w:t>
      </w:r>
    </w:p>
    <w:p>
      <w:pPr>
        <w:pStyle w:val="ArticleBody"/>
        <w:jc w:val="left"/>
      </w:pPr>
      <w:r>
        <w:rPr>
          <w:rFonts w:ascii="Times New Roman" w:hAnsi="Times New Roman" w:eastAsia="Times New Roman" w:cs="Times New Roman"/>
        </w:rPr>
        <w:t>Yon fwa yo fin bay Dànyèl sekrè a, yo mansyone toude non li yo, sa ki idantifye li kòm reprezantan pèp alyans lan, ki nan dènye jou yo fèk antre nan mouvman Filadèlfyen an nan san karannkat mil yo. Li manifeste karaktè sèvitè Bondye a lè li mande pou yo pa touye pèsonn poutèt enkapasite yo pou yo konprann “sekrè” a. Karaktè li mete an kontrast ak pa Aryòk, yon sèvitè Nebikadneza ki chache jwenn kredi devan wa a paske li te jwenn Dànyèl. Apre sa, Dànyèl idantifye diferans ki genyen ant vrè manifestasyon pwofetik la ak pa saj Babilòn yo, lè li reponn kesyon Nebikadneza a avèk yon kestyon; epi, kontrèman ak Aryòk, li pa pwofite konpreyansyon li genyen sou “sekrè” a pou fè pwomosyon tèt li, men olye de sa, li leve byen wo Bondye syèl la.</w:t>
      </w:r>
    </w:p>
    <w:p>
      <w:pPr>
        <w:pStyle w:val="ArticleScripture"/>
        <w:jc w:val="left"/>
      </w:pPr>
      <w:r>
        <w:rPr>
          <w:rFonts w:ascii="Times New Roman" w:hAnsi="Times New Roman" w:eastAsia="Times New Roman" w:cs="Times New Roman"/>
        </w:rPr>
        <w:t>Danyèl reponn devan wa a, li di: Sekrè wa a mande a, ni saj yo, ni astwològ yo, ni majisyen yo, ni divinè yo pa kapab fè wa a konnen li; Men, gen yon Bondye nan syèl la ki revele sekrè yo, e ki fè wa Nebikadneza konnen sa ki pral rive nan dènye jou yo. Men rèv ou a, ak vizyon tèt ou te genyen sou kabann ou, se sa yo ye. Danyèl 2:27, 28.</w:t>
      </w:r>
    </w:p>
    <w:p>
      <w:pPr>
        <w:pStyle w:val="ArticleBody"/>
        <w:jc w:val="left"/>
      </w:pPr>
      <w:r>
        <w:rPr>
          <w:rFonts w:ascii="Times New Roman" w:hAnsi="Times New Roman" w:eastAsia="Times New Roman" w:cs="Times New Roman"/>
        </w:rPr>
        <w:t>Dànyèl kòmanse prezantasyon li sou “sekrè” a lè li idantifye l kòm yon “sekrè” ki esplike sa ki pral rive nan dènye jou yo. Sekrè istwa kache sèt loraj yo idantifye sa ki pral rive nan dènye jou yo. Estati Nebikadneza a se yon eleman nan sekrè dènye jou yo ki vin dezsele jis anvan tan gras la fèmen. Li revele jis anvan tan gras la fèmen, nan tan tranzisyon an lè toude kòn bèt tè a vin tounen uityèm lan ki soti nan sèt yo, jan sa reprezante pa Dànyèl nan premye ane Dariyis la.</w:t>
      </w:r>
    </w:p>
    <w:p>
      <w:pPr>
        <w:pStyle w:val="ArticleScripture"/>
        <w:jc w:val="left"/>
      </w:pPr>
      <w:r>
        <w:rPr>
          <w:rFonts w:ascii="Times New Roman" w:hAnsi="Times New Roman" w:eastAsia="Times New Roman" w:cs="Times New Roman"/>
        </w:rPr>
        <w:t>Pou ou menm, wa, panse yo te monte nan lespri ou sou kabann ou konsènan sa ki gen pou rive apre sa; epi sila a ki revele sekrè yo fè ou konnen sa ki gen pou rive. Men, pou mwen menm, se pa poutèt yon sajès mwen ta genyen plis pase nenpòt moun vivan yo fè m konnen sekrè sa a, men se pou yo ka fè wa a konnen entèpretasyon an, epi pou ou ka konnen panse kè ou. Daniel 2:29, 30.</w:t>
      </w:r>
    </w:p>
    <w:p>
      <w:pPr>
        <w:pStyle w:val="ArticleBody"/>
        <w:jc w:val="left"/>
      </w:pPr>
      <w:r>
        <w:rPr>
          <w:rFonts w:ascii="Times New Roman" w:hAnsi="Times New Roman" w:eastAsia="Times New Roman" w:cs="Times New Roman"/>
        </w:rPr>
        <w:t>Dànyèl tabli verite a avèk yon dezyèm temwen konsènan lefèt ke rèv Nebikadneza a pale de dènye jou yo, lè li di: “moun ki revele sekrè yo fè w konnen sa k pral rive,” “apre sa.” Apre sa, Dànyèl fè konnen sekrè a pa t bay pou li, ni paske li te gen yon sajès ki ta depase sa nenpòt lòt èt imen genyen, men se paske “sekrè” a te bay Nebikadneza “pou moun sa yo ki va fè konnen entèpretasyon an.” “Sekrè” a te bay pou moun sa yo ki t ap prezante “entèpretasyon” rèv la bay wa espirityèl Babilòn nan nan dènye jou yo. Se te espesyalman pou san karannkat mil yo yo te bay “sekrè” a, paske “sekrè” a se pou moun sa yo ki, nan dènye jou yo, pwoklame tonbe final Babilòn nan. Lè sa a, Dànyèl revele rèv-imaj la ki te kache nan tenèb, e ki te pwodui eprèv lavi-oswa-lanmò a.</w:t>
      </w:r>
    </w:p>
    <w:p>
      <w:pPr>
        <w:pStyle w:val="ArticleScripture"/>
        <w:jc w:val="left"/>
      </w:pPr>
      <w:r>
        <w:rPr>
          <w:rFonts w:ascii="Times New Roman" w:hAnsi="Times New Roman" w:eastAsia="Times New Roman" w:cs="Times New Roman"/>
        </w:rPr>
        <w:t>Ou menm, o wa, ou t ap gade, epi men yon gwo estati. Gwo estati sa a, ki te gen yon ekla ekstraòdinè, te kanpe devan ou; e aparans li te terib. Tèt estati sa a te an lò pi, lestomak li ak bra li yo te an ajan, vant li ak kwis li yo te an kwiv, Janm li yo te an fè, pye li yo an pati an fè, an pati an ajil. Ou t ap gade jouk yon wòch te detache san men pa t fè sa, e li frape estati a sou pye li yo ki te an fè ak an ajil, epi li kraze yo an miyèt moso. Lè sa a, fè a, ajil la, kwiv la, ajan an, ak lò a, tout ansanm, te kraze an miyèt moso, e yo te vin tankou pay sou glasi bat jaden an nan sezon lete; van an pote yo ale, konsa yo pa t jwenn okenn tras yo ankò; epi wòch ki te frape estati a te vin tounen yon gwo mòn, e li plen tout tè a. Men rèv la; epi n ap bay entèpretasyon li devan wa a. Danyèl 2:31–36.</w:t>
      </w:r>
    </w:p>
    <w:p>
      <w:pPr>
        <w:pStyle w:val="ArticleBody"/>
        <w:jc w:val="left"/>
      </w:pPr>
      <w:r>
        <w:rPr>
          <w:rFonts w:ascii="Times New Roman" w:hAnsi="Times New Roman" w:eastAsia="Times New Roman" w:cs="Times New Roman"/>
        </w:rPr>
        <w:t>Rèv Nebikadneza a te idantifye wayòm pwofesi Bib la depi nan epòk pa li jouk nan dènye jou yo, lè san karantkat mil yo, ki reprezante pa Danyèl nan prezantasyon li devan Nebikadneza, epi pa wòch ki te detache san men, ki detwi wayòm tè yo ki reprezante nan estati a, epi ki vin tounen yon gwo mòn ki ranpli tout tè a. Rèv la te konsène dènye jou yo, nan pwen tranzisyon pwofetik la lè dènye sekrè pwofetik la revele bay san karantkat mil yo.</w:t>
      </w:r>
    </w:p>
    <w:p>
      <w:pPr>
        <w:pStyle w:val="ArticleBody"/>
        <w:jc w:val="left"/>
      </w:pPr>
      <w:r>
        <w:rPr>
          <w:rFonts w:ascii="Times New Roman" w:hAnsi="Times New Roman" w:eastAsia="Times New Roman" w:cs="Times New Roman"/>
        </w:rPr>
        <w:t>Kòm drapo vrè kòn pwotestan an, se lè sa a yo pote mesaj twazyèm zanj lan bay yon monn k ap mouri. Mesaj sa a vin ogmante jouk li tounen yon gran rèl nan moman lwa dimanch lan Ozetazini, lè mak bèt la vin fòse. Anvan dekrè sa a, moun Danyèl reprezante nan dènye jou yo, dwe vin konfwonte ak tès imaj bèt la. Tès sa a se yon tès vizyèl, e li mande pou mouvman ki pwodui dekrè lwa dimanch lan ka wè pa moun Danyèl reprezante yo. Yo sibi tès sa a pou yo dekouvri si yo te chwazi metodoloji diven an ki pèmèt yo wè tès imaj la ki kache nan fènwa. Tès pa yo a gen ladan l imilyasyon pèsonèl ak konfesyon. Li gen ladan l rekonesans ke yo te bay Danyèl konpreyansyon nan rèv ak vizyon, paske si yo refize tande vwa Danyèl k ap rele nan dezè a, sa vin menm jan ak sila yo ki, nan jou Kris yo, te rejte mesaj Jan Batis la.</w:t>
      </w:r>
    </w:p>
    <w:p>
      <w:pPr>
        <w:pStyle w:val="ArticleBody"/>
        <w:jc w:val="left"/>
      </w:pPr>
      <w:r>
        <w:rPr>
          <w:rFonts w:ascii="Times New Roman" w:hAnsi="Times New Roman" w:eastAsia="Times New Roman" w:cs="Times New Roman"/>
        </w:rPr>
        <w:t>Sè White fè nou konnen liv Danyèl ak Revelasyon yo konplete youn lòt, epi mo “konplete” li itilize a vle di mennen rive nan pèfeksyon. Nan fen mwa Jiyè 2023, Lyon ki soti nan branch fanmi Jida a te kòmanse dewoule Revelasyon Jezikri a jan Li te pwomèt Li t ap fè a jis anvan tan gras la ta fèmen. Lè Li te fè sa, Li te idantifye verite biblik ki anvan sa te deja byen konprann, men ki kounye a te dwe konprann nan kontèks dènye jou yo.</w:t>
      </w:r>
    </w:p>
    <w:p>
      <w:pPr>
        <w:pStyle w:val="ArticleBody"/>
        <w:jc w:val="left"/>
      </w:pPr>
      <w:r>
        <w:rPr>
          <w:rFonts w:ascii="Times New Roman" w:hAnsi="Times New Roman" w:eastAsia="Times New Roman" w:cs="Times New Roman"/>
        </w:rPr>
        <w:t>Youn nan verite sa yo se de temwen yo nan Revelasyon onz. Yon lòt se istwa ki se akonplisman pafè “sèt loray” yo nan Revelasyon dis. Li te fè soti verite ki nan liy refòm sakre yo, ki pale konsènan desepsyon 18 jiyè 2020 la. Li te sèvi ak kat repè yo ki nan chak liy refòm sakre yo, ki ilistre istwa ranfòsman premye mesaj la jouk rive nan jijman an, nan yon fason ki, jiska kounye a, pa t janm rekonèt. Danyèl chapit de mennen anpil nan konsèp sa yo nan pèfeksyon, byenke verite pwofon sa yo kache nan tenèb pou moun ki refize manje metodoloji ki idantifye kòm Alfa ak Omega.</w:t>
      </w:r>
    </w:p>
    <w:p>
      <w:pPr>
        <w:pStyle w:val="ArticleBody"/>
        <w:jc w:val="left"/>
      </w:pPr>
      <w:r>
        <w:rPr>
          <w:rFonts w:ascii="Times New Roman" w:hAnsi="Times New Roman" w:eastAsia="Times New Roman" w:cs="Times New Roman"/>
        </w:rPr>
        <w:t>Pou fini etid sa a sou Danyèl chapit de a, nou pral rezime epi konekte kèk nan verite ak repè yo ki mennen rive nan pèfeksyon pa Danyèl chapit de a. Lè nou fè sa, nou ap idantifye ke sekrè ki te revele a Danyèl nan vizyon lannuit la reprezante menm verite sa yo.</w:t>
      </w:r>
    </w:p>
    <w:p>
      <w:pPr>
        <w:pStyle w:val="ArticleBody"/>
        <w:jc w:val="left"/>
      </w:pPr>
      <w:r>
        <w:rPr>
          <w:rFonts w:ascii="Times New Roman" w:hAnsi="Times New Roman" w:eastAsia="Times New Roman" w:cs="Times New Roman"/>
        </w:rPr>
        <w:t>Nou pral prezante rezime a ak konklizyon an nan pwochen atik la.</w:t>
      </w:r>
    </w:p>
    <w:p>
      <w:pPr>
        <w:pStyle w:val="ArticleScripture"/>
        <w:jc w:val="left"/>
      </w:pPr>
      <w:r>
        <w:rPr>
          <w:rFonts w:ascii="Times New Roman" w:hAnsi="Times New Roman" w:eastAsia="Times New Roman" w:cs="Times New Roman"/>
        </w:rPr>
        <w:t>“Senyè a gen ajan Li te tabli pou rankontre moun nan erè yo ak nan retou yo fè dèyè. Mesaje Li yo voye pou pote yon temwayaj klè, pou leve yo soti nan eta dòmi yo a, epi pou ouvri pawòl presye lavi yo, ekriti sen yo, devan konpreyansyon yo. Moun sa yo pa dwe senpleman predikatè, men minis, pòtè limyè, vijilan fidèl, ki va wè danje k ap menase a epi avèti pèp la. Yo dwe sanble ak Kris nan zèl serye yo, nan tak yo ki byen reflechi, nan efò pèsonèl yo—an rezime, nan tout ministè yo. Yo dwe gen yon koneksyon vivan avèk Bondye, epi yo dwe vin tèlman familye ak pwofesi yo ak ak leson pratik Ansyen ak Nouvo Testaman an, pou yo ka tire nan trezò pawòl Bondye a bagay nouvo ak bagay ansyen.”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Trèz</dc:title>
  <dc:subject>Sekrè Dènye Jou yo</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