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karant-twa</w:t>
      </w:r>
    </w:p>
    <w:p>
      <w:pPr>
        <w:pStyle w:val="ArticleSubtitle"/>
        <w:jc w:val="left"/>
      </w:pPr>
      <w:r>
        <w:rPr>
          <w:rFonts w:ascii="Arial" w:hAnsi="Arial" w:eastAsia="Arial" w:cs="Arial"/>
        </w:rPr>
        <w:t>Devwale Modèl Pwofetik yo: Dènye Prezidan an ak 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Premye wayòm pwofesi Bib la se te Babilòn, e nan temwayaj pwofetik konsènan Babilòn nan, premye ak dènye wa yo te sèvi, avèk presizyon e avèk entansyon, kòm senbòl pwofetik. Nan dezyèm wayòm Mèd ak Pès la, yo te idantifye espesyalman de premye wa yo, youn ladan yo se te wa ki te bay premye nan twa dekrè ki te pèmèt Izrayèl tan lontan an retounen Jerizalèm; epi de wa ki te vin apre yo, ki te prezante dezyèm ak twazyèm dekrè yo, te idantifye tou. Menm jan an tou, wa pisan an ki reprezante pa Aleksann Legran an, ansanm ak jeneral yo ak wa yo ki te vini apre nan istwa twazyèm wayòm Lagrès la, te idantifye nan pawòl pwofetik la. Katriyèm wayòm nan, sa vle di Wòm payen an, pale klèman de chèf ak anperè wayòm sa a.</w:t>
      </w:r>
    </w:p>
    <w:p>
      <w:pPr>
        <w:pStyle w:val="ArticleBody"/>
        <w:jc w:val="left"/>
      </w:pPr>
      <w:r>
        <w:rPr>
          <w:rFonts w:ascii="Times New Roman" w:hAnsi="Times New Roman" w:eastAsia="Times New Roman" w:cs="Times New Roman"/>
        </w:rPr>
        <w:t>Tout wa Izrayèl yo, ni wayòm nò a ni wayòm sid la, te idantifye, e yo tout se senbòl anndan Pawòl pwofetik Bondye a, menm jan ak wa Lasiri yo ak Farawon peyi Lejip yo. Lide ki fè kwè Pawòl pwofetik Bondye a ta vrèman pale ak prezidan Etazini yo ka parèt twò lwen reyalite pou moun ki gen je men ki pa ka wè, ak zòrèy men ki pa ka konprann. Men, an reyalite, li pi absid toujou pou panse Bondye pa t ap pale ak prezidan bèt tè a nan Revelasyon trèz la, lè se li menm ki pwen referans prensipal pou pwofesi dènye jou yo.</w:t>
      </w:r>
    </w:p>
    <w:p>
      <w:pPr>
        <w:pStyle w:val="ArticleBody"/>
        <w:jc w:val="left"/>
      </w:pPr>
      <w:r>
        <w:rPr>
          <w:rFonts w:ascii="Times New Roman" w:hAnsi="Times New Roman" w:eastAsia="Times New Roman" w:cs="Times New Roman"/>
        </w:rPr>
        <w:t>Dènye prezidan Etazini an, pa nesesite pwofetik, ta dwe jwenn tipifikasyon li nan premye prezidan Etazini an. Antanke dènye prezidan Repibliken an, pa nesesite pwofetik, li ta dwe jwenn tipifikasyon li nan premye prezidan Repibliken an. Antanke dènye prezidan nan istwa dènye mouvman refòm nan, li tou te tipifye pa premye prezidan peryòd pwofetik sa a. Antanke prezidan ki t ap dirije pandan dènye a e twazyèm lagè mondyal la, li menm tou te tipifye pa prezidan ki te dirije pandan premye ak dezyèm lagè mondyal yo.</w:t>
      </w:r>
    </w:p>
    <w:p>
      <w:pPr>
        <w:pStyle w:val="ArticleBody"/>
        <w:jc w:val="left"/>
      </w:pPr>
      <w:r>
        <w:rPr>
          <w:rFonts w:ascii="Times New Roman" w:hAnsi="Times New Roman" w:eastAsia="Times New Roman" w:cs="Times New Roman"/>
        </w:rPr>
        <w:t>Twa lagè mondyal yo, ki tout rive nan istwa Amerik la, reprezante yon aplikasyon pwopetik trip. Twazyèm lagè mondyal la, kote Joe Biden ap mennen planèt tè a kounye a, te deja prefigire pa Premye Gè Mondyal la ak Dezyèm Gè Mondyal la. An menm tan sa a, Biden ap mennen Etazini antre nan yon dezyèm Gè Sivil. Nan mwa k ap vini yo, mouvman pwopetik ki asosye ak dezyèm Gè Sivil la ak twazyèm lagè mondyal la pral sèlman vin pi grav, tankou yon fanm nan doulè akouchman.</w:t>
      </w:r>
    </w:p>
    <w:p>
      <w:pPr>
        <w:pStyle w:val="ArticleBody"/>
        <w:jc w:val="left"/>
      </w:pPr>
      <w:r>
        <w:rPr>
          <w:rFonts w:ascii="Times New Roman" w:hAnsi="Times New Roman" w:eastAsia="Times New Roman" w:cs="Times New Roman"/>
        </w:rPr>
        <w:t>Sitasyon sa a ki te vin renome pandan kriz ki t ap vin pi grav nan Dezyèm Gè Mondyal la, pa Martin Niemoller, yon teyolojyen alman ak pastè luterien, te di konsa: “Premyèman, yo te vin chèche sosyalis yo, e mwen pa t pale—paske mwen pa t yon sosyalis. Apre sa, yo te vin chèche sendikalis yo, e mwen pa t pale—paske mwen pa t yon sendikalis. Apre sa, yo te vin chèche Jwif yo, e mwen pa t pale—paske mwen pa t yon Jwif. Apre sa, yo te vin chèche mwen—epi pa t rete pèsonn pou pale pou mwen.” Pandan tan an ap kontinye mache, n ap gade dèyè sou listwa aktyèl sa a epi n ap rekonèt aksyon k ap fèt kounye a yo te vrèman premye etap lagè final yo nan listwa pwofetik.</w:t>
      </w:r>
    </w:p>
    <w:p>
      <w:pPr>
        <w:pStyle w:val="ArticleBody"/>
        <w:jc w:val="left"/>
      </w:pPr>
      <w:r>
        <w:rPr>
          <w:rFonts w:ascii="Times New Roman" w:hAnsi="Times New Roman" w:eastAsia="Times New Roman" w:cs="Times New Roman"/>
        </w:rPr>
        <w:t>Nan peryòd pwofetik ki reprezante depi 1776 rive 1798, kote Deklarasyon Endepandans lan, Konstitisyon an, ak Lwa sou Etranje ak Sedisyon yo te tounen jalon yo, istwa ki soti 11 septanm 2001 rive jouk lè Etazini pale tankou yon dragon an reprezante. 11 septanm 2001 te yon pwen desizif, epi Deklarasyon Endepandans lan aliyen ak dat sa a. Deklarasyon Endepandans lan make tou Lagè Revolisyonè a, epi li idantifye ke Patriot Act ane 2001 la kòmanse yon repetisyon espirityèl lagè sa a. Mo “revolisyon” an vle di fè yon sèk konplè.</w:t>
      </w:r>
    </w:p>
    <w:p>
      <w:pPr>
        <w:pStyle w:val="ArticleBody"/>
        <w:jc w:val="left"/>
      </w:pPr>
      <w:r>
        <w:rPr>
          <w:rFonts w:ascii="Times New Roman" w:hAnsi="Times New Roman" w:eastAsia="Times New Roman" w:cs="Times New Roman"/>
        </w:rPr>
        <w:t>Nan peryòd ki te soti 1776 rive 1798, Lagè Revolisyonè a te rejte pouvwa wayal Angletè a, ansanm ak tout wa an jeneral. Konstitisyon an te mete restriksyon non sèlman sou pouvwa wayal la, men menm jan an tou, avèk menm detèminasyon an, sou pouvwa papal la. Rive nan 1798, sèk la (revolisyon an) te fin konplete, avèk lwa ki te adopte pou bay yon prezidan otorite wayal.</w:t>
      </w:r>
    </w:p>
    <w:p>
      <w:pPr>
        <w:pStyle w:val="ArticleBody"/>
        <w:jc w:val="left"/>
      </w:pPr>
      <w:r>
        <w:rPr>
          <w:rFonts w:ascii="Times New Roman" w:hAnsi="Times New Roman" w:eastAsia="Times New Roman" w:cs="Times New Roman"/>
        </w:rPr>
        <w:t>Lwa sou Patriyòt la make yon revolisyon (yon wou) ki rive jouk nan bèt tè a k ap pale tankou yon dragon, kote pouvwa papal la retabli tou. Premye wou a, depi 1776 rive 1798, idantifye yon revolisyon pwofetik ki mennen nan restorasyon pouvwa wayal; epi revolisyon li prefigire a idantifye yon revolisyon ki mennen nan restorasyon pouvwa papal la. Dezyèm Gè Revolisyonè a an kou depi 11 septanm 2001. Si se pa sa, poukisa yo ta rele li Lwa sou Patriyòt la?</w:t>
      </w:r>
    </w:p>
    <w:p>
      <w:pPr>
        <w:pStyle w:val="ArticleBody"/>
        <w:jc w:val="left"/>
      </w:pPr>
      <w:r>
        <w:rPr>
          <w:rFonts w:ascii="Times New Roman" w:hAnsi="Times New Roman" w:eastAsia="Times New Roman" w:cs="Times New Roman"/>
        </w:rPr>
        <w:t>Anvan nou abòde lagè ki rive nan istwa dènye prezidan an, n ap kontinye trete karakteristik pwofetik imaj bèt la. Li enpòtan pou nou rekonèt anviwònman ki egziste nan fòmasyon imaj bèt la pandan dènye prezidan an. Prezidan sa a dwe yon prezidan Repibliken ki nan yon lit ak fòs ki asosye ak pouvwa dragon an. Li dwe dènye a, e konsa uityèm prezidan an nan yon peryòd uit prezidan. Nan de premye peryòd Etazini yo, de Kongrè Kontinantal yo, toude peryòd yo te reprezante pa uit prezidan, e toude peryòd yo te idantifye youn nan uit prezidan yo kòm sòti nan sèt la. Se konsa, sou temwayaj de temwen nan kòmansman an, dènye prezidan an dwe uityèm prezidan an, sa vle di, li sòti nan sèt la.</w:t>
      </w:r>
    </w:p>
    <w:p>
      <w:pPr>
        <w:pStyle w:val="ArticleBody"/>
        <w:jc w:val="left"/>
      </w:pPr>
      <w:r>
        <w:rPr>
          <w:rFonts w:ascii="Times New Roman" w:hAnsi="Times New Roman" w:eastAsia="Times New Roman" w:cs="Times New Roman"/>
        </w:rPr>
        <w:t>Seul Donald Trump accomplit ces éléments prophétiques. Pour comprendre pleinement le contexte prophétique que Donald Trump est sur le point d’hériter, il est nécessaire de comprendre que, prophétiquement, les deux premières Guerres mondiales sont représentées dans la Troisième Guerre mondiale, et que les caractéristiques prophétiques de ces guerres parlent également du contexte que Trump est sur le point d’hériter. Cela étant dit, nous n’appliquons pas encore la triple application des trois Guerres mondiales.</w:t>
      </w:r>
    </w:p>
    <w:p>
      <w:pPr>
        <w:pStyle w:val="ArticleBody"/>
        <w:jc w:val="left"/>
      </w:pPr>
      <w:r>
        <w:rPr>
          <w:rFonts w:ascii="Times New Roman" w:hAnsi="Times New Roman" w:eastAsia="Times New Roman" w:cs="Times New Roman"/>
        </w:rPr>
        <w:t>Lagè k ap vin pi rèd Islam pote a, ansanm ak pwoblèm finansye ki vini apre yo, se mwayen pa ki Islam twazyèm malè a akonpli wòl fo pwofèt la nan fòmasyon imaj bèt la Ozetazini. “Bourik” la, ki se fo pwofèt Islam nan, pote fo pwofèt Etazini an antre nan “Jerizalèm”, menm jan bourik la te pote Kris la antre Jerizalèm. Sou vwayaj sa a, yon anviwònman pwofetik ki pwodui akonplisman prediksyon ki te fèt nan tan pase yo, vin etabli. An 1798, Alien and Sedition Acts yo te “pale” nan menm kòmansman istwa bèt latè a ki t ap kòmanse tankou yon ti mouton, epi ki t ap fini ap pale tankou yon dragon. Te gen kat lwa ki te reprezante nan Alien and Sedition Acts yo.</w:t>
      </w:r>
    </w:p>
    <w:p>
      <w:pPr>
        <w:pStyle w:val="ArticleBody"/>
        <w:jc w:val="left"/>
      </w:pPr>
      <w:r>
        <w:rPr>
          <w:rFonts w:ascii="Times New Roman" w:hAnsi="Times New Roman" w:eastAsia="Times New Roman" w:cs="Times New Roman"/>
        </w:rPr>
        <w:t>Lwa sou natiralizasyon an: Lwa sa a te pwolonje egzijans rezidans lan pou jwenn sitwayènte ameriken.</w:t>
      </w:r>
    </w:p>
    <w:p>
      <w:pPr>
        <w:pStyle w:val="ArticleBody"/>
        <w:jc w:val="left"/>
      </w:pPr>
      <w:r>
        <w:rPr>
          <w:rFonts w:ascii="Times New Roman" w:hAnsi="Times New Roman" w:eastAsia="Times New Roman" w:cs="Times New Roman"/>
        </w:rPr>
        <w:t>Lwa sou Zanmi Etranje yo: Lwa sa a te bay prezidan an otorite pou depòte moun ki pa sitwayen yo, lè yo te konsidere yo kòm “danjere pou lapè ak sekirite Etazini” nan tan lapè. Li te pèmèt gouvènman an arete epi depòte etranje san pwosedi legal ki dwe fèt.</w:t>
      </w:r>
    </w:p>
    <w:p>
      <w:pPr>
        <w:pStyle w:val="ArticleBody"/>
        <w:jc w:val="left"/>
      </w:pPr>
      <w:r>
        <w:rPr>
          <w:rFonts w:ascii="Times New Roman" w:hAnsi="Times New Roman" w:eastAsia="Times New Roman" w:cs="Times New Roman"/>
        </w:rPr>
        <w:t>Lwa sou Lènmi Etranje yo: Lwa sa a te otorize prezidan an pou arete epi depòte nenpòt sitwayen gason ki soti nan yon nasyon ostil pandan tan lagè.</w:t>
      </w:r>
    </w:p>
    <w:p>
      <w:pPr>
        <w:pStyle w:val="ArticleBody"/>
        <w:jc w:val="left"/>
      </w:pPr>
      <w:r>
        <w:rPr>
          <w:rFonts w:ascii="Times New Roman" w:hAnsi="Times New Roman" w:eastAsia="Times New Roman" w:cs="Times New Roman"/>
        </w:rPr>
        <w:t>Lwa sou Sedisyon an: Pami kat yo, se li menm ki te plis soulve polemik; Lwa sou Sedisyon an te fè li tounen yon krim pou pibliye ekriti manti, difamatwa, oswa malveyan kont gouvènman Etazini an oswa kont otorite li yo. An reyalite, li te kriminalize kritik kont gouvènman an.</w:t>
      </w:r>
    </w:p>
    <w:p>
      <w:pPr>
        <w:pStyle w:val="ArticleBody"/>
        <w:jc w:val="left"/>
      </w:pPr>
      <w:r>
        <w:rPr>
          <w:rFonts w:ascii="Times New Roman" w:hAnsi="Times New Roman" w:eastAsia="Times New Roman" w:cs="Times New Roman"/>
        </w:rPr>
        <w:t>Kanpay Donald Trump la baze an gran pati sou pwomès li pou fini “bati miray la” li te kòmanse pandan manda anvan li kòm prezidan. Li te deklare ke pi gwo depòtasyon nan istwa limanite pral fèt lè yo eli li an 2024. Trump gen yon karakteristik pèsonèl ki pa sanble ak okenn lòt politisyen sou sèn politik ameriken an. Li kenbe, oswa omwen eseye kenbe, pwomès kanpay li yo. Lwa sou Etranje yo ak sou Sedisyon an reprezante lwa ki ann amoni nèt ak pwomès li konsènan depòtasyon yo.</w:t>
      </w:r>
    </w:p>
    <w:p>
      <w:pPr>
        <w:pStyle w:val="ArticleBody"/>
        <w:jc w:val="left"/>
      </w:pPr>
      <w:r>
        <w:rPr>
          <w:rFonts w:ascii="Times New Roman" w:hAnsi="Times New Roman" w:eastAsia="Times New Roman" w:cs="Times New Roman"/>
        </w:rPr>
        <w:t>Youn nan pi gwo akizasyon Trump fè kont etablisman politik ki byen anrasinen nan DC a, ke li te rele “marekaj la,” ansanm ak tout politisyen li yo ki kowonpi, imoral e konpwomèt, biwokrat pwofesyonèl yo, ajans alfabè yo ak finansyè milyadè yo, se “fo nouvèl” yo ke manifestasyon modèn Ministè Reich Hitler la pou Eklerisman Piblik ak Pwopagann pwodui, e ke jodi a yo rele MSM, Mainstream Media. Alien and Sedition Acts yo reprezante lwa ki ann amoni pafètman ak rayisman li pou “fo nouvèl.” Jezi toujou montre fen yon bagay pa kòmansman yon bagay.</w:t>
      </w:r>
    </w:p>
    <w:p>
      <w:pPr>
        <w:pStyle w:val="ArticleBody"/>
        <w:jc w:val="left"/>
      </w:pPr>
      <w:r>
        <w:rPr>
          <w:rFonts w:ascii="Times New Roman" w:hAnsi="Times New Roman" w:eastAsia="Times New Roman" w:cs="Times New Roman"/>
        </w:rPr>
        <w:t>Premye prezidan Repibliken an te oblije fè fas ak yon Gè Sivil ke Buchanan, predesesè Demokrat Lincoln lan, te pwovoke. Pandan li t ap fè sa, Lincoln te sispann dwa habeas corpus la. Habeas corpus se yon prensip jiridik ki pwoteje dwa yon moun pou konteste detansyon oswa anprizònman li devan tribinal. Se yon dwa legal fondamantal ki garanti yon moun pa ka kenbe an gadavi san yon rezon legal. Lè yo depoze yon òdonans habeas corpus nan non yon moun yo arete, sa egzije gouvènman an pou li bay jistifikasyon pou detansyon moun sa a devan yon tribinal.</w:t>
      </w:r>
    </w:p>
    <w:p>
      <w:pPr>
        <w:pStyle w:val="ArticleBody"/>
        <w:jc w:val="left"/>
      </w:pPr>
      <w:r>
        <w:rPr>
          <w:rFonts w:ascii="Times New Roman" w:hAnsi="Times New Roman" w:eastAsia="Times New Roman" w:cs="Times New Roman"/>
        </w:rPr>
        <w:t>Pandan Lagè Sivil Ameriken an, Lincoln te sispann privilèj habeas corpus la nan kèk zòn Ozetazini kòm yon mezi tan lagè. Li te premye sispann habeas corpus nan Maryland nan mwa avril 1861, epi pita li te pwolonje sispansyon an nan kèk pati nan Midwès la. Yo te pran mezi sa a pou kenbe lòd epi kraze opozisyon nan zòn kote te gen gwo tandans sezesyonis oswa gwo senpati pou Konfederasyon an (Demokrat yo), epi pou anpeche nenpòt entrizyon kont efò lagè Inyon an.</w:t>
      </w:r>
    </w:p>
    <w:p>
      <w:pPr>
        <w:pStyle w:val="ArticleBody"/>
        <w:jc w:val="left"/>
      </w:pPr>
      <w:r>
        <w:rPr>
          <w:rFonts w:ascii="Times New Roman" w:hAnsi="Times New Roman" w:eastAsia="Times New Roman" w:cs="Times New Roman"/>
        </w:rPr>
        <w:t>Sispansyon Lincoln te fè sou habeas corpus la te soulve gwo polemik e li te poze kestyon konstitisyonèl enpòtan, paske li te enplike yon sispansyon tanporè yon libète sivil fondamantal Konstitisyon Etazini garanti. Konstitisyon an pèmèt sispansyon manda habeas corpus la “when in Cases of Rebellion or Invasion the public Safety may require it” (Article I, Section 9).</w:t>
      </w:r>
    </w:p>
    <w:p>
      <w:pPr>
        <w:pStyle w:val="ArticleBody"/>
        <w:jc w:val="left"/>
      </w:pPr>
      <w:r>
        <w:rPr>
          <w:rFonts w:ascii="Times New Roman" w:hAnsi="Times New Roman" w:eastAsia="Times New Roman" w:cs="Times New Roman"/>
        </w:rPr>
        <w:t>Lincoln te defann aksyon li yo kòm nesesè pou prezèvasyon Inyon an ak sekirite nasyonal la pandan yon tan lagè. Kongrè a te adopte Lwa sou Sispansyon Habeas Corpus la an 1863, ki te bay otorizasyon, an retwoaktif, pou sispansyon habeas corpus Lincoln te fè a, epi ki te prevwa sèten pwosedi pou detansyon militè. Habeas corpus te retabli piti piti nan ane ki te vin apre Lagè Sivil la pandan konfli a t ap rive nan bout li, epi peyi a t ap retounen nan yon eta lapè.</w:t>
      </w:r>
    </w:p>
    <w:p>
      <w:pPr>
        <w:pStyle w:val="ArticleBody"/>
        <w:jc w:val="left"/>
      </w:pPr>
      <w:r>
        <w:rPr>
          <w:rFonts w:ascii="Times New Roman" w:hAnsi="Times New Roman" w:eastAsia="Times New Roman" w:cs="Times New Roman"/>
        </w:rPr>
        <w:t>Nan ane 1871, Prezidan Ulysses S. Grant (yon Repibliken) te sispann dwa habeas corpus tou nan nèf konte nan South Carolina pandan rèy laterè Ku Klux Klan an (Demokrat yo) nan epòk Rekonstriksyon an. Sispansyon sa a te vize konbat vyolans epi pwoteje dwa sivil Afriken Ameriken ki te fèk jwenn liberasyon yo.</w:t>
      </w:r>
    </w:p>
    <w:p>
      <w:pPr>
        <w:pStyle w:val="ArticleBody"/>
        <w:jc w:val="left"/>
      </w:pPr>
      <w:r>
        <w:rPr>
          <w:rFonts w:ascii="Times New Roman" w:hAnsi="Times New Roman" w:eastAsia="Times New Roman" w:cs="Times New Roman"/>
        </w:rPr>
        <w:t>An 1942, Prezidan Franklin D. Roosevelt (yon Demokrat), pandan Dezyèm Gè Mondyal la, te siyen Dekrè Egzekitif 9066, ki te otorize deplasman fòse ak entènman Japonè Ameriken k ap viv sou Kòt Lwès la. Byenke sa pa t, nan sans teknik, sispann habeas corpus, li te mennen nan detansyon Japonè Ameriken san pwosedi legal ki dwe fèt, e dwa legal yo te gravman konpwomèt.</w:t>
      </w:r>
    </w:p>
    <w:p>
      <w:pPr>
        <w:pStyle w:val="ArticleBody"/>
        <w:jc w:val="left"/>
      </w:pPr>
      <w:r>
        <w:rPr>
          <w:rFonts w:ascii="Times New Roman" w:hAnsi="Times New Roman" w:eastAsia="Times New Roman" w:cs="Times New Roman"/>
        </w:rPr>
        <w:t>Epi an 2001, Bush, dènye a (yon Repibliken mondyalis), apre atak teworis 11 septanm yo, otorize detansyon moun yo te sispèk kòm konbatan lènmi nan Guantanamo Bay ak nan lòt etablisman. Detansyon moun sa yo ansanm ak estati legal yo te vin sijè kontestasyon jidisyè ki gen rapò ak habeas corpus.</w:t>
      </w:r>
    </w:p>
    <w:p>
      <w:pPr>
        <w:pStyle w:val="ArticleBody"/>
        <w:jc w:val="left"/>
      </w:pPr>
      <w:r>
        <w:rPr>
          <w:rFonts w:ascii="Times New Roman" w:hAnsi="Times New Roman" w:eastAsia="Times New Roman" w:cs="Times New Roman"/>
        </w:rPr>
        <w:t>Apre sa, an 2021, jijman Pelosi yo (yon Demokrat) sou 6 Janvye yo te kontinye konsèp sispann habeas corpus, retire dwa a yon pwosedi legal regilye, epi mete ann aplikasyon entènman ki pa konstitisyonèl. Jijman Pelosi yo an 2021 genyen distenksyon sa a, paske se te premye fwa dwa legal sitwayen ameriken yo te mete sou kote pou rezon ki te piman politik. Chak lòt fwa te gen yon lagè oswa yon rebelyon reyèl ki te idantifye sijè lènmi espesifik. Lènmi yo nan jijman Pelosi yo te senpleman lènmi globalis yo ke dragon an te enspire. Li enpòtan pou rekonèt tandans pwofetik kestyon ki asosye ak ranvèsman Konstitisyon an, paske se evènman sa yo ki idantifye fòmasyon imaj bèt la, sa vle di gwo eprèv la pou pèp Bondye a.</w:t>
      </w:r>
    </w:p>
    <w:p>
      <w:pPr>
        <w:pStyle w:val="ArticleBody"/>
        <w:jc w:val="left"/>
      </w:pPr>
      <w:r>
        <w:rPr>
          <w:rFonts w:ascii="Times New Roman" w:hAnsi="Times New Roman" w:eastAsia="Times New Roman" w:cs="Times New Roman"/>
        </w:rPr>
        <w:t>Sa pa enpòtan si Pelosi se eroyin ou, oswa si Trump se chanpyon ou; sa ki enpòtan, se pou ou rekonèt kriz k ap pwoche a epi fè preparasyon ki apwopriye a. Moun ki pral genyen batay la nan kriz k ap vini an se sitwayen Jerizalèm selès la, epi tout pouvwa ki te aposta ak lalwa Bondye a pral byento ini, menm jan Sadiseyen yo (Demokrat yo) ak Farizyen yo (Repibliken yo) te ini kont pitit fidèl Bondye yo pandan y ap fòme imaj bèt la.</w:t>
      </w:r>
    </w:p>
    <w:p>
      <w:pPr>
        <w:pStyle w:val="ArticleBody"/>
        <w:jc w:val="left"/>
      </w:pPr>
      <w:r>
        <w:rPr>
          <w:rFonts w:ascii="Times New Roman" w:hAnsi="Times New Roman" w:eastAsia="Times New Roman" w:cs="Times New Roman"/>
        </w:rPr>
        <w:t>Travay desepsyon an, swa pa fo pwofèt Islam nan Etazini, swa pa Pwotestan apostazi nan mond lan, se sa ki mennen nan inifikasyon Legliz ak Leta. Sè White fè konnen pral gen yon lòt Gè Sivil, e se bankye mondyal yo ak milyadè yo, ki se machann Babilòn modèn nan, k ap lakòz li; yo menm ki, nan sans pwofetik, fòme youn nan de mwatye reprezantan pouvwa dragon an. Lòt mwatye a se politisyen pwofesyonèl yo, avoka yo, wa yo, ak chèf yo.</w:t>
      </w:r>
    </w:p>
    <w:p>
      <w:pPr>
        <w:pStyle w:val="ArticleScripture"/>
        <w:jc w:val="left"/>
      </w:pPr>
      <w:r>
        <w:rPr>
          <w:rFonts w:ascii="Times New Roman" w:hAnsi="Times New Roman" w:eastAsia="Times New Roman" w:cs="Times New Roman"/>
        </w:rPr>
        <w:t>“Nan peyi End, Lachin, Larisi, ak nan vil Etazini yo, dè milye gason ak fanm ap mouri grangou. Moun ki gen lajan yo, paske yo gen pouvwa a, kontwole mache a. Yo achte nan pri ki ba tout sa yo ka jwenn, epi apre sa yo vann yo ak pri ki ogmante anpil. Sa vle di grangou pou klas ki pi pòv yo, e sa pral lakòz yon lagè sivil.” Manuscript Releases, volim 5, 305.</w:t>
      </w:r>
    </w:p>
    <w:p>
      <w:pPr>
        <w:pStyle w:val="ArticleBody"/>
        <w:jc w:val="left"/>
      </w:pPr>
      <w:r>
        <w:rPr>
          <w:rFonts w:ascii="Times New Roman" w:hAnsi="Times New Roman" w:eastAsia="Times New Roman" w:cs="Times New Roman"/>
        </w:rPr>
        <w:t>Lagè Revolisyonè a te yon lagè literal, men li te reprezante yon lagè politik ki te inisye 11 septanm 2001. Etazini kounye a se yon nasyon ki divize ant de pati politik, men Pawòl Bondye pa janm febli, e Pawòl Li idantifye ke Trump pral reeli nan eleksyon 2024 yo. Yon Lagè Sivil, ki pou tout rezon pratik deja inisye, pral kòmanse toutbon yon ti tan apre eleksyon li, menm jan sa te fèt avèk Lincoln, premye prezidan Repibliken an. Lojik fondamantal Lagè Sivil li pral eritye a pral soti nan bankye mondyal yo ak machann milyadè yo, ki, pami lòt bagay, te travay san rete pou louvri pòt yon imigrasyon mas san kontwòl atravè lemond, pou alimante dezi yo pou plis pwofi finansye, epi pi enpòtan toujou, pou elimine klas mwayèn nan. Machann Babilòn yo ap chèche devlope yon sistèm de klas: sipè-rich ak sipè-pòv.</w:t>
      </w:r>
    </w:p>
    <w:p>
      <w:pPr>
        <w:pStyle w:val="ArticleBody"/>
        <w:jc w:val="left"/>
      </w:pPr>
      <w:r>
        <w:rPr>
          <w:rFonts w:ascii="Times New Roman" w:hAnsi="Times New Roman" w:eastAsia="Times New Roman" w:cs="Times New Roman"/>
        </w:rPr>
        <w:t>Trump ap prezidan k ap prezide sou etablisman imaj bèt la, e se fo pwofèt Islam lan k ap fòse pou yo leve imaj sa a; e pou sila yo ki gen je pou wè, ki kapab disène, epi ki gen zòrèy pou tande, ki kapab konprann, atak 7 oktòb 2023 Islam lan, twazyèm malè a, te fè kont Izrayèl literal, ansyen Peyi Glorifye a, se yon akonplisman evidan nan travay pwovidansyèl fo pwofèt Islam lan.</w:t>
      </w:r>
    </w:p>
    <w:p>
      <w:pPr>
        <w:pStyle w:val="ArticleBody"/>
        <w:jc w:val="left"/>
      </w:pPr>
      <w:r>
        <w:rPr>
          <w:rFonts w:ascii="Times New Roman" w:hAnsi="Times New Roman" w:eastAsia="Times New Roman" w:cs="Times New Roman"/>
        </w:rPr>
        <w:t>Pati Demokratik la, ki leve tèt li kòm pati “Diversity, Equity and Inclusion,” kounye a ap rekòlte fwi filozofi satanik yo te ankouraje a. Depi 7 Oktòb 2023, konfli ant pozisyon anti-Izrayèl ak pozisyon pwò-Izrayèl la ap fann fòs politik pati yo pandan y ap pwoche bò eleksyon 2024 la. Divizyon sa a pwodui batay anndan nan mitan patizan yo, rive jouk nan pwen kote machin elektwonik vòt yo ki fin kowonpi yo ka pa gen kapasite ankò pou manipile ase vòt pou simonte vrè vòt yo pral bay pou Trump yo. Lagè fo pwofèt Islam nan ap pwodui sikonstans ki eli Trump kòm wityèm prezidan an, ki soti nan sèt yo, depi tan lafen an an 1989, pandan bèt latè a ap fòme yon imaj pou bèt lanmè a.</w:t>
      </w:r>
    </w:p>
    <w:p>
      <w:pPr>
        <w:pStyle w:val="ArticleBody"/>
        <w:jc w:val="left"/>
      </w:pPr>
      <w:r>
        <w:rPr>
          <w:rFonts w:ascii="Times New Roman" w:hAnsi="Times New Roman" w:eastAsia="Times New Roman" w:cs="Times New Roman"/>
        </w:rPr>
        <w:t>Filozofi satanik “Divèsite, Ekite ak Enklizyon” an se youn nan platfòm yo pou repwodui rebelyon Sodòm ak Gomò a atravè pwomosyon ajanda LGBTQ+ la.</w:t>
      </w:r>
    </w:p>
    <w:p>
      <w:pPr>
        <w:pStyle w:val="ArticleScripture"/>
        <w:jc w:val="left"/>
      </w:pPr>
      <w:r>
        <w:rPr>
          <w:rFonts w:ascii="Times New Roman" w:hAnsi="Times New Roman" w:eastAsia="Times New Roman" w:cs="Times New Roman"/>
        </w:rPr>
        <w:t>Menm jan an tou jan sa te ye nan jou Lòt yo: yo t ap manje, yo t ap bwè, yo t ap achte, yo t ap vann, yo t ap plante, yo t ap bati; men menm jou Lòt te soti nan Sodòm, dife ak souf te tonbe soti nan syèl la, e li te detwi yo tout nèt. Konsa sa pral ye nan jou kote Pitit lòm nan va parèt. Lik 17:28–30.</w:t>
      </w:r>
    </w:p>
    <w:p>
      <w:pPr>
        <w:pStyle w:val="ArticleBody"/>
        <w:jc w:val="left"/>
      </w:pPr>
      <w:r>
        <w:rPr>
          <w:rFonts w:ascii="Times New Roman" w:hAnsi="Times New Roman" w:eastAsia="Times New Roman" w:cs="Times New Roman"/>
        </w:rPr>
        <w:t>Ajanda LGBTQ+ a reprezante tou kòm Ògèy Masisi, e konsa li make dènye tonbe moral bèt tè a, epi apre sa, tonbe moral lemonn antye.</w:t>
      </w:r>
    </w:p>
    <w:p>
      <w:pPr>
        <w:pStyle w:val="ArticleScripture"/>
        <w:jc w:val="left"/>
      </w:pPr>
      <w:r>
        <w:rPr>
          <w:rFonts w:ascii="Times New Roman" w:hAnsi="Times New Roman" w:eastAsia="Times New Roman" w:cs="Times New Roman"/>
        </w:rPr>
        <w:t>Gran chemen moun ki dwat la, se kite sa ki mal; moun ki veye chemen pa l ap prezève nanm li. Ògèy vini anvan destriksyon, epi yon lespri awogan vini anvan tonbe. Li pi bon pou yon moun gen yon lespri imil ansanm ak moun ki ba yo, pase pou l pataje piyaj la ak moun ki gen ògèy. Pwovèb 16:17–19.</w:t>
      </w:r>
    </w:p>
    <w:p>
      <w:pPr>
        <w:pStyle w:val="ArticleBody"/>
        <w:jc w:val="left"/>
      </w:pPr>
      <w:r>
        <w:rPr>
          <w:rFonts w:ascii="Times New Roman" w:hAnsi="Times New Roman" w:eastAsia="Times New Roman" w:cs="Times New Roman"/>
        </w:rPr>
        <w:t>Lògèy mache anvan tonbe, e ògèy mache anvan destriksyon. Apostazi nasyonal pwodui destriksyon nasyonal, epi senbòl ògèy mondyalis la se senbòl rebelyon Sodòm ak Gomò. Enspirasyon mete lwa dimanch ki pral vini talè a an paralèl ak Lòt ki apèn chape anba destriksyon Sodòm, Gomò ak vil nan plenn yo, paske se desandan Lòt yo (Amon ak Moab) ki senbòl sila yo ki chape anba men papote a nan moman lwa dimanch la.</w:t>
      </w:r>
    </w:p>
    <w:p>
      <w:pPr>
        <w:pStyle w:val="ArticleScripture"/>
        <w:jc w:val="left"/>
      </w:pPr>
      <w:r>
        <w:rPr>
          <w:rFonts w:ascii="Times New Roman" w:hAnsi="Times New Roman" w:eastAsia="Times New Roman" w:cs="Times New Roman"/>
        </w:rPr>
        <w:t>Li pral antre tou nan peyi ki bèl la, e anpil peyi pral chavire; men sa yo pral chape anba men li: Edòm, Moab, ak chèf pitit Amon yo. Daniel 11:41.</w:t>
      </w:r>
    </w:p>
    <w:p>
      <w:pPr>
        <w:pStyle w:val="ArticleBody"/>
        <w:jc w:val="left"/>
      </w:pPr>
      <w:r>
        <w:rPr>
          <w:rFonts w:ascii="Times New Roman" w:hAnsi="Times New Roman" w:eastAsia="Times New Roman" w:cs="Times New Roman"/>
        </w:rPr>
        <w:t>Pati Demokratik la ap kraze tèt li kounye a, pa pwòp men pa li. Mwen pa enterese nan politik; mwen senpleman ap aliyen istwa aktyèl la ak naratif pwofetik la. Pati Demokratik la travay san pran souf pou louvri fwontyè yo atravè lemond, konsa li pèmèt yon inondasyon moun san parèy e san kontwòl. Pòtay dlo yo louvri toupatou sou planèt la pa globalis dragon an enspire yo.</w:t>
      </w:r>
    </w:p>
    <w:p>
      <w:pPr>
        <w:pStyle w:val="ArticleScripture"/>
        <w:jc w:val="left"/>
      </w:pPr>
      <w:r>
        <w:rPr>
          <w:rFonts w:ascii="Times New Roman" w:hAnsi="Times New Roman" w:eastAsia="Times New Roman" w:cs="Times New Roman"/>
        </w:rPr>
        <w:t>Epi sèpan an voye dlo soti nan bouch li tankou yon gwo inondasyon dèyè fanm nan, pou l te ka fè inondasyon an pote l ale. Men tè a te ede fanm nan; tè a louvri bouch li, epi li vale inondasyon dragon an te voye soti nan bouch li a. Epi dragon an te move anpil sou fanm nan, e li ale fè lagè ak rès pitit li yo, sa yo ki kenbe kòmandman Bondye yo, epi ki gen temwayaj Jezikri a. Revelasyon 12:15–17.</w:t>
      </w:r>
    </w:p>
    <w:p>
      <w:pPr>
        <w:pStyle w:val="ArticleBody"/>
        <w:jc w:val="left"/>
      </w:pPr>
      <w:r>
        <w:rPr>
          <w:rFonts w:ascii="Times New Roman" w:hAnsi="Times New Roman" w:eastAsia="Times New Roman" w:cs="Times New Roman"/>
        </w:rPr>
        <w:t>“Rès la” a se san karant-kat mil yo, e istwa san karant-kat mil yo se istwa ki te kòmanse nan 11 septanm 2001. Depi lè sa a, pouvwa dragon an ap “voye dlo soti nan bouch li, tankou yon inondasyon” nan tout direksyon. Dlo reprezante moun.</w:t>
      </w:r>
    </w:p>
    <w:p>
      <w:pPr>
        <w:pStyle w:val="ArticleScripture"/>
        <w:jc w:val="left"/>
      </w:pPr>
      <w:r>
        <w:rPr>
          <w:rFonts w:ascii="Times New Roman" w:hAnsi="Times New Roman" w:eastAsia="Times New Roman" w:cs="Times New Roman"/>
        </w:rPr>
        <w:t>Epi li di m: Dlo ou te wè yo, kote jennès la chita a, se pèp, foul moun, nasyon ak lang. Revelasyon 17:15.</w:t>
      </w:r>
    </w:p>
    <w:p>
      <w:pPr>
        <w:pStyle w:val="ArticleBody"/>
        <w:jc w:val="left"/>
      </w:pPr>
      <w:r>
        <w:rPr>
          <w:rFonts w:ascii="Times New Roman" w:hAnsi="Times New Roman" w:eastAsia="Times New Roman" w:cs="Times New Roman"/>
        </w:rPr>
        <w:t>Se reprezantan tè pwisans dragon an sou tè a (globalis yo) ki louvri baraj imigrasyon ilegal la nan tan sele sant-katreven-kat mil yo. “Inondasyon” dragon an atravè lemonn montre ke Senyè a prèt pou leve banyè li a, nan lwa dimanch ki pral vini byento a. Inondasyon dragon an nan Revelasyon douz la, bèt ki soti sou tè a te vale yo nan kòmansman Etazini yo, men kounye a inondasyon dragon an retounen; konsa, sa bay avètisman sou kriz lwa dimanch k ap pwoche a, paske se lè lènmi an vini tankou yon inondasyon, Bondye leve drapo li.</w:t>
      </w:r>
    </w:p>
    <w:p>
      <w:pPr>
        <w:pStyle w:val="ArticleScripture"/>
        <w:jc w:val="left"/>
      </w:pPr>
      <w:r>
        <w:rPr>
          <w:rFonts w:ascii="Times New Roman" w:hAnsi="Times New Roman" w:eastAsia="Times New Roman" w:cs="Times New Roman"/>
        </w:rPr>
        <w:t>Nan fè peche, nan bay manti kont Seyè a, epi nan vire do bay Bondye nou an; nan pale opresyon ak rebelyon, nan vin ansent nan kè a epi pwononse pawòl manti. E jijman an vire tounen dèyè, e jistis la kanpe byen lwen; paske verite tonbe nan lari, e ladwati pa ka antre. Wi, verite disparèt; e moun ki vire do bay sa ki mal fè tèt li tounen yon viktim: e Seyè a wè sa, e sa pa fè l plezi dèske pa t gen jistis. E li wè pa t gen yon sèl moun, e li sezi dèske pa t gen okenn entèsesè: se poutèt sa pwòp bra pa li pote delivrans pou li; e jistis li, se li menm ki soutni li. Paske li te mete jistis tankou yon plak pwotèj sou pwatrin li, ak yon kas delivrans sou tèt li; e li te mete rad vanjans yo pou rad li, e li te vlope ak zèl tankou ak yon manto. Dapre aksyon yo, konsa tou li pral remèt, kòlè sou advèsè li yo, rekonpans sou ènmi li yo; sou zile yo li pral remèt rekonpans. Konsa y ap gen lakrentif pou non Seyè a depi nan lwès, ak glwa li depi kote solèy la leve. Lè lènmi an va vini tankou yon inondasyon, Lespri Seyè a va leve yon bann kont li. E Redanmtè a va vini nan Siyon, e pou moun ki vire do bay peche nan Jakòb yo, se Seyè a ki di sa. Kanta pou mwen, men alyans mwen avèk yo, se Seyè a ki di sa; Lespri mwen ki sou ou a, ak pawòl mwen yo ke mwen mete nan bouch ou, yo p ap soti nan bouch ou, ni nan bouch desandans ou, ni nan bouch desandans desandans ou, se Seyè a ki di sa, depi kounye a e pou tout tan. Ezayi 59:13–21.</w:t>
      </w:r>
    </w:p>
    <w:p>
      <w:pPr>
        <w:pStyle w:val="ArticleBody"/>
        <w:jc w:val="left"/>
      </w:pPr>
      <w:r>
        <w:rPr>
          <w:rFonts w:ascii="Times New Roman" w:hAnsi="Times New Roman" w:eastAsia="Times New Roman" w:cs="Times New Roman"/>
        </w:rPr>
        <w:t>Lè lènmi an vini tankou yon inondasyon, drapo yo leve a se ensiy lan, ki se tou yon drapo nan Pawòl Bondye a. Nan tan ki vini anvan lwa dimanch ki pral vini talè a, inondasyon imigrasyon ilegal la se yon siy ke tan gras la prèske fini. Kontèks Ezayi idantifye lè li pale sou leve yon drapo dekri yon peryòd san lalwa, paske li deklare: “jijman an vire pa dèyè, e jistis kanpe lwen; paske verite tonbe nan lari a, e ekite pa ka antre. Wi, verite manke; e sila ki vire do bay sa ki mal fè tèt li tounen yon viktim: epi Senyè a wè sa, e sa pa t fè l plezi dèske pa t gen jijman. Epi li wè pa t gen pèsonn, e li te sezi dèske pa t gen okenn entèsesè.” Anachi ki finanse pa moun tankou George Soros, e ke politisyen Demokrat yo neglije, dekri avèk presizyon pa Sè White an rapò ak pasaj ki soti nan Ezayi a.</w:t>
      </w:r>
    </w:p>
    <w:p>
      <w:pPr>
        <w:pStyle w:val="ArticleScripture"/>
        <w:jc w:val="left"/>
      </w:pPr>
      <w:r>
        <w:rPr>
          <w:rFonts w:ascii="Times New Roman" w:hAnsi="Times New Roman" w:eastAsia="Times New Roman" w:cs="Times New Roman"/>
        </w:rPr>
        <w:t>«Tribinal jistis yo fin gate. Moun k ap dirije yo ap aji anba anvi pou fè pwofi ak lanmou pou plezi sansyèl. Entanperans fè anpil moun pèdi klète jijman yo, konsa Satan prèske gen kontwòl total sou yo. Jiris yo fin pèvèti, yo pran koripsyon, yo twonpe. Tafya, debòch, pasyon, jalouzi, ak tout kalite malonètete, parèt pami sila yo ki administre lwa yo. “Jistis rete byen lwen: paske verite tonbe nan lari a, e ekite pa kapab antre.” Ezayi 59:14.» The Great Controversy, 586.</w:t>
      </w:r>
    </w:p>
    <w:p>
      <w:pPr>
        <w:pStyle w:val="ArticleBody"/>
        <w:jc w:val="left"/>
      </w:pPr>
      <w:r>
        <w:rPr>
          <w:rFonts w:ascii="Times New Roman" w:hAnsi="Times New Roman" w:eastAsia="Times New Roman" w:cs="Times New Roman"/>
        </w:rPr>
        <w:t>Imigrasyon ilegal, mouvman anachik tankou Antifa (anti-fachis), ak mouvman vyolan tankou Black Lives Matter, ki chita sou yon naratif istorik ki fin pouri tankou Critical Race Theory, te jwenn sipò ak pwomosyon bò kote chèf politik dragon an, ki te pouse pa lanmou lajan; epi tribinal koripsyon yo ansanm ak jiris yo te voye verite atè nan menm lari kote yo te touye de temwen yo nan Revelasyon chapit onz. Lari sa a te nan vil ateyis la (Ejip) ak imoralite a (Sodòm), ki se vil dragon an ak reprezantan li yo. Anviwònman fwi Pati Demokrat la reprezante a, nan pwofesi, tankou yon inondasyon; e lè Satan, antanke lènmi Bondye, louvri dig inondasyon li yo, sa se prèv ke drapo Bondye a prèske pral leve.</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“Kondisyon bagay yo nan lemonn nan montre tan twoub yo deja près sou nou. Jounal chak jou yo plen ak siy ki fè konnen yon konfli terib ap vini talè. Gwo vòl avèk kouraj rive souvan. Grèv yo komen. Vòl ak asasina ap fèt toupatou. Moun demon posede ap pran lavi gason, fanm, ak timoun piti. Lèzòm vin pran plezi nan vis, epi tout kalite mechanste ap domine. Lènmi an rive detounen jistis epi ranpli kè moun ak dezi pou pwofi egoyis. ‘Jistis rete lwen, paske verite tonbe nan lari, e ladwati pa kapab antre.’ Ezayi 59:14. Nan gwo vil yo, gen foul moun k ap viv nan povrete ak mizè, prèske san manje, san abri, san rad; tandiske nan menm vil sa yo, gen moun ki gen plis pase kè yo ta ka swete, k ap viv nan liks, k ap depanse lajan yo nan kay ki byen mèble, nan dekore kò yo, oswa pi mal toujou, nan satisfè apeti sansyèl yo, nan bweson ki gen alkòl, tabak, ak lòt bagay ki detwi kapasite sèvo a, deregle lespri a, epi avili nanm nan. Kri limanite k ap mouri grangou yo ap monte devan Bondye, pandan, pa tout kalite opresyon ak ekstòsyon, moun ap rasanble gwo richès san mezi.”</w:t>
      </w:r>
    </w:p>
    <w:p>
      <w:pPr>
        <w:pStyle w:val="ArticleScripture"/>
        <w:jc w:val="left"/>
      </w:pPr>
      <w:r>
        <w:rPr>
          <w:rFonts w:ascii="Times New Roman" w:hAnsi="Times New Roman" w:eastAsia="Times New Roman" w:cs="Times New Roman"/>
        </w:rPr>
        <w:t>“Mwen te nan sezon lannuit la lè yo te rele m pou m gade bilding k ap monte etaj apre etaj anlè, rive jouk nan syèl la. Yo te bay garanti bilding sa yo kòm ki pa pran dife, e yo te bati yo pou bay pwopriyetè yo ak moun ki te konstwi yo glwa. Pi wo toujou, e pi wo ankò, bilding sa yo t ap monte, e nan yo yo te sèvi ak materyèl ki pi chè yo. Moun bilding sa yo te pou yo a pa t ap poze tèt yo kesyon sa a: ‘Ki jan nou ka pi byen glorifye Bondye?’ Senyè a pa t nan panse yo.”</w:t>
      </w:r>
    </w:p>
    <w:p>
      <w:pPr>
        <w:pStyle w:val="ArticleScripture"/>
        <w:jc w:val="left"/>
      </w:pPr>
      <w:r>
        <w:rPr>
          <w:rFonts w:ascii="Times New Roman" w:hAnsi="Times New Roman" w:eastAsia="Times New Roman" w:cs="Times New Roman"/>
        </w:rPr>
        <w:t>“Kòm gwo bilding sa yo t ap monte, mèt yo t ap rejwi ak yon ògèy anbisye, paske yo te gen lajan pou sèvi avè l pou satisfè pwòp tèt yo epi pou pwovoke jalouzi vwazen yo. Anpil nan lajan yo te envesti konsa a te jwenn pa fòse moun peye twòp, pa kraze pòv yo anba chay. Yo te bliye ke nan syèl la yo kenbe yon kont sou chak tranzaksyon biznis; chak mache enjis, chak zak fwod, la ekri. Lè a ap vini kote, nan fwod yo ak awogans yo, lèzòm pral rive nan yon pwen Senyè a pap pèmèt yo depase, epi y ap aprann ke gen yon limit nan pasyans Jewova.”</w:t>
      </w:r>
    </w:p>
    <w:p>
      <w:pPr>
        <w:pStyle w:val="ArticleScripture"/>
        <w:jc w:val="left"/>
      </w:pPr>
      <w:r>
        <w:rPr>
          <w:rFonts w:ascii="Times New Roman" w:hAnsi="Times New Roman" w:eastAsia="Times New Roman" w:cs="Times New Roman"/>
        </w:rPr>
        <w:t>“Pwochen sèn ki te pase devan mwen an se te yon alam dife. Gason yo te gade gwo bilding ki te wo anpil yo, yo te sipoze pa pran dife, epi yo te di: ‘Yo an sekirite nèt.’ Men, bilding sa yo te boule nèt tankou si yo te fèt ak goudwon. Machin ponpye yo pa t kapab fè anyen pou anpeche destriksyon an. Ponpye yo pa t kapab opere machin yo.”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karant-twa</dc:title>
  <dc:subject>Devwale Modèl Pwofetik yo: Dènye Prezidan an ak Imaj Bèt la</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