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Karant-Sis</w:t>
      </w:r>
    </w:p>
    <w:p>
      <w:pPr>
        <w:pStyle w:val="ArticleSubtitle"/>
        <w:jc w:val="left"/>
      </w:pPr>
      <w:r>
        <w:rPr>
          <w:rFonts w:ascii="Arial" w:hAnsi="Arial" w:eastAsia="Arial" w:cs="Arial"/>
        </w:rPr>
        <w:t>Demele Fil Pwofetik yo: Dènye Prezidan an, Diktati a, ak Lwa Dimanch k ap Pwoche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Nou nan pwosesis idantifye anviwònman pwofetik ki egziste lè dènye prezidan Etazini an vin resevwa pouvwa kòm yon despot nan istwa k ap mennen nan lwa dimanch ki pral vini byento a. Pa gen anyen ki fèt nan yon vakyòm, e sitwayènte bèt latè a prèske egalman divize nan evalyasyon yo fè sou Trump. Moun ki senpatize ak vizyon li a ka fasil wè poukisa li bezwen netwaye marekaj la, e poukisa li prèske enposib pou sa rive san Trump pa pran wòl yon diktatè. Diktatè ki pi pwisan yo se sila yo ki gen yon gwo pousantaj popilasyon an k ap soutni travay diktatè a ap eseye fè a. Anvan Hitler te monte sou pouvwa a, li te nesesè yon brouèt plen lajan kach pou achte yon pen.</w:t>
      </w:r>
    </w:p>
    <w:p>
      <w:pPr>
        <w:pStyle w:val="ArticleBody"/>
        <w:jc w:val="left"/>
      </w:pPr>
      <w:r>
        <w:rPr>
          <w:rFonts w:ascii="Times New Roman" w:hAnsi="Times New Roman" w:eastAsia="Times New Roman" w:cs="Times New Roman"/>
        </w:rPr>
        <w:t>Hitler te ranvèse sa, e byenke Alman yo pa vle rekonèt anpil nan istwa sa a, Hitler te gen yon gwo sipò pou travay li. Pwoblèm k ap konfwonte Etazini, ansanm ak lemonn antye, ap pwodui yon distenksyon ant sitwayen yo, e kounye a yo ap trase liy yo. Tan ki soti nan Lagè Revolisyonè a rive jouk an 1798 la reprezante yon peryòd preparasyon ki koresponn ak tan sele sant karannkat mil yo. Patriot Act la te make kòmansman repetisyon espirityèl Lagè Revolisyonè a. Jezi toujou montre fen an pa mwayen kòmansman an, e bèt tè a te kòmanse avèk yon Lagè Revolisyonè, konsa li pral fini avèk youn tou. Premye a te literal, dènye a se espirityèl.</w:t>
      </w:r>
    </w:p>
    <w:p>
      <w:pPr>
        <w:pStyle w:val="ArticleBody"/>
        <w:jc w:val="left"/>
      </w:pPr>
      <w:r>
        <w:rPr>
          <w:rFonts w:ascii="Times New Roman" w:hAnsi="Times New Roman" w:eastAsia="Times New Roman" w:cs="Times New Roman"/>
        </w:rPr>
        <w:t>Lagè Sivil Etazini an te literal e li pral repete nan dènye jou yo. Li te make rive premye prezidan Repibliken an, ki se yon tip dènye prezidan Repibliken an. Pati Repibliken an te vin egziste kòm yon pati anti-esklavaj, pou l te opoze ak pati Demokrat yo, ki depi lontan te etabli kòm pati ki te favorize esklavaj la. Agiman politik sa a te pwodui Lagè Sivil la, ansanm ak prezidans Lincoln nan. Se poutèt sa, li enposib pou separe premye prezidan Repibliken an ak Lagè Sivil la; konsa, dènye prezidan Repibliken an pral eritye yon prelid imedya pou yon Lagè Sivil. Jezi te itilize mond natirèl la pou ilistre mond espirityèl la. Pati dragon an gen kòm papa li papa manti a, e mak distenktif pati Demokrat la se manti. Yon ilistrasyon klasik taktik sa a se deklarasyon yo fè kòmkwa se yo menm ki pati ki gen senpati pou minorite yo.</w:t>
      </w:r>
    </w:p>
    <w:p>
      <w:pPr>
        <w:pStyle w:val="ArticleScripture"/>
        <w:jc w:val="left"/>
      </w:pPr>
      <w:r>
        <w:rPr>
          <w:rFonts w:ascii="Times New Roman" w:hAnsi="Times New Roman" w:eastAsia="Times New Roman" w:cs="Times New Roman"/>
        </w:rPr>
        <w:t>Pran prekosyon kont fo pwofèt yo, ki vin jwenn nou ak rad mouton sou yo, men anndan yo se lou k ap devore. N a rekonèt yo dapre fwi yo. Èske moun ranmase rezen sou pikan, oswa fig sou chadwon? Konsa tou, tout bon pyebwa pote bon fwi; men move pyebwa pote move fwi. Bon pyebwa pa ka pote move fwi, ni move pyebwa pa ka pote bon fwi. Tout pyebwa ki pa pote bon fwi, yo koupe l, yo jete l nan dife. Se poutèt sa, se dapre fwi yo n a rekonèt yo. Matye 7:15–20.</w:t>
      </w:r>
    </w:p>
    <w:p>
      <w:pPr>
        <w:pStyle w:val="ArticleBody"/>
        <w:jc w:val="left"/>
      </w:pPr>
      <w:r>
        <w:rPr>
          <w:rFonts w:ascii="Times New Roman" w:hAnsi="Times New Roman" w:eastAsia="Times New Roman" w:cs="Times New Roman"/>
        </w:rPr>
        <w:t>Rasin yon pyebwa detèmine ki fwi li pral pote, e rasin Pati Demokrat la se pozisyon li an favè esklavaj. Rasin Pati Repibliken an se pozisyon li kont esklavaj.</w:t>
      </w:r>
    </w:p>
    <w:p>
      <w:pPr>
        <w:pStyle w:val="ArticleScripture"/>
        <w:jc w:val="left"/>
      </w:pPr>
      <w:r>
        <w:rPr>
          <w:rFonts w:ascii="Times New Roman" w:hAnsi="Times New Roman" w:eastAsia="Times New Roman" w:cs="Times New Roman"/>
        </w:rPr>
        <w:t>Ou jis lè m ap plede avè w, O SENYÈ; sepandan, kite m pale avè w konsènan jijman ou yo: Poukisa chemen mechan yo reyisi? poukisa tout moun k ap aji avèk anpil trayizon yo ap viv alèz? Ou plante yo; wi, yo pran rasin; yo grandi; wi, yo bay fwi; ou pre nan bouch yo, men ou lwen nan kè yo. Jeremi 12:1, 2</w:t>
      </w:r>
    </w:p>
    <w:p>
      <w:pPr>
        <w:pStyle w:val="ArticleBody"/>
        <w:jc w:val="left"/>
      </w:pPr>
      <w:r>
        <w:rPr>
          <w:rFonts w:ascii="Times New Roman" w:hAnsi="Times New Roman" w:eastAsia="Times New Roman" w:cs="Times New Roman"/>
        </w:rPr>
        <w:t>Lagè Sivil k ap vini an plase nan kontèks “mesye lajan” yo, jan Sè White rele yo, k ap kontwole mache a pou yo rekòlte richès nasyon yo, pandan y ap pilonnen pòv yo.</w:t>
      </w:r>
    </w:p>
    <w:p>
      <w:pPr>
        <w:pStyle w:val="ArticleScripture"/>
        <w:jc w:val="left"/>
      </w:pPr>
      <w:r>
        <w:rPr>
          <w:rFonts w:ascii="Times New Roman" w:hAnsi="Times New Roman" w:eastAsia="Times New Roman" w:cs="Times New Roman"/>
        </w:rPr>
        <w:t>“Nan peyi End, Lachin, Larisi, ak nan vil Etazini yo, plizyè milye gason ak fanm ap mouri grangou. Mesye ki gen lajan yo, paske yo gen pouvwa a, kontwole mache a. Yo achte a ba pri tout sa yo ka jwenn, epi apre sa yo vann li a pri ki ogmante anpil. Sa vle di grangou pou klas ki pi pòv yo, e sa pral debouche sou yon lagè sivil.” Manuscript Releases, volim 5, 305.</w:t>
      </w:r>
    </w:p>
    <w:p>
      <w:pPr>
        <w:pStyle w:val="ArticleBody"/>
        <w:jc w:val="left"/>
      </w:pPr>
      <w:r>
        <w:rPr>
          <w:rFonts w:ascii="Times New Roman" w:hAnsi="Times New Roman" w:eastAsia="Times New Roman" w:cs="Times New Roman"/>
        </w:rPr>
        <w:t>Lagè Sivil nan istwa Lincoln lan te literal e li te adrese yon esklavaj literal. Globalis ki enspire pa dragon an ap pwodui yon Lagè Sivil nan dènye jou yo ki baze sou efò yo pou elimine klas mwayèn nan, pou kite sèlman elit sipè-rich yo ak sèf sipè-pòv yo. Se klas mwayèn nan ki prezève libète sosyal, ekonomik ak relijye, e lè yo retire li, pa gen okenn tanpon kont aplikasyon feyodalis la. Prensipal reyalizasyon Revolisyon fransè a se te ke li te mete fen nan sistèm feyodalis la, ke globalis yo kounye a ap chèche enpoze ankò lè yo retire klas mwayèn nan. Plan globalis yo baze an gwo pati sou anvayi klas mwayèn nan ak imigran ilegal, sa ki diminye pwodiksyon ekonomik, bese salè yo, epi agrandi sistèm byennèt sosyal leta a.</w:t>
      </w:r>
    </w:p>
    <w:p>
      <w:pPr>
        <w:pStyle w:val="ArticleBody"/>
        <w:jc w:val="left"/>
      </w:pPr>
      <w:r>
        <w:rPr>
          <w:rFonts w:ascii="Times New Roman" w:hAnsi="Times New Roman" w:eastAsia="Times New Roman" w:cs="Times New Roman"/>
        </w:rPr>
        <w:t>Nan peryòd ki te mennen rive nan Dezyèm Gè Mondyal la, pandan Gran Depresyon an, Pè Charles Coughlin, yon prèt katolik women, te vin genyen anpil renome poutèt emisyon radyo li yo, ki te rive jwenn dè milyon odyatè atravè tout peyi a. Emisyon radyo li yo te paralele enfliyans Rush Limbaugh te genyen nan dènye tan yo. Coughlin te sèvi ak platfòm radyo li a pou diskite yon gran varyete sijè, tankou politik, ekonomi, ak kestyon sosyal. Okòmansman, li te soutni Prezidan Franklin D. Roosevelt ak New Deal li a. Emisyon radyo Coughlin yo, ki te souvan pwovokan ak kontwovèse, te fè li tounen yon pèsonaj ki te divize opinyon nan politik ameriken an. Byenke li te gen yon gwo kantite moun ki t ap swiv li avèk fidelite, li te sibi kritik ak kondanasyon ki te soti nan divès kote poutèt opinyon ekstrémis li yo.</w:t>
      </w:r>
    </w:p>
    <w:p>
      <w:pPr>
        <w:pStyle w:val="ArticleBody"/>
        <w:jc w:val="left"/>
      </w:pPr>
      <w:r>
        <w:rPr>
          <w:rFonts w:ascii="Times New Roman" w:hAnsi="Times New Roman" w:eastAsia="Times New Roman" w:cs="Times New Roman"/>
        </w:rPr>
        <w:t>Opinyon politik, ekonomik ak sosyal inisyal Coughlin yo te adopte pa Franklin Roosevelt e yo te vin tounen plan direktè li pou politik New Deal li yo, ki te entwodui flewo sistèm Sekirite Sosyal la k ap vin pi grav la, ansanm ak sistèm asistans sosyal la Ozetazini. Politik New Deal li yo te vin mak distenktif eritaj li, e yo te yon eleman nan senaryo pwofetik la ki te mennen nan, epi ki te swiv apre, Dezyèm Gè Mondyal la. “By their fruits ye shall know them.” Akoz aplikasyon politik New Deal Roosevelt yo, Gran Depresyon an te dire pi lontan Ozetazini pase nan nenpòt lòt nasyon nan mond lan.</w:t>
      </w:r>
    </w:p>
    <w:p>
      <w:pPr>
        <w:pStyle w:val="ArticleBody"/>
        <w:jc w:val="left"/>
      </w:pPr>
      <w:r>
        <w:rPr>
          <w:rFonts w:ascii="Times New Roman" w:hAnsi="Times New Roman" w:eastAsia="Times New Roman" w:cs="Times New Roman"/>
        </w:rPr>
        <w:t>Roosevelt te yon Demokrat, e se poutèt sa li te yon globalis ki enspire pa dragon an. Politik New Deal li te mete an plas yo te fè pati yon plan alontèm pou pwodui yon sitwayènte ki gen moun ekstrèmman rich ak moun ekstrèmman pòv. Lesklavaj literal Lagè Sivil la reprezante lesklavaj espirityèl ak ekonomik k ap akselere kounye a ak yon vitès ekstraòdinè, pandan machann milyadè globalis Babilòn modèn nan ap finanse imigrasyon ilegal toupatou ki fèt pou mennen New Deal Roosevelt la rive nan sa yo konsidere kòm pèfeksyon. Dènye prezidan an, ki pral fè fas ak Twazyèm Gè Mondyal la, pral fè fas tou ak kriz pwogram depandans sosyal prezidan an te mete an plas pandan Dezyèm Gè Mondyal la. Enspirasyon an idantifye reyalite sa a, epi li idantifye tou ke dirijan yo nan dènye jou yo pap konnen kijan pou yo abòde pwoblèm nan.</w:t>
      </w:r>
    </w:p>
    <w:p>
      <w:pPr>
        <w:pStyle w:val="ArticleScripture"/>
        <w:jc w:val="left"/>
      </w:pPr>
      <w:r>
        <w:rPr>
          <w:rFonts w:ascii="Times New Roman" w:hAnsi="Times New Roman" w:eastAsia="Times New Roman" w:cs="Times New Roman"/>
        </w:rPr>
        <w:t>“Pa gen anpil moun, menm pami edikatè ak mesyedam Leta yo, ki konprann kòz ki anba sitiyasyon sosyete a ye kounye a. Moun ki kenbe rèn gouvènman an pa kapab rezoud pwoblèm koripsyon moral, povrete, mizè, ak krim k ap ogmante. Y ap lite anven pou mete aktivite komèsyal yo sou yon baz ki pi solid. Si lèzòm ta bay plis atansyon a ansèyman Pawòl Bondye a, yo ta jwenn yon solisyon pou pwoblèm k ap boulvèse yo.”</w:t>
      </w:r>
    </w:p>
    <w:p>
      <w:pPr>
        <w:pStyle w:val="ArticleScripture"/>
        <w:jc w:val="left"/>
      </w:pPr>
      <w:r>
        <w:rPr>
          <w:rFonts w:ascii="Times New Roman" w:hAnsi="Times New Roman" w:eastAsia="Times New Roman" w:cs="Times New Roman"/>
        </w:rPr>
        <w:t>“Ekriti yo dekri kondisyon mond lan jis anvan dezyèm vini Kris la. Konsènan moun ki, pa vòl ak extorsyon, ap rasanble gwo richès, sa ekri konsa: ‘Nou rasanble trezò pou dènye jou yo. Gade, salè travayè ki te rekòlte jaden nou yo, nou te kenbe l dèyè pa fwod, ap rele; epi rèl moun ki te rekòlte yo rive nan zòrèy Seyè Sabaoth la. Nou te viv nan plezi sou latè, e nou te lage kò nou nan debòch; nou te nouri kè nou, tankou nan yon jou masak. Nou kondane epi nou touye moun jis la; li menm li pa reziste nou.’ Jak 5:3–6.” Testimonies, volim 9, 13.</w:t>
      </w:r>
    </w:p>
    <w:p>
      <w:pPr>
        <w:pStyle w:val="ArticleBody"/>
        <w:jc w:val="left"/>
      </w:pPr>
      <w:r>
        <w:rPr>
          <w:rFonts w:ascii="Times New Roman" w:hAnsi="Times New Roman" w:eastAsia="Times New Roman" w:cs="Times New Roman"/>
        </w:rPr>
        <w:t>Dènye prezidan an ap “kenbe ren gouvènman an,” men li p ap kapab “rezoud pwoblèm koripsyon moral, povrete, mizè, ak krim k ap ogmante.” Ni li p ap kapab “mete operasyon komèsyal yo sou yon baz ki pi solid.” Tout pwoblèm sa yo asosye ak bankye yo ak machann milyadè yo nan dènye jou yo. “Mizè,” yo itilize li pou dekri kondisyon moun ki depann de sekou pou pòv oswa asistans sosyal gouvènman lokal yo oswa òganizasyon charitab yo bay. Nan anpil sosyete, mizè te asosye ak yon estigmat sosyal e souvan sa te lakòz majinalizasyon ak diskriminasyon kont moun k ap sibi povrete. Pwogram nan istwa amerikèn ki pwodui “mizè” sa a, se pwogram yo sipoze fèt pou soulaje moun ki pran nan pyèj povrete a pou yo ka leve tèt yo. Olye de sa, li pwodui yon sistèm asistans sosyal gouvènman an pou kenbe pòv sa yo nan esklavaj ekonomik.</w:t>
      </w:r>
    </w:p>
    <w:p>
      <w:pPr>
        <w:pStyle w:val="ArticleBody"/>
        <w:jc w:val="left"/>
      </w:pPr>
      <w:r>
        <w:rPr>
          <w:rFonts w:ascii="Times New Roman" w:hAnsi="Times New Roman" w:eastAsia="Times New Roman" w:cs="Times New Roman"/>
        </w:rPr>
        <w:t>Tousuit apre Dezyèm Gè Mondyal la, Nasyonzini an te kòmanse fonksyone. Sa te bay yon dezyèm temwen soti nan de premye gè mondyal yo ke setyèm wayòm nan (Nasyonzini an) pral plase sou twòn tè a. Premye gè mondyal la te idantifye wòl sistèm bankè mondyal la ki te adopte nan istwa premye gè mondyal la, ansanm ak entansyon bankye ak machann mondyal sa yo pou retounen nan sistèm feyodal la, jan sa te reprezante nan dezyèm gè mondyal la. Tout plan sa yo—gouvènman yon sèl mond lan, sistèm ekonomik kote moun ekstrèmman rich yo ap dirije moun ekstrèmman pòv yo, ak sistèm finansye yon sèl mond lan ki va sèlman pèmèt patisipasyon moun li jije apwopriye yo—te soti nan dragon an, ki an lagè ak uityèm prezidan an, ki soti nan sèt yo.</w:t>
      </w:r>
    </w:p>
    <w:p>
      <w:pPr>
        <w:pStyle w:val="ArticleBody"/>
        <w:jc w:val="left"/>
      </w:pPr>
      <w:r>
        <w:rPr>
          <w:rFonts w:ascii="Times New Roman" w:hAnsi="Times New Roman" w:eastAsia="Times New Roman" w:cs="Times New Roman"/>
        </w:rPr>
        <w:t>Lojik faktè sa yo reprezante a montre klèman yon prezidan ki pral santi li oblije vin diktatoryal nan fason li apwoche rezolisyon pwoblèm yo. Nou senpleman ap idantifye anviwònman pwofetik ke Pawòl Bondye a te idantifye kòm sa ki pral dewoule pandan istwa dènye prezidan bèt ki sòti sou tè a. Nan atik anvan an, nou te fè referans ak yon pasaj nan The Great Controversy kote li idantifye “prosperity temporal” la kòm yon bagay ki retire anvan lwa dimanch lan. Pasaj la idantifye anpil karakteristik pwofetik dènye jou yo, epi pwen li abòde yo jwenn akonplisman yo nan tan eprèv imaj bèt la, ni Ozetazini ni apre sa nan lemonn antye. Li idantifye de kestyon Satan sèvi avè yo pou pran lemonn nan: espirityalis ak sakralite dimanch lan. Pandan li ap fè referans ak mirak gerizon Satan pral itilize yo, li idantifye yon lòt kestyon pwofetik nan tan nou an.</w:t>
      </w:r>
    </w:p>
    <w:p>
      <w:pPr>
        <w:pStyle w:val="ArticleScripture"/>
        <w:jc w:val="left"/>
      </w:pPr>
      <w:r>
        <w:rPr>
          <w:rFonts w:ascii="Times New Roman" w:hAnsi="Times New Roman" w:eastAsia="Times New Roman" w:cs="Times New Roman"/>
        </w:rPr>
        <w:t>“Atravè de gwo erè sa yo, imòtalite nanm nan ak sakralite dimanch, Satan ap mete pèp la anba sediksyon li yo. Tandiske premye a poze fondasyon espiritis la, dezyèm nan kreye yon lyen senpati ak Wòm. Pwotestan Etazini yo pral pami premye yo pou lonje men yo atravè gwo twou san fon an pou sezi men espiritis la; yo pral lonje kò yo pi lwen pase abim nan pou kwaze men ak pouvwa women an; epi anba enfliyans inyon sa a ki gen twa branch, peyi sa a pral mache sou tras Wòm nan pandan l ap pilonnen dwa konsyans.”</w:t>
      </w:r>
    </w:p>
    <w:p>
      <w:pPr>
        <w:pStyle w:val="ArticleScripture"/>
        <w:jc w:val="left"/>
      </w:pPr>
      <w:r>
        <w:rPr>
          <w:rFonts w:ascii="Times New Roman" w:hAnsi="Times New Roman" w:eastAsia="Times New Roman" w:cs="Times New Roman"/>
        </w:rPr>
        <w:t>“Piske espirityalis la vin imite pi pre Kristianis nominal jounen an, se plis pouvwa li genyen pou twonpe epi pran moun nan pyèj. Satan li menm konvèti, dapre lòd modèn bagay yo. Li pral parèt nan karaktè yon zanj limyè. Pa mwayen espirityalis, mirak pral fèt, malad yo pral geri, epi anpil mèvèy ki pa ka demanti pral akonpli. Epi kòm lespri yo pral deklare lafwa yo nan Bib la, epi manifeste respè pou enstitisyon legliz la, travay yo pral aksepte kòm yon manifestasyon pouvwa diven an.</w:t>
      </w:r>
    </w:p>
    <w:p>
      <w:pPr>
        <w:pStyle w:val="ArticleScripture"/>
        <w:jc w:val="left"/>
      </w:pPr>
      <w:r>
        <w:rPr>
          <w:rFonts w:ascii="Times New Roman" w:hAnsi="Times New Roman" w:eastAsia="Times New Roman" w:cs="Times New Roman"/>
        </w:rPr>
        <w:t>“Liy ki fè diferans ant moun k ap fè pwofesyon yo se kretyen ak moun ki san Bondye yo, kounye a prèske pa vizib ankò. Manm legliz yo renmen sa lemonn renmen, epi yo pare pou mete tèt ansanm ak yo; epi Satan deside ini yo nan yon sèl kò, konsa pou l ranfòse koz li lè l ap rale tout moun antre nan ran espiritis yo. Papis yo, ki vante mirak kòm yon siy sèten legliz vrè a, pral fasil pou yo twonpe anba pouvwa sa a ki fè mèvèy; epi Pwotestan yo, paske yo fin jete boukliye verite a, yo menm tou y ap pran nan sediksyon an. Papis yo, Pwotestan yo, ak moun lemonn yo menm jan, pral aksepte fòm pyete a san pisans li, epi yo pral wè nan inyon sa a yon gran mouvman pou konvèsyon lemonn ak pou fè antre milenyòm yo t ap tann depi lontan an.”</w:t>
      </w:r>
    </w:p>
    <w:p>
      <w:pPr>
        <w:pStyle w:val="ArticleScripture"/>
        <w:jc w:val="left"/>
      </w:pPr>
      <w:r>
        <w:rPr>
          <w:rFonts w:ascii="Times New Roman" w:hAnsi="Times New Roman" w:eastAsia="Times New Roman" w:cs="Times New Roman"/>
        </w:rPr>
        <w:t>“Pa mwayen espirityalis, Satan parèt kòm yon byennfè pou ras imen an, li geri maladi pèp la, epi li pretann prezante yon sistèm lafwa relijye ki nouvo e ki pi elve; men, an menm tan an, li aji kòm yon destriktè. Tantasyon li yo ap mennen anpil foul moun nan perdition. Entanperans detrone rezon; lage kò nan plezi sansyèl, diskisyon, ak san koule vini apre. Satan pran plezi nan lagè, paske sa eksite pi move pasyon nan nanm nan, epi apre sa li rache viktim li yo pou voye yo nan letènite, benyen nan vis ak nan san. Se objektif li pou pouse nasyon yo antre an lagè youn kont lòt, paske konsa li kapab detounen lespri pèp la lwen travay preparasyon pou yo kapab kanpe nan jou Bondye a.” The Great Controversy, 588, 589.</w:t>
      </w:r>
    </w:p>
    <w:p>
      <w:pPr>
        <w:pStyle w:val="ArticleBody"/>
        <w:jc w:val="left"/>
      </w:pPr>
      <w:r>
        <w:rPr>
          <w:rFonts w:ascii="Times New Roman" w:hAnsi="Times New Roman" w:eastAsia="Times New Roman" w:cs="Times New Roman"/>
        </w:rPr>
        <w:t>Satan sanble reyalize aksyon ki kouwone l lan, nan lwa dimanch lan, pa anvan. Se apre Etazini pale tankou yon dragon nan vèsè onz la, nan chapit trèz Revelasyon an, ke nan vèsè trèz Satan sanble rele dife desann soti nan syèl la. Se sa menm tou Sè White idantifye.</w:t>
      </w:r>
    </w:p>
    <w:p>
      <w:pPr>
        <w:pStyle w:val="ArticleScripture"/>
        <w:jc w:val="left"/>
      </w:pPr>
      <w:r>
        <w:rPr>
          <w:rFonts w:ascii="Times New Roman" w:hAnsi="Times New Roman" w:eastAsia="Times New Roman" w:cs="Times New Roman"/>
        </w:rPr>
        <w:t>“Pa dekrè ki fè respekte enstitisyon Pap la an vyolasyon lalwa Bondye a, nasyon nou an pral detache tèt li nèt ak jistis. Lè Pwotestantis la pral lonje men li lòt bò gwo twou san fon an pou l pran men pouvwa women an, lè li pral pwolonje men li lòt bò labim nan pou l bay Espiritis la lanmen, lè, anba enfliyans inyon twa-fwa sa a, peyi nou an pral rejte tout prensip Konstitisyon li kòm yon gouvènman pwotestan ak repibliken, epi li pral pran dispozisyon pou pwopagasyon manti ak sediksyon papal yo, lè sa a nou kapab konnen lè a rive pou travay mèvèy Satan an e ke lafen an pre.” Testimonies, volim 5, 451.</w:t>
      </w:r>
    </w:p>
    <w:p>
      <w:pPr>
        <w:pStyle w:val="ArticleBody"/>
        <w:jc w:val="left"/>
      </w:pPr>
      <w:r>
        <w:rPr>
          <w:rFonts w:ascii="Times New Roman" w:hAnsi="Times New Roman" w:eastAsia="Times New Roman" w:cs="Times New Roman"/>
        </w:rPr>
        <w:t>Anvan lwa dimanch lan, pandan tan eprèv imaj bèt la, ki se tou tan sele san karannkat mil yo, ki se tou kote efè chak vizyon rive, ap gen yon fenomèn pouvwa dragon an ki pral manifeste, e ki reprezante mirak fo gerizon an. Nan liv Revelasyon an, pwostiti Babilòn nan idantifye kòm sila ki twonpe tout nasyon yo.</w:t>
      </w:r>
    </w:p>
    <w:p>
      <w:pPr>
        <w:pStyle w:val="ArticleScripture"/>
        <w:jc w:val="left"/>
      </w:pPr>
      <w:r>
        <w:rPr>
          <w:rFonts w:ascii="Times New Roman" w:hAnsi="Times New Roman" w:eastAsia="Times New Roman" w:cs="Times New Roman"/>
        </w:rPr>
        <w:t>Epi limyè chandèl la p ap klere ankò ditou nan ou; epi vwa nèg marye a ak vwa lamarye a p ap tande ankò ditou nan ou; paske machann ou yo te granmoun tè a; paske se pa maji ou yo tout nasyon yo te twonpe. Revelasyon 18:23.</w:t>
      </w:r>
    </w:p>
    <w:p>
      <w:pPr>
        <w:pStyle w:val="ArticleBody"/>
        <w:jc w:val="left"/>
      </w:pPr>
      <w:r>
        <w:rPr>
          <w:rFonts w:ascii="Times New Roman" w:hAnsi="Times New Roman" w:eastAsia="Times New Roman" w:cs="Times New Roman"/>
        </w:rPr>
        <w:t>Mo “sòsri” a se mo grèk “pharmakeia” ki vle di medikaman, oswa famasi. Mo a sòti nan mo grèk G5332, ki vle di (yon dwòg, sètadi, yon posyon ki bay maji); yon dwògis oswa famasyen oswa anpwazonnè. Nan dènye jou yo k ap mennen rive nan lwa dimanch la, yon kesyon ki pral kontribye nan anviwònman divizyon an uitzyèm ak dènye prezidan an pral eritye, se pral travay endistri famasetik la, jan li reprezante pa Anthony Fauci, ak viris Lachin nan.</w:t>
      </w:r>
    </w:p>
    <w:p>
      <w:pPr>
        <w:pStyle w:val="ArticleBody"/>
        <w:jc w:val="left"/>
      </w:pPr>
      <w:r>
        <w:rPr>
          <w:rFonts w:ascii="Times New Roman" w:hAnsi="Times New Roman" w:eastAsia="Times New Roman" w:cs="Times New Roman"/>
        </w:rPr>
        <w:t>Fauci ak Lachin se toude reprezantan pouvwa dragon an, e anprent Fauci yo ka remonte jis rive nan envansyon viris HIV la. Kontwòl popilasyon an, jan sa reprezante pa moun tankou bilyonè Bill Gates, se yon atribi ki te manifeste nan tantativ Farawon an pou disparèt tibebe yo nan tan Moyiz la, ak efò Ewòd yo pou fè menm bagay la nan tan Kris la. Mwatye popilasyon an te twonpe pa viris Lachin nan, epi ou ka toujou wè moun ap mete mask yo, ki pa anpeche okenn viris.</w:t>
      </w:r>
    </w:p>
    <w:p>
      <w:pPr>
        <w:pStyle w:val="ArticleBody"/>
        <w:jc w:val="left"/>
      </w:pPr>
      <w:r>
        <w:rPr>
          <w:rFonts w:ascii="Times New Roman" w:hAnsi="Times New Roman" w:eastAsia="Times New Roman" w:cs="Times New Roman"/>
        </w:rPr>
        <w:t>N ap kontinye etid sa a nan atik ki vin apre a.</w:t>
      </w:r>
    </w:p>
    <w:p>
      <w:pPr>
        <w:pStyle w:val="ArticleScripture"/>
        <w:jc w:val="left"/>
      </w:pPr>
      <w:r>
        <w:rPr>
          <w:rFonts w:ascii="Times New Roman" w:hAnsi="Times New Roman" w:eastAsia="Times New Roman" w:cs="Times New Roman"/>
        </w:rPr>
        <w:t>“Satan travay atravè eleman yo tou pou ranmase rekòt pa li nanm ki pa prepare yo. Li etidye sekrè laboratwa lanati yo, epi li sèvi ak tout pouvwa li pou kontwole eleman yo, jouk nan limit Bondye pèmèt sa. Lè yo te pèmèt li frape Jòb, ak ki vitès bann mouton ak bann bèf, sèvitè, kay, timoun, te disparèt, yon malè t ap swiv yon lòt tankou nan yon sèl moman. Se Bondye ki pwoteje kreyati Li yo epi ki antoure yo kòm ak yon kloti kont pouvwa destriktè a. Men, mond kretyen an te montre mepri pou lalwa Jewova a; e Senyè a ap fè egzakteman sa Li te deklare Li t ap fè a—Li pral retire benediksyon Li yo sou tè a epi wete swen pwoteksyon Li sou moun k ap revòlte kont lalwa Li ak ansèyman Li, epi k ap fòse lòt moun fè menm bagay la. Satan gen kontwòl sou tout moun Bondye pa veye espesyalman. Li pral favorize kèk moun epi fè yo pwospere pou l avanse pwòp plan pa li, epi li pral pote malè sou lòt moun epi mennen lèzòm kwè se Bondye ki ap aflije yo.”</w:t>
      </w:r>
    </w:p>
    <w:p>
      <w:pPr>
        <w:pStyle w:val="ArticleScripture"/>
        <w:jc w:val="left"/>
      </w:pPr>
      <w:r>
        <w:rPr>
          <w:rFonts w:ascii="Times New Roman" w:hAnsi="Times New Roman" w:eastAsia="Times New Roman" w:cs="Times New Roman"/>
        </w:rPr>
        <w:t>“Byenke li parèt devan pitit lèzòm tankou yon gran doktè ki kapab geri tout maladi yo, li pral pote maladi ak dezas, jiskaske vil ki chaje ak moun yo vin tounen kraze brize ak dezolasyon. Menm kounye a li deja ap aji. Nan aksidan ak kalamite sou lanmè ak sou tè, nan gwo dife k ap devaste, nan tònad vyolan ak lagrèl terib, nan tanpèt, inondasyon, siklòn, gwo vag lanmè, ak tranblemanntè, nan tout kote e anba mil fòm, Satan ap egzèse pouvwa li. Li detwi rekòt k ap muri yo, epi grangou ak mizè vini apre. Li mete nan lè a yon kontaminasyon ki bay lanmò, e dè milye moun peri anba epidemi. Flaj sa yo gen pou yo vin pi plis toujou e pi dezas. Destriksyon pral tonbe sou ni moun ni bèt. ‘Latè a nan dèy e li ap fennen,’ ‘moun ki ògeye yo … ap depafini. Latè a menm sal anba moun k ap viv sou li yo; paske yo transgrese lwa yo, yo chanje òdonans lan, yo kraze alyans etènèl la.’ Ezayi 24:4, 5.”</w:t>
      </w:r>
    </w:p>
    <w:p>
      <w:pPr>
        <w:pStyle w:val="ArticleScripture"/>
        <w:jc w:val="left"/>
      </w:pPr>
      <w:r>
        <w:rPr>
          <w:rFonts w:ascii="Times New Roman" w:hAnsi="Times New Roman" w:eastAsia="Times New Roman" w:cs="Times New Roman"/>
        </w:rPr>
        <w:t>“Epi answit, gran twonpèt la va konvenk lèzòm ke se moun sa yo k ap sèvi Bondye a ki lakòz tout malè sa yo. Klas moun ki pwovoke dezagreman Syèl la va mete tout traka yo sou do moun sa yo ki obeyisans yo anvè kòmandman Bondye yo se yon repwòch san rete pou moun k ap vyole lalwa. Y ap deklare ke lèzòm ap ofanse Bondye lè yo vyole saba dimanch lan; ke se peche sa a ki fè malè sa yo vini, e yo pap sispann jiskaske obsèvans dimanch lan vin enpoze avèk severite; epi ke moun ki prezante reklamasyon katriyèm kòmandman an, konsa yo detwi respè pou dimanch, se yo menm ki twouble pèp la, ki anpeche li retounen nan favè Bondye ak nan pwosperite tanporèl. Konsa, akizasyon yo te fè lontan kont sèvitè Bondye a va repete sou baz ki menm jan byen tabli: ‘Epi, lè Akab wè Eli, Akab di li: Eske se ou menm k ap twouble Izrayèl la? Epi li reponn: Se pa mwen ki twouble Izrayèl; men se ou menm ak kay papa ou, poutèt nou abandone kòmandman Senyè a, epi ou suiv Baal yo.’” 1 Wa 18:17, 18. Lè kòlè pèp la va eksite pa fo akizasyon, yo va aji anvè anbasadè Bondye yo nan yon fason ki sanble anpil ak sa Izrayèl aposta a te fè anvè Eli.</w:t>
      </w:r>
    </w:p>
    <w:p>
      <w:pPr>
        <w:pStyle w:val="ArticleScripture"/>
        <w:jc w:val="left"/>
      </w:pPr>
      <w:r>
        <w:rPr>
          <w:rFonts w:ascii="Times New Roman" w:hAnsi="Times New Roman" w:eastAsia="Times New Roman" w:cs="Times New Roman"/>
        </w:rPr>
        <w:t>“Pouvwa k ap fè mirak ki pral manifeste atravè espiritis la ap egzèse enfliyans li kont moun ki chwazi obeyi Bondye pito pase lèzòm. Kominikasyon ki soti nan lespri yo ap deklare ke Bondye voye yo pou konvenk moun ki rejte dimanch yo sou erè yo, pandan y ap afime ke lalwa peyi a dwe obeyi menm jan ak lalwa Bondye. Yo pral plenyen anpil poutèt gwo mechanste ki nan lemonn, epi yo pral apiye temwayaj anseyan relijye yo ki di eta degradasyon moral la se paske yo derespekte dimanch. Gwo endiyasyon pral leve kont tout moun ki refize aksepte temwayaj yo.”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Karant-Sis</dc:title>
  <dc:subject>Demele Fil Pwofetik yo: Dènye Prezidan an, Diktati a, ak Lwa Dimanch k ap Pwoche a</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