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 Nimewo san swasant-sis</w:t>
      </w:r>
    </w:p>
    <w:p>
      <w:pPr>
        <w:pStyle w:val="ArticleSubtitle"/>
        <w:jc w:val="left"/>
      </w:pPr>
      <w:r>
        <w:rPr>
          <w:rFonts w:ascii="Arial" w:hAnsi="Arial" w:eastAsia="Arial" w:cs="Arial"/>
        </w:rPr>
        <w:t>Dévoiler la prophétie : la Révolution française, la Russie de Poutine et le conflit ukrainien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2024-03-29</w:t>
      </w:r>
    </w:p>
    <w:p>
      <w:pPr>
        <w:pStyle w:val="ArticleBody"/>
        <w:jc w:val="left"/>
      </w:pPr>
      <w:r>
        <w:rPr>
          <w:rFonts w:ascii="Times New Roman" w:hAnsi="Times New Roman" w:eastAsia="Times New Roman" w:cs="Times New Roman"/>
        </w:rPr>
        <w:t>Pandan nou kòmanse konsidere tipifikasyon tan lafen an nan ane 1989, dapre istwa pwofetik vèsè diz la, li nesesè pou nou retounen nan istwa twazyèm jenerasyon toude kòn bèt tè a. An 1913, kòn Repiblikenis bèt tè a te kòmanse jenerasyon konpwomi pa li avèk sistèm bankè globalis la; epi an 1919, kòn vrè Pwotestantis la te kòmanse jenerasyon konpwomi pa li avèk teyolojyen Pwotestantis aposta yo, ansanm ak Asosyasyon Medikal Ameriken an, lè li te remèt akreditasyon sistèm edikasyon li a bay lemonn. Toude kòn yo te kòmanse yon relasyon konpwomèt avèk lemonn ki t ap chanje direksyon mesaj respektif yo depi lè sa a pou pi devan.</w:t>
      </w:r>
    </w:p>
    <w:p>
      <w:pPr>
        <w:pStyle w:val="ArticleBody"/>
        <w:jc w:val="left"/>
      </w:pPr>
      <w:r>
        <w:rPr>
          <w:rFonts w:ascii="Times New Roman" w:hAnsi="Times New Roman" w:eastAsia="Times New Roman" w:cs="Times New Roman"/>
        </w:rPr>
        <w:t>Nan listwa sa a, pwen depa pou wa nò a, epi wa sid la nan dènye jou yo tou, te rive nan yon pwen tounen. Mirak Fatima a te fèt 13 oktòb 1917, nan Fatima, Pòtigal. Li te akonplisman yon seri aparisyon marial twa jèn timoun bèje te temwen: Lucia dos Santos ak kouzen li yo, Francisco ak Jacinta Marto. Dapre temwayaj timoun yo te bay, Vyèj Mari a, ki te idantifye kòm Dam Fatima nou an, te parèt devan yo sou 13yèm jou chak mwa soti me rive oktòb 1917.</w:t>
      </w:r>
    </w:p>
    <w:p>
      <w:pPr>
        <w:pStyle w:val="ArticleBody"/>
        <w:jc w:val="left"/>
      </w:pPr>
      <w:r>
        <w:rPr>
          <w:rFonts w:ascii="Times New Roman" w:hAnsi="Times New Roman" w:eastAsia="Times New Roman" w:cs="Times New Roman"/>
        </w:rPr>
        <w:t>Pandan dènye aparisyon an, nan dat 13 oktòb 1917, plizyè dizèn milye moun te rasanble nan Cova da Iria, toupre Fatima, avèk espwa pou yo temwen yon mirak, jan timoun yo te predi sa. Dapre temwen yo, solèy la te sanble chanje koulè, vire sou tèt li, epi danse nan syèl la. Evènman sa a vin rele Mirak Solèy la oswa Mirak Fatima a.</w:t>
      </w:r>
    </w:p>
    <w:p>
      <w:pPr>
        <w:pStyle w:val="ArticleBody"/>
        <w:jc w:val="left"/>
      </w:pPr>
      <w:r>
        <w:rPr>
          <w:rFonts w:ascii="Times New Roman" w:hAnsi="Times New Roman" w:eastAsia="Times New Roman" w:cs="Times New Roman"/>
        </w:rPr>
        <w:t>Mirak Fatima a se yon evènman enpòtan nan istwa ak devosyon Katolik, e pandan ane yo li te fè sijè a anpil etid, deba, ak entèpretasyon relijye. Evènman Fatima yo te gen yon enpak dirab sou pyete popilè, devosyon marial, ak entèpretasyon tèm apokaliptik yo anndan Legliz Katolik la.</w:t>
      </w:r>
    </w:p>
    <w:p>
      <w:pPr>
        <w:pStyle w:val="ArticleBody"/>
        <w:jc w:val="left"/>
      </w:pPr>
      <w:r>
        <w:rPr>
          <w:rFonts w:ascii="Times New Roman" w:hAnsi="Times New Roman" w:eastAsia="Times New Roman" w:cs="Times New Roman"/>
        </w:rPr>
        <w:t>Revolisyon Bolchevik la te fèt nan Larisi nan dat 7 novanm 1917, lè fòs bolchevik yo, anba direksyon Vladimir Lenin ak Pati Bolchevik la, te pran kontwòl prensipal batiman gouvènman yo ak enfrastrikti yo nan Petrograd (kounye a Sen Pètèbou). Evènman sa a te make akonplisman Revolisyon Ris la nan ane 1917 la, ki te kòmanse ak Revolisyon Fevriye a pi bonè nan menm ane a, ki te mennen nan abdikasyon Tsar Nikolà II ak etablisman yon gouvènman pwovizwa.</w:t>
      </w:r>
    </w:p>
    <w:p>
      <w:pPr>
        <w:pStyle w:val="ArticleBody"/>
        <w:jc w:val="left"/>
      </w:pPr>
      <w:r>
        <w:rPr>
          <w:rFonts w:ascii="Times New Roman" w:hAnsi="Times New Roman" w:eastAsia="Times New Roman" w:cs="Times New Roman"/>
        </w:rPr>
        <w:t>Pandan Revolisyon an, Bolchevik yo te rive ranvèse gouvènman pwovizwa a avèk siksè epi yo te tabli kontwòl Sovyetik sou Larisi. Bolchevik yo te pwoklame etablisman yon eta sosyalis epi yo te kòmanse mete an aplikasyon pwogram revolisyonè yo a, ki te gen ladan nasyonalisasyon endistri yo, redistribisyon tè a, ak retrè Larisi nan Premye Gè Mondyal la. Alafen, Revolisyon Oktòb la te mennen nan kreyasyon Inyon Sovyetik la epi li te gen konsekans pwofon ak byen lwen pou Larisi ak pou lemonn, pandan li te fòme kou listwa ventyèm syèk la.</w:t>
      </w:r>
    </w:p>
    <w:p>
      <w:pPr>
        <w:pStyle w:val="ArticleBody"/>
        <w:jc w:val="left"/>
      </w:pPr>
      <w:r>
        <w:rPr>
          <w:rFonts w:ascii="Times New Roman" w:hAnsi="Times New Roman" w:eastAsia="Times New Roman" w:cs="Times New Roman"/>
        </w:rPr>
        <w:t>Jezi ilistre la fen an avèk kòmansman an, e pou nou wè nèt ale wa sid la ak wa nò a nan dènye jou yo, li nesesè pou nou konprann kòmansman yo. Wa sid la ak wa nò a literal yo, ki idantifye nan Danyèl chapit onz la, defini kòm pouvwa ki gouvène zòn literal peyi Lejip la kòm wa sid la, ak pouvwa ki gouvène zòn jewografik literal ki asosye avèk Babilòn kòm wa nò a.</w:t>
      </w:r>
    </w:p>
    <w:p>
      <w:pPr>
        <w:pStyle w:val="ArticleBody"/>
        <w:jc w:val="left"/>
      </w:pPr>
      <w:r>
        <w:rPr>
          <w:rFonts w:ascii="Times New Roman" w:hAnsi="Times New Roman" w:eastAsia="Times New Roman" w:cs="Times New Roman"/>
        </w:rPr>
        <w:t>Pwofesi literal te fè tranzisyon pou l vin pwofesi espirityèl nan epòk kwa a, lè ansyen Izrayèl literal t ap fè tranzisyon pou l vin Izrayèl espirityèl modèn. Wòm payen literal te pilonnen Jerizalèm literal pandan twa ane edmi literal, depi 67 aprè Jezikri jouk 70 aprè Jezikri; epi Wòm papal espirityèl te pilonnen Jerizalèm espirityèl pandan twa ane edmi espirityèl.</w:t>
      </w:r>
    </w:p>
    <w:p>
      <w:pPr>
        <w:pStyle w:val="ArticleBody"/>
        <w:jc w:val="left"/>
      </w:pPr>
      <w:r>
        <w:rPr>
          <w:rFonts w:ascii="Times New Roman" w:hAnsi="Times New Roman" w:eastAsia="Times New Roman" w:cs="Times New Roman"/>
        </w:rPr>
        <w:t>Babylòn espirityèl la idantifye nan Revelasyon chapit disèt la kòm gwo pwostitiye a ki fè fònikasyon ak wa latè yo. Ejip espirityèl la idantifye nan Revelasyon chapit onz la kòm Lafrans ate. Manifestasyon modèn wa espirityèl nò a, ki te resevwa blesi mòtèl li nan tan lafen an an 1798 epi apre sa li te retalye kont manifestasyon modèn wa espirityèl sid la nan tan lafen an an 1989, yo toude reprezante nan vèsè karant nan Danyèl onz. Toude pouvwa yo gen orijin yo nan manifestasyon dènye jou yo nan peryòd 1917 rive 1918 la, ki se menm peryòd la ak jenerasyon konpwomi a pou toude kòn bèt ki soti sou latè a. Kòmansman sa yo dwe rekonèt pou yo ka byen aplike finisman yo. Kòmansman wa dènye jou nò a ak wa dènye jou sid la toude kòmanse nan Revolisyon fransè a.</w:t>
      </w:r>
    </w:p>
    <w:p>
      <w:pPr>
        <w:pStyle w:val="ArticleScripture"/>
        <w:jc w:val="left"/>
      </w:pPr>
      <w:r>
        <w:rPr>
          <w:rFonts w:ascii="Times New Roman" w:hAnsi="Times New Roman" w:eastAsia="Times New Roman" w:cs="Times New Roman"/>
        </w:rPr>
        <w:t>“Nan sèzyèm syèk la, Refòm nan, pandan li te prezante yon Bib ouvè bay pèp la, te chèche jwenn aksè nan tout peyi Ewòp yo. Gen kèk nasyon ki te akeyi li avèk kè kontan, tankou yon mesaje ki soti nan Syèl la. Nan lòt peyi yo, papote a te reyisi, nan yon gwo mezi, anpeche li antre; e limyè konesans Bib la, ansanm ak enfliyans li yo ki elve moun, te prèske nèt eskli. Nan yon peyi, byenke limyè a te jwenn antre, fènwa a pa t konprann li. Pandan plizyè syèk, verite ak erè te lite pou sipremasi a. Anfen, mal la te triyonfe, e verite Syèl la te pouse deyò. ‘Sa a se kondanasyon an: limyè a vini nan mond lan, e lèzòm te renmen fènwa pito pase limyè.’ Jan 3:19. Nasyon an te rete pou l rekòlte rezilta chemen li te chwazi a. Fren Lespri Bondye a te retire sou yon pèp ki te meprize kado gras Li a. Yo te pèmèt mal la rive nan matirite li. E tout lemonn te wè fwi rejè volontè limyè a.”</w:t>
      </w:r>
    </w:p>
    <w:p>
      <w:pPr>
        <w:pStyle w:val="ArticleScripture"/>
        <w:jc w:val="left"/>
      </w:pPr>
      <w:r>
        <w:rPr>
          <w:rFonts w:ascii="Times New Roman" w:hAnsi="Times New Roman" w:eastAsia="Times New Roman" w:cs="Times New Roman"/>
        </w:rPr>
        <w:t>“Lagè kont Bib la, ki te kontinye pandan anpil syèk an Frans, te rive nan pwen final li nan sèn Revolisyon an. Eklatman terib sa a pa t anyen lòt pase rezilta lejitim sipresyon Ekriti yo pa Wòm. Li te prezante ilistrasyon ki pi frapan lemonn te janm temwen sou fason politik papal la mennen bagay yo rive fèt—yon ilistrasyon sou rezilta ansèyman Legliz Wòm nan t ap mennen depi plis pase mil ane.”</w:t>
      </w:r>
    </w:p>
    <w:p>
      <w:pPr>
        <w:pStyle w:val="ArticleScripture"/>
        <w:jc w:val="left"/>
      </w:pPr>
      <w:r>
        <w:rPr>
          <w:rFonts w:ascii="Times New Roman" w:hAnsi="Times New Roman" w:eastAsia="Times New Roman" w:cs="Times New Roman"/>
        </w:rPr>
        <w:t>“Repreyansyon Ekriti yo pandan peryòd sipremasi papal la te predi pa pwofèt yo; epi Revelatè a montre tou rezilta terib ki t ap vini, espesyalman sou Lafrans, akoz dominasyon ‘moun peche a.’” The Great Controversy, 265, 266.</w:t>
      </w:r>
    </w:p>
    <w:p>
      <w:pPr>
        <w:pStyle w:val="ArticleBody"/>
        <w:jc w:val="left"/>
      </w:pPr>
      <w:r>
        <w:rPr>
          <w:rFonts w:ascii="Times New Roman" w:hAnsi="Times New Roman" w:eastAsia="Times New Roman" w:cs="Times New Roman"/>
        </w:rPr>
        <w:t>Revolisyon Franse a te pwodui pa sipresyon Ekriti yo “pandan peryòd sipremasi papal la.” Nesans ateyis la, ki t ap vin pi gwo lènmi papasi a, te fèt grasa papasi a menm. Revolisyon Franse a te dewoule soti 1789 rive 1799, men lespri revolisyonè ateis la ki te kòmanse an Frans te kontinye gaye atravè Ewòp ak pi lwen toujou. San dizwit ane apre fen revolisyon an an Frans, Revolisyon Ris la te kòmanse nan Larisi. Revolisyon ateyis la ki te kòmanse an Frans te fini nan Larisi, epi an 1917 Larisi te vin reprezantan pwofetik nasyon sa a ki te senbolize pa ateyis peyi Lejip la. Pouvwa dragon an, ki reprezante kòm wa sid la, te migre soti an Frans pou ale nan Larisi.</w:t>
      </w:r>
    </w:p>
    <w:p>
      <w:pPr>
        <w:pStyle w:val="ArticleBody"/>
        <w:jc w:val="left"/>
      </w:pPr>
      <w:r>
        <w:rPr>
          <w:rFonts w:ascii="Times New Roman" w:hAnsi="Times New Roman" w:eastAsia="Times New Roman" w:cs="Times New Roman"/>
        </w:rPr>
        <w:t>Revolisyon an Frans te reprezante, sou plan politik ak pwofetik, pa Napoléon Bonaparte, e nan sans sa a, Napoléon reprezante premye chèf yon nasyon ki te etabli nan yon revolisyon ateyis peyi Lejip te pwovoke. Nasisis Napoléon an repwodui avèk anpil presizyon nan nasisis Putin nan.</w:t>
      </w:r>
    </w:p>
    <w:p>
      <w:pPr>
        <w:pStyle w:val="ArticleBody"/>
        <w:jc w:val="left"/>
      </w:pPr>
      <w:r>
        <w:rPr>
          <w:rFonts w:ascii="Times New Roman" w:hAnsi="Times New Roman" w:eastAsia="Times New Roman" w:cs="Times New Roman"/>
        </w:rPr>
        <w:t>Napoléon te byen konsyan de pouvwa imajri ak pwopagann, menm jan ak Poutin, ki te yon ansyen ofisye KGB. KGB a espesyalize nan pwopagann. Napoléon te sèvi ak atizay pòtrè kòm yon mwayen pou pwojte otorite li, pouvwa li, ak imaj li kòm chèf devan piblik la. Li te bay kèk nan atis ki te pi selebre nan epòk li a lòd pou fè pòtrè li, pami yo Jacques-Louis David, Antoine-Jean Gros, ak Jean-Auguste-Dominique Ingres, ansanm ak lòt ankò.</w:t>
      </w:r>
    </w:p>
    <w:p>
      <w:pPr>
        <w:pStyle w:val="ArticleBody"/>
        <w:jc w:val="left"/>
      </w:pPr>
      <w:r>
        <w:rPr>
          <w:rFonts w:ascii="Times New Roman" w:hAnsi="Times New Roman" w:eastAsia="Times New Roman" w:cs="Times New Roman"/>
        </w:rPr>
        <w:t>Pòtrè sa yo te montre Napoléon nan divès pwèz ak nan divès anviwònman, depi nan pòtrè ofisyèl leta rive nan sèn ki pi enfòmèl. Yo te sèvi non sèlman kòm souvni pèsonèl pou Napoléon li menm, men tou kòm zouti pou gaye imaj li ak enfliyans li ni andedan peyi a ni aletranje. Putin reyalize menm travay la pou tèt pa li, ak yon foul foto kote li parèt nan anviwònman ki kapab fè konpetisyon ak nenpòt enfliyansè modèn sou Entènèt la.</w:t>
      </w:r>
    </w:p>
    <w:p>
      <w:pPr>
        <w:pStyle w:val="ArticleBody"/>
        <w:jc w:val="left"/>
      </w:pPr>
      <w:r>
        <w:rPr>
          <w:rFonts w:ascii="Times New Roman" w:hAnsi="Times New Roman" w:eastAsia="Times New Roman" w:cs="Times New Roman"/>
        </w:rPr>
        <w:t>Nan kòmansman Revolisyon franse a, yo te ranvèse wa a, fanmi li ak tout moun ki t ap sèvi bò kote l, epi yo te egzekite yo. Nan kòmansman Revolisyon ris la, yo te ranvèse Tsar la, fanmi li ak tout moun ki t ap sèvi bò kote l, epi yo te egzekite yo. Revolisyon ki te kòmanse an Frans lan te rive nan akonplisman li nan Larisi. Revolisyon franse a se sijè pwofesi ki nan chapit onz nan Revelasyon an, e se poutèt sa Revolisyon franse a soumèt anba règ entèpretasyon pwofetik yo. Jezi toujou sèvi ak kòmansman yon bagay pou ilistre fen bagay sa a; konsa, Revolisyon ris la se fen Revolisyon franse a.</w:t>
      </w:r>
    </w:p>
    <w:p>
      <w:pPr>
        <w:pStyle w:val="ArticleBody"/>
        <w:jc w:val="left"/>
      </w:pPr>
      <w:r>
        <w:rPr>
          <w:rFonts w:ascii="Times New Roman" w:hAnsi="Times New Roman" w:eastAsia="Times New Roman" w:cs="Times New Roman"/>
        </w:rPr>
        <w:t>Vladimir Putin reprezante dènye dirijan yon nasyon ki te tabli nan yon revolisyon ki te fèt avèk ateyis peyi Lejip la. Premye dirijan Larisi te Vladimir Lenin. Non “Vladimir” lan soti nan orijin slav e li konpoze de de eleman: “vlad” ak “mir.” “Vlad” sòti nan rasin slav “vladeti,” ki vle di “gouvène” oswa egzèse pouvwa. “Mir” vle di “mond”. Premye Vladimir la (Lenin) se yon tip dènye Vladimir la (Putin), ki li menm tou se yon tip premye dirijan revolisyon ateyis la (Napoléon).</w:t>
      </w:r>
    </w:p>
    <w:p>
      <w:pPr>
        <w:pStyle w:val="ArticleBody"/>
        <w:jc w:val="left"/>
      </w:pPr>
      <w:r>
        <w:rPr>
          <w:rFonts w:ascii="Times New Roman" w:hAnsi="Times New Roman" w:eastAsia="Times New Roman" w:cs="Times New Roman"/>
        </w:rPr>
        <w:t>Apre defèt Napoléon nan Lagè Sizyèm Kowalisyon an ak Trete Fontainebleau a nan mwa avril 1814, li te abdike twòn Lafrans e yo te depòte l sou zile Elba nan Lanmè Mediterane a. Yo te ba li souverennté sou zile a e yo te pèmèt li kenbe tit Anperè a, byenke nan yon kapasite ki te redwi anpil. Napoléon te pase anviwon dis mwa sou Elba, pandan tan sa a li te fè plan pou retounen sou pouvwa an Frans. Apre chape li soti Elba ak kout retou li sou pouvwa an Frans pandan San Jou yo, Napoléon te sibi yon defèt desizif nan Batay Waterloo a nan mwa jen 1815. Apre defèt sa a, pisans alye yo, sitou Grann Bretay, te detèmine pou anpeche Napoléon lakòz nenpòt lòt pwoblèm ankò. Se poutèt sa, yo te depòte l ankò, fwa sa a sou zile izole Sainte-Hélène nan Sid Atlantik la. Napoléon te pase rès lavi li ann egzil sou Sainte-Hélène jouk li mouri an 1821.</w:t>
      </w:r>
    </w:p>
    <w:p>
      <w:pPr>
        <w:pStyle w:val="ArticleBody"/>
        <w:jc w:val="left"/>
      </w:pPr>
      <w:r>
        <w:rPr>
          <w:rFonts w:ascii="Times New Roman" w:hAnsi="Times New Roman" w:eastAsia="Times New Roman" w:cs="Times New Roman"/>
        </w:rPr>
        <w:t>Poutine se yon reprezantan ansyen gad KGB la. KGB la te prensipal ajans sekirite ak ajans ransèyman Inyon Sovyetik la depi 1954 jouk li te fonn an 1991. Li te responsab sekirite entèn, kont-ransèyman, ak ranmase enfòmasyon ransèyman, ni anndan peyi a ni aletranje. KGB la te konnen pou rezo espyon li ki te anpil, operasyon siveyans li yo, ak wòl li nan kenbe kontwòl rejim kominis la sou popilasyon an. Vladimir Poutine te yon manm KGB a (Komite pou Sekirite Leta), prensipal ajans sekirite ak ransèyman Inyon Sovyetik la.</w:t>
      </w:r>
    </w:p>
    <w:p>
      <w:pPr>
        <w:pStyle w:val="ArticleBody"/>
        <w:jc w:val="left"/>
      </w:pPr>
      <w:r>
        <w:rPr>
          <w:rFonts w:ascii="Times New Roman" w:hAnsi="Times New Roman" w:eastAsia="Times New Roman" w:cs="Times New Roman"/>
        </w:rPr>
        <w:t>Putin te antre nan KGB an 1975 apre li te fin gradye nan Inivèsite Leta Leningrad. Putin te travay pou KGB a jouk lè Inyon Sovyetik la te tonbe an 1991; apre sa li te antre nan politik epi, finalman, li te vin Prezidan Larisi an 2000. Fòmasyon li nan KGB a te gen yon enfliyans enpòtan sou fason li te dirije gouvènman an ak sou politik etranjè li. Premye ekzil Napoléon sou zile Elba a reprezante istwa depi 1991 jouk rive ane 2000, lè filozofi KGB a te retounen. Lè Putin va finalman bat, jan sa reprezante nan vèsè trèz rive kenz yo, dezyèm defèt sa a (premye a se te an 1989) se Waterloo ak dezyèm ekzil Napoléon an ki sèvi kòm tipoloji li, kote li te mouri.</w:t>
      </w:r>
    </w:p>
    <w:p>
      <w:pPr>
        <w:pStyle w:val="ArticleBody"/>
        <w:jc w:val="left"/>
      </w:pPr>
      <w:r>
        <w:rPr>
          <w:rFonts w:ascii="Times New Roman" w:hAnsi="Times New Roman" w:eastAsia="Times New Roman" w:cs="Times New Roman"/>
        </w:rPr>
        <w:t>Napoléon te bay pap la mòti ki te ka touyé’y an 1798 épi 1799. An 1799, Révolisyon fransé a té fini an Frans, mé jis an 1917 i té rivé Larisi adan Révolisyon bolchévik-la. An 1917, mirak Fatima-a té fèt an Pòtigal, épi twa timoun-lan ki, dapré sa yo di, té ka kominike épi Mari épi Jozèf, yo té resevwa twa mesaj sékrè. Twa mesaj-lasa té sékrè adan sans ki sé sèlman pap-la, wa nò-a, ki té ni dwa li yo. Mesaj-yo té ka bay pap-la lòd konvoké an reyinyon espesyal épi chèf Legliz katolik-la épi fè an sérémoni espesyal pou konsakré Larisi, ki té jis vini Larisi kominis lanné avan-an, bay Vyèj Mari.</w:t>
      </w:r>
    </w:p>
    <w:p>
      <w:pPr>
        <w:pStyle w:val="ArticleBody"/>
        <w:jc w:val="left"/>
      </w:pPr>
      <w:r>
        <w:rPr>
          <w:rFonts w:ascii="Times New Roman" w:hAnsi="Times New Roman" w:eastAsia="Times New Roman" w:cs="Times New Roman"/>
        </w:rPr>
        <w:t>Mesaj yo te genyen yon avètisman ki te di ke si pap la te refize egzekite kòmandman pou konsakre Larisi bay Mari, mond lan t ap soufri yon lòt lagè mondyal ankò (premye lagè mondyal la te dwe fini mwa apre mirak la). Mesaj Fatima yo te vin tounen yon kad pou entèpretasyon pwofetik katolik konsèvatè. Li te idantifye yon lit anndan Legliz Katolik la ant katolik konsèvatè, jan pap Jan Pòl II ak premye Konsèy Vatikan an te reprezante l, ak katolik liberal, jan “pap woke” aktyèl la ak dezyèm Konsèy Vatikan an te reprezante l.</w:t>
      </w:r>
    </w:p>
    <w:p>
      <w:pPr>
        <w:pStyle w:val="ArticleBody"/>
        <w:jc w:val="left"/>
      </w:pPr>
      <w:r>
        <w:rPr>
          <w:rFonts w:ascii="Times New Roman" w:hAnsi="Times New Roman" w:eastAsia="Times New Roman" w:cs="Times New Roman"/>
        </w:rPr>
        <w:t>Nan mesaj Fatima yo, “bon pap la” se te “pap blan an”, epi “move pap la” se te “pap nwa a”. Bon pap la, Pap Jan Pòl II, se te pap konsèvatè a ki te idantifye Vyèj Fatima a kòm zidòl k ap gide li; epi move pap la se pap woke la, ki rejte tou nenpòt mesaj ki soti nan sa yo rele vyèj Mari a. Lè ou vizite sanktyè a nan Fatima, Pòtigal, pandan w ap antre nan lokal la, antre a plase ant de gwo estati: yon pap nwa sou yon bò ak yon pap blan sou lòt bò a, konsa sa reprezante lit entèn yo idantifye nan pwofesi Fatima yo.</w:t>
      </w:r>
    </w:p>
    <w:p>
      <w:pPr>
        <w:pStyle w:val="ArticleBody"/>
        <w:jc w:val="left"/>
      </w:pPr>
      <w:r>
        <w:rPr>
          <w:rFonts w:ascii="Times New Roman" w:hAnsi="Times New Roman" w:eastAsia="Times New Roman" w:cs="Times New Roman"/>
        </w:rPr>
        <w:t>Lòt eleman nan twa mesaj sekrè Fatima yo se te anfaz li te mete sou lagè ant Katolikis (wa nò a) ak ateyis (wa sid la). San rekonèt ke lagè ant Katolikis ak Larisi ate a se yon sijè nan pwofesi satanik la, ki dirije yon gwo pousantaj nan Katolikis, li difisil, si se pa enposib, pou konprann sipò legliz Katolik la te bay Almay Nazi pandan Dezyèm Gè Mondyal la.</w:t>
      </w:r>
    </w:p>
    <w:p>
      <w:pPr>
        <w:pStyle w:val="ArticleBody"/>
        <w:jc w:val="left"/>
      </w:pPr>
      <w:r>
        <w:rPr>
          <w:rFonts w:ascii="Times New Roman" w:hAnsi="Times New Roman" w:eastAsia="Times New Roman" w:cs="Times New Roman"/>
        </w:rPr>
        <w:t>Batay Leningrad la, ki te dire depi 8 septanm 1941 rive 27 janvye 1944 pandan Dezyèm Gè Mondyal la, te youn nan syèj ki te pi long e ki te pi brital nan listwa. Batay Stalingrad la, ki te dewoule depi 23 dawout 1942 rive 2 fevriye 1943, souvan konsidere kòm batay ki te pi sanlan e ki te gen plis enpòtans nan Dezyèm Gè Mondyal la. Li te lakòz pèt imen ki te ekstrèmman gwo sou toude bò yo, avèk estimasyon ki depase 2 milyon viktim an total, sa ki gen ladan mò, blese, ak sòlda yo te pran kòm prizonye. Batay Stalingrad la te make tou yon pwen depa nan lagè a, paske li te debouche sou yon viktwa desizif Sovyetik yo sou Lame Alman an e li te mennen nan defèt final Almay Nazi a.</w:t>
      </w:r>
    </w:p>
    <w:p>
      <w:pPr>
        <w:pStyle w:val="ArticleBody"/>
        <w:jc w:val="left"/>
      </w:pPr>
      <w:r>
        <w:rPr>
          <w:rFonts w:ascii="Times New Roman" w:hAnsi="Times New Roman" w:eastAsia="Times New Roman" w:cs="Times New Roman"/>
        </w:rPr>
        <w:t>San rekonèt ke lagè Almay Nazi te mennen kont Larisi, patikilyèman nan de batay ki fèk site yo, li difisil pou konprann wòl Almay kòm alye sekrè Legliz Katolik la. San konpreyansyon sou prensip yon lagè espirityèl ant Katolikis la, ki te motive pa pwofesi satanik Mari de Fatima a, kont ateyis Larisi, epi apre sa kont Inyon Sovyetik kominis la, yo pa rive konprann lojik ki te dèyè fason Katolikis la te kache an sekrè, epi ansuit transpòte kriminèl lagè Nazi yo toupatou sou latè apre Dezyèm Gè Mondyal la. Nazi yo te lame pwokirasyon Katolikis la nan lit li kont Larisi.</w:t>
      </w:r>
    </w:p>
    <w:p>
      <w:pPr>
        <w:pStyle w:val="ArticleBody"/>
        <w:jc w:val="left"/>
      </w:pPr>
      <w:r>
        <w:rPr>
          <w:rFonts w:ascii="Times New Roman" w:hAnsi="Times New Roman" w:eastAsia="Times New Roman" w:cs="Times New Roman"/>
        </w:rPr>
        <w:t>Se nan lojik pwofetik sa a Putin, chèf Larisi ate a, angaje nan yon lagè nan Ikrèn, kote dirijan yo konnen piblikman kòm Nazi. Twoup sou tè lagè Fatima kont ateyis la, depi Dezyèm Gè Mondyal la e annapre, se fachis ak Nazism. Byen antandi, menm si reyalite sa a konsènan dirijan gouvènman ikrenyen an byen dokimante, manifestasyon modèn Ministè Reich Hitler la pou Limyè Piblik ak Pwopagann lan (medya dominan yo), kouvri reyalite sa yo jan yo te kapab pi byen.</w:t>
      </w:r>
    </w:p>
    <w:p>
      <w:pPr>
        <w:pStyle w:val="ArticleBody"/>
        <w:jc w:val="left"/>
      </w:pPr>
      <w:r>
        <w:rPr>
          <w:rFonts w:ascii="Times New Roman" w:hAnsi="Times New Roman" w:eastAsia="Times New Roman" w:cs="Times New Roman"/>
        </w:rPr>
        <w:t>Non “Ikrèn” soti nan mo slavik “ukraina,” ki vle di “peyi fwontyè” oswa “rebò a.” Istorikman, tèm nan te sèvi pou deziyen rejyon fwontyè Kyevèn Ris la, eta medyeval ki te vini anvan Ikrèn modèn nan, e ki sitiye nan kwaze-chemen ant Ewòp de Lès ak Ewazi. Pandan tout listwa, li te sèvi kòm yon pwen rankont ant divès kilti, sivilizasyon, ak anpi, tankou Anpi Bizanten an, Anpi Otoman an, Anpi Ris la, ak lòt ankò. Pozisyon estratejik li te fè li tounen yon rejyon fwontyè ki te sibi entèraksyon enpòtan sou plan kiltirèl, politik, ak militè. Pandan peryòd medyeval la, Ikrèn te rejyon fwontyè Kyevèn Ris la, ki te yon eta pwisan ki te gen ladan l kèk pati nan Ikrèn, Larisi, ak Byelorisi jodi a. Pandan Kyevèn Ris la t ap elaji epi retresi avèk tan, fwontyè li yo te souvan chanje, e Ikrèn te rete sou periferik eta a.</w:t>
      </w:r>
    </w:p>
    <w:p>
      <w:pPr>
        <w:pStyle w:val="ArticleBody"/>
        <w:jc w:val="left"/>
      </w:pPr>
      <w:r>
        <w:rPr>
          <w:rFonts w:ascii="Times New Roman" w:hAnsi="Times New Roman" w:eastAsia="Times New Roman" w:cs="Times New Roman"/>
        </w:rPr>
        <w:t>Apre efondreman Inyon Sovyetik la an 1989, jan sa reprezante nan vèsè dis la, vèsè onz ak douz yo idantifye yon batay kote wa sid la vanje tèt li epi li ranpòte viktwa sou wa nò a. Batay sa a te fèt nan Rafya, ki te fwontyè ant teritwa wa sid la ak wa nò a.</w:t>
      </w:r>
    </w:p>
    <w:p>
      <w:pPr>
        <w:pStyle w:val="ArticleBody"/>
        <w:jc w:val="left"/>
      </w:pPr>
      <w:r>
        <w:rPr>
          <w:rFonts w:ascii="Times New Roman" w:hAnsi="Times New Roman" w:eastAsia="Times New Roman" w:cs="Times New Roman"/>
        </w:rPr>
        <w:t>Batay Rafya a, ki te fèt an 217 anvan Jezikri, pran non li nan vil ki te toupre kote batay la te dewoule a. Rafya te yon vil ki te sitiye nan rejyon kotyè ansyen Palestin, toupre fwontyè ant Wayòm Ptolemeyen peyi Lejip la ak Anpi Seleusid la. Nan epòk batay la, fwontyè ant Wayòm Ptolemeyen peyi Lejip la, ki te anba dominasyon wa Ptoleme IV Filopatò, ak Anpi Seleusid la, ki te anba dominasyon wa Antiòkis III, te chita nan vwazinaj Rafya. Batay la te mennen toupre rejyon fwontyè sa a pandan toude pati yo t ap chèche tabli kontwòl sou teritwa estratejik nan Levan an.</w:t>
      </w:r>
    </w:p>
    <w:p>
      <w:pPr>
        <w:pStyle w:val="ArticleBody"/>
        <w:jc w:val="left"/>
      </w:pPr>
      <w:r>
        <w:rPr>
          <w:rFonts w:ascii="Times New Roman" w:hAnsi="Times New Roman" w:eastAsia="Times New Roman" w:cs="Times New Roman"/>
        </w:rPr>
        <w:t>Ansyen vil Rafia a sitiye toupre vil modèn Rafah la. Rafah se yon vil ki sitiye nan sid Bann Gaza a, ki fè pati teritwa palestinyen yo. Apre viktwa Ptolemè te genyen nan Rafia an 217 anvan Jezi Kris, li te kòmanse pèsekisyon kont Jwif yo nan Jerizalèm, epi tou ann Ejip. Viktwa a pa t dire lontan, e li rankontre, si nou ka di sa konsa, pwòp Waterlo li nan twa vèsè ki vin apre yo. Nan vèsè trèz la, wa nò a, ki te deja sibi defèt, retounen; epi rive nan vèsè kenz la, li fin kraze wa sid la.</w:t>
      </w:r>
    </w:p>
    <w:p>
      <w:pPr>
        <w:pStyle w:val="ArticleBody"/>
        <w:jc w:val="left"/>
      </w:pPr>
      <w:r>
        <w:rPr>
          <w:rFonts w:ascii="Times New Roman" w:hAnsi="Times New Roman" w:eastAsia="Times New Roman" w:cs="Times New Roman"/>
        </w:rPr>
        <w:t>Viktwa Putin nan Ikrèn nan pral sèvi Putin, yon ansyen ofisye KGB ki te espesyalize nan pwopagann, pou, sa ki pi pwobab, devwale rasin nazi lidèchip ikrenyen an, epi tou devwale moun sa yo nan mond oksidantal la ki te soutni rejim nan poutèt avaris ekonomik, epi san dout tou devwale sit nwa kache yo ak laboratwa byolojik yo globalis yo te itilize, ki te finanse pa kontribyab Etazini yo.</w:t>
      </w:r>
    </w:p>
    <w:p>
      <w:pPr>
        <w:pStyle w:val="ArticleBody"/>
        <w:jc w:val="left"/>
      </w:pPr>
      <w:r>
        <w:rPr>
          <w:rFonts w:ascii="Times New Roman" w:hAnsi="Times New Roman" w:eastAsia="Times New Roman" w:cs="Times New Roman"/>
        </w:rPr>
        <w:t>Revelasyon sa yo pral detwi pwen diskou aktyèl globalis mondyal yo, ansanm ak pawòl repete pòtpawòl Demokrat yo Ozetazini. Viktwa sa a pou Putin pral bay manda pou uityèm Prezidan an, ki se youn nan sèt yo, pou l pran wòl li kòm despòt pwofetik la ki antre nan listwa jis anvan vèsè sèz; epi vèsè sèz se lwa dimanch la ki pral vini talè a.</w:t>
      </w:r>
    </w:p>
    <w:p>
      <w:pPr>
        <w:pStyle w:val="ArticleBody"/>
        <w:jc w:val="left"/>
      </w:pPr>
      <w:r>
        <w:rPr>
          <w:rFonts w:ascii="Times New Roman" w:hAnsi="Times New Roman" w:eastAsia="Times New Roman" w:cs="Times New Roman"/>
        </w:rPr>
        <w:t>Nan vèsè trèz la, wa nò a rekòmanse rasanble lame li; epi nan vèsè katòz la, Wòm payen antre nan listwa pou premye fwa, byenke li poko wa nò a. La a, yo idantifye l kòm senbòl ki “tabli vizyon an”, epi kòm pouvwa ki leve tèt li byen wo epi apre sa li tonbe. Apre viktwa Poutin nan lagè ann Ikrèn nan, papisite a pral kòmanse leve tèt li nan politik mondyal la, jis anvan lwa dimanch la nan vèsè sèz la.</w:t>
      </w:r>
    </w:p>
    <w:p>
      <w:pPr>
        <w:pStyle w:val="ArticleBody"/>
        <w:jc w:val="left"/>
      </w:pPr>
      <w:r>
        <w:rPr>
          <w:rFonts w:ascii="Times New Roman" w:hAnsi="Times New Roman" w:eastAsia="Times New Roman" w:cs="Times New Roman"/>
        </w:rPr>
        <w:t>Revolisyon fransè a, ansanm ak koneksyon li avèk Revolisyon ris la; Napoléon ak Poutine; mirak Fatima a, ansanm ak twa sekrè li yo; alyans sekrè ant Vatikan an ak Hitler, alyans sekrè ant Vatikan an ak Reagan, se tout “wou” pwofetik ki kwaze youn ak lòt nan istwa vèsè onz rive kenz yo, ki dewoule pandan peryòd istorik ki soti 11 septanm 2001 rive jis nan lwa dimanch lan Ozetazini. Li te enpòtan pou bay yon kout rezime sou “wou” pwofetik sa yo anvan nou pran vèsè dis la.</w:t>
      </w:r>
    </w:p>
    <w:p>
      <w:pPr>
        <w:pStyle w:val="ArticleBody"/>
        <w:jc w:val="left"/>
      </w:pPr>
      <w:r>
        <w:rPr>
          <w:rFonts w:ascii="Times New Roman" w:hAnsi="Times New Roman" w:eastAsia="Times New Roman" w:cs="Times New Roman"/>
        </w:rPr>
        <w:t>Atik sa a ki vin apre a sòti nan “NBC News,” ki se youn nan pi gwo medya “Main Stream Media” yo, jan sa kapab ye, e “MSM” lan se vèsyon modèn machin pwopagann Hitler te itilize pandan Dezyèm Gè Mondyal la. Natirèlman, atik la kont Putin, kont Larisi, epi an favè Ikrèn, men se pa sa ki pwen an. Antanke sitwayen Wayòm selès la, pèp Bondye a pa dwe bay apwobasyon li a okenn nan de bò yo nan yon zèv satanik, e tout lagè se yon zèv satanik.</w:t>
      </w:r>
    </w:p>
    <w:p>
      <w:pPr>
        <w:pStyle w:val="ArticleBody"/>
        <w:jc w:val="left"/>
      </w:pPr>
      <w:r>
        <w:rPr>
          <w:rFonts w:ascii="Times New Roman" w:hAnsi="Times New Roman" w:eastAsia="Times New Roman" w:cs="Times New Roman"/>
        </w:rPr>
        <w:t>Objektif atik sa a se pou pèmèt moun ki pa abitye ak lagè pwofetik ki genyen ant Katolisism (wa nò a) ak ateyis (wa sid la), ansanm ak lefèt ke nan lagè de pouvwa pwofetik sa yo, Naziyis te sèvi kòm lame pa pwokirasyon Katolisism nan (menm jan Etazini te sèvi an 1989). Etidyan pwofesi yo bezwen gen ase prèv pou yo wè ke istwa dèyè Dezyèm Gè Mondyal la, ak Lagè Fwad la, reprezante nan lagè k ap dewoule kounye a nan Ikrèn nan, pandan li ap akonpli vèsè onz ak douz yo, nan chapit onz Danyèl la.</w:t>
      </w:r>
    </w:p>
    <w:p>
      <w:pPr>
        <w:pStyle w:val="ArticleScripture"/>
        <w:jc w:val="left"/>
      </w:pPr>
      <w:r>
        <w:rPr>
          <w:rFonts w:ascii="Times New Roman" w:hAnsi="Times New Roman" w:eastAsia="Times New Roman" w:cs="Times New Roman"/>
        </w:rPr>
        <w:t>« Yo te mete devan pèp la evènman istorik ki te montre akonplisman dirèk pwofesi a, epi yo te wè pwofesi a kòm yon deskripsyon senbolik evènman ki t ap mennen jouk rive nan fen istwa tè sa a. » Selected Messages, liv 2, 102.</w:t>
      </w:r>
    </w:p>
    <w:p>
      <w:pPr>
        <w:pStyle w:val="ArticleBody"/>
        <w:jc w:val="left"/>
      </w:pPr>
      <w:r>
        <w:rPr>
          <w:rFonts w:ascii="Times New Roman" w:hAnsi="Times New Roman" w:eastAsia="Times New Roman" w:cs="Times New Roman"/>
        </w:rPr>
        <w:t>Atik NBC News la: “Pwoblèm Nazi Ikrèn nan reyèl, menm si deklarasyon Putin sou ‘denazifikasyon’ lan pa vre”</w:t>
      </w:r>
    </w:p>
    <w:p>
      <w:pPr>
        <w:pStyle w:val="ArticleScripture"/>
        <w:jc w:val="left"/>
      </w:pPr>
      <w:r>
        <w:rPr>
          <w:rFonts w:ascii="Times New Roman" w:hAnsi="Times New Roman" w:eastAsia="Times New Roman" w:cs="Times New Roman"/>
        </w:rPr>
        <w:t>Pami anpil defòmasyon Prezidan Larisi a, Vladimir Putin, fabrike pou jistifye atak Larisi a kont Ikrèn, petèt sa ki pi etranj la se deklarasyon li fè ki di aksyon an te pran pou “denazifye” peyi a ak dirijan li yo. Pou soutni agiman li pou antre sou teritwa vwazen li a ak tank blende ak avyon de gè, Putin deklare ke demach sa a te antreprann “pou pwoteje moun” ki te “sibi entimidasyon ak jenosid,” e ke Larisi “ap fè efò pou demilitarizasyon ak denazifikasyon Ikrèn.”</w:t>
      </w:r>
    </w:p>
    <w:p>
      <w:pPr>
        <w:pStyle w:val="ArticleScripture"/>
        <w:jc w:val="left"/>
      </w:pPr>
      <w:r>
        <w:rPr>
          <w:rFonts w:ascii="Times New Roman" w:hAnsi="Times New Roman" w:eastAsia="Times New Roman" w:cs="Times New Roman"/>
        </w:rPr>
        <w:t>Aksyon destriktif Putin yo — pami yo devastasyon kominote jwif yo — fè li klè li ap bay manti lè li di objektif li se asire byennèt nenpòt moun.</w:t>
      </w:r>
    </w:p>
    <w:p>
      <w:pPr>
        <w:pStyle w:val="ArticleScripture"/>
        <w:jc w:val="left"/>
      </w:pPr>
      <w:r>
        <w:rPr>
          <w:rFonts w:ascii="Times New Roman" w:hAnsi="Times New Roman" w:eastAsia="Times New Roman" w:cs="Times New Roman"/>
        </w:rPr>
        <w:t>Sou devan li, kalomni Poutin nan se yon bagay absid, pa pi piti paske Prezidan Ikrèn nan, Volodymyr Zelenskyy, se Jwif e li te di ke manm fanmi pa li yo te mouri pandan Dezyèm Gè Mondyal la. Pa gen okenn prèv nonplis ki montre gen dènye asasina an mas oswa pirifikasyon etnik k ap fèt ann Ikrèn. Anplis de sa, mete etikèt Nazi sou lènmi yo se yon manèv politik ki komen nan Larisi, espesyalman nan men yon dirijan ki favorize kanpay dezenfòmasyon e ki vle brase santiman vanjans nasyonal kont yon advèsè Dezyèm Gè Mondyal la pou jistifye konkèt.</w:t>
      </w:r>
    </w:p>
    <w:p>
      <w:pPr>
        <w:pStyle w:val="ArticleScripture"/>
        <w:jc w:val="left"/>
      </w:pPr>
      <w:r>
        <w:rPr>
          <w:rFonts w:ascii="Times New Roman" w:hAnsi="Times New Roman" w:eastAsia="Times New Roman" w:cs="Times New Roman"/>
        </w:rPr>
        <w:t>Men, menm si Putin ap fè pwopagann, se vre tou ke Ikrèn gen yon pwoblèm Nazi reyèl — ni nan tan pase ni nan tan kounye a. Aksyon destriktif Putin yo — pami yo devastasyon kominote jwif yo — montre klèman ke l ap bay manti lè li di objektif li se asire byennèt nenpòt moun. Men, toutotan li enpòtan pou defann drapo jòn ak ble a kont agresyon brital Kremlin nan, se ta yon neglijans danjere pou nye istwa antisemitis Ikrèn nan ak kolaborasyon li ak Nazi Hitler yo, ansanm ak anbrasman, nan dènye tan sa yo, faksyon neo-Nazi nan kèk sektè.</w:t>
      </w:r>
    </w:p>
    <w:p>
      <w:pPr>
        <w:pStyle w:val="ArticleScripture"/>
        <w:jc w:val="left"/>
      </w:pPr>
      <w:r>
        <w:rPr>
          <w:rFonts w:ascii="Times New Roman" w:hAnsi="Times New Roman" w:eastAsia="Times New Roman" w:cs="Times New Roman"/>
        </w:rPr>
        <w:t>Poukisa yo pale ak yon konpasyon konsa sou Ikrenyen k ap kouri yo? Paske yo blan.</w:t>
      </w:r>
    </w:p>
    <w:p>
      <w:pPr>
        <w:pStyle w:val="ArticleScripture"/>
        <w:jc w:val="left"/>
      </w:pPr>
      <w:r>
        <w:rPr>
          <w:rFonts w:ascii="Times New Roman" w:hAnsi="Times New Roman" w:eastAsia="Times New Roman" w:cs="Times New Roman"/>
        </w:rPr>
        <w:t>Nan lavèy Dezyèm Gè Mondyal la, Ikrèn te lakay youn nan pi gwo kominote jwif ann Ewòp, avèk estimasyon ki rive jiska 2.7 milyon, yon chif remakab lè yo konsidere long istwa antisemitis ak pogrom sou teritwa sa a. Lè lagè a te fini, plis pase mwatye ladan yo t ap peri. Lè twoup alman yo te pran kontwòl Kyèv an 1941, yo te akeyi yo ak banyè ki te ekri “Heil Hitler”. Yon ti tan apre sa, prèske 34,000 jwif — ansanm ak Roma ak lòt moun yo te konsidere kòm “endesirab” — yo te rasanble epi fè yo mache ale nan chan ki te deyò vil la, anba pretèks y ap relokalize yo, sèlman pou yo masakre yo nan sa ki vin rele “Holocaust by bullets.”</w:t>
      </w:r>
    </w:p>
    <w:p>
      <w:pPr>
        <w:pStyle w:val="ArticleScripture"/>
        <w:jc w:val="left"/>
      </w:pPr>
      <w:r>
        <w:rPr>
          <w:rFonts w:ascii="Times New Roman" w:hAnsi="Times New Roman" w:eastAsia="Times New Roman" w:cs="Times New Roman"/>
        </w:rPr>
        <w:t>Ravin Babyn Yar la te kontinye plen kòm yon tonm mas pandan de ane. Avèk jiska 100,000 moun yo te asasinen la, li te vin youn nan pi gwo sit asasina izole Olokòs la andeyò Auschwitz ak lòt kan lanmò yo. Chèchè yo te remake wòl kle moun nan zòn nan te jwe nan egzekite lòd Nazi yo pou touye sou sit la.</w:t>
      </w:r>
    </w:p>
    <w:p>
      <w:pPr>
        <w:pStyle w:val="ArticleScripture"/>
        <w:jc w:val="left"/>
      </w:pPr>
      <w:r>
        <w:rPr>
          <w:rFonts w:ascii="Times New Roman" w:hAnsi="Times New Roman" w:eastAsia="Times New Roman" w:cs="Times New Roman"/>
        </w:rPr>
        <w:t>Jodi a, Ikrèn konte ant 56,000 ak 140,000 Jwif, ki jwi libète ak pwoteksyon granparan yo pa t janm menm imajine. Sa gen ladan l yon lwa ajou yo te adopte mwa pase a ki kriminalize zak antisemit. Malerezman, lwa sa a te fèt pou reponn a yon ogmantasyon klè nan manifestasyon piblik prejije rayisab, tankou zak vandalizasyon sinagòg ak memoryal jwif ki te chaje ak svastika, ansanm ak mach twoublan nan Kyèv ak lòt vil ki te selebre Waffen SS la.</w:t>
      </w:r>
    </w:p>
    <w:p>
      <w:pPr>
        <w:pStyle w:val="ArticleScripture"/>
        <w:jc w:val="left"/>
      </w:pPr>
      <w:r>
        <w:rPr>
          <w:rFonts w:ascii="Times New Roman" w:hAnsi="Times New Roman" w:eastAsia="Times New Roman" w:cs="Times New Roman"/>
        </w:rPr>
        <w:t>Nan yon lòt devlopman menasan, Ikrèn, pandan dènye ane yo, leve yon kantite twòp estati pou onore nasyonalis ikrenyen yo, ki eritaj yo sal pa dosye endiskitab yo kòm ajan Nazi yo. Jounal Forward la te fè yon envantè kèk nan moun deplorab sa yo, pami yo Stepan Bandera, lidè Organization of Ukrainian Nationalists (OUN), ki disip li yo te aji kòm manm milis lokal pou SS la ak lame alman an. “Ikrèn gen plizyè dizèn moniman ak plizyè dizèn non lari ki bay glwa a kolaboratè Nazi sa a, ase pou mande de paj Wikipedia separe,” Forward la te ekri.</w:t>
      </w:r>
    </w:p>
    <w:p>
      <w:pPr>
        <w:pStyle w:val="ArticleScripture"/>
        <w:jc w:val="left"/>
      </w:pPr>
      <w:r>
        <w:rPr>
          <w:rFonts w:ascii="Times New Roman" w:hAnsi="Times New Roman" w:eastAsia="Times New Roman" w:cs="Times New Roman"/>
        </w:rPr>
        <w:t>Yon lòt pèsonaj yo onore souvan se Roman Shukhevych, yo venere l kòm yon konbatan pou libète Ikrèn, men li te tou chèf yon inite polis oksilyè nazi moun te pè anpil, inite ke Forward fè remake li te “responsab pou masakre dè milye Jwif ak … Polonè.” Yo leve estati tou pou Yaroslav Stetsko, yon ansyen prezidan OUN lan, ki te ekri: “Mwen ensiste sou ekstèminasyon Jwif yo nan Ikrèn.”</w:t>
      </w:r>
    </w:p>
    <w:p>
      <w:pPr>
        <w:pStyle w:val="ArticleScripture"/>
        <w:jc w:val="left"/>
      </w:pPr>
      <w:r>
        <w:rPr>
          <w:rFonts w:ascii="Times New Roman" w:hAnsi="Times New Roman" w:eastAsia="Times New Roman" w:cs="Times New Roman"/>
        </w:rPr>
        <w:t>Gwoup ekstrèm dwat yo te pran valè politik tou pandan dis dènye ane yo, e pa gen youn ki pi fè frison pase Svoboda (ansyen Pati Sosyal Nasyonal Ikrèn nan), ki gen lidè li te deklare peyi a te anba kontwòl yon “mafiya mizkovit-jwif”, epi depite li te sèvi ak yon jouman antisemit pou dekri aktris jwif ki fèt an Ikrèn nan, Mila Kunis. Dapre Foreign Policy, Svoboda voye plizyè manm nan Palman Ikrèn nan, ladan yo youn ki te rele Olokòs la yon “peryòd briyan” nan listwa limanite.</w:t>
      </w:r>
    </w:p>
    <w:p>
      <w:pPr>
        <w:pStyle w:val="ArticleScripture"/>
        <w:jc w:val="left"/>
      </w:pPr>
      <w:r>
        <w:rPr>
          <w:rFonts w:ascii="Times New Roman" w:hAnsi="Times New Roman" w:eastAsia="Times New Roman" w:cs="Times New Roman"/>
        </w:rPr>
        <w:t>Menm jan an ki twoublan, neo-Nazi yo fè pati kèk nan kantite batayon volontè k ap ogmante ann Ikrèn. Yo vin di nan lagè apre yo te mennen kèk nan pi di konba lari kont separatis ki te jwenn sipò Moskou nan lès Ikrèn apre envazyon Putin te fè nan Krime an 2014. Youn ladan yo se Batayon Azov la, yon sipremasis blan deklare te fonde l, li menm ki te pretann objektif nasyonal Ikrèn se te pou debarase peyi a de Jwif ak lòt ras li te konsidere kòm enferyè. An 2018, Kongrè Etazini an te presize èd li bay Ikrèn nan pa t kapab sèvi “pou bay Batayon Azov la zam, fòmasyon oswa lòt asistans.” Men malgre sa, Azov se kounye a yon manm ofisyèl Gad Nasyonal Ikrèn nan.</w:t>
      </w:r>
    </w:p>
    <w:p>
      <w:pPr>
        <w:pStyle w:val="ArticleScripture"/>
        <w:jc w:val="left"/>
      </w:pPr>
      <w:r>
        <w:rPr>
          <w:rFonts w:ascii="Times New Roman" w:hAnsi="Times New Roman" w:eastAsia="Times New Roman" w:cs="Times New Roman"/>
        </w:rPr>
        <w:t>Sètènman, okenn nan kontèks twoublan sa a pa jistifye mizè ki tonbe sou Ikrenyen yo pandan plizyè dènye semèn ki sot pase yo — e li pa sanble ditou ke youn nan bagay sa yo te motive Poutine lè li te lanse envazyon li a. Anfèt, akoz Poutine, Jwif k ap viv nan Odesa, Kharkiv, ak lòt vil nan lès la ap sibi gwo detrès. Pandan anpil ladan yo pran refij nan sinagòg lokal yo ak nan sant jwif yo, lòt yo kouri al nan peyi etranje, pami yo Izrayèl, ki te ankouraje tout Jwif yo kite Ikrèn.</w:t>
      </w:r>
    </w:p>
    <w:p>
      <w:pPr>
        <w:pStyle w:val="ArticleScripture"/>
        <w:jc w:val="left"/>
      </w:pPr>
      <w:r>
        <w:rPr>
          <w:rFonts w:ascii="Times New Roman" w:hAnsi="Times New Roman" w:eastAsia="Times New Roman" w:cs="Times New Roman"/>
        </w:rPr>
        <w:t>Pwòp granparan pa m yo menm te oblije kouri kite lwès Ikrèn pou yo chape anba pèsekisyon, e sa se yon trajedi pou wè sik sa a kontinye. Si peyi a tonbe nan dezòd ak rebelyon ame, Jwif yo ta ka yon lòt fwa ankò an danje anba men kèk nan pwòp konpatriyòt pa yo. Lè yo pa rekonèt menas sa a, sa vle di yo prèske pa fè anyen pou pwoteje kont li.</w:t>
      </w:r>
    </w:p>
    <w:p>
      <w:pPr>
        <w:pStyle w:val="ArticleScripture"/>
        <w:jc w:val="left"/>
      </w:pPr>
      <w:r>
        <w:rPr>
          <w:rFonts w:ascii="Times New Roman" w:hAnsi="Times New Roman" w:eastAsia="Times New Roman" w:cs="Times New Roman"/>
        </w:rPr>
        <w:t>Menm si kèk eleman nan peyi a te mele ak youn nan mouvman ki pi abominab nan listwa, kanpe bò kote Ikrèn se san okenn dout pozisyon onorab pou pran nan dram sa a. Kounye a, chak jou Putin ap ogmante atak li kont pèp ikrenyen an ak yon zèl tè-boule, li difisil pou pa wè kiyès ki vrèman merite mo ki kòmanse ak “N” nan.</w:t>
      </w:r>
    </w:p>
    <w:p>
      <w:pPr>
        <w:pStyle w:val="ArticleScripture"/>
        <w:jc w:val="left"/>
      </w:pPr>
      <w:r>
        <w:rPr>
          <w:rFonts w:ascii="Times New Roman" w:hAnsi="Times New Roman" w:eastAsia="Times New Roman" w:cs="Times New Roman"/>
        </w:rPr>
        <w:t>Allen Ripp, 5 mas 2022 – Sous</w:t>
      </w:r>
    </w:p>
    <w:p>
      <w:pPr>
        <w:pStyle w:val="ArticleBody"/>
        <w:jc w:val="left"/>
      </w:pPr>
      <w:r>
        <w:rPr>
          <w:rFonts w:ascii="Times New Roman" w:hAnsi="Times New Roman" w:eastAsia="Times New Roman" w:cs="Times New Roman"/>
        </w:rPr>
        <w:t>N ap kontinye etid sa a nan pwochen atik nou an.</w:t>
      </w:r>
    </w:p>
    <w:p>
      <w:pPr>
        <w:pStyle w:val="ArticleScripture"/>
        <w:jc w:val="left"/>
      </w:pPr>
      <w:r>
        <w:rPr>
          <w:rFonts w:ascii="Times New Roman" w:hAnsi="Times New Roman" w:eastAsia="Times New Roman" w:cs="Times New Roman"/>
        </w:rPr>
        <w:t>“Moun ki pa kapab sonje pase a, yo kondane pou repete li.” George Santayana.</w:t>
      </w:r>
    </w:p>
    <w:p>
      <w:pPr>
        <w:pStyle w:val="ArticleScripture"/>
        <w:jc w:val="left"/>
      </w:pPr>
      <w:r>
        <w:rPr>
          <w:rFonts w:ascii="Times New Roman" w:hAnsi="Times New Roman" w:eastAsia="Times New Roman" w:cs="Times New Roman"/>
        </w:rPr>
        <w:t>“Tout sa Bondye, nan listwa pwofetik, te presize pou akonpli nan tan pase a, sa te akonpli; epi tout sa ki poko rive, lè moman pa li vini nan lòd li, sa ap rive. Danyèl, pwofèt Bondye a, kanpe nan plas li. Jan kanpe nan plas li. Nan Revelasyon an, Lyon branch fanmi Jida a louvri pou etidyan pwofesi yo liv Danyèl la, e konsa Danyèl kanpe nan plas li. Li rann temwayaj li, sa Seyè a te revele l nan vizyon konsènan gwo evènman solanèl yo ke nou dwe konnen pandan nou kanpe sou menm papòt akonplisman yo.”</w:t>
      </w:r>
    </w:p>
    <w:p>
      <w:pPr>
        <w:pStyle w:val="ArticleScripture"/>
        <w:jc w:val="left"/>
      </w:pPr>
      <w:r>
        <w:rPr>
          <w:rFonts w:ascii="Times New Roman" w:hAnsi="Times New Roman" w:eastAsia="Times New Roman" w:cs="Times New Roman"/>
        </w:rPr>
        <w:t>“Nan listwa ak nan pwofesi, Pawòl Bondye a montre konfli ki dire lontan ant verite ak erè. Konfli sa a poko fini; li toujou ap kontinye. Bagay ki te deja fèt yo pral repete. Ansyen konfli yo pral leve ankò, e nouvo teyori pral toujou ap parèt. Men pèp Bondye a, ki nan kwayans yo ak nan akonplisman pwofesi a te jwe yon wòl nan pwoklamasyon mesaj premye, dezyèm, ak twazyèm zanj yo, konnen byen ki kote yo kanpe. Yo genyen yon eksperyans ki pi presye pase lò rafine. Yo dwe rete fèm tankou yon wòch, kenbe kòmansman konfyans yo byen solid jouk nan fen an.” Selected Messages, book 2, 109.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 Nimewo san swasant-sis</dc:title>
  <dc:subject>Dévoiler la prophétie : la Révolution française, la Russie de Poutine et le conflit ukrainien</dc:subject>
  <dc:creator>Jeff Pippenger</dc:creator>
  <cp:keywords/>
  <dc:description>Generated by ArticleDigger from daniel\166_daniel.json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