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Danyèl la — Nimewo San Katrevenntwa</w:t>
      </w:r>
    </w:p>
    <w:p>
      <w:pPr>
        <w:pStyle w:val="ArticleSubtitle"/>
        <w:jc w:val="left"/>
      </w:pPr>
      <w:r>
        <w:rPr>
          <w:rFonts w:ascii="Arial" w:hAnsi="Arial" w:eastAsia="Arial" w:cs="Arial"/>
        </w:rPr>
        <w:t>Fondasyon Etènèl la: Kris nan Istwa Pwofetik ak Lafwa Kwayan 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2024-04-13</w:t>
      </w:r>
    </w:p>
    <w:p>
      <w:pPr>
        <w:pStyle w:val="ArticleBody"/>
        <w:jc w:val="left"/>
      </w:pPr>
      <w:r>
        <w:rPr>
          <w:rFonts w:ascii="Times New Roman" w:hAnsi="Times New Roman" w:eastAsia="Times New Roman" w:cs="Times New Roman"/>
        </w:rPr>
        <w:t>“Verite Pyè te konfese a se fondasyon lafwa kwayan an. Se sa menm Kris la Li menm te deklare kòm lavi etènèl.” “Verite” sa a te idantifye de aspè Kris la. Premye a se te ke Kris la se yon eleman nan listwa pwofetik. Siy repè ki reprezante evènman listwa pwofetik yo, reprezante Kris la. Asosyasyon Li avèk evènman yo idantifye karaktè sakre siy repè pwofetik yo, epi li bay lojik pou Sè White tèlman souvan di nou dwe pwoteje siy repè yo, paske siy repè sa yo reprezante Jezikri. Siy repè ki te reprezante tèm tès la nan tan Kris la se te batèm Li, e li te aliyen avèk lòt evènman yo nan liy refòm sakre yo, ki te distenge pa desant yon senbòl Diven.</w:t>
      </w:r>
    </w:p>
    <w:p>
      <w:pPr>
        <w:pStyle w:val="ArticleBody"/>
        <w:jc w:val="left"/>
      </w:pPr>
      <w:r>
        <w:rPr>
          <w:rFonts w:ascii="Times New Roman" w:hAnsi="Times New Roman" w:eastAsia="Times New Roman" w:cs="Times New Roman"/>
        </w:rPr>
        <w:t>Nan liy refòm Moyiz la, Divinite desann epi rete nan yon touf bwa k ap boule, yon senbòl Kreyatè a k ap ini avèk kreyasyon an. Nan liy refòm lan nan fen swasanndis ane yo, Mikal desann pou bay Siris fòs pou avanse ak premye dekrè a, epi an menm tan an, Danyèl te chanje pou l vin nan imaj Kris la. Nan liy refòm Kris la, Sentespri a desann sou fòm yon pijon pou wenn Pitit Bondye a, senbòl Divinite ini avèk limanite. Nan istwa Millerit la, zanj ki te desann nan dat 11 out 1840 la se te “pa mwens yon pèsonaj pase Jezi Kris,” ki te desann ak yon ti liv ki te dwe manje, epi Li menm te ti liv sa a. La a, Li te demontre ke inyon Divinite avèk limanite reyalize lè yo manje epi bwè chè ak san Pen Syèl la.</w:t>
      </w:r>
    </w:p>
    <w:p>
      <w:pPr>
        <w:pStyle w:val="ArticleBody"/>
        <w:jc w:val="left"/>
      </w:pPr>
      <w:r>
        <w:rPr>
          <w:rFonts w:ascii="Times New Roman" w:hAnsi="Times New Roman" w:eastAsia="Times New Roman" w:cs="Times New Roman"/>
        </w:rPr>
        <w:t>Istwa sakre a se sakre paske li pran kò nan prezans Kris la. Prediksyon ki nan Pawòl Bondye a, ki idantifye evènman k ap vini yo, se Jezikri, paske li se “Pawòl la.” Lè prediksyon sa yo akonpli nan listwa, evènman yo reprezante akonplisman pawòl li, e Pawòl li se Verite a. Se Pawòl li ki tabli prediksyon an, e se Pawòl li ki akonpli lè evènman an rive; konsa, ni nan kòmansman ni nan fen an, se Jezikri, paske li se Alfa ak Omega. Se poutèt sa, lè Pyè te pwoklame ke Jezi se Kris la e Pitit Bondye vivan an, li t ap idantifye yon repè ki te Jezikri, ansanm ak yon repè ki rive nan akonplisman pafè li nan dènye jou yo. 11 septanm 2001 te akonplisman pafè Kris la.</w:t>
      </w:r>
    </w:p>
    <w:p>
      <w:pPr>
        <w:pStyle w:val="ArticleBody"/>
        <w:jc w:val="left"/>
      </w:pPr>
      <w:r>
        <w:rPr>
          <w:rFonts w:ascii="Times New Roman" w:hAnsi="Times New Roman" w:eastAsia="Times New Roman" w:cs="Times New Roman"/>
        </w:rPr>
        <w:t>Rejte akonplisman pwofetik 11 septanm 2001 lan, se rejte Kris la, Pitit Bondye vivan an. Verite sa a, Pyè te eksprime li, e li te “fondasyon lafwa kwayan an”; epi, nan dat 11 septanm 2001, Kris te mennen pèp Li a nan dènye jou yo tounen sou “ansyen chemen” Jeremi yo, ki reprezante “fondasyon” mouvman mesaj premye ak twazyèm zanj yo. Pyè te reprezante san karannkat mil yo, ki sele pandan peryòd kote kat zanj yo ap kenbe kat van yo. Tan sele a se yon peryòd pwofetik byen detèmine, ki kòmanse 11 septanm 2001 epi ki fini ak lwa dimanch k ap vini byento a. Jezi toujou ilistre fen yon bagay avèk kòmansman yon bagay.</w:t>
      </w:r>
    </w:p>
    <w:p>
      <w:pPr>
        <w:pStyle w:val="ArticleBody"/>
        <w:jc w:val="left"/>
      </w:pPr>
      <w:r>
        <w:rPr>
          <w:rFonts w:ascii="Times New Roman" w:hAnsi="Times New Roman" w:eastAsia="Times New Roman" w:cs="Times New Roman"/>
        </w:rPr>
        <w:t>Nan kòmansman tan sele a, zanj Revelasyon dizwit la te desann, menm jan Sentespri a te desann nan batèm nan, epi zanj sa a te “pa t mwens yon pèsonaj pase Jezikri,” paske zanj ki te desann pou klere tè a ak glwa Li nan istwa Milerit la te “pa t mwens yon pèsonaj pase Jezikri.” Nan lwa dimanch k ap vini talè a, “pa t mwens yon pèsonaj pase Jezikri” desann ankò epi prezante dezyèm nan de mesaj Revelasyon dizwit yo, pandan Li rele lòt bann mouton pa Li yo soti lavil Babilòn. Nan mitan peryòd tan sele a, yon zanj te desann, menm jan dezyèm zanj lan te desann 19 Avril 1844, nan premye desepsyon mouvman Milerit la.</w:t>
      </w:r>
    </w:p>
    <w:p>
      <w:pPr>
        <w:pStyle w:val="ArticleBody"/>
        <w:jc w:val="left"/>
      </w:pPr>
      <w:r>
        <w:rPr>
          <w:rFonts w:ascii="Times New Roman" w:hAnsi="Times New Roman" w:eastAsia="Times New Roman" w:cs="Times New Roman"/>
        </w:rPr>
        <w:t>Ant arive dezyèm zanj sa a ak arive twazyèm zanj lan nan dat 22 oktòb 1844, anpil zanj te voye pou ajoute pouvwa ak dezyèm zanj lan pandan mesaj Kri a Minwi a t ap rive. Konsènan istwa lè zanj sa yo te rive nan istwa Millerit la, Sè White fè nou konnen ke sila yo ki te rejte mesaj sa yo te kloure Kris la sou kwa a avèk menm sètitid ak jan Jwif yo te kloure Kris la sou kwa a.</w:t>
      </w:r>
    </w:p>
    <w:p>
      <w:pPr>
        <w:pStyle w:val="ArticleScripture"/>
        <w:jc w:val="left"/>
      </w:pPr>
      <w:r>
        <w:rPr>
          <w:rFonts w:ascii="Times New Roman" w:hAnsi="Times New Roman" w:eastAsia="Times New Roman" w:cs="Times New Roman"/>
        </w:rPr>
        <w:t>“Mwen te wè ke menm jan Jwif yo te kloure Jezi sou kwa a, konsa legliz nominal yo te kloure mesaj sa yo sou kwa a; se poutèt sa yo pa gen okenn konesans sou chemen ki mennen nan kote ki pi sen an, epi yo pa ka resevwa okenn benefis nan entèsesyon Jezi ap fè la.” Early Writings, 261.</w:t>
      </w:r>
    </w:p>
    <w:p>
      <w:pPr>
        <w:pStyle w:val="ArticleBody"/>
        <w:jc w:val="left"/>
      </w:pPr>
      <w:r>
        <w:rPr>
          <w:rFonts w:ascii="Times New Roman" w:hAnsi="Times New Roman" w:eastAsia="Times New Roman" w:cs="Times New Roman"/>
        </w:rPr>
        <w:t>Mesaj zanj yo reprezante yo, lè yo rejte yo, reprezante krisifiksyon Kris la, paske Li enkòpore mesaj yo ak akonplisman istorik yo. Nan dat 18 jiyè 2020, “pa mwens yon pèsonaj pase Jezi Kris” desann, sa ki make premye desepsyon an ak kòmansman tan reta a. Touye nan lari yo, zo sèch mò pèp Li a nan dènye jou yo te dwe reveye lè yo tande sèl vwa ki ka fè moun tounen viv ankò.</w:t>
      </w:r>
    </w:p>
    <w:p>
      <w:pPr>
        <w:pStyle w:val="ArticleScripture"/>
        <w:jc w:val="left"/>
      </w:pPr>
      <w:r>
        <w:rPr>
          <w:rFonts w:ascii="Times New Roman" w:hAnsi="Times New Roman" w:eastAsia="Times New Roman" w:cs="Times New Roman"/>
        </w:rPr>
        <w:t>An verite, an verite, mwen di nou sa: lè a ap vini, e li rive deja, kote mò yo va tande vwa Pitit Bondye a; epi sila yo ki tande a va viv. Paske, menm jan Papa a gen lavi nan li menm, konsa li bay Pitit la pou l gen lavi nan li menm tou; epi li ba li otorite pou l egzekite jijman tou, paske li se Pitit lòm nan. Pa sezi poutèt sa: paske lè a ap vini kote tout moun ki nan tonm yo va tande vwa li, epi yo va soti; sila yo ki te fè byen yo, pou rezireksyon lavi a; epi sila yo ki te fè sa ki mal yo, pou rezireksyon kondanasyon an. Jan 5:25–29.</w:t>
      </w:r>
    </w:p>
    <w:p>
      <w:pPr>
        <w:pStyle w:val="ArticleBody"/>
        <w:jc w:val="left"/>
      </w:pPr>
      <w:r>
        <w:rPr>
          <w:rFonts w:ascii="Times New Roman" w:hAnsi="Times New Roman" w:eastAsia="Times New Roman" w:cs="Times New Roman"/>
        </w:rPr>
        <w:t>An jiyè 2023, vwa Li te rele zo sèch mò yo pou yo vin vivan, epi Alfa ak Omega te repete kòmansman tan sele a ankò, paske jiyè 2023 make peryòd final tan sele a. Lè sa a, pèp Li a te rele ankò pou yo retounen nan ansyen chemen Jeremi yo, nan fondasyon istwa Millerit la. Mesaj fondamantal kòmansman ak fen Millerit yo te premye ak dènye mesaj istwa Millerit la, ki te “sèt fwa” yo nan Levitik chapit vennsis.</w:t>
      </w:r>
    </w:p>
    <w:p>
      <w:pPr>
        <w:pStyle w:val="ArticleBody"/>
        <w:jc w:val="left"/>
      </w:pPr>
      <w:r>
        <w:rPr>
          <w:rFonts w:ascii="Times New Roman" w:hAnsi="Times New Roman" w:eastAsia="Times New Roman" w:cs="Times New Roman"/>
        </w:rPr>
        <w:t>An jiyè 2023, pèp Bondye a nan dènye jou yo te resevwa lòd ankò pou yo pran ti liv la epi manje li. Pandan y ap manje ti liv la, yo sibi yon tès pou wè si yo va rekonèt mesaj twazyèm Malè a nan Revelasyon chapit nèf la (nouvèl ki soti bò solèy leve a) ak mesaj Dànyèl chapit onz la (nouvèl ki soti nan nò a). Pwosesis tès sa a mennen yo nan vèsè trèz rive kenz nan Dànyèl chapit onz la, ki se Batay Panyòm nan, ki se Sezare Filip, e ki se mesaj Rèl Minwi a kote de klas moun ki te tande vwa Li a vin parèt aklè, yon klas “ki te fè byen, pou rezireksyon lavi a; e sila yo ki te fè sa ki mal, pou rezireksyon kondanasyon an.”</w:t>
      </w:r>
    </w:p>
    <w:p>
      <w:pPr>
        <w:pStyle w:val="ArticleBody"/>
        <w:jc w:val="left"/>
      </w:pPr>
      <w:r>
        <w:rPr>
          <w:rFonts w:ascii="Times New Roman" w:hAnsi="Times New Roman" w:eastAsia="Times New Roman" w:cs="Times New Roman"/>
        </w:rPr>
        <w:t>Gen twa vwa nan tan sele a pou san karannkat mil yo, e yo tout se vwa “pa mwens pase Jezikri menm.” Premye vwa Revelasyon dizwit la te fè son li lè gwo bilding vil Nouyòk yo te tonbe anba yon manyen Bondye. Dezyèm vwa a se vwa Mikayèl, arkanj la, ki rele mò yo soti nan tonm yo. Twazyèm vwa a se dezyèm vwa Revelasyon chapit dizwit la, ki rele lòt bann mouton pa Li yo soti nan Babilòn nan lè “gwo tranbleman tè” Revelasyon chapit onz la rive. Akonplisman pafè konfesyon Pyè a nan Sezare Filip la fèt lè Kris la mennen pèp dènye jou pa Li a nan “pati sa a nan pwofesi Danyèl la ki gen rapò ak dènye jou yo.”</w:t>
      </w:r>
    </w:p>
    <w:p>
      <w:pPr>
        <w:pStyle w:val="ArticleBody"/>
        <w:jc w:val="left"/>
      </w:pPr>
      <w:r>
        <w:rPr>
          <w:rFonts w:ascii="Times New Roman" w:hAnsi="Times New Roman" w:eastAsia="Times New Roman" w:cs="Times New Roman"/>
        </w:rPr>
        <w:t>Panium ki nan vèsè trèz rive kenz nan Danyèl onz la, se “pòsyon” pwofesi Danyèl la ki te sele a, ki idantifye mesaj Kri Minwi a. Panium se reyinyon kan Exeter la nan mwa out 1844; se yon istwa k ap akonpli nan dezyèm manda Donald Trump, epi se mesaj pwofetik la ki enprime sele Bondye a sou fwon san karannkat mil yo. Vèsè n ap etidye kounye a yo se yon tè trè sen.</w:t>
      </w:r>
    </w:p>
    <w:p>
      <w:pPr>
        <w:pStyle w:val="ArticleScripture"/>
        <w:jc w:val="left"/>
      </w:pPr>
      <w:r>
        <w:rPr>
          <w:rFonts w:ascii="Times New Roman" w:hAnsi="Times New Roman" w:eastAsia="Times New Roman" w:cs="Times New Roman"/>
        </w:rPr>
        <w:t>“Verite Pyè te konfese a se fondasyon lafwa moun ki kwè a. Se sa menm Kris la Li menm te deklare ki se lavi etènèl. Men, lefètke li te posede konesans sa a pa t bay okenn rezon pou l glorifye tèt li. Se pa t grasa okenn sajès oswa bonte ki soti nan li menm revelasyon sa a te fèt bay Pyè. Jamè limanite, pa pwòp fòs pa li, pa kapab rive nan konesans sa ki diven. ‘Li wo tankou syèl la; ki sa ou ka fè? li pi fon pase lanfè; ki sa ou ka konnen?’ Jòb 11:8. Se sèlman Lespri adopsyon an ki kapab revele nou bagay pwofon Bondye yo, bagay ‘je pa t wè, zòrèy pa t tande, ni yo pa t janm monte nan kè moun.’ ‘Men, Bondye revele yo ban nou pa Lespri Li a: paske Lespri a sonde tout bagay, wi, menm bagay pwofon Bondye yo.’ 1 Korentyen 2:9, 10. ‘Sekrè Seyè a se pou moun ki gen lakrentif pou Li yo;’ epi lefètke Pyè te disène glwa Kris la, sa te yon prèv ke li te ‘resevwa ansèyman nan men Bondye.’ Sòm 25:14; Jan 6:45. Ah, anverite, ‘beni ou ye, Simon, pitit Jonas: paske se pa chè ak san ki revele ou sa.’”</w:t>
      </w:r>
    </w:p>
    <w:p>
      <w:pPr>
        <w:pStyle w:val="ArticleScripture"/>
        <w:jc w:val="left"/>
      </w:pPr>
      <w:r>
        <w:rPr>
          <w:rFonts w:ascii="Times New Roman" w:hAnsi="Times New Roman" w:eastAsia="Times New Roman" w:cs="Times New Roman"/>
        </w:rPr>
        <w:t>Jezi te kontinye: “Mwen di ou tou, ou se Pyè, e se sou wòch sa a M ap bati legliz Mwen an; e pòtay lanfè yo p ap genyen batay sou li.” Mo Pyè a vle di yon wòch,—yon wòch k ap woule. Pyè pa t wòch sou ki legliz la te fonde a. Pòtay lanfè yo te rive genyen batay sou li lè li te nye Seyè li a avèk madichon ak sèman. Legliz la te bati sou Youn pòtay lanfè yo pa t kapab genyen batay sou li. The Desire of Ages, 413</w:t>
      </w:r>
    </w:p>
    <w:p>
      <w:pPr>
        <w:pStyle w:val="ArticleBody"/>
        <w:jc w:val="left"/>
      </w:pPr>
      <w:r>
        <w:rPr>
          <w:rFonts w:ascii="Times New Roman" w:hAnsi="Times New Roman" w:eastAsia="Times New Roman" w:cs="Times New Roman"/>
        </w:rPr>
        <w:t>Mesaj Kris te t ap prezante disip li yo nan Sezare Filip la te, e li toujou ye, mesaj Kri a Minui a, epi li plase nan kontèks yon lagè espirityèl ant dye grèk Pan an, ki tanp li te rele “pòt lanfè yo,” ak de kòn aposta bèt tè a. Makabe yo te pèp aposta Bondye a, ki t ap deklare yo se defansè legliz Bondye a, pandan yo t ap fè lagè kont relijyon Grèk yo. Yo te idantifye tèt yo kòm ni dirijan relijye ni dirijan politik. Yo reprezante Pwotestantis aposta legliz sa yo ki tonbe yo ki, ansanm ak gouvènman Etazini an, kounye a ap fòme yon imaj bèt la epi ap fè lagè kont relijyon globalis yo, sa yo rele woke-ism nan ak Manman Latè. Kòn aposta yo genyen batay la nan lit yo ak eleman relijye ak politik globalis la, epi an menm tan an vrè kòn pwotestan an ap pirifye pa retire dènye rès vyèj san konprann yo, anvan yo leve li tankou yon banyè nan “gwo tranblemanntè” lwa dimanch ki pral vini talè a.</w:t>
      </w:r>
    </w:p>
    <w:p>
      <w:pPr>
        <w:pStyle w:val="ArticleBody"/>
        <w:jc w:val="left"/>
      </w:pPr>
      <w:r>
        <w:rPr>
          <w:rFonts w:ascii="Times New Roman" w:hAnsi="Times New Roman" w:eastAsia="Times New Roman" w:cs="Times New Roman"/>
        </w:rPr>
        <w:t>Pati sa pwofesi liv Danyèl la ki gen rapò ak dènye jou yo, ki se tou Revelasyon Jezikri a, e ki se mesaj Kri Minwi a, Lyon tribi Jida a louvri l nan Sezare Filip, ki se Panyòm. Li louvri l nan mitan lagè ant bèt ate ki soti nan twou san fon an ak kòn Repiblikanis la ki te kòmanse souke bèt sa a an 2015, epi kont vrè kòn Pwotestantis la k ap resisite kounye a tankou yon lame vanyan.</w:t>
      </w:r>
    </w:p>
    <w:p>
      <w:pPr>
        <w:pStyle w:val="ArticleBody"/>
        <w:jc w:val="left"/>
      </w:pPr>
      <w:r>
        <w:rPr>
          <w:rFonts w:ascii="Times New Roman" w:hAnsi="Times New Roman" w:eastAsia="Times New Roman" w:cs="Times New Roman"/>
        </w:rPr>
        <w:t>Verite Pyè te konfese a reprezante siy delimitasyon 11 septanm 2001 an, epi tou lefèt ke Kris la se Pitit Bondye vivan an. Verite sa ki reprezante nan lefèt ke Jezi se Pitit Bondye a, se yon verite k ap teste, menm jan sa te ye avèk kesyon si Jezi te Mesi a oubyen non nan jou Pyè yo. Pwoklamasyon ki di Jezi se Pitit Bondye a reprezante tout sa ki te deja revele konsènan kiyès Pitit la ye. Li reprezante pa sèlman lefèt ke Li te Pitit Bondye, men tou lefèt ke Li te pitit lòm. Se verite enkarnasyon divinite nan limanite a, ki se menm travay la ki akonpli pandan tan sele a pou san karannkat mil yo. Verite “enkarnasyon” an, se verite nan fen an ki te prefigire pa verite “Saba” a nan kòmansman an.</w:t>
      </w:r>
    </w:p>
    <w:p>
      <w:pPr>
        <w:pStyle w:val="ArticleBody"/>
        <w:jc w:val="left"/>
      </w:pPr>
      <w:r>
        <w:rPr>
          <w:rFonts w:ascii="Times New Roman" w:hAnsi="Times New Roman" w:eastAsia="Times New Roman" w:cs="Times New Roman"/>
        </w:rPr>
        <w:t>22 oktòb 1844 te make rive twazyèm zanj lan. Lè yon zanj rive, yon verite espesyal ki adapte ak peryòd kote verite a dekache a, Lyon nan branch fanmi Jida a louvri l; epi verite sa a vin mete jenerasyon kote verite sa a louvri a anba eprèv. Nan 22 oktòb 1844, verite ki asosye ak travay Kris la, ki te vini toudenkou nan tanp Li te leve pandan karannsis ane yo soti 1798 rive 1844, te revele. Travay jijman Kris la, lalwa Bondye a, wòl Li kòm Gran Prèt, kestyon mak bèt la ak sele san karannkat mil yo, tout te louvri. Yo te montre Sè White ke, pami verite sa yo, te gen yon verite Alpha ak Omega a te idantifye nan yon limyè espesyal.</w:t>
      </w:r>
    </w:p>
    <w:p>
      <w:pPr>
        <w:pStyle w:val="ArticleScripture"/>
        <w:jc w:val="left"/>
      </w:pPr>
      <w:r>
        <w:rPr>
          <w:rFonts w:ascii="Times New Roman" w:hAnsi="Times New Roman" w:eastAsia="Times New Roman" w:cs="Times New Roman"/>
        </w:rPr>
        <w:t>“Mwen te sezi pandan m t ap wè katriyèm kòmandman an nan mitan menm dis prensip yo, ak yon dou won limyè ki t ap antoure l. Zanj lan te di: ‘Se sèl la pami dis la ki defini Bondye vivan an ki te kreye syèl la ak tè a ansanm ak tout bagay ki ladan yo. Lè fondasyon tè a te poze, se lè sa a fondasyon Saba a tou te poze.’” Testimonies, volim 1, 75.</w:t>
      </w:r>
    </w:p>
    <w:p>
      <w:pPr>
        <w:pStyle w:val="ArticleBody"/>
        <w:jc w:val="left"/>
      </w:pPr>
      <w:r>
        <w:rPr>
          <w:rFonts w:ascii="Times New Roman" w:hAnsi="Times New Roman" w:eastAsia="Times New Roman" w:cs="Times New Roman"/>
        </w:rPr>
        <w:t>Lè tan sele san karant-kat mil yo te rive, li te dwe pran reta poutèt rebelyon ane 1863 la. Sou 11 septanm 2001, pwosesis sele a te kòmanse lè Kris la, ki reprezante kòm zanj pwisan an nan Revelasyon chapit dizuit, desann ak yon liv kache nan men Li ke pèp Bondye a nan dènye jou yo te dwe manje. Alfa ak Omega a toujou montre fen an avèk kòmansman an; konsa, nan dènye jou yo te gen yon lòt verite yo te mete nan yon limyè espesyal, e li te dirèkteman konekte ak verite Saba a ki te mete an relèf premye fwa Kris la te eseye sele san karant-kat mil yo.</w:t>
      </w:r>
    </w:p>
    <w:p>
      <w:pPr>
        <w:pStyle w:val="ArticleScripture"/>
        <w:jc w:val="left"/>
      </w:pPr>
      <w:r>
        <w:rPr>
          <w:rFonts w:ascii="Times New Roman" w:hAnsi="Times New Roman" w:eastAsia="Times New Roman" w:cs="Times New Roman"/>
        </w:rPr>
        <w:t>“Lè a rive pou Dànyèl kanpe nan pòsyon pa li. Lè a rive pou limyè yo te ba li a ale nan mond lan tankou sa pa t janm fèt anvan. Si moun sa yo Seyè a fè anpil bagay pou yo ap mache nan limyè a, konesans yo sou Kris la ak sou pwofesi ki gen rapò ak Li yo ap ogmante anpil pandan y ap pwoche bò fen istwa tè sa a.</w:t>
      </w:r>
    </w:p>
    <w:p>
      <w:pPr>
        <w:pStyle w:val="ArticleScripture"/>
        <w:jc w:val="left"/>
      </w:pPr>
      <w:r>
        <w:rPr>
          <w:rFonts w:ascii="Times New Roman" w:hAnsi="Times New Roman" w:eastAsia="Times New Roman" w:cs="Times New Roman"/>
        </w:rPr>
        <w:t>“Moun ki nan kominyon ak Bondye ap mache nan limyè Solèy Jistis la. Yo pa dezonore Redanmtè yo lè yo gate chemen yo devan Bondye. Limyè syèl la klere sou yo. Yo gen yon valè enfini devan Bondye, paske yo fè youn ak Kris la. Pou yo menm, pawòl Bondye a gen yon bote ak yon dousè ki depase tout bagay. Yo wè enpòtans li. Verite a devwale devan yo. Doktrin enkarnasyon an kouvri ak yon dou radyans. Yo wè Ekriti yo se kle ki louvri tout mistè epi ki rezoud tout difikilte. Moun ki pa t vle resevwa limyè a epi mache nan limyè a p ap kapab konprann mistè ladivinite a, men moun ki pa t ezite pran kwa a epi suiv Jezi ap wè limyè nan limyè Bondye a.” Manuscript Releases, nimewo 21, 406, 407.</w:t>
      </w:r>
    </w:p>
    <w:p>
      <w:pPr>
        <w:pStyle w:val="ArticleBody"/>
        <w:jc w:val="left"/>
      </w:pPr>
      <w:r>
        <w:rPr>
          <w:rFonts w:ascii="Times New Roman" w:hAnsi="Times New Roman" w:eastAsia="Times New Roman" w:cs="Times New Roman"/>
        </w:rPr>
        <w:t>Doktrin enkarnasyon an se verite ki fè konnen Divinite ini ak limanite pa peche, epi siy moun ki rive nan eksperyans sa a nan dènye jou yo se Saba a.</w:t>
      </w:r>
    </w:p>
    <w:p>
      <w:pPr>
        <w:pStyle w:val="ArticleScripture"/>
        <w:jc w:val="left"/>
      </w:pPr>
      <w:r>
        <w:rPr>
          <w:rFonts w:ascii="Times New Roman" w:hAnsi="Times New Roman" w:eastAsia="Times New Roman" w:cs="Times New Roman"/>
        </w:rPr>
        <w:t>Anplis, mwen menm tou, mwen te ba yo saba m yo, pou yo sèvi kòm yon siy ant mwen menm ak yo, pou yo te ka konnen se mwen menm ki SENYÈ a ki sanktifye yo. Ezekyèl 20:12.</w:t>
      </w:r>
    </w:p>
    <w:p>
      <w:pPr>
        <w:pStyle w:val="ArticleBody"/>
        <w:jc w:val="left"/>
      </w:pPr>
      <w:r>
        <w:rPr>
          <w:rFonts w:ascii="Times New Roman" w:hAnsi="Times New Roman" w:eastAsia="Times New Roman" w:cs="Times New Roman"/>
        </w:rPr>
        <w:t>San karannkat mil yo ak karannkat mil yo sele pou letènite, e pwosesis sele a idantifye yon kout peryòd tan nan fen pwosesis sele a, jis anvan lwa dimanch lan, lè sele a enprime. Nan kout peryòd tan sa a, Divinite ini ak limanite, pou toutan.</w:t>
      </w:r>
    </w:p>
    <w:p>
      <w:pPr>
        <w:pStyle w:val="ArticleScripture"/>
        <w:jc w:val="left"/>
      </w:pPr>
      <w:r>
        <w:rPr>
          <w:rFonts w:ascii="Times New Roman" w:hAnsi="Times New Roman" w:eastAsia="Times New Roman" w:cs="Times New Roman"/>
        </w:rPr>
        <w:t>“Frè m yo, kisa n ap fè nan gwo travay preparasyon an? Moun k ap ini ak lemonn ap resevwa mwazi lemonn nan epi y ap prepare pou mak bèt la. Moun ki pa mete konfyans nan pwòp tèt yo, k ap imilye tèt yo devan Bondye epi k ap pirifye nanm yo lè yo obeyi verite a, se yo menm k ap resevwa mwazi syèl la epi k ap prepare pou sele Bondye sou fwon yo. Lè dekrè a va pibliye epi mak la va enprime, karaktè yo ap rete pi e san tach pou letènite.”</w:t>
      </w:r>
    </w:p>
    <w:p>
      <w:pPr>
        <w:pStyle w:val="ArticleScripture"/>
        <w:jc w:val="left"/>
      </w:pPr>
      <w:r>
        <w:rPr>
          <w:rFonts w:ascii="Times New Roman" w:hAnsi="Times New Roman" w:eastAsia="Times New Roman" w:cs="Times New Roman"/>
        </w:rPr>
        <w:t>“Kounyeya a se moman pou prepare nou. So Bondye a p ap janm mete sou fwon okenn gason oswa okenn fanm ki pa pwòp. Li p ap janm mete sou fwon okenn gason oswa okenn fanm ki gen anbisyon, ki renmen mond lan. Li p ap janm mete sou fwon gason oswa fanm ki gen lang manti oswa kè twonpè. Tout moun ki resevwa so a dwe san tach devan Bondye—kandida pou syèl la. Avanse, frè m ak sè m yo. Mwen kapab sèlman ekri yon ti jan sou pwen sa yo kounye a, sèlman pou m atire atansyon nou sou nesesite preparasyon an. Fouye Ekriti yo pou tèt pa nou, pou nou ka konprann gravite redoutab lè n ap viv la.” Testimonies, volim 5, 216.</w:t>
      </w:r>
    </w:p>
    <w:p>
      <w:pPr>
        <w:pStyle w:val="ArticleBody"/>
        <w:jc w:val="left"/>
      </w:pPr>
      <w:r>
        <w:rPr>
          <w:rFonts w:ascii="Times New Roman" w:hAnsi="Times New Roman" w:eastAsia="Times New Roman" w:cs="Times New Roman"/>
        </w:rPr>
        <w:t>Pasaj anvan an ta ka fè konprann ke sele a enprime nan moman lwa dimanch lan, men se pa sa. Sè White klè lè li di ke lwa dimanch lan se yon gwo kriz, epi li anseye tou avèk klète ke se nan yon kriz karaktè parèt aklè, men li pa janm devlope nan yon kriz. Sele a enprime nan lwa dimanch lan nan sans ke se lè sa a li vin vizib, paske sila yo ki gen sele a lè sa a leve kòm yon drapo. Sele a enprime nan yon kout peryòd tan, jis anvan tan gras la fèmen, epi pou moun k ap kenbe saba a, tan gras la fèmen nan lwa dimanch lan. Travay sele a te kòmanse 11 septanm 2001, epi pèsonn pa t resevwa sele Bondye a lè sa a, paske jan sa te ilistre nan peryòd tan ki te swiv 22 oktòb 1844 la, te gen dabò yon pwosesis tès ki te dwe fèt.</w:t>
      </w:r>
    </w:p>
    <w:p>
      <w:pPr>
        <w:pStyle w:val="ArticleBody"/>
        <w:jc w:val="left"/>
      </w:pPr>
      <w:r>
        <w:rPr>
          <w:rFonts w:ascii="Times New Roman" w:hAnsi="Times New Roman" w:eastAsia="Times New Roman" w:cs="Times New Roman"/>
        </w:rPr>
        <w:t>Nan chak mouvman refòm, lè senbòl diven an desann pou bay fòs a mesaj ki te dezsele nan tan lafen an, yon pwosesis eprèv kòmanse. Lè Mikaèl te desann pou bay Siris fòs pou l avanse ak premye dekrè a, Juif yo te alors mete anba eprèv pou wè si yo t ap kite kay yo te viv ladan l pandan swasanndis ane ki te pase yo, pou yo retounen nan yon vil kraze epi rebati li. Lè Sentespri a te desann nan batèm Kris la, Juif yo te sibi eprèv sou kestyon Mesi a. Lè zanj pisan nan Revelasyon dis la te desann nan 11 out 1840, jenerasyon sa a te sibi eprèv sou kestyon si yo t ap manje ti liv la, ansanm ak tout sa ti liv la te reprezante.</w:t>
      </w:r>
    </w:p>
    <w:p>
      <w:pPr>
        <w:pStyle w:val="ArticleBody"/>
        <w:jc w:val="left"/>
      </w:pPr>
      <w:r>
        <w:rPr>
          <w:rFonts w:ascii="Times New Roman" w:hAnsi="Times New Roman" w:eastAsia="Times New Roman" w:cs="Times New Roman"/>
        </w:rPr>
        <w:t>Yon pwosesis eprèv te kòmanse nan 11 dawout 1840, e li te pwodui de klas adoratè; epi klas ki te swiv Ti Mouton an antre nan Kote ki Pi Sen an te kandida pou yo te pami san karannkat mil yo. Eprèv final la pou jenerasyon sa a, ki te echwe nan pwosesis eprèv la, te kòmanse avèk rive yon limyè pi ogmante sou “sèt fwa” yo, nan Levitik vennsis. Soti 1856 rive 1863, mesaj Lawodise a te make yon dènye peryòd tan nan peryòd ki te kòmanse avèk rive twazyèm zanj lan nan 22 oktòb 1844. Peryòd tan sa a reprezante pa vèsè trèz rive kenz nan Danyèl chapit onz.</w:t>
      </w:r>
    </w:p>
    <w:p>
      <w:pPr>
        <w:pStyle w:val="ArticleBody"/>
        <w:jc w:val="left"/>
      </w:pPr>
      <w:r>
        <w:rPr>
          <w:rFonts w:ascii="Times New Roman" w:hAnsi="Times New Roman" w:eastAsia="Times New Roman" w:cs="Times New Roman"/>
        </w:rPr>
        <w:t>N ap kontinye etid sa a nan atik k ap vini an.</w:t>
      </w:r>
    </w:p>
    <w:p>
      <w:pPr>
        <w:pStyle w:val="ArticleScripture"/>
        <w:jc w:val="left"/>
      </w:pPr>
      <w:r>
        <w:rPr>
          <w:rFonts w:ascii="Times New Roman" w:hAnsi="Times New Roman" w:eastAsia="Times New Roman" w:cs="Times New Roman"/>
        </w:rPr>
        <w:t>“‘Nan kòmansman an te gen Pawòl la, e Pawòl la te avèk Bondye, e Pawòl la te Bondye. Menm Pawòl sa a te nan kòmansman an avèk Bondye. Se pa li tout bagay te fèt; e san li pa t gen anyen ki te fèt ki pa t fèt. Nan li te gen lavi; e lavi a te limyè lèzòm. E limyè a klere nan fènwa; e fènwa a pa t konprann li.’ ‘E Pawòl la te tounen chè, e li te rete nan mitan nou, (e nou te wè laglwa li, laglwa tankou sèl Pitit Papa a te fè, ) plen ak gras ak verite’ (Jan 1:1–5, 14).”</w:t>
      </w:r>
    </w:p>
    <w:p>
      <w:pPr>
        <w:pStyle w:val="ArticleScripture"/>
        <w:jc w:val="left"/>
      </w:pPr>
      <w:r>
        <w:rPr>
          <w:rFonts w:ascii="Times New Roman" w:hAnsi="Times New Roman" w:eastAsia="Times New Roman" w:cs="Times New Roman"/>
        </w:rPr>
        <w:t>“Chapit sa a trase karaktè ak enpòtans travay Kris la. Tankou yon moun ki byen konprann sijè li, Jan atribye tout pouvwa a Kris, epi li pale de grandè ak majeste Li. Li fè reyon diven verite presye yo briye, menm jan limyè soti nan solèy la. Li prezante Kris kòm sèl Medyatè ant Bondye ak limanite. ”</w:t>
      </w:r>
    </w:p>
    <w:p>
      <w:pPr>
        <w:pStyle w:val="ArticleScripture"/>
        <w:jc w:val="left"/>
      </w:pPr>
      <w:r>
        <w:rPr>
          <w:rFonts w:ascii="Times New Roman" w:hAnsi="Times New Roman" w:eastAsia="Times New Roman" w:cs="Times New Roman"/>
        </w:rPr>
        <w:t>“Doktrin enkarnasyon Kris la nan chè imen se yon mistè, ‘menm mistè a ki te kache depi tout tan ak depi nan tout jenerasyon’ (Colossians 1:26). Se gran mistè pwofon pie­te a. ‘Pawòl la te fèt chè, epi li te tabli kay li nan mitan nou’ (John 1:14). Kris te pran sou tèt li nati imen an, yon nati ki pi ba pase nati selès li. Pa gen anyen ki montre bèl desann Bondye a pi klè pase sa. Li ‘te sitèlman renmen mond lan, li bay sèl Pitit li fè a’ (John 3:16). Jan prezante sijè mèvèy sa a avèk yon senplisite konsa, pou tout moun ka konprann lide yo mete devan yo, epi pou yo resevwa limyè.”</w:t>
      </w:r>
    </w:p>
    <w:p>
      <w:pPr>
        <w:pStyle w:val="ArticleScripture"/>
        <w:jc w:val="left"/>
      </w:pPr>
      <w:r>
        <w:rPr>
          <w:rFonts w:ascii="Times New Roman" w:hAnsi="Times New Roman" w:eastAsia="Times New Roman" w:cs="Times New Roman"/>
        </w:rPr>
        <w:t>“Kris pa t fè sanblan pran nati imen; Li te vrèman pran li. An reyalite, Li te posede nati imen. ‘Tankou timoun yo patisipe nan chè ak san, Li menm tou, menm jan an, te patisipe nan menm bagay sa yo’ (Hebrews 2:14). Li te pitit gason Mari; Li te soti nan desandans David selon desandans imen. Yo deklare Li se yon moun, menm Moun nan, Kris Jezi. ‘Nonm sa a,’ Pòl ekri, ‘te jwenn diy pou plis glwa pase Moyiz, poutèt moun ki bati kay la gen plis onè pase kay la’ (Hebrews 3:3).”</w:t>
      </w:r>
    </w:p>
    <w:p>
      <w:pPr>
        <w:pStyle w:val="ArticleScripture"/>
        <w:jc w:val="left"/>
      </w:pPr>
      <w:r>
        <w:rPr>
          <w:rFonts w:ascii="Times New Roman" w:hAnsi="Times New Roman" w:eastAsia="Times New Roman" w:cs="Times New Roman"/>
        </w:rPr>
        <w:t>“Men, alòske Pawòl Bondye a pale de limanite Kris la lè Li te sou tè sa a, li pale tou avèk klète konsènan pre-egzistans Li. Pawòl la te egziste kòm yon Èt diven, menm jan ak Pitit etènèl Bondye a, nan inyon ak nan inite avèk Papa Li. Depi tout letènite, Li te Medyatè alyans lan, sila a nan ki tout nasyon sou tè a, ni Jwif ni moun lòt nasyon, si yo te aksepte Li, te dwe beni. ‘Pawòl la te avèk Bondye, e Pawòl la te Bondye’ (John 1:1). Anvan lèzòm oswa zanj yo te kreye, Pawòl la te avèk Bondye, e li te Bondye.”</w:t>
      </w:r>
    </w:p>
    <w:p>
      <w:pPr>
        <w:pStyle w:val="ArticleScripture"/>
        <w:jc w:val="left"/>
      </w:pPr>
      <w:r>
        <w:rPr>
          <w:rFonts w:ascii="Times New Roman" w:hAnsi="Times New Roman" w:eastAsia="Times New Roman" w:cs="Times New Roman"/>
        </w:rPr>
        <w:t>“Monn nan te fèt pa Li, ‘e san li pa t gen anyen ki te fèt nan tout sa ki te fèt’ (Jan 1:3). Si Kris te fè tout bagay, Li te egziste anvan tout bagay. Pawòl yo pale konsènan sa a tèlman desizif, pèsonn pa bezwen rete nan dout. Kris te Bondye nan sans esansyèl la, e nan sans ki pi wo a. Li te avèk Bondye depi tout letènite, Bondye sou tout bagay, beni pou tout tan.</w:t>
      </w:r>
    </w:p>
    <w:p>
      <w:pPr>
        <w:pStyle w:val="ArticleScripture"/>
        <w:jc w:val="left"/>
      </w:pPr>
      <w:r>
        <w:rPr>
          <w:rFonts w:ascii="Times New Roman" w:hAnsi="Times New Roman" w:eastAsia="Times New Roman" w:cs="Times New Roman"/>
        </w:rPr>
        <w:t>Seyè Jezi Kris la, Pitit Bondye a ki diven, te egziste depi letènite, yon pèsonn distenk, men youn avèk Papa a. Li te glwa siprèm syèl la. Li te kòmandan entèlijans selès yo, epi omaj adorasyon zanj yo t ap rann lan, Li te resevwa l kòm dwa pa Li. Sa pa t okenn vòl sou Bondye. “Seyè a te posede m nan kòmansman chemen li,” Li deklare, “anvan zèv li yo depi nan tan lontan. Mwen te etabli depi letènite, depi nan kòmansman, anvan tè a te egziste. Lè pa t gen pwofondè, mwen te vin parèt; lè pa t gen sous dlo ki t ap debòde. Anvan mòn yo te fikse, anvan ti mòn yo mwen te vin parèt; pandan li poko t fè tè a, ni chan yo, ni pati ki pi wo nan pousyè lemonn. Lè li te prepare syèl yo, mwen te la; lè li te trase yon sèk sou sifas gwo twou san fon an” (Pwovèb 8:22–27).</w:t>
      </w:r>
    </w:p>
    <w:p>
      <w:pPr>
        <w:pStyle w:val="ArticleScripture"/>
        <w:jc w:val="left"/>
      </w:pPr>
      <w:r>
        <w:rPr>
          <w:rFonts w:ascii="Times New Roman" w:hAnsi="Times New Roman" w:eastAsia="Times New Roman" w:cs="Times New Roman"/>
        </w:rPr>
        <w:t>«Gen limyè ak laglwa nan verite ki di Kris la te youn ak Papa a anvan fondasyon mond lan te poze. Sa a se limyè k ap briye nan yon kote ki fè nwa, k ap fè l klere ak laglwa diven, orijinal. Verite sa a, ki enfiniman mistik nan li menm, esplike lòt verite mistik ki, san sa, ta rete san eksplikasyon, pandan li menm li rete antoure nan yon limyè ki pa ka pwoche e ki enkonpreyansib.» Selected Messages, liv 1, 246–248.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Danyèl la — Nimewo San Katrevenntwa</dc:title>
  <dc:subject>Fondasyon Etènèl la: Kris nan Istwa Pwofetik ak Lafwa Kwayan an</dc:subject>
  <dc:creator>Jeff Pippenger</dc:creator>
  <cp:keywords/>
  <dc:description>Generated by ArticleDigger from daniel\183_daniel.json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