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san katreven-sèt</w:t>
      </w:r>
    </w:p>
    <w:p>
      <w:pPr>
        <w:pStyle w:val="ArticleSubtitle"/>
        <w:jc w:val="left"/>
      </w:pPr>
      <w:r>
        <w:rPr>
          <w:rFonts w:ascii="Arial" w:hAnsi="Arial" w:eastAsia="Arial" w:cs="Arial"/>
        </w:rPr>
        <w:t>Revelasyon Lyon an: Depi Panium rive nan Dènye Seleman 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Lè Jezi ap desele yon verite pwofetik, yo reprezante Li kòm Lyon nan tribi Jida a; epi nan Sezare Filipi, Lyon nan tribi Jida a te kòmanse desele verite sa a: “ke li te dwe ale Jerizalèm, soufri anpil bagay anba men ansyen yo, chèf prèt yo ak dirèktè lalwa yo, pou yo touye li, epi pou li leve ankò sou twazyèm jou a.” Verite sa yo ann amoni ak mesaj Li te desele nan kòmansman tan sele a pou san karannkat mil yo, epi apre sa ankò nan fen menm peryòd sa a. Verite sa yo ann amoni ak mesaj ki reprezante nan vèsè trèz rive kenz nan chapit onz liv Danyèl la.</w:t>
      </w:r>
    </w:p>
    <w:p>
      <w:pPr>
        <w:pStyle w:val="ArticleBody"/>
        <w:jc w:val="left"/>
      </w:pPr>
      <w:r>
        <w:rPr>
          <w:rFonts w:ascii="Times New Roman" w:hAnsi="Times New Roman" w:eastAsia="Times New Roman" w:cs="Times New Roman"/>
        </w:rPr>
        <w:t>Lè Li sele verite sa a pou san karannkat mil yo, Li fè sa atravè metodoloji liy sou liy, paske se la yo jwenn “kle” wayòm Bondye a. Verite sa yo dwe manje, paske yo se kle wayòm Bondye a, e wayòm Bondye a dwe anndan pèp Li a.</w:t>
      </w:r>
    </w:p>
    <w:p>
      <w:pPr>
        <w:pStyle w:val="ArticleScripture"/>
        <w:jc w:val="left"/>
      </w:pPr>
      <w:r>
        <w:rPr>
          <w:rFonts w:ascii="Times New Roman" w:hAnsi="Times New Roman" w:eastAsia="Times New Roman" w:cs="Times New Roman"/>
        </w:rPr>
        <w:t>Epi lè Farizyen yo te mande l kilè wayòm Bondye a t ap vini, li reponn yo, li di: Wayòm Bondye a pa vini yon fason pou moun obsève l; ni yo p ap di: Gade, li isit! oswa: Gade, li laba! paske, gade, wayòm Bondye a anndan nou. Lik 17:20, 21.</w:t>
      </w:r>
    </w:p>
    <w:p>
      <w:pPr>
        <w:pStyle w:val="ArticleBody"/>
        <w:jc w:val="left"/>
      </w:pPr>
      <w:r>
        <w:rPr>
          <w:rFonts w:ascii="Times New Roman" w:hAnsi="Times New Roman" w:eastAsia="Times New Roman" w:cs="Times New Roman"/>
        </w:rPr>
        <w:t>Move yo kwè, e poutan yo tranble, paske li pa sifi pou yon moun senpleman kwè “verite” a. Li dwe vin fè pati de ou menm jan ak manje fizik yo manje a. Nan istwa vèsè trèz rive kenz yo, Lyon branch fanmi Jida a retire sele sou verite ki gen rapò ak lwa dimanch k ap vini byento a, e verite sa yo enprime sele a sou fwon vyèj saj yo, davans anvan kriz k ap vini an. Lyon branch fanmi Jida a te konnen parfe temwayaj chapit sèz nan Matye a, e vizit Li nan Sezare Filipi te annamoni ak temwayaj Danyèl sou Panyòm, epi Li te konnen lonbraj kwa a, anba li menm ak disip Li a te kanpe nan Sezare Filipi, te reprezante lonbraj lwa dimanch k ap vini an nan istwa pèp Li a nan dènye jou yo.</w:t>
      </w:r>
    </w:p>
    <w:p>
      <w:pPr>
        <w:pStyle w:val="ArticleScripture"/>
        <w:jc w:val="left"/>
      </w:pPr>
      <w:r>
        <w:rPr>
          <w:rFonts w:ascii="Times New Roman" w:hAnsi="Times New Roman" w:eastAsia="Times New Roman" w:cs="Times New Roman"/>
        </w:rPr>
        <w:t>Depi lè sa a, Jezi te kòmanse montre disip li yo kijan li te dwe ale Jerizalèm, soufri anpil bagay nan men ansyen yo, chèf prèt yo ak dirèktè lalwa yo, yo touye li, epi sou twazyèm jou a li leve ankò. Lè sa a, Pyè pran li apa, li kòmanse reprimande li, li di: Sa pa dwe rive w, Seyè; sa p ap janm rive w. Men Jezi vire, li di Pyè: Ret dèyè mwen, Satan; ou se yon blokaj pou mwen, paske ou pa gen nan lide bagay ki soti nan Bondye, men bagay ki soti nan lèzòm. Lè sa a, Jezi di disip li yo: Si yon moun vle vini dèyè mwen, se pou li renonse tèt li, pran kwa pa li, epi swiv mwen. Paske nenpòt moun ki vle sove lavi li ap pèdi li; epi nenpòt moun ki pèdi lavi li poutèt mwen ap jwenn li. Paske ki avantaj yon moun genyen, si li ta genyen tout lemonn, epi li pèdi pwòp nanm li? Oswa kisa yon moun va bay an echanj pou nanm li? Paske Pitit lòm nan gen pou vini nan glwa Papa li ak zanj li yo; lè sa a, li va rekonpanse chak moun dapre zèv li yo. Anverite mwen di nou sa, gen kèk nan moun ki kanpe isit la ki p ap goute lanmò, jiskaske yo wè Pitit lòm nan ap vini nan wayòm li an. Matye 16:21–28.</w:t>
      </w:r>
    </w:p>
    <w:p>
      <w:pPr>
        <w:pStyle w:val="ArticleBody"/>
        <w:jc w:val="left"/>
      </w:pPr>
      <w:r>
        <w:rPr>
          <w:rFonts w:ascii="Times New Roman" w:hAnsi="Times New Roman" w:eastAsia="Times New Roman" w:cs="Times New Roman"/>
        </w:rPr>
        <w:t>Premye a, e se poutèt sa, dapre règ premye mansyònman an, bagay ki pi enpòtan Jezi te di disip li yo konsènan soufrans lakwa a, se ke yo t ap bezwen pran pwòp kwa pa yo, si yo te chwazi swiv li. Sè White deklare avèk klète ke kwa a se jouk la tou. Jouk la ak kwa a se senbòl volonte pèsonèl lèzòm, e tout bagay depann de bon egzèsis volonte a. Pouvwa ki soutni tanp Bondye a se yon Ti Mouton ki te touye e yo te pann sou yon “poto”. Ti Mouton yo touye a reprezante krisifiksyon nati enferyè ki chèch la, epi “poto” kote chè a ki mouri a pann nan se volonte a. Kris te bay egzanp pa li sou kijan pou genyen batay la lè li te toujou kenbe volonte pa li soumèt anba volonte Papa li; e poutèt li te akonpli travay sa a, li te chita sou twòn nan ansanm ak Papa li. Senbòl viktwa a se Ti Mouton yo touye a ki pann sou poto a. Tout verite sa yo asosye dirèkteman ak sila yo ki reprezante kòm Pyè.</w:t>
      </w:r>
    </w:p>
    <w:p>
      <w:pPr>
        <w:pStyle w:val="ArticleBody"/>
        <w:jc w:val="left"/>
      </w:pPr>
      <w:r>
        <w:rPr>
          <w:rFonts w:ascii="Times New Roman" w:hAnsi="Times New Roman" w:eastAsia="Times New Roman" w:cs="Times New Roman"/>
        </w:rPr>
        <w:t>Pou Filadèlfi, ki reprezante pa tant Exeter la, yo deklare:</w:t>
      </w:r>
    </w:p>
    <w:p>
      <w:pPr>
        <w:pStyle w:val="ArticleScripture"/>
        <w:jc w:val="left"/>
      </w:pPr>
      <w:r>
        <w:rPr>
          <w:rFonts w:ascii="Times New Roman" w:hAnsi="Times New Roman" w:eastAsia="Times New Roman" w:cs="Times New Roman"/>
        </w:rPr>
        <w:t>Moun ki va genyen batay la, m ap fè l tounen yon poto nan tanp Bondye mwen an, e li p ap janm soti ankò; epi m ap ekri sou li non Bondye mwen an, ak non vil Bondye mwen an, ki se nouvo Jerizalèm nan, ki desann soti nan syèl la bò kote Bondye mwen an; epi m ap ekri sou li nouvo non pa m nan. Moun ki gen zòrèy, se pou l tande sa Lespri a di legliz yo. Revelasyon 3:12, 13.</w:t>
      </w:r>
    </w:p>
    <w:p>
      <w:pPr>
        <w:pStyle w:val="ArticleBody"/>
        <w:jc w:val="left"/>
      </w:pPr>
      <w:r>
        <w:rPr>
          <w:rFonts w:ascii="Times New Roman" w:hAnsi="Times New Roman" w:eastAsia="Times New Roman" w:cs="Times New Roman"/>
        </w:rPr>
        <w:t>Moun ki va genyen menm jan Kris la te genyen an, l ap resevwa yon nouvo non, menm jan Simon Barjona te resevwa youn; epi yo va tounen yon poto nan tanp Bondye a, menm jan Kris la se Ti Mouton ki te touye a e ki te pandye sou yon poto nan tanp Bondye a. Lè yo genyen menm jan Kris la te genyen an, yo va chita tou sou twòn nan nan kote selès yo, menm jan Kris la te fè sa.</w:t>
      </w:r>
    </w:p>
    <w:p>
      <w:pPr>
        <w:pStyle w:val="ArticleBody"/>
        <w:jc w:val="left"/>
      </w:pPr>
      <w:r>
        <w:rPr>
          <w:rFonts w:ascii="Times New Roman" w:hAnsi="Times New Roman" w:eastAsia="Times New Roman" w:cs="Times New Roman"/>
        </w:rPr>
        <w:t>Pou Lawodiseya, ki reprezante pa tant Watertown lan, sa deklare:</w:t>
      </w:r>
    </w:p>
    <w:p>
      <w:pPr>
        <w:pStyle w:val="ArticleScripture"/>
        <w:jc w:val="left"/>
      </w:pPr>
      <w:r>
        <w:rPr>
          <w:rFonts w:ascii="Times New Roman" w:hAnsi="Times New Roman" w:eastAsia="Times New Roman" w:cs="Times New Roman"/>
        </w:rPr>
        <w:t>Men m ap kanpe devan pòt la, m ap frape: si yon moun tande vwa mwen, epi li louvri pòt la, m ap antre lakay li, m ap soupe avè l, e li menm avè m. Moun ki genyen batay la, m ap ba li chita ansanm avè m sou twòn mwen an, menm jan mwen menm tou mwen te genyen batay la, epi mwen chita ansanm ak Papa m sou twòn pa li a. Moun ki gen zòrèy, se pou li tande sa Lespri a ap di legliz yo. Revelasyon 3:20–22.</w:t>
      </w:r>
    </w:p>
    <w:p>
      <w:pPr>
        <w:pStyle w:val="ArticleBody"/>
        <w:jc w:val="left"/>
      </w:pPr>
      <w:r>
        <w:rPr>
          <w:rFonts w:ascii="Times New Roman" w:hAnsi="Times New Roman" w:eastAsia="Times New Roman" w:cs="Times New Roman"/>
        </w:rPr>
        <w:t>Premye verite Jezi te di disip yo pandan Li t ap kòmanse revele soufrans lakwa yo, se te verite ke lèzòm dwe genyen batay la egzakteman jan Li menm te bay yon egzanp sou fason pou genyen batay la. Lèzòm dwe kloure lachè a sou kwa a ansanm ak santiman li yo ak move dezi li yo. Lè sa a fin fèt, yo pral chita nan plas ki nan syèl la.</w:t>
      </w:r>
    </w:p>
    <w:p>
      <w:pPr>
        <w:pStyle w:val="ArticleScripture"/>
        <w:jc w:val="left"/>
      </w:pPr>
      <w:r>
        <w:rPr>
          <w:rFonts w:ascii="Times New Roman" w:hAnsi="Times New Roman" w:eastAsia="Times New Roman" w:cs="Times New Roman"/>
        </w:rPr>
        <w:t>Menm lè nou te mouri nan peche nou yo, li fè nou viv ansanm ak Kris la, (se pa gras nou sove) epi li leve nou ansanm avè l, li fè nou chita ansanm nan kote ki nan syèl yo, nan Jezi Kris la. Efezyen 2:5, 6.</w:t>
      </w:r>
    </w:p>
    <w:p>
      <w:pPr>
        <w:pStyle w:val="ArticleBody"/>
        <w:jc w:val="left"/>
      </w:pPr>
      <w:r>
        <w:rPr>
          <w:rFonts w:ascii="Times New Roman" w:hAnsi="Times New Roman" w:eastAsia="Times New Roman" w:cs="Times New Roman"/>
        </w:rPr>
        <w:t>Apre li te prezante verite sou kwa a anrapò ak responsablite pèsonèl, Lyon tribi Jida a te ajoute yon lòt verite ki konsène dènye jou yo.</w:t>
      </w:r>
    </w:p>
    <w:p>
      <w:pPr>
        <w:pStyle w:val="ArticleScripture"/>
        <w:jc w:val="left"/>
      </w:pPr>
      <w:r>
        <w:rPr>
          <w:rFonts w:ascii="Times New Roman" w:hAnsi="Times New Roman" w:eastAsia="Times New Roman" w:cs="Times New Roman"/>
        </w:rPr>
        <w:t>Paske kisa sa ta pwofite yon moun, si li ta genyen lemonn antye, epi li pèdi pwòp nanm li? Oswa kisa yon moun ta bay an echanj pou nanm li? Paske Pitit lòm nan pral vini nan glwa Papa li avèk zanj li yo; epi lè sa a li pral rann chak moun selon zèv li yo. An verite, mwen di nou sa: Gen kèk nan moun ki kanpe isit la, ki p ap goute lanmò, jouk yo wè Pitit lòm nan ap vini nan wayòm li. Matye 16:26–28.</w:t>
      </w:r>
    </w:p>
    <w:p>
      <w:pPr>
        <w:pStyle w:val="ArticleBody"/>
        <w:jc w:val="left"/>
      </w:pPr>
      <w:r>
        <w:rPr>
          <w:rFonts w:ascii="Times New Roman" w:hAnsi="Times New Roman" w:eastAsia="Times New Roman" w:cs="Times New Roman"/>
        </w:rPr>
        <w:t>Lè mesaj Rèl Minwi a fin louvri pa Lyon tribi Jida a nan peryòd final sele san karannkat mil yo, t ap gen kèk ki pa t ap mouri. Lè sa a, Li te pale dirèkteman ak san karannkat mil yo, pèp Li a nan dènye jou yo ki pa goute lanmò. Se poutèt sa, sis jou apre vizit Li nan Sezare Filip, Lyon tribi Jida a te louvri yon verite ki te pou fòtifye disip Li yo pou kriz kwa a k ap vini an, men pi enpòtan toujou, li te pale konsènan lwa dimanch la ki gen pou vini byento.</w:t>
      </w:r>
    </w:p>
    <w:p>
      <w:pPr>
        <w:pStyle w:val="ArticleScripture"/>
        <w:jc w:val="left"/>
      </w:pPr>
      <w:r>
        <w:rPr>
          <w:rFonts w:ascii="Times New Roman" w:hAnsi="Times New Roman" w:eastAsia="Times New Roman" w:cs="Times New Roman"/>
        </w:rPr>
        <w:t>Sis jou apre sa, Jezi pran Pyè, Jak, ak Jan, frè li a, epi li mennen yo apa sou yon mòn ki wo anpil. Epi li te transfòme devan yo: figi li te klere tankou solèy la, e rad li yo te vin blan tankou limyè a. Epi gade, Moyiz ak Eli te parèt devan yo, yo t ap pale avèk li. Lè sa a, Pyè pran lapawòl, li di Jezi: Seyè, sa bon pou nou rete isit la; si ou vle, ann fè twa tant isit la: youn pou ou, youn pou Moyiz, epi youn pou Eli. Pandan li t ap pale toujou, gade, yon nwaj klere kouvri yo; epi gade, yon vwa soti nan nwaj la, ki di: Men Pitit mwen renmen anpil la, nan li mwen pran tout plezi mwen; koute li. Lè disip yo tande sa, yo lage kò yo fas atè, e yo te gen anpil laperèz. Men Jezi pwoche, li manyen yo, li di: Leve, pa bezwen pè. E lè yo leve je yo, yo pa wè pèsonn ankò, eksepte Jezi sèlman. Pandan yo t ap desann sot sou mòn lan, Jezi bay yo lòd, li di: Pa rakonte pèsonn vizyon an, jouk lè Pitit lòm nan va leve soti vivan pami mò yo. Disip li yo mande li, yo di: Poukisa, alò, dirèktè lalwa yo di Eli dwe vini anvan? Jezi reponn, li di yo: Se vre, Eli gen pou vini anvan, e li va retabli tout bagay. Men mwen di nou: Eli deja vini, e yo pa t rekonèt li, men yo fè li tou sa yo te vle. Konsa tou, Pitit lòm nan gen pou soufri anba men yo. Lè sa a, disip yo konprann li t ap pale avèk yo konsènan Jan Batis la. Matye 17:1–13.</w:t>
      </w:r>
    </w:p>
    <w:p>
      <w:pPr>
        <w:pStyle w:val="ArticleBody"/>
        <w:jc w:val="left"/>
      </w:pPr>
      <w:r>
        <w:rPr>
          <w:rFonts w:ascii="Times New Roman" w:hAnsi="Times New Roman" w:eastAsia="Times New Roman" w:cs="Times New Roman"/>
        </w:rPr>
        <w:t>Nan pasaj la, Lyon tribi Jida a ap louvri verite ki sele san karannkat mil yo jis anvan fen tan gras la, paske “tan an rive.” Li te idantifye soufrans lakwa a an premye, epi Li te reprezante eksperyans sa a kòm diferans ki detèmine ant yon gwoup ki ta refize egzèse volonte pa yo pou kloure lachè a sou kwa, ak yon gwoup ki ta suiv egzanp Kris la. Apre sa, Li te prezante devan yo ke yo t ap reprezante dènye jenerasyon istwa tè a, lè ta gen moun ki t ap viv depi nan moman deseleman ki te fèt 11 septanm 2001 an, jouk lè Li retounen.</w:t>
      </w:r>
    </w:p>
    <w:p>
      <w:pPr>
        <w:pStyle w:val="ArticleBody"/>
        <w:jc w:val="left"/>
      </w:pPr>
      <w:r>
        <w:rPr>
          <w:rFonts w:ascii="Times New Roman" w:hAnsi="Times New Roman" w:eastAsia="Times New Roman" w:cs="Times New Roman"/>
        </w:rPr>
        <w:t>Lè sa a, Li prezante yon vizyon sou èt Li ki glorifye a, e avèk Li te gen Moyiz ak Eli. Mesaj sele a ki vin devwale se Revelasyon Jezikri a, ki asosye avèk Moyiz ak Eli, e mesaj sa a te kòmanse devwale nan mwa Jiyè 2023, lè de temwen yo nan Revelasyon chapit onz la, ki se Moyiz ak Eli, te tabli, liy sou liy, kòm senbòl ki te reprezante sele san karant-kat mil yo. Lè twa disip yo te wè vizyon an epi yo te tande vwa Bondye a, “yo tonbe fas atè, epi yo te pè anpil. E Jezi pwoche, Li manyen yo, epi Li di: Leve, epi nou pa bezwen pè.”</w:t>
      </w:r>
    </w:p>
    <w:p>
      <w:pPr>
        <w:pStyle w:val="ArticleBody"/>
        <w:jc w:val="left"/>
      </w:pPr>
      <w:r>
        <w:rPr>
          <w:rFonts w:ascii="Times New Roman" w:hAnsi="Times New Roman" w:eastAsia="Times New Roman" w:cs="Times New Roman"/>
        </w:rPr>
        <w:t>Vizyon twa disip yo te wè a reprezante yon vizyon sou laglwa Kris la nan dènye jou yo; se poutèt sa, se menm vizyon an Danyèl te wè nan chapit dis la.</w:t>
      </w:r>
    </w:p>
    <w:p>
      <w:pPr>
        <w:pStyle w:val="ArticleScripture"/>
        <w:jc w:val="left"/>
      </w:pPr>
      <w:r>
        <w:rPr>
          <w:rFonts w:ascii="Times New Roman" w:hAnsi="Times New Roman" w:eastAsia="Times New Roman" w:cs="Times New Roman"/>
        </w:rPr>
        <w:t>Se mwen menm Danyèl sèlman ki te wè vizyon an; paske mesye ki te avè m yo pa t wè vizyon an. Men, yon gwo tranbleman te tonbe sou yo, tèlman yo te kouri al kache kò yo. Se konsa, mwen te rete poukont mwen, epi mwen te wè gwo vizyon sa a; pa t rete okenn fòs nan mwen ankò, paske bèl aparans mwen te chanje an gate nan mwen, epi mwen pa t kenbe okenn fòs. Men, mwen te tande son pawòl li yo; epi lè mwen te tande son pawòl li yo, mwen te tonbe nan yon dòmi pwofon sou figi m, ak figi m atè. Epi gade, yon men te manyen mwen, ki te mete m sou jenou m ak sou pla men m. Epi li di m: O Danyèl, nonm ki renmen anpil, konprann pawòl m ap pale avè w yo, epi kanpe dwat; paske se kote ou mwen voye kounye a. Epi lè li te fin pale pawòl sa a avè m, mwen te kanpe ap tranble. Lè sa a, li di m: Ou pa bezwen pè, Danyèl; paske depi premye jou ou te mete kè w pou konprann, epi pou imilye tèt ou devan Bondye ou a, pawòl ou yo te tande, e mwen vini poutèt pawòl ou yo. Danyèl 10:7–12.</w:t>
      </w:r>
    </w:p>
    <w:p>
      <w:pPr>
        <w:pStyle w:val="ArticleBody"/>
        <w:jc w:val="left"/>
      </w:pPr>
      <w:r>
        <w:rPr>
          <w:rFonts w:ascii="Times New Roman" w:hAnsi="Times New Roman" w:eastAsia="Times New Roman" w:cs="Times New Roman"/>
        </w:rPr>
        <w:t>Vizyon transfigirasyon an nan Matye chapit disèt la se vizyon glas Daniel chapit dis la, ki fèt lè zo sèk mò Ezekyèl yo resisite. Vizyon an, ansanm ak mesaj ki asosye avè l la, fè parèt de klas adoratè: youn nan tant Exeter la, epi lòt la nan tant Watertown nan, ki se asanble moun k ap pase nan betiz Jeremi an, ak sinagòg Satan Jan an. Menm jan ak efè vizyon an nan temwayaj Daniel la, konsa tou, “lè disip yo te tande sa, yo tonbe fas atè, e yo te pè anpil. E Jezi vin manyen yo, epi li di: Leve, epi nou pa bezwen pè.” Vizyon an te tande ak wè nan toude ka yo, epi li te pwodui laperèz nan toude egzanp yo. Yon “manyen” te nesesè pou bay fòs nan toude temwayaj yo.</w:t>
      </w:r>
    </w:p>
    <w:p>
      <w:pPr>
        <w:pStyle w:val="ArticleBody"/>
        <w:jc w:val="left"/>
      </w:pPr>
      <w:r>
        <w:rPr>
          <w:rFonts w:ascii="Times New Roman" w:hAnsi="Times New Roman" w:eastAsia="Times New Roman" w:cs="Times New Roman"/>
        </w:rPr>
        <w:t>Vizion transfòmasyon an te yon prèv, pami lòt bagay, ke Pawòl Bondye a pa janm fè fay; paske nan chapit sèz nan Matye, nan dènye vèsè a, Jezi te deklare ke: “Gen kèk moun ki kanpe isit la, ki p ap goute lanmò, jouk yo wè Pitit lòm nan vini nan wayòm li.” Transfòmasyon an te yon ilistrasyon sou vini “Pitit lòm nan” nan wayòm li.</w:t>
      </w:r>
    </w:p>
    <w:p>
      <w:pPr>
        <w:pStyle w:val="ArticleScripture"/>
        <w:jc w:val="left"/>
      </w:pPr>
      <w:r>
        <w:rPr>
          <w:rFonts w:ascii="Times New Roman" w:hAnsi="Times New Roman" w:eastAsia="Times New Roman" w:cs="Times New Roman"/>
        </w:rPr>
        <w:t>“Moïse, sou montay transfigirasyon an, te yon temwen viktwa Kris la sou peche ak lanmò. Li te reprezante sila yo ki va soti nan tonm nan lè rezirèksyon moun ki jis yo rive. Eli, ki te transpòte nan syèl la san li pa t wè lanmò, te reprezante sila yo ki pral viv sou tè a lè Kris la vini dezyèm fwa, epi ki pral ‘chanje, nan yon moman, nan yon bat je, nan dènye twonpèt la;’ lè ‘mòtèl sa a dwe revèti imòtalite,’ epi ‘sa ki koripsib la dwe revèti enkoripsyon.’ 1 Corinthians 15:51–53. Jezi te kouvri ak limyè syèl la, menm jan Li pral parèt lè Li va vini ‘dezyèm fwa san peche pou delivrans.’ Paske Li va vini ‘nan glwa Papa Li avèk zanj sen yo.’ Hebrews 9:28; Mark 8:38. Pwomès Sovè a te fè disip yo te akonpli kounye a. Sou montay la, wayòm glwa k ap vini an te reprezante an ti dimansyon,—Kris la, Wa a; Moïse, yon reprezantan moun sen yo ki resisite; epi Eli, yon reprezantan sila yo ki te transpòte yo.” The Desire of Ages, 421.</w:t>
      </w:r>
    </w:p>
    <w:p>
      <w:pPr>
        <w:pStyle w:val="ArticleBody"/>
        <w:jc w:val="left"/>
      </w:pPr>
      <w:r>
        <w:rPr>
          <w:rFonts w:ascii="Times New Roman" w:hAnsi="Times New Roman" w:eastAsia="Times New Roman" w:cs="Times New Roman"/>
        </w:rPr>
        <w:t>Verite sele a gen ladan l yon idantifikasyon ki montre san karannkat mil yo se sila yo ki reprezante nan Revelasyon chapit sèt, ki pa mouri, epi ki reprezante pa Eli; epi gwo foul moun nan Revelasyon chapit sèt la se sila yo ki reprezante pa Moyiz, ki mouri. Yonn nan gwoup yo rele nan premye vwa Revelasyon chapit dizwit la, epi lòt gwoup la rele nan dezyèm vwa Revelasyon chapit dizwit la.</w:t>
      </w:r>
    </w:p>
    <w:p>
      <w:pPr>
        <w:pStyle w:val="ArticleBody"/>
        <w:jc w:val="left"/>
      </w:pPr>
      <w:r>
        <w:rPr>
          <w:rFonts w:ascii="Times New Roman" w:hAnsi="Times New Roman" w:eastAsia="Times New Roman" w:cs="Times New Roman"/>
        </w:rPr>
        <w:t>Apre manyen an, Jezi te bay disip yo plis enstriksyon lè Li te di: “Pa rakonte pèsonn vizyon an, jouk lè Pitit lòm nan va leve soti vivan nan lanmò.” Vizyon transfigirasyon an, ki se vizyon glas la, ansanm ak vizyon Ezayi nan chapit sis la, ak vizyon Pòl pandan li te nan twazyèm syèl la, epi vizyon Ezekyèl sou wou yo anndan wou yo, te sele pa Lyon tribi Jida a, jouk apre rezirèksyon Kris la.</w:t>
      </w:r>
    </w:p>
    <w:p>
      <w:pPr>
        <w:pStyle w:val="ArticleBody"/>
        <w:jc w:val="left"/>
      </w:pPr>
      <w:r>
        <w:rPr>
          <w:rFonts w:ascii="Times New Roman" w:hAnsi="Times New Roman" w:eastAsia="Times New Roman" w:cs="Times New Roman"/>
        </w:rPr>
        <w:t>Rezireksyon Kris la reprezante rezireksyon de temwen yo ki te avèk Kris nan menm vizyon sa a, e yo te dwe resisite an Jiyè 2023. Nan pwen sa a, mesaj sele a t ap devwale bay de temwen Revelasyon onz yo ak de gwoup fidèl yo, epi li t ap mete nan kontèks vizyon glas la sou laglwa Kris la nan fen mond lan.</w:t>
      </w:r>
    </w:p>
    <w:p>
      <w:pPr>
        <w:pStyle w:val="ArticleBody"/>
        <w:jc w:val="left"/>
      </w:pPr>
      <w:r>
        <w:rPr>
          <w:rFonts w:ascii="Times New Roman" w:hAnsi="Times New Roman" w:eastAsia="Times New Roman" w:cs="Times New Roman"/>
        </w:rPr>
        <w:t>Mesaj sele a pral mete tou nan kontèks twa premye vèsè chapit premye liv Revelasyon an, kote chèn kominikasyon an, ki reprezante inyon divinite ak limanite, prezante nan pwosesis pa etap fason mesaj sele a transmèt bay sila yo ki kandida pou yo pami san karannkat mil yo.</w:t>
      </w:r>
    </w:p>
    <w:p>
      <w:pPr>
        <w:pStyle w:val="ArticleBody"/>
        <w:jc w:val="left"/>
      </w:pPr>
      <w:r>
        <w:rPr>
          <w:rFonts w:ascii="Times New Roman" w:hAnsi="Times New Roman" w:eastAsia="Times New Roman" w:cs="Times New Roman"/>
        </w:rPr>
        <w:t>Pwosesis pa etap la te soti nan Papa a, rive nan Pitit la, rive nan zanj Gabriyèl, rive nan Jan, rive nan legliz yo. Soti nan Papa diven an, rive nan Pitit la ki diven e imen, rive nan yon kreyati ki pa t tonbe (Gabriyèl), rive nan yon kreyati ki tonbe (Jan), rive nan legliz ki nan Azi yo (lemonn nan). Senk etap sa yo idantifye ak presizyon depi nan premye mansyon Revelasyon Jezi Kris la, e pou nye nenpòt etap, se pou nye yo tout.</w:t>
      </w:r>
    </w:p>
    <w:p>
      <w:pPr>
        <w:pStyle w:val="ArticleBody"/>
        <w:jc w:val="left"/>
      </w:pPr>
      <w:r>
        <w:rPr>
          <w:rFonts w:ascii="Times New Roman" w:hAnsi="Times New Roman" w:eastAsia="Times New Roman" w:cs="Times New Roman"/>
        </w:rPr>
        <w:t>An akò avèk revelasyon sa a, disip yo Lè sa a mande Jezi: “Poukisa, donk, dirèktè lalwa yo di Eli dwe vini anvan? Jezi reponn yo, li di: Eli va vini tout bon anvan, e li pral restore tout bagay. Men, mwen di nou, Eli deja vini, e yo pa t rekonèt li; men yo fè l tou sa yo te vle. Menm jan an tou, Pitit lòm nan pral soufri anba men yo.” Lè sa a, disip yo konprann li t ap pale avèk yo konsènan Jan Batis la.</w:t>
      </w:r>
    </w:p>
    <w:p>
      <w:pPr>
        <w:pStyle w:val="ArticleBody"/>
        <w:jc w:val="left"/>
      </w:pPr>
      <w:r>
        <w:rPr>
          <w:rFonts w:ascii="Times New Roman" w:hAnsi="Times New Roman" w:eastAsia="Times New Roman" w:cs="Times New Roman"/>
        </w:rPr>
        <w:t>Wòl pwofetik Jan Batis ak Jan Revelatè a se yon eleman nan mesaj sele a, epi sila yo ki te nan tant Watertown nan ki te chwazi neglije mesaj Samuel Snow a, reprezante sila yo ki pa dispoze rekonèt ke Senyè a chwazi mesye li vle chwazi yo. Vwa ki te chwazi an 1989 la, ki te premye pibliye mesaj li a de san venn an apre 1776, an 1996, ki te gadyen an ki te idantifye ke twazyèm malè a te rive 11 Septanm 2001, ki te prezante mesaj peche 18 Jiyè 2020 a, fè pati mesaj sele a, epi wòl li reprezante pa Jan Batis.</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“Mwen te wè yon gwoup ki te kanpe byen pwoteje e fèm, san yo pa bay okenn ankourajman a sila yo ki ta vle boulvèse lafwa ki tabli nan kò a. Bondye te gade yo avèk apwobasyon. Yo te montre m twa etap—mesaj premye a, dezyèm nan, ak twazyèm zanj yo. Zanj ki t ap akonpaye m lan di: ‘Malè pou moun ki va deplase yon pyè oswa souke yon pikan nan mesaj sa yo. Vrè konpreyansyon mesaj sa yo gen yon enpòtans vital. Destine nanm yo pandye sou fason yo resevwa yo.’ Yo te fè m desann ankò atravè mesaj sa yo, epi mwen te wè a ki pri chè pèp Bondye a te achte eksperyans yo. Yo te jwenn li atravè anpil soufrans ak gwo batay. Bondye te mennen yo etap pa etap, jouk Li te mete yo sou yon platfòm solid, san deplasman. Mwen te wè kèk moun pwoche bò platfòm la epi egzamine fondasyon an. Gen ladan yo ki, avèk lajwa, tousuit monte sou li. Gen lòt ki te kòmanse kritike fondasyon an. Yo te vle yo fè amelyorasyon, epi konsa platfòm la ta vin pi pafè, e pèp la ta pi kontan anpil. Kèk moun te desann sou platfòm la pou egzamine li epi yo te deklare yo te poze li mal. Men mwen te wè ke prèske tout te rete fèm sou platfòm la e yo te egzòte sila yo ki te desann yo pou yo sispann plent yo; paske Bondye se te Mèt Konstriktè a, epi yo t ap goumen kont Li. Yo te rakonte bèl mèvèy travay Bondye a, ki te mennen yo rive sou platfòm fèm nan, epi ansanm yo te leve je yo anlè nan syèl la epi, avèk yon vwa fò, yo te bay Bondye glwa. Sa te touche kèk nan moun sa yo ki te plenyen epi ki te kite platfòm la, epi yo menm, avèk yon aparans imil, yo te monte sou li ankò.”</w:t>
      </w:r>
    </w:p>
    <w:p>
      <w:pPr>
        <w:pStyle w:val="ArticleScripture"/>
        <w:jc w:val="left"/>
      </w:pPr>
      <w:r>
        <w:rPr>
          <w:rFonts w:ascii="Times New Roman" w:hAnsi="Times New Roman" w:eastAsia="Times New Roman" w:cs="Times New Roman"/>
        </w:rPr>
        <w:t>“Mwen te mennen tounen sou pwoklamasyon premye avènement Kris la. Jan te voye nan lespri ak puisans Eli pou prepare chemen Jezi. Moun ki te rejte temwayaj Jan an pa t resevwa okenn benefis nan ansèyman Jezi yo. Opozisyon yo kont mesaj ki te anonse davans vini li a te mete yo nan yon pozisyon kote yo pa t kapab fasilman resevwa prèv ki pi fò yo ke li te Mesi a. Satan te pouse moun ki te rejte mesaj Jan an pou yo ale pi lwen toujou, pou yo rejte epi kloure Kris sou kwa. Lè yo te fè sa, yo te mete tèt yo kote yo pa t kapab resevwa benediksyon jou Pannkòt la, ki ta moutre yo chemen pou antre nan sanktyè selès la. Chire rido tanp lan te montre ke sakrifis ak òdonans jwif yo pa t ap resevwa ankò. Gran Sakrifis la te fin ofri e yo te aksepte li, epi Sentespri a, ki te desann jou Pannkòt la, te pote lespri disip yo soti nan sanktyè tèren an pou mennen yo nan sanktyè selès la, kote Jezi te antre ak pwòp san pa li, pou vide sou disip li yo benefis ekspyasyon li a. Men jwif yo te rete nan yon fènwa total. Yo te pèdi tout limyè yo te ka genyen sou plan delivrans lan, epi yo te kontinye mete konfyans yo nan sakrifis ak ofrann initil yo. Sanktyè selès la te pran plas sanktyè tèren an; sepandan yo pa t gen okenn konesans sou chanjman an. Se poutèt sa yo pa t kapab resevwa benefis nan medyasyon Kris la nan kote ki sen an.</w:t>
      </w:r>
    </w:p>
    <w:p>
      <w:pPr>
        <w:pStyle w:val="ArticleScripture"/>
        <w:jc w:val="left"/>
      </w:pPr>
      <w:r>
        <w:rPr>
          <w:rFonts w:ascii="Times New Roman" w:hAnsi="Times New Roman" w:eastAsia="Times New Roman" w:cs="Times New Roman"/>
        </w:rPr>
        <w:t>“Anpil moun gade avèk sezisman chemen Jwif yo te pran lè yo te rejte epi kloure Kris sou kwa; e pandan y ap li istwa move tretman wontan yo te fè L sibi a, yo panse yo renmen Li, e yo pa t ap nye Li jan Pyè te fè sa, ni kloure Li sou kwa jan Jwif yo te fè sa. Men Bondye, ki li kè tout moun, mete lanmou sa a pou Jezi yo te deklare yo santi a anba eprèv. Tout syèl la t ap suiv avèk enterè ki pi pwofon fason yo te resevwa mesaj premye zanj lan. Men anpil moun ki te fè konnen yo renmen Jezi, e ki te kriye pandan yo t ap li istwa kwa a, te pase nan rizib bon nouvèl vini Li a. Olye yo te resevwa mesaj la avèk lajwa, yo te deklare se te yon twonpri. Yo te rayi moun ki te renmen aparisyon Li a epi yo te mete yo deyò nan legliz yo. Moun ki te rejte premye mesaj la pa t kapab resevwa okenn benefis nan dezyèm nan; ni yo pa t resevwa okenn benefis nan rèl minwi a, ki te dwe prepare yo pou yo antre avèk Jezi pa lafwa nan kote ki sen anpil la nan tanp selès la. E lè yo te rejte de premye mesaj sa yo, yo tèlman bouche konprann yo, yo pa ka wè okenn limyè nan mesaj twazyèm zanj lan, ki montre chemen an pou antre nan kote ki sen anpil la. Mwen te wè ke menm jan Jwif yo te kloure Jezi sou kwa, konsa legliz nominal yo te kloure mesaj sa yo sou kwa, e se poutèt sa yo pa gen okenn konesans sou chemen ki mennen nan kote ki sen anpil la, e yo pa ka resevwa okenn benefis nan entèsesyon Jezi ladan l. Menm jan ak Jwif yo, ki te ofri sakrifis initil yo, yo monte priyè initil yo nan apatman Jezi te kite a; epi Satan, ki pran plezi nan twonpri a, pran yon aparans relijye epi li mennen lespri kretyen sa yo ki fè profesyon lafwa a vin jwenn li menm, pandan li ap aji avèk pouvwa pa li, siy pa li yo, ak mèvèy mansonjè li yo, pou l mare yo nan pyèj li. Kèk li twonpe yon fason, epi kèk lòt li twonpe yon lòt fason. Li gen diferan twonpri pare pou afekte diferan lespri. Gen kèk ki gade yon twonpri avèk sezisman, pandan yo resevwa yon lòt fasilman. Satan twonpe kèk moun avèk Spiritism. Li vini tou kòm yon zanj limyè epi li gaye enfliyans li sou tout peyi a pa mwayen fo refòm. Legliz yo gonfle ak satisfaksyon, e yo konsidere ke Bondye ap travay yon fason mèvèy pou yo, alòske se travay yon lòt lespri. Eksitasyon an pral disparèt epi li pral kite mond lan ak legliz la nan yon kondisyon ki pi mal pase anvan.”</w:t>
      </w:r>
    </w:p>
    <w:p>
      <w:pPr>
        <w:pStyle w:val="ArticleScripture"/>
        <w:jc w:val="left"/>
      </w:pPr>
      <w:r>
        <w:rPr>
          <w:rFonts w:ascii="Times New Roman" w:hAnsi="Times New Roman" w:eastAsia="Times New Roman" w:cs="Times New Roman"/>
        </w:rPr>
        <w:t>“Mwen te wè ke Bondye gen pitit sensè nan mitan Advantis sèlman nan non yo ak legliz ki tonbe yo; epi anvan kalamite yo vide sou latè, yo pral rele minis ak pèp la soti nan legliz sa yo, epi yo pral resevwa laverite ak kè kontan. Satan konnen sa; e anvan gwo rèl twazyèm zanj lan fèt, li leve yon eksitasyon nan kò relijye sa yo, pou moun ki te rejte laverite a ka panse ke Bondye avèk yo. Li espere twonpe moun ki sensè yo, epi mennen yo pou yo kwè ke Bondye toujou ap travay pou legliz yo. Men limyè a pral klere, epi tout moun ki sensè yo pral kite legliz ki tonbe yo, epi yo pral pran pozisyon yo ak rès la.”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san katreven-sèt</dc:title>
  <dc:subject>Revelasyon Lyon an: Depi Panium rive nan Dènye Seleman an</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