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katrevendisètúñ?</w:t>
      </w:r>
    </w:p>
    <w:p>
      <w:pPr>
        <w:pStyle w:val="ArticleSubtitle"/>
        <w:jc w:val="left"/>
      </w:pPr>
      <w:r>
        <w:rPr>
          <w:rFonts w:ascii="Arial" w:hAnsi="Arial" w:eastAsia="Arial" w:cs="Arial"/>
        </w:rPr>
        <w:t>Tapisserie pwofetik Dànyèl 11 la: Dekouvri sibtilite epòk Trump la ak prelid pou Lwa Dimanch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Lè yo konprann yo byen, vèsè dis rive venntwa nan Danyèl chapit onz la tout ann amoni ak istwa kache vèsè karant nan menm chapit la. Vèsè karant la genyen istwa depi 1989 rive jis nan vèsè karanteyen an. Vèsè youn ak de nan chapit onz la kòmanse an 1989, epi yo idantifye premye kanpay Donald Trump pou prezidans lan an 2015 rive jouk 2020, lè eleksyon an te vòlè nan men Trump pa bèt ateyis la. De vèsè sa yo idantifye lit la ki kòmanse lè Trump “souleve tout wayòm Grès la.”</w:t>
      </w:r>
    </w:p>
    <w:p>
      <w:pPr>
        <w:pStyle w:val="ArticleBody"/>
        <w:jc w:val="left"/>
      </w:pPr>
      <w:r>
        <w:rPr>
          <w:rFonts w:ascii="Times New Roman" w:hAnsi="Times New Roman" w:eastAsia="Times New Roman" w:cs="Times New Roman"/>
        </w:rPr>
        <w:t>Kanpay Trump la te kòmanse yon lagè ki te kontinye pandan tout premye manda prezidansyèl li. Chanm Reprezantan yo te akize l fòmèlman an desanm 2019, epi yo te fè sa ankò nan dat 13 janvye 2020. Nan toude ka yo, Sena a te rejte efò Chanm nan. Men, li se sèl prezidan nan istwa Etazini yo ki te sibi akizasyon fòmèl sa a de fwa. Globalis la te vin souke.</w:t>
      </w:r>
    </w:p>
    <w:p>
      <w:pPr>
        <w:pStyle w:val="ArticleScripture"/>
        <w:jc w:val="left"/>
      </w:pPr>
      <w:r>
        <w:rPr>
          <w:rFonts w:ascii="Times New Roman" w:hAnsi="Times New Roman" w:eastAsia="Times New Roman" w:cs="Times New Roman"/>
        </w:rPr>
        <w:t>Epi kounye a m ap fè w konnen verite a. Gade byen, gen twa wa ankò k ap leve nan Pès; epi katriyèm nan ap vin pi rich anpil pase yo tout; e ak fòs li ki soti nan richès li, li pral souke tout moun kont wayòm Grès la. Danyèl 11:2.</w:t>
      </w:r>
    </w:p>
    <w:p>
      <w:pPr>
        <w:pStyle w:val="ArticleBody"/>
        <w:jc w:val="left"/>
      </w:pPr>
      <w:r>
        <w:rPr>
          <w:rFonts w:ascii="Times New Roman" w:hAnsi="Times New Roman" w:eastAsia="Times New Roman" w:cs="Times New Roman"/>
        </w:rPr>
        <w:t>Menm jan ak vèsè karant lan, vèsè de a kite yon istwa kache soti nan premye kanpay Trump la ak manda li kòm prezidan an, ki te fini 20 janvye 2021. Depi jou sa a an 2021, jouk rive nan vèsè twa kote Aleksann Legran prezante kòm yon senbòl Nasyonzini yo (setyèm wayòm pwofesi Bib la), istwa ki soti nan inogirasyon 2021 an rive jouk nan lwa dimanch lan, kote inyon an twa-fwa tabli, reprezante yon istwa kache. Istwa kache vèsè karant lan ak vèsè de a toude mennen jiska lwa dimanch lan epi yo fini ladan li.</w:t>
      </w:r>
    </w:p>
    <w:p>
      <w:pPr>
        <w:pStyle w:val="ArticleBody"/>
        <w:jc w:val="left"/>
      </w:pPr>
      <w:r>
        <w:rPr>
          <w:rFonts w:ascii="Times New Roman" w:hAnsi="Times New Roman" w:eastAsia="Times New Roman" w:cs="Times New Roman"/>
        </w:rPr>
        <w:t>Vèsè dis la mennen nou ankò nan tan lafen an an 1989, menm jan vèsè youn te fè a; e toulède yo idantifye konklizyon temwayaj aktyèl vèsè karant lan, byenke toujou gen istwa ant konklizyon ki nan vèsè karant lan ak lwa dimanch ki pral vini byento a. Plis pase lefètke li idantifye 1989, vèsè dis la vin kle ki rasanble twa temwen konsènan istwa vèsè karant lan, sa ki konplete travay papote a ak pouvwa pwokirasyon li a, Etazini, nan bale ale Inyon Sovyetik la an 1989. Twa temwen sa yo tabli yon eleman enpòtan nan estrikti pwofetik vèsè karant lan depi 1989 jouk rive nan lwa dimanch la.</w:t>
      </w:r>
    </w:p>
    <w:p>
      <w:pPr>
        <w:pStyle w:val="ArticleBody"/>
        <w:jc w:val="left"/>
      </w:pPr>
      <w:r>
        <w:rPr>
          <w:rFonts w:ascii="Times New Roman" w:hAnsi="Times New Roman" w:eastAsia="Times New Roman" w:cs="Times New Roman"/>
        </w:rPr>
        <w:t>Estrikti pwofetik istorik yon lagè ant yon wa nan nò ak yon wa nan sid, kote wa nan nò a debòde epi travèse, idantifye nan vèsè karant lan, epi tou nan vèsè dis la.</w:t>
      </w:r>
    </w:p>
    <w:p>
      <w:pPr>
        <w:pStyle w:val="ArticleBody"/>
        <w:jc w:val="left"/>
      </w:pPr>
      <w:r>
        <w:rPr>
          <w:rFonts w:ascii="Times New Roman" w:hAnsi="Times New Roman" w:eastAsia="Times New Roman" w:cs="Times New Roman"/>
        </w:rPr>
        <w:t>Estrikti pwofetik istorik la vin konplete pa temwayaj gramatikal la, ki montre ke “debòde epi pase sou”, pa wa nò a kont wa sid la, se menm ekspresyon ebre a nan toude vèsè yo, menm jan li ye nan twazyèm temwen an ki jwenn nan Ezayi chapit uit, vèsè uit.</w:t>
      </w:r>
    </w:p>
    <w:p>
      <w:pPr>
        <w:pStyle w:val="ArticleBody"/>
        <w:jc w:val="left"/>
      </w:pPr>
      <w:r>
        <w:rPr>
          <w:rFonts w:ascii="Times New Roman" w:hAnsi="Times New Roman" w:eastAsia="Times New Roman" w:cs="Times New Roman"/>
        </w:rPr>
        <w:t>Nan vèsè dis la, wa nò a “va sètènman vini, l ap debòde epi li pral travèse”; epi nan vèsè karant lan, wa nò a “va debòde epi li pral pase sou li.” Nan Ezayi chapit uit, vèsè uit, wa nò a “va debòde epi li pral pase sou li.” Twa ekspresyon sa yo se menm ebre a egzakteman, yo tradui yon ti jan diferan, pandan yo konsève menm sans la egzakteman. Wa sid la nan vèsè dis la se te Lejip Ptolemey la; men nan vèsè karant lan, wa sid la se te Lejip espirityèl, wa ateyis la, Inyon Sovyetik la; epi nan Ezayi, wayòm sid Jida a se te wa sid la. Chak nan ka sa yo, wa nò a se te Anpi Seleyis la, apre sa papote a, epi nan Ezayi se te Lasiri.</w:t>
      </w:r>
    </w:p>
    <w:p>
      <w:pPr>
        <w:pStyle w:val="ArticleBody"/>
        <w:jc w:val="left"/>
      </w:pPr>
      <w:r>
        <w:rPr>
          <w:rFonts w:ascii="Times New Roman" w:hAnsi="Times New Roman" w:eastAsia="Times New Roman" w:cs="Times New Roman"/>
        </w:rPr>
        <w:t>Nan de twa vèsè paralèl yo, yo idantifye avèk presizyon pwen kote envazyon wa nò a fini. Nan vèsè dis la, li fini nan “fòtrès” la, sa ki te akonpli istorikman lè Seleusid yo te mete fen nan kanpay yo sou fwontyè Lejip, paske Pawòl pwofetik la te idantifye wa nò a konsa: “shall certainly come, and overflow, and pass through: then shall he return, and be stirred up, even to his fortress.” “Fòtrès” la te reprezante Lejip, ki te kapital wayòm yo.</w:t>
      </w:r>
    </w:p>
    <w:p>
      <w:pPr>
        <w:pStyle w:val="ArticleBody"/>
        <w:jc w:val="left"/>
      </w:pPr>
      <w:r>
        <w:rPr>
          <w:rFonts w:ascii="Times New Roman" w:hAnsi="Times New Roman" w:eastAsia="Times New Roman" w:cs="Times New Roman"/>
        </w:rPr>
        <w:t>Nan Ezayi uit, Senakerib “va travèse Jida; l ap débòde épi l ap pasé pa anlè, l ap rivé jis nan kou a.” “Kapital” la, “wa” a ak “tèt” la, sé tout senbòl ki ka ranplasé yonn lòt, ki ja établiyé sou baz dé témwen nan menm pasaj la menm kote Senakerib té monté Jérizalèm.</w:t>
      </w:r>
    </w:p>
    <w:p>
      <w:pPr>
        <w:pStyle w:val="ArticleScripture"/>
        <w:jc w:val="left"/>
      </w:pPr>
      <w:r>
        <w:rPr>
          <w:rFonts w:ascii="Times New Roman" w:hAnsi="Times New Roman" w:eastAsia="Times New Roman" w:cs="Times New Roman"/>
        </w:rPr>
        <w:t>Paske tèt Siri a se Damas, e tèt Damas la se Rezin; epi nan swasantsenk ane, Efrayim ap kraze, pou l pa tounen yon pèp ankò. E tèt Efrayim se Samari, e tèt Samari se pitit gason Remalya. Si nou pa vle kwè, sètènman nou p ap rete fèm. Ezayi 7:8, 9.</w:t>
      </w:r>
    </w:p>
    <w:p>
      <w:pPr>
        <w:pStyle w:val="ArticleBody"/>
        <w:jc w:val="left"/>
      </w:pPr>
      <w:r>
        <w:rPr>
          <w:rFonts w:ascii="Times New Roman" w:hAnsi="Times New Roman" w:eastAsia="Times New Roman" w:cs="Times New Roman"/>
        </w:rPr>
        <w:t>Siri se nasyon an, Damas se vil kapital la, epi Rezin se wa a; kapital la ak wa a se senbòl ki ka ranplase youn lòt. Kapital la ak wa a se toude “tèt”. Lè Senakerib te monte “jis nan kou” Jida, li te rive Jerizalèm epi li te kanpe, paske li te kanpe nan “tèt” la, ki soutni pa “kou” a. Lè Seleusid yo te vini kont Ptoleme, yo te kanpe nan “fòtrès” la, epi “fòtrès” la te nasyon Ejip la.</w:t>
      </w:r>
    </w:p>
    <w:p>
      <w:pPr>
        <w:pStyle w:val="ArticleBody"/>
        <w:jc w:val="left"/>
      </w:pPr>
      <w:r>
        <w:rPr>
          <w:rFonts w:ascii="Times New Roman" w:hAnsi="Times New Roman" w:eastAsia="Times New Roman" w:cs="Times New Roman"/>
        </w:rPr>
        <w:t>Vèsè dis nan Danyèl onz, ak vèsè uit nan Ezayi uit, nan kontèks vèsè uit ak nèf nan chapit sèt Ezayi a, reprezante de temwen ki te idantifye ke, lè wa nò a nan vèsè karant nan Danyèl onz “te debòde epi te pase lòt bò” wa sid la an 1989, tèt la, nasyon ki te kapital wayòm sid la (Larisi), te rete kanpe.</w:t>
      </w:r>
    </w:p>
    <w:p>
      <w:pPr>
        <w:pStyle w:val="ArticleBody"/>
        <w:jc w:val="left"/>
      </w:pPr>
      <w:r>
        <w:rPr>
          <w:rFonts w:ascii="Times New Roman" w:hAnsi="Times New Roman" w:eastAsia="Times New Roman" w:cs="Times New Roman"/>
        </w:rPr>
        <w:t>“fòtrès” vèsè dis la se kle pou idantifye lagè Ikrèn ki ap dewoule kounye a, epi tou lefèt ke Larisi pral genyen batay la. Men, aplikasyon pwofetik ki tabli verite sa a konekte dirèkteman avèk, epi li repoze nèt sou, menm vèsè sa yo menm ki te desele pou Hiram Edson, e ki te pibliye nan atik yo nan Review and Herald an 1856. Atik yo idantifye “sèt fwa” yo, nan Levitik vennsis.</w:t>
      </w:r>
    </w:p>
    <w:p>
      <w:pPr>
        <w:pStyle w:val="ArticleBody"/>
        <w:jc w:val="left"/>
      </w:pPr>
      <w:r>
        <w:rPr>
          <w:rFonts w:ascii="Times New Roman" w:hAnsi="Times New Roman" w:eastAsia="Times New Roman" w:cs="Times New Roman"/>
        </w:rPr>
        <w:t>Depi mwa Jiyè 2023, Lyon tribi Jida a devwale, apati menm vèsè sa yo, ke toude pwofesi de mil senk san ven ane yo kont wayòm nò a ak wayòm sid la pa sèlman reprezante yon peryòd dispèsyon, men yo montre tou travay menm Kris la nan akonpli ini Divinite ak limanite. Nan revelasyon sa a, yo idantifye ke “tèt” la se nati siperyè lòm. “Tèt” la se “fòtrès” la nan tanp imen an, ke Sè White idantifye kòm sitadèl nanm nan. Yon sitadèl se yon fòtrès.</w:t>
      </w:r>
    </w:p>
    <w:p>
      <w:pPr>
        <w:pStyle w:val="ArticleBody"/>
        <w:jc w:val="left"/>
      </w:pPr>
      <w:r>
        <w:rPr>
          <w:rFonts w:ascii="Times New Roman" w:hAnsi="Times New Roman" w:eastAsia="Times New Roman" w:cs="Times New Roman"/>
        </w:rPr>
        <w:t>Se poutèt sa, li tabli ke “fòtrès” ekstèn ki nan Dànyèl chapit onz vèsè dis la, reprezante tou yon “fòtrès” entèn. Lè lagè a (ekstèn) nan Ikrèn te kòmanse an 2014, entrizyon ansèyman satanik ki te soti “anba a” ak nan Wales yo (entèn) te antre nan mouvman Future for America a, epi pwosesis sele a te rive nan yon lòt etap. Rive an 2020, tou de kòn Repibliken an ak kòn Pwotestan an te touye nan lari gran vil sa a, kote tou Seyè nou an te kloure sou kwa.</w:t>
      </w:r>
    </w:p>
    <w:p>
      <w:pPr>
        <w:pStyle w:val="ArticleBody"/>
        <w:jc w:val="left"/>
      </w:pPr>
      <w:r>
        <w:rPr>
          <w:rFonts w:ascii="Times New Roman" w:hAnsi="Times New Roman" w:eastAsia="Times New Roman" w:cs="Times New Roman"/>
        </w:rPr>
        <w:t>An 2020, Donald Trump te echwe nan dezyèm kanpay prezidansyèl li a, epi tan reta dis vyèj yo te rive. An 2022, Trump te kòmanse ofisyèlman twazyèm kanpay prezidansyèl li a, epi premye kanpay prezidansyèl li ki te reyisi a reprezante dènye pa li. An 2023, yon “vwa soti nan dezè a” te kòmanse pale ak zo sèch ki te mouri yo.</w:t>
      </w:r>
    </w:p>
    <w:p>
      <w:pPr>
        <w:pStyle w:val="ArticleBody"/>
        <w:jc w:val="left"/>
      </w:pPr>
      <w:r>
        <w:rPr>
          <w:rFonts w:ascii="Times New Roman" w:hAnsi="Times New Roman" w:eastAsia="Times New Roman" w:cs="Times New Roman"/>
        </w:rPr>
        <w:t>Vèsè trèz rive kenz yo reprann istwa apre lagè Ikrèn nan pa Putin, byenke viktwa a pap pote okenn benefis pou li, menm jan Larisi ap repete istwa Napoléon Bonaparte.</w:t>
      </w:r>
    </w:p>
    <w:p>
      <w:pPr>
        <w:pStyle w:val="ArticleBody"/>
        <w:jc w:val="left"/>
      </w:pPr>
      <w:r>
        <w:rPr>
          <w:rFonts w:ascii="Times New Roman" w:hAnsi="Times New Roman" w:eastAsia="Times New Roman" w:cs="Times New Roman"/>
        </w:rPr>
        <w:t>Egzil Napoleyon an ak fin li te yon tip egzil wa Ozyas ak fin li, ki menm jan an tou pa t vin fòtifye pa viktwa militè li yo, e ki te prefigire Ptolome IV nan vèsè onz ak douz yo, ki toude pa t vin fòtifye pa viktwa militè yo. Ni Ozyas ni Ptolome IV te chèche fè ofrann nan tanp lan, e yo toude te anpeche fè sa. Wa Ozyas te frape ak lalèp sou fwon li pandan li t ap eseye fè sa. Mak ki te sou fwon li a pa sèlman reprezante mak bèt la, men li te tipifye tou premye wa sid la an 1989, ki li menm tou te antre nan yon kalite egzil lè li (Gorbatchev) te kite Inyon Sovyetik la pou l te vin fè pati Nasyonzini. Menm jan ak wa Ozyas, Gorbatchev te gen yon mak enpòtan sou fwon li. Wa Ozyas, wa Ptolome IV, Napoleyon ak Gorbatchev tout tipifye fin Poutin. Kat yo tout te wa sid ki te mete fen nan pwòp dinasti espesifik pa yo, sa ki tipifye fin Larisi Poutin nan.</w:t>
      </w:r>
    </w:p>
    <w:p>
      <w:pPr>
        <w:pStyle w:val="ArticleBody"/>
        <w:jc w:val="left"/>
      </w:pPr>
      <w:r>
        <w:rPr>
          <w:rFonts w:ascii="Times New Roman" w:hAnsi="Times New Roman" w:eastAsia="Times New Roman" w:cs="Times New Roman"/>
        </w:rPr>
        <w:t>Epi vèsè trèz rive kenz yo louvri temwayaj ki te kòmanse an 200 anvan Jezikri, e ki sèvi kòm tip twazyèm ak dènye manda Donald Trump, ki reprezante kòn Repibliken an. Vèsè katòz make lè papote a kòmanse chante chante fònikasyon li yo kòm pwostitiye Tir la, epi vèsè kenz idantifye liy kòn pwotestan apostazi a avèk istwa Makabe yo. Twa vèsè sa yo genyen twa liy pwofetik.</w:t>
      </w:r>
    </w:p>
    <w:p>
      <w:pPr>
        <w:pStyle w:val="ArticleBody"/>
        <w:jc w:val="left"/>
      </w:pPr>
      <w:r>
        <w:rPr>
          <w:rFonts w:ascii="Times New Roman" w:hAnsi="Times New Roman" w:eastAsia="Times New Roman" w:cs="Times New Roman"/>
        </w:rPr>
        <w:t>Istwa Makkabe yo pa kache menm jan ak fen vèsè de a rive nan vèsè twa a, ni menm jan ak fen vèsè karant lan rive nan vèsè karantèn a, men liy la, omwen, fènwa nan premye egzamen an. Men, nan istwa pwofetik sa a ki pito vag, alyans Jwif yo ak Wòm parèt klèman, epi li idantifye fòmasyon imaj bèt la. Fòmasyon imaj bèt la tou se yon tip nan istwa kache Daniel chapit de a, kote Nebikadneza te fè yon rèv li pa t kapab sonje, epi Daniel, anba menas lanmò, te oblije entèprete l san li pa t konnen rèv la. Priyè Daniel ak twa diyitè yo nan chapit de a reprezante lapriyè pou limyè ekstèn ki konplete lapriyè Daniel nan chapit nèf la pou transfòmasyon entèn.</w:t>
      </w:r>
    </w:p>
    <w:p>
      <w:pPr>
        <w:pStyle w:val="ArticleBody"/>
        <w:jc w:val="left"/>
      </w:pPr>
      <w:r>
        <w:rPr>
          <w:rFonts w:ascii="Times New Roman" w:hAnsi="Times New Roman" w:eastAsia="Times New Roman" w:cs="Times New Roman"/>
        </w:rPr>
        <w:t>Liy fanmi Makabe yo annamoni ak sekrè kache Danyèl chapit de a. Sekrè Danyèl de a bay premye temwayaj pwofetik la konsènan devinèt pwofetik wityèm nan ki soti nan sèt yo, sa ki kontribye nan revelasyon rezirèksyon de temwen yo nan Revelasyon onz. Rezirèksyon de temwen yo, an rapò ak wityèm nan ki soti nan sèt yo, tabli ke nan istwa paralèl Millerit yo ak san karannkat mil yo, tranzisyon ranvèse Millerit yo rive nan Lawodise annamoni ak san karannkat mil yo k ap tranzisyone soti Lawodise pou rive Filadèlfi.</w:t>
      </w:r>
    </w:p>
    <w:p>
      <w:pPr>
        <w:pStyle w:val="ArticleBody"/>
        <w:jc w:val="left"/>
      </w:pPr>
      <w:r>
        <w:rPr>
          <w:rFonts w:ascii="Times New Roman" w:hAnsi="Times New Roman" w:eastAsia="Times New Roman" w:cs="Times New Roman"/>
        </w:rPr>
        <w:t>Liy kache fanmi Makabe yo ansanm ak rèv kache Nebikadneza a, yo tout te sele espesyalman jouk apre pwosesis rezirèksyon de temwen yo te kòmanse an 2023. Yo vin dekouvri jis anvan lè “gwo tranblemanntè a”, ki make fen tan gras la pou Advantis Setyèm Jou yo. Tès Advantis sa yo dwe pase anvan yo resevwa sele Bondye a, epi anvan tan gras la fini, se tès ki asosye ak fòmasyon imaj bèt la.</w:t>
      </w:r>
    </w:p>
    <w:p>
      <w:pPr>
        <w:pStyle w:val="ArticleBody"/>
        <w:jc w:val="left"/>
      </w:pPr>
      <w:r>
        <w:rPr>
          <w:rFonts w:ascii="Times New Roman" w:hAnsi="Times New Roman" w:eastAsia="Times New Roman" w:cs="Times New Roman"/>
        </w:rPr>
        <w:t>Liy fanmi Makabe yo, rèv sekrè Nebikadneza a, mistè wityèm lan ki soti nan sèt yo, ansanm ak de kòn bèt tè a, tout kontribye nan pwosesis eprèv la ki akonpli lè imaj bèt la fòme. Rekonesans liy sa yo kòm verite ki, nan yon sans pwofetik, se “verite kache,” se sa ki pwouve ke yo se verite ke Lyon branch fanmi Jida a ap sele louvri kounye a.</w:t>
      </w:r>
    </w:p>
    <w:p>
      <w:pPr>
        <w:pStyle w:val="ArticleBody"/>
        <w:jc w:val="left"/>
      </w:pPr>
      <w:r>
        <w:rPr>
          <w:rFonts w:ascii="Times New Roman" w:hAnsi="Times New Roman" w:eastAsia="Times New Roman" w:cs="Times New Roman"/>
        </w:rPr>
        <w:t>Dévoileman idantifikasion dé dé témwin yo, ki réprézant dé kòn républikin é pwotéstan bèt la-tè-a nan Révélasion trèz la, ansanm ak lavérité ki di chak kòn maché an paralèl ak lòt la, é osi ki chak kòn ni on doub natir entènn, maké kòmansman dévoileman Révélasion Jézi Kri. Lavérité ki dé-sélé-a anklir dévoileman listwa kaché dé sèt tonnè yo, é osi définitisyon mo ébré-a « Vérité ».</w:t>
      </w:r>
    </w:p>
    <w:p>
      <w:pPr>
        <w:pStyle w:val="ArticleBody"/>
        <w:jc w:val="left"/>
      </w:pPr>
      <w:r>
        <w:rPr>
          <w:rFonts w:ascii="Times New Roman" w:hAnsi="Times New Roman" w:eastAsia="Times New Roman" w:cs="Times New Roman"/>
        </w:rPr>
        <w:t>Lè yo te rekonèt dènye peryòd sèt loraj yo kòm sa ki reprezante twa etap repè premye desepsyon an, apre sa mesaj Rèl Minwi a, epi ansuit li te fini ak gwo desepsyon an, an akò ak mo ebre a, “Verite,” revelasyon ki make 18 jiyè 2020 la, ki se akonplisman pafè mesaj Rèl Minwi a ki mennen nan lwa dimanch lan, te vin etabli.</w:t>
      </w:r>
    </w:p>
    <w:p>
      <w:pPr>
        <w:pStyle w:val="ArticleBody"/>
        <w:jc w:val="left"/>
      </w:pPr>
      <w:r>
        <w:rPr>
          <w:rFonts w:ascii="Times New Roman" w:hAnsi="Times New Roman" w:eastAsia="Times New Roman" w:cs="Times New Roman"/>
        </w:rPr>
        <w:t>Sèt loraj yo te idantifye anvan Jiyè 2023 kòm istwa paralèl mouvman premye zanj yo ak mouvman twazyèm zanj lan, men dènye peryòd twa etap la pa t, nan moman sa a, konsidere kòm yon peryòd espesifik ki reprezante kòm sèt loraj yo. Kounye a ke rekonesans sa a etabli kòm “Verite.”</w:t>
      </w:r>
    </w:p>
    <w:p>
      <w:pPr>
        <w:pStyle w:val="ArticleBody"/>
        <w:jc w:val="left"/>
      </w:pPr>
      <w:r>
        <w:rPr>
          <w:rFonts w:ascii="Times New Roman" w:hAnsi="Times New Roman" w:eastAsia="Times New Roman" w:cs="Times New Roman"/>
        </w:rPr>
        <w:t>Revelasyon Jezi Kris la vin devwale jis anvan tan gras la fèmen, e li gen ladan l de temwen yo nan Revelasyon chapit onz la. Revelasyon Jezi Kris la gen ladan l listwa kache sèt loraj yo. Revelasyon Jezi Kris la gen ladan l enig la ki di: “uityèm nan se youn nan sèt yo”, sa ki, annapre, idantifye tranzisyon Millerit yo pou rive nan Laodise, ansanm ak tranzisyon paralèl san karannkat mil yo antre nan Filadèlfi. Lefèt ke uityèm nan se youn nan sèt yo reprezante tou yon ekspresyon pwofetik sou eprèv imaj bèt la, paske ni kòn Repibliken an ni kòn Pwotestan an rive nan konklizyon yo lè kòn Repibliken an pwodui yon imaj politik bèt la, an kontras ak, e nan konfli avèk, vrè kòn Pwotestan an k ap fòme yon imaj Kris la, epi se yo menm yo leve anlè kòm drapo a.</w:t>
      </w:r>
    </w:p>
    <w:p>
      <w:pPr>
        <w:pStyle w:val="ArticleBody"/>
        <w:jc w:val="left"/>
      </w:pPr>
      <w:r>
        <w:rPr>
          <w:rFonts w:ascii="Times New Roman" w:hAnsi="Times New Roman" w:eastAsia="Times New Roman" w:cs="Times New Roman"/>
        </w:rPr>
        <w:t>Verite sa yo te kòmanse vin devwale nan fen mwa Jiyè 2023, epi tout verite sa yo reprezante listwa pwofetik ki akonpli nan listwa kache a, ki se “pati sa a nan pwofesi Dànyèl la ki gen rapò ak dènye jou yo.”</w:t>
      </w:r>
    </w:p>
    <w:p>
      <w:pPr>
        <w:pStyle w:val="ArticleBody"/>
        <w:jc w:val="left"/>
      </w:pPr>
      <w:r>
        <w:rPr>
          <w:rFonts w:ascii="Times New Roman" w:hAnsi="Times New Roman" w:eastAsia="Times New Roman" w:cs="Times New Roman"/>
        </w:rPr>
        <w:t>Konsa, nou genyen yon estrikti pwofetik pou istwa kache vèsè karant lan, depi nan tan lafen an an 1989, rive jis nan lwa dimanch vèsè karant-yon an, ki pèmèt nou plase vèsè youn ak de nan Danyèl chapit onz sou li. Apre sa, nou kapab plase vèsè dis rive kenz yo nan menm liy lan. Ansuit, nou kapab pran liy Makabe yo ki, lè yo byen konprann li, kòmanse nan vèsè trèz epi li kontinye jouk nan vèsè venntwa, pou mete l nan menm liy lan. Epi nou kapab pran liy de temwen yo nan Revelasyon chapit onz, vèsè sèt rive douz, pou mete l nan menm liy lan. Avèk de temwen Danyèl ak Revelasyon yo, nou genyen yon estrikti pou istwa kache vèsè karant lan.</w:t>
      </w:r>
    </w:p>
    <w:p>
      <w:pPr>
        <w:pStyle w:val="ArticleBody"/>
        <w:jc w:val="left"/>
      </w:pPr>
      <w:r>
        <w:rPr>
          <w:rFonts w:ascii="Times New Roman" w:hAnsi="Times New Roman" w:eastAsia="Times New Roman" w:cs="Times New Roman"/>
        </w:rPr>
        <w:t>An 1989, Inyon Sovyetik la te disparèt anba yon alyans ant papòt la ak lame pwoksi li a, Etazini. Lè Gorbachev te demantle Inyon Sovyetik la, tan lafen an pou san karannkat mil yo te rive. Ronald Reagan te premye wa pwofetik Etazini depi tan lafen an; Reagan, yon Repibliken pwotestan aposta ki reprezante pa wa Dariyis, te swiv pa Siris, apre sa twa lòt wa, epi answit katriyèm wa rich la.</w:t>
      </w:r>
    </w:p>
    <w:p>
      <w:pPr>
        <w:pStyle w:val="ArticleBody"/>
        <w:jc w:val="left"/>
      </w:pPr>
      <w:r>
        <w:rPr>
          <w:rFonts w:ascii="Times New Roman" w:hAnsi="Times New Roman" w:eastAsia="Times New Roman" w:cs="Times New Roman"/>
        </w:rPr>
        <w:t>Wa Siris te reprezante Bush premye a, yon globalis Repibliken deklare, Demokrat globalis Clinton te vini apre li; epi apre Clinton te vini Bush dènye a, yon globalis Repibliken deklare; apre li te vini Obama, yon globalis Demokrat islamik; epi apre li te vini prezidan ki te pi rich pase yo tout, Donald Trump, yon Repibliken pwotestan aposta.</w:t>
      </w:r>
    </w:p>
    <w:p>
      <w:pPr>
        <w:pStyle w:val="ArticleBody"/>
        <w:jc w:val="left"/>
      </w:pPr>
      <w:r>
        <w:rPr>
          <w:rFonts w:ascii="Times New Roman" w:hAnsi="Times New Roman" w:eastAsia="Times New Roman" w:cs="Times New Roman"/>
        </w:rPr>
        <w:t>An 2014, lagè Ikrenyen an ant Larisi ak lame Nazi prokirè papote a te kòmanse, pandan ansyen lame prokirè papote a (Etazini) t ap bay soutyen pou lame prokirè ikrenyen an. An 2014, mouvman Future for America a te sibi enfiltrasyon pa reprezantan dragon an, epi an 2015, Donald Trump te kòmanse premye nan twa kanpay prezidansyèl li t ap akonpli yo. Li te genyen premye kanpay li a, men yo te vòlè kanpay nan mitan an, epi nan dènye kanpay li a li pral genyen ankò. An 2020, ni kòn Repibliken an te resevwa yon blesi mòtèl paske yo te vòlè eleksyon an, ni vrè kòn Pwotestan an te resevwa yon blesi mòtèl lè li te pwoklame yon fo prediksyon, sa ki te lakòz an pati pa enfiltrasyon ki te kòmanse an 2014 la, e ki te vòlè mesaj la atravè entwodiksyon divès aplikasyon pwofetik ki te fo.</w:t>
      </w:r>
    </w:p>
    <w:p>
      <w:pPr>
        <w:pStyle w:val="ArticleBody"/>
        <w:jc w:val="left"/>
      </w:pPr>
      <w:r>
        <w:rPr>
          <w:rFonts w:ascii="Times New Roman" w:hAnsi="Times New Roman" w:eastAsia="Times New Roman" w:cs="Times New Roman"/>
        </w:rPr>
        <w:t>Nan lane 2020, yo te vòlè yon eleksyon ak yon mesaj pwofetik, epi toude kòn yo te touye nan sans senbolik pa reprezantan dragon an. Yo te vòlè eleksyon an pa mwayen alyans doub sa a: globalis ki deklare tèt yo Repibliken ansanm ak Demokrat globalis yo, avèk sipò yon medya pwopagann globalis ak machann globalis yo. Yo te vòlè mesaj la pa mwayen yon ti fi ki pa marye, ki soti lwen nan sid la, ak yon ti gason divòse ki soti Wales, ki te gen yon ajanda kache pou entwodui ak ankouraje ajanda masisi a, epi mande padon bay “nonm peche a.” Lidè Future for America pote tout koup la pou enfiltrasyon satanik la, paske se li ki te gen responsablite pou pwoteje mouvman an, men li te twò dispoze pou pèmèt mesaje ki pa t sanktifye pran yon pozisyon dirijan. Donald Trump se li ki koupab pou eleksyon yo te vòlè a, paske moun li te chwazi kite antre nan sèk entim pouvwa li a t ap fè espre mine travay li te pran an chaj la.</w:t>
      </w:r>
    </w:p>
    <w:p>
      <w:pPr>
        <w:pStyle w:val="ArticleBody"/>
        <w:jc w:val="left"/>
      </w:pPr>
      <w:r>
        <w:rPr>
          <w:rFonts w:ascii="Times New Roman" w:hAnsi="Times New Roman" w:eastAsia="Times New Roman" w:cs="Times New Roman"/>
        </w:rPr>
        <w:t>An 2022, Donald Trump te kòmanse twazyèm kanpay li a, epi an 2023 yon “vwa k ap rele nan dezè a” te kòmanse voye yon mesaj bay legliz yo. Dènyèman, yon “wòch” (ke mwen defini kòm sila yo ki andeyò “verite prezan an” ki te rele byen fò), ki petèt se lespri ki pi file nan anviwònman politik aktyèl la nan domèn piblik la, te deklare kèk verite ki gen anpil pèsepsyon. Non li se Victor Davis Hanson, epi si w ap suiv evènman k ap fèt bò kote w yo epi w ap konpare evènman sa yo ak prediksyon Pawòl Li a, alò Victor Davis Hanson se youn nan “wòch” yo, ki ap fè eko menm mesaj la ke, èspere, w ap etidye a.</w:t>
      </w:r>
    </w:p>
    <w:p>
      <w:pPr>
        <w:pStyle w:val="ArticleScripture"/>
        <w:jc w:val="left"/>
      </w:pPr>
      <w:r>
        <w:rPr>
          <w:rFonts w:ascii="Times New Roman" w:hAnsi="Times New Roman" w:eastAsia="Times New Roman" w:cs="Times New Roman"/>
        </w:rPr>
        <w:t>“Bondye ta vle nou etidye evènman k ap dewoule bò kote nou, epi konpare yo ak prediksyon ki nan pawòl li a, pou nou ka konprann ke n ap viv nan dènye jou yo. Nou vle Bib nou yo, epi nou vle konnen sa ki ekri ladan yo. Elèv pwofesi ki dilijan an pral resevwa kòm rekonpans revelasyon klè sou verite a, paske Jezi te di: ‘Pawòl ou se verite a.’” Signs of the Times, 1ye oktòb 1894.</w:t>
      </w:r>
    </w:p>
    <w:p>
      <w:pPr>
        <w:pStyle w:val="ArticleBody"/>
        <w:jc w:val="left"/>
      </w:pPr>
      <w:r>
        <w:rPr>
          <w:rFonts w:ascii="Times New Roman" w:hAnsi="Times New Roman" w:eastAsia="Times New Roman" w:cs="Times New Roman"/>
        </w:rPr>
        <w:t>Nan yon entèvyou @FreyjaTarte te pibliye sou X.com, Hanson te kòmanse lè li te deklare: “Yo [Demokrat yo] gade Trump tankou yon vanpir.” Li kontinye lè li pale sou laperèz Demokrat yo genyen konsènan posiblite pou Donald Trump eli ankò. Mwen pa gen okenn rezon pou m kwè Hanson te konprann ke, dapre Revelasyon chapit onz, Trump resisite (tankou yon vanpir), e ke lè sa te rive, moun ki te deja rejwi poutèt lanmò li t ap vin ranpli ak laperèz. Men se sa menm li idantifye nan tout kòmantè pa li a.</w:t>
      </w:r>
    </w:p>
    <w:p>
      <w:pPr>
        <w:pStyle w:val="ArticleScripture"/>
        <w:jc w:val="left"/>
      </w:pPr>
      <w:r>
        <w:rPr>
          <w:rFonts w:ascii="Times New Roman" w:hAnsi="Times New Roman" w:eastAsia="Times New Roman" w:cs="Times New Roman"/>
        </w:rPr>
        <w:t>Epi apre twa jou edmi Lespri lavi ki soti nan Bondye antre nan yo, epi yo kanpe sou pye yo; epi yon gwo lakrent tonbe sou moun ki te wè yo. Revelasyon 11:11.</w:t>
      </w:r>
    </w:p>
    <w:p>
      <w:pPr>
        <w:pStyle w:val="ArticleBody"/>
        <w:jc w:val="left"/>
      </w:pPr>
      <w:r>
        <w:rPr>
          <w:rFonts w:ascii="Times New Roman" w:hAnsi="Times New Roman" w:eastAsia="Times New Roman" w:cs="Times New Roman"/>
        </w:rPr>
        <w:t>N ap kontinye etid sa a nan atik kap vini an.</w:t>
      </w:r>
    </w:p>
    <w:p>
      <w:pPr>
        <w:pStyle w:val="ArticleScripture"/>
        <w:jc w:val="left"/>
      </w:pPr>
      <w:r>
        <w:rPr>
          <w:rFonts w:ascii="Times New Roman" w:hAnsi="Times New Roman" w:eastAsia="Times New Roman" w:cs="Times New Roman"/>
        </w:rPr>
        <w:t>“Nou rive nan peryòd yo te anonse davans nan Ekriti sa yo. Tan lafen an rive, vizyon pwofèt yo ouvri, epi avètisman solanèl yo montre nou vini Senyè nou an nan glwa kòm yon bagay ki toupre.”</w:t>
      </w:r>
    </w:p>
    <w:p>
      <w:pPr>
        <w:pStyle w:val="ArticleScripture"/>
        <w:jc w:val="left"/>
      </w:pPr>
      <w:r>
        <w:rPr>
          <w:rFonts w:ascii="Times New Roman" w:hAnsi="Times New Roman" w:eastAsia="Times New Roman" w:cs="Times New Roman"/>
        </w:rPr>
        <w:t>“Jwif yo te mal entèprete epi mal aplike pawòl Bondye a, epi yo pa t konnen tan vizitasyon yo a. Ane ministè Kris la ak apot li yo,—dènye ane gras ki te presye yo pou pèp chwazi a,—yo te pase yo ap konplote pou detwi mesaje Senyè a. Anbisyon tèren yo te vale tout panse yo, epi òf wayòm espirityèl la te vin jwenn yo anven. Konsa tou jodi a wayòm mond sa a vale panse lèzòm, epi yo pa pran okenn nòt de pwofesi k ap akonpli rapidman yo ak siy ki anonse Wayòm Bondye a k ap vini byento.”</w:t>
      </w:r>
    </w:p>
    <w:p>
      <w:pPr>
        <w:pStyle w:val="ArticleScripture"/>
        <w:jc w:val="left"/>
      </w:pPr>
      <w:r>
        <w:rPr>
          <w:rFonts w:ascii="Times New Roman" w:hAnsi="Times New Roman" w:eastAsia="Times New Roman" w:cs="Times New Roman"/>
        </w:rPr>
        <w:t>“‘Men nou menm, frè m yo, nou pa nan fènwa, pou jou sa a ta pran nou tankou yon vòlè. Nou tout se pitit limyè, e pitit lajounen: nou pa moun lannwit, ni moun fènwa.’ Pandan nou pa dwe konnen lè retou Seyè nou an va rive, nou ka konnen lè li prè. ‘Se poutèt sa, annou pa dòmi, tankou lòt yo; men annou veye epi annou rete san sou.’ 1 Thessalonisyen 5:4-6.’ The Desire of Ages,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katrevendisètúñ?</dc:title>
  <dc:subject>Tapisserie pwofetik Dànyèl 11 la: Dekouvri sibtilite epòk Trump la ak prelid pou Lwa Dimanch la</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