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katrevendisdeը</w:t>
      </w:r>
    </w:p>
    <w:p>
      <w:pPr>
        <w:pStyle w:val="ArticleSubtitle"/>
        <w:jc w:val="left"/>
      </w:pPr>
      <w:r>
        <w:rPr>
          <w:rFonts w:ascii="Arial" w:hAnsi="Arial" w:eastAsia="Arial" w:cs="Arial"/>
        </w:rPr>
        <w:t>Revelasyon Istwa Kache a: Aliyman Pwofetik ki soti nan Danyèl 11 ak Sele 144,000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N ap konsidere “istwa kache” vèsè karant nan chapit onz Danyèl la, lè li sispann temwayaj ekri li a nan tan lafen an an 1989, jouk rive nan lwa dimanch vèsè karant-yen an. Istwa kache sa a reprezante estrikti sou ki pou aliyen tout liy pwofetik dènye jou yo, paske sele san karannkat mil yo fèt anndan istwa kache sa a. Se nan istwa sa a tès ki asosye ak fòmasyon imaj bèt la rive. Se poutèt sa, se istwa kote rèv kache Nebikadneza a konsènan imaj bèt yo devwale. Istwa kache sa a se kote istwa kache ki soti nan premye manda Donald Trump la fini nan vèsè de Danyèl onz pou rive nan vèsè twa. Istwa kache sa a se pati nan pwofesi Danyèl la ki gen rapò ak dènye jou yo, epi se Revelasyon Jezikri a ki devwale jis anvan tan gras la fèmen nan lwa dimanch lan. Tout liy verite sa yo reprezante kòm retire setyèm ak dènye so a.</w:t>
      </w:r>
    </w:p>
    <w:p>
      <w:pPr>
        <w:pStyle w:val="ArticleBody"/>
        <w:jc w:val="left"/>
      </w:pPr>
      <w:r>
        <w:rPr>
          <w:rFonts w:ascii="Times New Roman" w:hAnsi="Times New Roman" w:eastAsia="Times New Roman" w:cs="Times New Roman"/>
        </w:rPr>
        <w:t>Vèsè diz rive kenz nan Danyèl onz la dwe aliyen avèk istwa kache sa a, epi twa dènye vèsè sa yo prezante twa liy pwofetik. Yo idantifye lè papote a antre ankò nan istwa a, jan li te fè sa nan ane 200 av. J.-K., lè Wòm payen an te premye antre nan istwa pwofetik ki reprezante nan Danyèl chapit onz, vèsè katòz. Vèsè sa a, ansanm ak akonplisman vèsè sa a nan istwa Wòm payen an, te etabli vizyon an, paske Wòm payen an te senbòl pouvwa ki te leve tèt li, te piye pèp Bondye a epi apre sa li te tonbe. Pwotestantis aposta a te aplike vèsè a ak Antiochus Epiphanes, men Millerit yo te aplike li ak Wòm payen an, pandan yo te idantifye vèsè a kòm yon verite tès nan istwa Millerit la. Jodi a, teyolojyen Advantis modèn Lawodise yo anseye ankò se Antiochus Epiphanes; konsa, li se ankò yon verite tès.</w:t>
      </w:r>
    </w:p>
    <w:p>
      <w:pPr>
        <w:pStyle w:val="ArticleBody"/>
        <w:jc w:val="left"/>
      </w:pPr>
      <w:r>
        <w:rPr>
          <w:rFonts w:ascii="Times New Roman" w:hAnsi="Times New Roman" w:eastAsia="Times New Roman" w:cs="Times New Roman"/>
        </w:rPr>
        <w:t>Non sèlman se yon verite k ap mete moun anba eprèv, men vèsè a ansanm ak akonplisman li an 200 av. J.-K. idantifye kilè jennès Tir la (Wòm modèn nan) kòmanse chante chan satanik li yo, epi li montre p apote a k ap antre nan istwa dènye jou yo; kidonk, sa reprezante verite prensipal k ap mete moun anba eprèv nan dènye jou yo, ki aliyen ak verite k ap mete moun anba eprèv la jan deba nan istwa Millerit la reprezante li.</w:t>
      </w:r>
    </w:p>
    <w:p>
      <w:pPr>
        <w:pStyle w:val="ArticleBody"/>
        <w:jc w:val="left"/>
      </w:pPr>
      <w:r>
        <w:rPr>
          <w:rFonts w:ascii="Times New Roman" w:hAnsi="Times New Roman" w:eastAsia="Times New Roman" w:cs="Times New Roman"/>
        </w:rPr>
        <w:t>Twa vèsè sa yo reprezante tou liy kòn Repibliken bèt tè a, epi yo idantifye etap pwofetik Donald Trump pandan li ap antre nan dezyèm manda li kòm wityèm prezidan ki soti nan sèt prezidan yo, nan yon liy prezidan ki te kòmanse avèk Ronald Reagan nan tan lafen an an 1989. Apre Batay Raphia ki nan vèsè douz la, “Antiochus” premye siprime yon rebelyon anndan Etazini, apre sa li prepare pou yon lagè kont globalis la, ki reprezante pa Lejip nan Batay Panium nan. Trump genyen lagè sa a, men lagè a inisye Twazyèm Gè Mondyal la (Actium). Aktivite sa yo te tipifye pa Antiochus III Magnus, ki te sibi defèt anba Lejip nan Batay Raphia a, men ki t ap vanje tèt li avèk viktwa nan Batay Panium nan.</w:t>
      </w:r>
    </w:p>
    <w:p>
      <w:pPr>
        <w:pStyle w:val="ArticleBody"/>
        <w:jc w:val="left"/>
      </w:pPr>
      <w:r>
        <w:rPr>
          <w:rFonts w:ascii="Times New Roman" w:hAnsi="Times New Roman" w:eastAsia="Times New Roman" w:cs="Times New Roman"/>
        </w:rPr>
        <w:t>Nan vèsè trèz la, “apre yon kantite ane,” Antiochus Magnus, jan Uriah Smith deklare li, “Antiochus, apre li te siprime rebelyon nan wayòm li a, epi li te soumèt e tabli pati lès yo nan obeyisans yo, li te vin gen tout libète pou nenpòt antrepriz lè jenn Epiphanes te monte sou twòn Ejip la; e, paske li te panse se te yon opòtinite twò bon pou elaji dominasyon li pou l ta kite l chape, li te leve yon lame imans, pi gwo pase premye a”. Trump pral anvan tout bagay siprime yon rebelyon nan wayòm li a, epi apre sa li pral prepare yon lame ki pi gwo pase sa li te genyen lè li te deja sibi yon defèt. Trump te sibi yon defèt an 2020, nan akonplisman Revelasyon chapit onz la, lè bèt ateyis la, ki reprezante globalis mondyal la, ansanm ak globalis yo nan toude pati Demokrat la ak pati Repibliken an, te vòlè eleksyon an; e, kòm premye lame pwoksi prensipal jennès lavil Tir la, sa pral tounen yon defèt tou lè Putin va ranpòte viktwa sou Ikrèn.</w:t>
      </w:r>
    </w:p>
    <w:p>
      <w:pPr>
        <w:pStyle w:val="ArticleBody"/>
        <w:jc w:val="left"/>
      </w:pPr>
      <w:r>
        <w:rPr>
          <w:rFonts w:ascii="Times New Roman" w:hAnsi="Times New Roman" w:eastAsia="Times New Roman" w:cs="Times New Roman"/>
        </w:rPr>
        <w:t>Twazyèm liy pwofetik la nan twa vèsè n ap konsidere yo se liy Pwotestan apostazi a, jan li reprezante pa liy Makabe yo, ak revòlt yo kont tantativ Antyòkis Épifàn pou fòse relijyon Lagrès sou Jwif yo. Liy Trump lan ak liy Pwotestan apostazi a reprezante de pouvwa ki, finalman, pral ini pou yo vin kòn ki reprezante kòm imaj bèt la. Vèsè trèz rive kenz yo reprezante istwa ki mennen nan lwa dimanch la, epi de liy Pwotestan apostazi a ak Repiblikenis apostazi a montre entèraksyon de pouvwa sa yo pandan y ap vin ansanm epi ini Legliz ak Leta anvan lwa dimanch la.</w:t>
      </w:r>
    </w:p>
    <w:p>
      <w:pPr>
        <w:pStyle w:val="ArticleBody"/>
        <w:jc w:val="left"/>
      </w:pPr>
      <w:r>
        <w:rPr>
          <w:rFonts w:ascii="Times New Roman" w:hAnsi="Times New Roman" w:eastAsia="Times New Roman" w:cs="Times New Roman"/>
        </w:rPr>
        <w:t>Nan atik ki pase yo, nou te idantifye ke twa evènman yo reprezante pa dat 1776, 1789, ak 1798 yo, ki reprezante Deklarasyon Endepandans lan, Konstitisyon an, ak Lwa sou Etranje yo ak Lwa sou Sedisyon an, idantifye yon peryòd ki te mennen nan kòmansman bèt latè a kòm sizyèm wayòm pwofesi biblik la. Se poutèt sa, twa repè sa yo reprezante twa repè ki mennen nan fen sizyèm wayòm pwofesi biblik la. Nou te idantifye ke vennnde ane ki kouvri depi 1776 rive 1798, senbolize tan sele san karannkat mil yo, paske nonb vennnde a se yon senbòl konbinezon Divinite ak limanite.</w:t>
      </w:r>
    </w:p>
    <w:p>
      <w:pPr>
        <w:pStyle w:val="ArticleBody"/>
        <w:jc w:val="left"/>
      </w:pPr>
      <w:r>
        <w:rPr>
          <w:rFonts w:ascii="Times New Roman" w:hAnsi="Times New Roman" w:eastAsia="Times New Roman" w:cs="Times New Roman"/>
        </w:rPr>
        <w:t>Nou idantifye istwa a kòm pote siyati “Verite” a, paske premye ak dènye pwen-repè yo reprezante endepandans ki tabli ak endepandans ki retire. Tout twa pwen-repè yo reprezante senbòl prensipal bèt ki soti sou tè a, paske yo tout reprezante pawòl Etazini, paske “pawòl yon nasyon se yon aksyon otorite lejislatif ak jidisyè yo.” Pwen-repè mitan an nan 1789 ak Konstitisyon an te ratifye pa trèz koloni, epi lèt mitan nan mo ebre “Verite” a se trèzyèm nan. Vennnde ane ki soti 1776 rive 1798 yo aliyen tou ak vennnde lèt ki fòme alfabè ebre a.</w:t>
      </w:r>
    </w:p>
    <w:p>
      <w:pPr>
        <w:pStyle w:val="ArticleBody"/>
        <w:jc w:val="left"/>
      </w:pPr>
      <w:r>
        <w:rPr>
          <w:rFonts w:ascii="Times New Roman" w:hAnsi="Times New Roman" w:eastAsia="Times New Roman" w:cs="Times New Roman"/>
        </w:rPr>
        <w:t>Nou idantifye tou ke Lwa sou Etranje yo ak Lwa sou Sedisyon an nan 1798 reprezante moman kote Etazini pale tankou yon dragon. Istwa alyans Jwif yo ak Wòm nan, ki fè pati liy Pwotestantis aposta a nan vèsè trèz rive kenz nan Danyèl onz, reprezante yon peryòd kote imaj bèt la fòme; e fòmasyon imaj sa a se tès final la pou san karannkat mil yo. Se tès yo dwe pase anvan yo sele. Alyans Jwif yo soti 161 av. J.-K. rive 158 av. J.-K. se poutèt sa yon eleman serye nan tès kote sa ki rele pou yo pami san karannkat mil yo reyalize.</w:t>
      </w:r>
    </w:p>
    <w:p>
      <w:pPr>
        <w:pStyle w:val="ArticleBody"/>
        <w:jc w:val="left"/>
      </w:pPr>
      <w:r>
        <w:rPr>
          <w:rFonts w:ascii="Times New Roman" w:hAnsi="Times New Roman" w:eastAsia="Times New Roman" w:cs="Times New Roman"/>
        </w:rPr>
        <w:t>Aksepte ke 161 av. J.-C. rive 158 av. J.-C. reprezante yon peryòd tan yo senbolize pa alyans Jwif yo, sa opoze ak ansèyman listwa, paske istoryen yo anseye alyans lan te fèt an 161 av. J.-C., tandiske Milerit yo te anseye se te an 158 av. J.-C., epi konviksyon yo sou reyalite sa a reprezante sou toude tablo sakre yo.</w:t>
      </w:r>
    </w:p>
    <w:p>
      <w:pPr>
        <w:pStyle w:val="ArticleBody"/>
        <w:jc w:val="left"/>
      </w:pPr>
      <w:r>
        <w:rPr>
          <w:rFonts w:ascii="Times New Roman" w:hAnsi="Times New Roman" w:eastAsia="Times New Roman" w:cs="Times New Roman"/>
        </w:rPr>
        <w:t>Kesyon an se pa sèlman si istoryen yo gen rezon lè yo fikse ane 161 av. J.-K. kòm dat alyans Jwif yo, oswa si Milerit yo te gen rezon lè yo idantifye 158 av. J.-K. Nan youn oswa lòt nan de chwa sa yo, gen yon gwoup ki ta dakò ak chwa ou. Kesyon an se si ni istoryen yo ni Milerit yo gen rezon, e si verite konsènan alyans avèk Jwif yo an reyalite reprezante yon peryòd tan, olye li ta youn nan de pwen sèl ki posib nan listwa.</w:t>
      </w:r>
    </w:p>
    <w:p>
      <w:pPr>
        <w:pStyle w:val="ArticleBody"/>
        <w:jc w:val="left"/>
      </w:pPr>
      <w:r>
        <w:rPr>
          <w:rFonts w:ascii="Times New Roman" w:hAnsi="Times New Roman" w:eastAsia="Times New Roman" w:cs="Times New Roman"/>
        </w:rPr>
        <w:t>Nan atik anvan yo, nou te prezante sa nou kwè ki se yon lojik ki sanktifye e ki valab, selon sa alyans ak Wòm ansanm ak Juif yo reprezante yon peryòd ki soti nan 161 anvan Kris rive jouk 158 anvan Kris, e peryòd sa a sèvi kòm yon tip ki montre fòmasyon imaj bèt la. Si se konsa vre, menm desizyon pou aksepte ke alyans Juif yo ak Wòm se yon peryòd tan, vin tounen yon tès; e, nan sans pwofetik sa a, li ann amoni ak lefèt ke fòmasyon imaj bèt la se “gwo tès la pou pèp Bondye a.”</w:t>
      </w:r>
    </w:p>
    <w:p>
      <w:pPr>
        <w:pStyle w:val="ArticleBody"/>
        <w:jc w:val="left"/>
      </w:pPr>
      <w:r>
        <w:rPr>
          <w:rFonts w:ascii="Times New Roman" w:hAnsi="Times New Roman" w:eastAsia="Times New Roman" w:cs="Times New Roman"/>
        </w:rPr>
        <w:t>Sa fin di, 158 av. J.-K. idantifye kilè alyans ant Juif aposta yo, yo rele Makabe yo, te byen tabli ak Wòm; konsa li tipifye lwa dimanch lan, paske Bib la poze kesyon retorik sa a: “Èske de ka mache ansanm, si yo pa dakò?” 158 av. J.-K. idantifye kote ak kilè Pwotestantis aposta a bay men ak pouvwa papal la, epi peryòd ki te kòmanse an 161 av. J.-K. e ki te mennen rive 158 av. J.-K. idantifye peryòd tan ki reprezante fòmasyon imaj bèt la. Li esansyèl pou rekonèt ke peryòd la ap idantifye kilè Pwotestantis aposta a pral ini ak Repiblikanis aposta a. Toude pouvwa aposta sa yo reprezante nan vèsè trèz rive kenz, konsa yo pataje kèk repè komen.</w:t>
      </w:r>
    </w:p>
    <w:p>
      <w:pPr>
        <w:pStyle w:val="ArticleBody"/>
        <w:jc w:val="left"/>
      </w:pPr>
      <w:r>
        <w:rPr>
          <w:rFonts w:ascii="Times New Roman" w:hAnsi="Times New Roman" w:eastAsia="Times New Roman" w:cs="Times New Roman"/>
        </w:rPr>
        <w:t>Li kòrèk pou aplike 1776, 1789 ak 1798 kòm prefigirasyon 11 septanm 2001, ki te swiv pa Pwosè Pelosi yo nan mouvman fo drapo ki asosye ak 6 janvye 2021, ak peryòd inogiral eleksyon vòlè Biden nan, ki mennen nan lwa dimanch la. Nan aplikasyon sa a, Lwa Patriyòt la nan 2001, ki aliyen ak Deklarasyon Endepandans lan, prezante yon siy-bò ki idantifye kòmansman retrè endepandans lan. Apre sa, dezyèm siy-bò a se tribinal fars Pelosi ak Schiff la, ki aliyen ak ratifikasyon Konstitisyon an, konsa li prefigure kòmansman ranvèsman Konstitisyon an, epi twazyèm siy-bò a se Lwa sou Etranje ak Sedisyon yo, ki reprezante Etazini k ap pale tankou yon dragon. Pou aplike siy-bò sa yo nan fason sa a, se idantifye siy-bò pwotestantis apostazi a jan Makabe yo reprezante l.</w:t>
      </w:r>
    </w:p>
    <w:p>
      <w:pPr>
        <w:pStyle w:val="ArticleBody"/>
        <w:jc w:val="left"/>
      </w:pPr>
      <w:r>
        <w:rPr>
          <w:rFonts w:ascii="Times New Roman" w:hAnsi="Times New Roman" w:eastAsia="Times New Roman" w:cs="Times New Roman"/>
        </w:rPr>
        <w:t>Nan yon lòt nivo, idantifye twa repè yo an asosiyasyon ak Repiblikanis aposta pwodui yon aplikasyon yon ti jan diferan. 11 septanm 2001 aliyen ak 1776, men 1789, pou Repiblikanis aposta, aliyen ak Lwa sou Etranje ak Sedisyon yo, epi sa etabli yon distenksyon ant “lwa” sa yo ak pale dragon an, sa vle di sa ki reprezante pa aplikasyon dimanch lan. Lè yo mete de liy yo ansanm nan kontèks eprèv imaj bèt la, yo fòme estrikti pwofetik etablisman imaj bèt la, epi gwo eprèv pou pèp Bondye a se fòmasyon imaj bèt la. Pou pèp Bondye a, fòmasyon imaj bèt la dwe an premye rekonèt jan li reprezante (fòme) nan Pawòl Bondye a, pou pèp dènye jou sa a kapab rekonèt fòmasyon sa a nan mond politik ak relijye a.</w:t>
      </w:r>
    </w:p>
    <w:p>
      <w:pPr>
        <w:pStyle w:val="ArticleBody"/>
        <w:jc w:val="left"/>
      </w:pPr>
      <w:r>
        <w:rPr>
          <w:rFonts w:ascii="Times New Roman" w:hAnsi="Times New Roman" w:eastAsia="Times New Roman" w:cs="Times New Roman"/>
        </w:rPr>
        <w:t>Kidonkijan Esè Pelosi yo nan 6 janvye 2021 te kapab aliyen ak Lwa sou Etranje ak Sou Sedisyon yo? Esè Pelosi yo make selebrasyon bèt ki soti nan gwo twou san fon an, ki te fèk touye prezidan rich la ki te souke mondyalis la. Istwa selebrasyon sa a te kòmanse ak peryòd inogirasyon Biden nan, epi li reprezante yon peryòd ki fini ak dezyèm inogirasyon Trump la. Li enpòtan pou note ke Trump fè kanpay pou prezidan twa fwa, e nan premye ak dènye fwa yo li genyen, men nan mitan an yo te vòlè viktwa li pa pouvwa Sentespri a idantifye kòm papa manti a. Esè Pelosi yo ki te kòmanse ak eleksyon yo te vòlè a idantifye yon dezyèm seri esè Pelosi pou vanjans ki kòmanse lè Trump inogire 20 janvye 2025.</w:t>
      </w:r>
    </w:p>
    <w:p>
      <w:pPr>
        <w:pStyle w:val="ArticleBody"/>
        <w:jc w:val="left"/>
      </w:pPr>
      <w:r>
        <w:rPr>
          <w:rFonts w:ascii="Times New Roman" w:hAnsi="Times New Roman" w:eastAsia="Times New Roman" w:cs="Times New Roman"/>
        </w:rPr>
        <w:t>Peryòd manda prezidans Joe Biden lan kòmanse avèk yon seri Jijman Pelosi, epi li fini avèk yon seri Jijman Pelosi. Toude se jijman politik, men moun yo pouswiv nan dezyèm seri jijman yo se sila yo ki te mennen nan premye jijman yo. Nan dezyèm inogirasyon Trump lan, ane 164 anvan Jezikri make. Dezyèm inogirasyon Trump lan se tipifye pa 164 anvan Jezikri, epi rededikasyon tanp jwif la reprezante rededikasyon tanp politik la pou yon dezyèm fwa.</w:t>
      </w:r>
    </w:p>
    <w:p>
      <w:pPr>
        <w:pStyle w:val="ArticleBody"/>
        <w:jc w:val="left"/>
      </w:pPr>
      <w:r>
        <w:rPr>
          <w:rFonts w:ascii="Times New Roman" w:hAnsi="Times New Roman" w:eastAsia="Times New Roman" w:cs="Times New Roman"/>
        </w:rPr>
        <w:t>Se te menm ane Antiochus Epiphanes te mouri a, e li te pouvwa ki te enpoze pratik relijye Lagrès yo sou Juif yo, konsa sa te lakòz revòlt Makabe yo an 167 av. J.-K. Nan dezyèm inogirasyon Trump la an 2025, relijyon Lagrès la (globalis la) pral vin konplètman soumèt Ozetazini, epi mirak satanik yo pral kòmanse bay fòs ak travay pou mete legliz ak leta ansanm. Nan pwen sa a, Trump pral siyen dekrè egzekitif ki paralèl ak Alien and Sedition Acts yo, konsa sa ap make kòmansman fòmasyon imaj bèt la (161 av. J.-K.), epi li pral kòmanse dezyèm seri Pelosi Trials yo. Alien and Sedition Acts yo make kòmansman peryòd fòmasyon imaj bèt la, epi peryòd sa a fini nan lwa dimanch lan, jan sa te prefigire pa 158 av. J.-K.</w:t>
      </w:r>
    </w:p>
    <w:p>
      <w:pPr>
        <w:pStyle w:val="ArticleBody"/>
        <w:jc w:val="left"/>
      </w:pPr>
      <w:r>
        <w:rPr>
          <w:rFonts w:ascii="Times New Roman" w:hAnsi="Times New Roman" w:eastAsia="Times New Roman" w:cs="Times New Roman"/>
        </w:rPr>
        <w:t>Konsa, peryòd ki fòmasyon imaj bèt la kòmanse avèk “zak” ki pèmèt Trump fèmen medya prensipal yo, ekspilse etranje ilegal yo, epi arete epi mennen devan jijman sila yo ki enplike nan konplo pati Demokrat la. Kòmansman peryòd la make pèsekisyon politik Trump pote a, epi li fini avèk pèsekisyon relijye.</w:t>
      </w:r>
    </w:p>
    <w:p>
      <w:pPr>
        <w:pStyle w:val="ArticleBody"/>
        <w:jc w:val="left"/>
      </w:pPr>
      <w:r>
        <w:rPr>
          <w:rFonts w:ascii="Times New Roman" w:hAnsi="Times New Roman" w:eastAsia="Times New Roman" w:cs="Times New Roman"/>
        </w:rPr>
        <w:t>Nan sans sa a, siy mitan an nan 1789 ak Konstitisyon an, se pwosè Pelosi yo nan 2021, ki reprezante yon peryòd ki fini ak menm istwa a tankou nan kòmansman an; men dènye seri pwosè Pelosi yo se yon ranvèsman politik kont moun ki kounye a ap sibi pouswit jidisyè epi yo nan prizon. Dezyèm siy lan nan liy Pwotestantis aposta a se pwosè Pelosi yo, ki kouvri prezidans Joe Biden lan, epi peryòd la fini nan mwa janvye 2025, lè siy 1789 la, nan liy Repiblikanis aposta a, rive 20 janvye 2025, avèk dekrè egzekitif ki vini imedyatman apre dezyèm inogirasyon Trump la. Sa kòmanse yon peryòd kote nasyon an pale tankou yon dragon (Lwa sou Etranje ak Sedisyon), ki mennen nan lwa dimanch lan kote nasyon an pale tankou yon dragon. Pandan peryòd sa a, Konstitisyon an, jan 1789 reprezante li a, ap ranvèse pwogresivman.</w:t>
      </w:r>
    </w:p>
    <w:p>
      <w:pPr>
        <w:pStyle w:val="ArticleBody"/>
        <w:jc w:val="left"/>
      </w:pPr>
      <w:r>
        <w:rPr>
          <w:rFonts w:ascii="Times New Roman" w:hAnsi="Times New Roman" w:eastAsia="Times New Roman" w:cs="Times New Roman"/>
        </w:rPr>
        <w:t>Nan dezyèm inogirasyon Trump lan, li vin wityèm prezidan an, ki sòti nan sèt yo; epi fòmasyon imaj bèt la idantifye kijan kòn aposta Pwotestantis la ak Repiblikanis la ini pou vin yon sèl kòn, avèk Pwotestan yo ki gen kontwòl sou relasyon an. Nan menm istwa sa a menm, sila yo ki te rele pou yo vin san karant-kat mil yo resevwa sele a davans, anvan yo leve yo kòm kòn vrè Pwotestantis la lè lwa dimanch ki prèt pou vini an rive.</w:t>
      </w:r>
    </w:p>
    <w:p>
      <w:pPr>
        <w:pStyle w:val="ArticleBody"/>
        <w:jc w:val="left"/>
      </w:pPr>
      <w:r>
        <w:rPr>
          <w:rFonts w:ascii="Times New Roman" w:hAnsi="Times New Roman" w:eastAsia="Times New Roman" w:cs="Times New Roman"/>
        </w:rPr>
        <w:t>Mesaj sele a ki se Revelasyon Jezi Kris la, ki vin devwale jis anvan tan gras la fini, se pati nan Dànyèl ki gen rapò ak dènye jou yo. Pati sa a ki vin devwale a se istwa kache Dànyèl 11 vèsè 40 la, epi vèsè 13 rive 15 yo aliyen ak istwa kache sa a. Se poutèt sa, mesaj ki vin devwale jis anvan tan gras la fini an, ki te tipifye pa mesaj pwofetik kache ki nan imaj bèt Nebikadneza a, se menm mesaj la sou ini de baton yo nan kòn aposta Pwotestantis ak Repiblikanis yo, ke Makabe yo ak Antiyòkis III reprezante nan vèsè 13 rive 15 yo.</w:t>
      </w:r>
    </w:p>
    <w:p>
      <w:pPr>
        <w:pStyle w:val="ArticleBody"/>
        <w:jc w:val="left"/>
      </w:pPr>
      <w:r>
        <w:rPr>
          <w:rFonts w:ascii="Times New Roman" w:hAnsi="Times New Roman" w:eastAsia="Times New Roman" w:cs="Times New Roman"/>
        </w:rPr>
        <w:t>Mesaj ki idantifye fòmasyon imaj bèt la se mesaj ki transmèt sanktifikasyon ki sele vrè kòn pwotestan an.</w:t>
      </w:r>
    </w:p>
    <w:p>
      <w:pPr>
        <w:pStyle w:val="ArticleBody"/>
        <w:jc w:val="left"/>
      </w:pPr>
      <w:r>
        <w:rPr>
          <w:rFonts w:ascii="Times New Roman" w:hAnsi="Times New Roman" w:eastAsia="Times New Roman" w:cs="Times New Roman"/>
        </w:rPr>
        <w:t>Nan vèsè katòz la, nan ane 200 anvan Jezikri, yo prezante lavil Wòm payen an pou premye fwa nan naratif pwofetik la, lè li te leve pou pwoteje nouvo wa tibebe peyi Lejip la kont yon alyans kont Lejip Antiòkis III ak Filip Masedwàn te fòme. Nan ane sa a, yo te mennen Batay Panyòm nan pa Antiòkis III kont Ptolemi V. Entwodiksyon vòlè pèp ou a, ki tabli vizyon an, yon alyans ant Antiòkis ak Filip, ansanm ak Batay Panyòm nan, tout te fèt nan ane sa a. Se poutèt sa, repè a idantifye yon alyans ant Antiòkis, ki prefigire kòn repibliken bèt tè a, ak Filip Masedwàn, ansyen non Lagrès, ki prefigire Nasyonzini yo.</w:t>
      </w:r>
    </w:p>
    <w:p>
      <w:pPr>
        <w:pStyle w:val="ArticleBody"/>
        <w:jc w:val="left"/>
      </w:pPr>
      <w:r>
        <w:rPr>
          <w:rFonts w:ascii="Times New Roman" w:hAnsi="Times New Roman" w:eastAsia="Times New Roman" w:cs="Times New Roman"/>
        </w:rPr>
        <w:t>Sou plan pwofetik la, nan Batay Panyòm nan, yon alyans fèt ant dragon an (Masedwàn) ak fo pwofèt la (Etazini). Motivasyon fondamantal ki te dèyè alyans sa a se te pou yo separe domèn Ejip la, ki ta reprezante yon Larisi k ap tonbe.</w:t>
      </w:r>
    </w:p>
    <w:p>
      <w:pPr>
        <w:pStyle w:val="ArticleBody"/>
        <w:jc w:val="left"/>
      </w:pPr>
      <w:r>
        <w:rPr>
          <w:rFonts w:ascii="Times New Roman" w:hAnsi="Times New Roman" w:eastAsia="Times New Roman" w:cs="Times New Roman"/>
        </w:rPr>
        <w:t>Lè Jezi te mennen disip li yo Panium, lè sa a yo te rele l Sezare Filip. Pitit pitit Ewòd Gran an, Ewòd Filip, te akonpli restorasyon vil la e li te ba li non Seza Ogis ansanm ak pwòp non pa li, konsa Sezare Filip. Relasyon yo a reprezante Wòm avèk Wòm, men Filip se yon Wòm ki pi piti an rapò ak Seza; epi sou nivo pwofetik la, Ewòd Filip reprezante Salome, pitit fi Ewodyad. Se poutèt sa, nan non Sezare Filip la, nou jwenn Ewòd Filip k ap reprezante fo pwofèt la, epi Seza k ap reprezante papote a.</w:t>
      </w:r>
    </w:p>
    <w:p>
      <w:pPr>
        <w:pStyle w:val="ArticleBody"/>
        <w:jc w:val="left"/>
      </w:pPr>
      <w:r>
        <w:rPr>
          <w:rFonts w:ascii="Times New Roman" w:hAnsi="Times New Roman" w:eastAsia="Times New Roman" w:cs="Times New Roman"/>
        </w:rPr>
        <w:t>Se poutèt sa, istwa pwofetik Panyòm nan prezante de alyans: youn kote fo pwofèt la (Trump) mete men ak dragon an (Nasyonzini), epi lòt la kote fo pwofèt la (Trump) mete men ak pap la (Seza). Nan vèsè sèz la, lwa dimanch lan reprezante, e se la inyon an twa pati a aplike; men an reyalite, aranjman an te deja tabli anvan lwa dimanch lan, nan vèsè kenz la ak Batay Panyòm nan.</w:t>
      </w:r>
    </w:p>
    <w:p>
      <w:pPr>
        <w:pStyle w:val="ArticleScripture"/>
        <w:jc w:val="left"/>
      </w:pPr>
      <w:r>
        <w:rPr>
          <w:rFonts w:ascii="Times New Roman" w:hAnsi="Times New Roman" w:eastAsia="Times New Roman" w:cs="Times New Roman"/>
        </w:rPr>
        <w:t>“Pa mwayen dekrè k ap fè respekte enstitisyon Papote a, an vyolasyon lalwa Bondye a, nasyon nou an pral koupe tèt li nèt ak jistis. Lè Pwotestantis va lonje men li lòt bò twou san fon an pou l pran men pouvwa women an, lè li va rive lòt bò labim nan pou l bay Espirityalis lanmen, lè, anba enfliyans inyon sa a ki fèt an twa, peyi nou an va rejte tout prensip Konstitisyon li an kòm yon gouvènman pwotestan ak repibliken, epi l ap pran dispozisyon pou pwopagasyon manti ak twonpri papal yo, lè sa a nou ka konnen lè a rive pou travay etonan Satan an, e ke lafen an toupre.” Testimonies, volim 5, 451.</w:t>
      </w:r>
    </w:p>
    <w:p>
      <w:pPr>
        <w:pStyle w:val="ArticleBody"/>
        <w:jc w:val="left"/>
      </w:pPr>
      <w:r>
        <w:rPr>
          <w:rFonts w:ascii="Times New Roman" w:hAnsi="Times New Roman" w:eastAsia="Times New Roman" w:cs="Times New Roman"/>
        </w:rPr>
        <w:t>N ap kontinye etid sa a nan pwochen atik nou an.</w:t>
      </w:r>
    </w:p>
    <w:p>
      <w:pPr>
        <w:pStyle w:val="ArticleScripture"/>
        <w:jc w:val="left"/>
      </w:pPr>
      <w:r>
        <w:rPr>
          <w:rFonts w:ascii="Times New Roman" w:hAnsi="Times New Roman" w:eastAsia="Times New Roman" w:cs="Times New Roman"/>
        </w:rPr>
        <w:t>“Revelasyon pa ni kreyasyon ni envansyon yon bagay nouvo, men se manifestasyon sa ki te, jiskaske li te revele, enkoni pou lèzòm. Gwo verite etènèl ki nan levanjil la revele atravè rechèch dilijan ak lè nou imilye tèt nou devan Bondye. Anseyan divin nan mennen lespri moun ki enb k ap chèche laverite a; epi anba gidans Sentespri a, verite Pawòl la fè yo konnen li. Epi pa ka gen okenn chemen konesans ki pi sèten e ki pi efikas pase lè yon moun gide konsa. Pwomès Sovè a te: ‘Lè li menm, Lespri verite a, vini, li pral gide nou nan tout laverite.’ Se atravè kominikasyon Sentespri a ban nou ke nou vin konprann Pawòl Bondye a.”</w:t>
      </w:r>
    </w:p>
    <w:p>
      <w:pPr>
        <w:pStyle w:val="ArticleScripture"/>
        <w:jc w:val="left"/>
      </w:pPr>
      <w:r>
        <w:rPr>
          <w:rFonts w:ascii="Times New Roman" w:hAnsi="Times New Roman" w:eastAsia="Times New Roman" w:cs="Times New Roman"/>
        </w:rPr>
        <w:t>“Somis la ekri: ‘Kijan yon jenn gason va pirifye chemen li? Se lè li veye sou li dapre pawòl ou. Se ak tout kè m mwen chèche ou: O, pa kite m pèdi wout lwen kòmandman ou yo.... Ouvri je m, pou m ka kontanple mèvèy ki nan lalwa ou.’”</w:t>
      </w:r>
    </w:p>
    <w:p>
      <w:pPr>
        <w:pStyle w:val="ArticleScripture"/>
        <w:jc w:val="left"/>
      </w:pPr>
      <w:r>
        <w:rPr>
          <w:rFonts w:ascii="Times New Roman" w:hAnsi="Times New Roman" w:eastAsia="Times New Roman" w:cs="Times New Roman"/>
        </w:rPr>
        <w:t>“Yo ban nou avètisman pou nou chèche laverite tankou yon trezò kache. Senyè a louvri konpreyansyon moun ki vrèman ap chèche laverite a; epi Sentespri a fè li kapab konprann verite revelasyon yo. Se sa salmis la vle di lè li mande pou yo louvri je l pou li ka wè bèl mèvèy ki nan lalwa a. Lè nanm nan swaf bèlte eksepsyonèl Jezikri yo, lespri a vin kapab konprann glwa pi bon lemonn nan. Se sèlman avèk èd Anseyan diven an nou kapab konprann verite ki nan Pawòl Bondye a. Nan lekòl Kris la nou aprann vin dou ak enb, paske yo ban nou konpreyansyon sou mistè pyete a.</w:t>
      </w:r>
    </w:p>
    <w:p>
      <w:pPr>
        <w:pStyle w:val="ArticleScripture"/>
        <w:jc w:val="left"/>
      </w:pPr>
      <w:r>
        <w:rPr>
          <w:rFonts w:ascii="Times New Roman" w:hAnsi="Times New Roman" w:eastAsia="Times New Roman" w:cs="Times New Roman"/>
        </w:rPr>
        <w:t>“Sila ki te enspire Pawòl la se te vrè entèprèt Pawòl la. Kris te ilistre ansèyman li yo lè li te atire atansyon moun ki t ap koute l yo sou senp lwa lanati yo, ak sou objè abitye yo ke yo te wè epi manyen chak jou. Konsa li te mennen lespri yo soti nan natirèl la pou rive nan espirityèl la. Anpil pa t rive konprann touswit sans parabòl li yo; men, jan yo t ap vin an kontak chak jou ak objè sa yo ak ki Gran Anseyan an te asosye verite espirityèl yo, gen kèk ki te disène leson verite diven li te chèche enprime sou yo, epi sa yo te vin konvenki de verite misyon li epi yo te konvèti a levanjil la.” Sabbath School Worker, 1ye desanm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katrevendisdeը</dc:title>
  <dc:subject>Revelasyon Istwa Kache a: Aliyman Pwofetik ki soti nan Danyèl 11 ak Sele 144,000 yo</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