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katrevendis-twa</w:t>
      </w:r>
    </w:p>
    <w:p>
      <w:pPr>
        <w:pStyle w:val="ArticleSubtitle"/>
        <w:jc w:val="left"/>
      </w:pPr>
      <w:r>
        <w:rPr>
          <w:rFonts w:ascii="Arial" w:hAnsi="Arial" w:eastAsia="Arial" w:cs="Arial"/>
        </w:rPr>
        <w:t>Revelasyon Dènye Tan yo: Soti nan Sò Larisi rive nan Retou Trump ak Fòmasyon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Nan yon fiti ki pa twò lwen, Larisi pral mete fen nan lagè ki nan Ikrèn nan ak yon viktwa, epi viktwa sa a pral pwouve li se kòmansman fen an pou Poutin ak Larisi. Menm jan Gorbatchev te reòganize (perestroika) anpi li a epi answit li te kouri al jwenn Nasyonzini, se konsa Larisi politik la pral vin anba otorite Nasyonzini, tandiske Larisi relijye a pral vin anba kontwòl papote a. Trump pral eli an 2024, epi li pral genyen sou Demokrat globalis yo ansanm ak globalis Repibliken ki deklare tèt yo kòm sa, epi li pral fòme yon alyans ak globalis Nasyonzini yo, nan objektif pou rezoud konsekans ki soti nan disparisyon Poutin ak Larisi. Lè sa a, pwostitiye Tir la pral entèsede an favè Larisi.</w:t>
      </w:r>
    </w:p>
    <w:p>
      <w:pPr>
        <w:pStyle w:val="ArticleBody"/>
        <w:jc w:val="left"/>
      </w:pPr>
      <w:r>
        <w:rPr>
          <w:rFonts w:ascii="Times New Roman" w:hAnsi="Times New Roman" w:eastAsia="Times New Roman" w:cs="Times New Roman"/>
        </w:rPr>
        <w:t>Nan Batay Panium nan, istwa premye nan twa batay vèsè karant lan repete. Nan premye batay la, ki te reprezante pa efondreman Inyon Sovyetik la an 1989, premye nan uit dènye prezidan yo te sèvi kòm lame pwokirasyon papote a. Premye prezidan sa a te yon Repibliken, sa ki siyale ke dènye a tou pral yon prezidan Repibliken. Premye prezidan an te konnen pou diskou li yo konsènan miray rido fè a, ki, kòm yon repè pwofetik, te tonbe lè Miray Bèlen an te tonbe nan 9 novanm 1989. Dènye prezidan Repibliken an pral konnen pou diskou li yo konsènan miray sou fwontyè sid Etazini an, epi repè ki pral make temwayaj Trump sou konstriksyon miray la pral lwa dimanch lan, kote “miray separasyon ant legliz ak leta” senbolik la ap retire.</w:t>
      </w:r>
    </w:p>
    <w:p>
      <w:pPr>
        <w:pStyle w:val="ArticleBody"/>
        <w:jc w:val="left"/>
      </w:pPr>
      <w:r>
        <w:rPr>
          <w:rFonts w:ascii="Times New Roman" w:hAnsi="Times New Roman" w:eastAsia="Times New Roman" w:cs="Times New Roman"/>
        </w:rPr>
        <w:t>Premye prezidan sa a te yon ansyen vedèt medya, li te byen konnen poutèt kapasite li pou pale avèk anpil ladrès ak sans imè li. Dènye prezidan an se yon ansyen vedèt medya, li byen konnen poutèt kapasite li pou pale avèk anpil ladrès ak sans imè li. Ane 1989 la te make dezentegrasyon anpi yo te konnen sou non Inyon Sovyetik la, epi dènye nan twa batay vèsè karant lan reprezante dezentegrasyon anpi yo te konnen sou non Larisi a.</w:t>
      </w:r>
    </w:p>
    <w:p>
      <w:pPr>
        <w:pStyle w:val="ArticleBody"/>
        <w:jc w:val="left"/>
      </w:pPr>
      <w:r>
        <w:rPr>
          <w:rFonts w:ascii="Times New Roman" w:hAnsi="Times New Roman" w:eastAsia="Times New Roman" w:cs="Times New Roman"/>
        </w:rPr>
        <w:t>Batay Panium nan se twazyèm ak dènye batay vès karant lan, e li te prefigire pa premye batay la. Lè premye batay la te fini, tout monn lan te rekonèt sèl sipèpisans ki te egziste nan monn lan se te Etazini. Dominasyon mondyal sa a pral repete nan konklizyon dènye batay la, paske se la, malgre alyans ki te fòme ant Antiochus III ak Filip Masedwàn nan, (Etazini ak Nasyonzini yo), Etazini (fo pwofèt la) pral tabli kòm wa prensipal dis wa yo (dragon an—Nasyonzini yo.)</w:t>
      </w:r>
    </w:p>
    <w:p>
      <w:pPr>
        <w:pStyle w:val="ArticleBody"/>
        <w:jc w:val="left"/>
      </w:pPr>
      <w:r>
        <w:rPr>
          <w:rFonts w:ascii="Times New Roman" w:hAnsi="Times New Roman" w:eastAsia="Times New Roman" w:cs="Times New Roman"/>
        </w:rPr>
        <w:t>Twa batay ki nan vèsè karant lan pote siyati “Laverite,” paske premye a reprezante dènye a, epi batay ki nan mitan an reprezante rebelyon. Premye ak dènye lame pwokirasyon ki genyen batay la (Etazini) ranpòte laviktwa, men dezyèm lame pwokirasyon an pèdi, epi dezyèm lame pwokirasyon an se Nazism, yon senbòl mondyal rebelyon.</w:t>
      </w:r>
    </w:p>
    <w:p>
      <w:pPr>
        <w:pStyle w:val="ArticleBody"/>
        <w:jc w:val="left"/>
      </w:pPr>
      <w:r>
        <w:rPr>
          <w:rFonts w:ascii="Times New Roman" w:hAnsi="Times New Roman" w:eastAsia="Times New Roman" w:cs="Times New Roman"/>
        </w:rPr>
        <w:t>Twa kanpay politik Donald Trump yo pote siyati “Verite” a, paske li genyen eleksyon an nan premye ak dènye kanpay li yo, men nan kanpay ki nan mitan an li bat anba bèt ateyis la, ki se pouvwa dragon an, yon lòt fwa ankò senbòl rebelyon an reprezante pa trèzyèm lèt alfabè ebre a, ki lè yo mete l ansanm ak premye ak dènye lèt la fòme mo ebre a ki vle di “Verite.”</w:t>
      </w:r>
    </w:p>
    <w:p>
      <w:pPr>
        <w:pStyle w:val="ArticleBody"/>
        <w:jc w:val="left"/>
      </w:pPr>
      <w:r>
        <w:rPr>
          <w:rFonts w:ascii="Times New Roman" w:hAnsi="Times New Roman" w:eastAsia="Times New Roman" w:cs="Times New Roman"/>
        </w:rPr>
        <w:t>Vèsè dis nan Danyèl onz idantifye tan lafen an an 1989, epi vèsè sèz idantifye lwa dimanch k ap vini talè a. Vèsè dis rive kenz yo reprezante listwa kache vèsè karant lan, ki se pati nan liv Danyèl la ki te sele jouk nan dènye jou yo. Lè yo mete vèsè dis rive kenz yo (liy sou liy) nan listwa kache vèsè karant lan, pati Danyèl ki gen rapò ak dènye jou yo vin desele. Pati sa a desele jis anvan tan gras la fini pou moun k ap kenbe Saba yo nan lwa dimanch k ap vini talè a. Se poutèt sa, li reprezante dènye, oswa setyèm, sele a.</w:t>
      </w:r>
    </w:p>
    <w:p>
      <w:pPr>
        <w:pStyle w:val="ArticleScripture"/>
        <w:jc w:val="left"/>
      </w:pPr>
      <w:r>
        <w:rPr>
          <w:rFonts w:ascii="Times New Roman" w:hAnsi="Times New Roman" w:eastAsia="Times New Roman" w:cs="Times New Roman"/>
        </w:rPr>
        <w:t>Lè li louvri setyèm sele a, te gen silans nan syèl la pou apeprè demi èdtan. Epi mwen wè sèt zanj yo ki te kanpe devan Bondye; epi yo te ba yo sèt twonpèt. Epi yon lòt zanj vini, li kanpe bò lotèl la, li te gen yon lansanbwa an lò; epi yo te ba li anpil lansan, pou l te ka ofri l ansanm ak priyè tout sen yo sou lotèl an lò ki te devan twòn nan. Epi lafimen lansan an, ki te monte ansanm ak priyè sen yo, leve devan Bondye soti nan men zanj lan. Epi zanj lan pran lansanbwa a, li ranpli l ak dife lotèl la, li voye l sou tè a; epi te gen vwa, kout loraj, zèklè, ak yon tranblemanntè. Epi sèt zanj yo ki te gen sèt twonpèt yo pare tèt yo pou yo sonnen. Revelasyon 8:1–6.</w:t>
      </w:r>
    </w:p>
    <w:p>
      <w:pPr>
        <w:pStyle w:val="ArticleBody"/>
        <w:jc w:val="left"/>
      </w:pPr>
      <w:r>
        <w:rPr>
          <w:rFonts w:ascii="Times New Roman" w:hAnsi="Times New Roman" w:eastAsia="Times New Roman" w:cs="Times New Roman"/>
        </w:rPr>
        <w:t>Sèt zanj ki gen sèt twonpèt yo reprezante jijman egzekitif la ki kòmanse nan lwa dimanch Ozetazini, epi yo reprezante tou jijman egzekitif la ki kòmanse lè Mikayèl leve kanpe epi tan gras limanite a fini. Premye peryòd la, depi lwa dimanch la jiskaske Mikayèl leve kanpe, jijman Bondye yo melanje ak mizèrikòd; men apre sa, sèt dènye flewo yo se jijman Bondye ki pa melanje ak mizèrikòd. Ouvèti setyèm sele a se lè y ap prepare jijman egzekitif yo, jan sa reprezante pa sèt zanj yo.</w:t>
      </w:r>
    </w:p>
    <w:p>
      <w:pPr>
        <w:pStyle w:val="ArticleBody"/>
        <w:jc w:val="left"/>
      </w:pPr>
      <w:r>
        <w:rPr>
          <w:rFonts w:ascii="Times New Roman" w:hAnsi="Times New Roman" w:eastAsia="Times New Roman" w:cs="Times New Roman"/>
        </w:rPr>
        <w:t>Nan Danyèl chapit de ak nèf idantifye “lapriyè sen yo” kòm yon lapriyè pou konprann evènman ki asosye ak rèv kache Nebikadneza a sou estati bèt yo, ansanm ak repantans ak konfesyon ki asosye ak “sèt tan yo,” nan Levitik chapit vennsis. Lapriyè yo ki melanje ak lansan an nan “lansanwa an lò” a, ki te monte devan Bondye, se moun sa yo ki priye yo, moun ki rele pou yo pami san karannkat mil yo, ki nan moman sa a resevwa so Bondye vivan an, pandan dife ki soti sou lotèl la ap jete sou tè a.</w:t>
      </w:r>
    </w:p>
    <w:p>
      <w:pPr>
        <w:pStyle w:val="ArticleBody"/>
        <w:jc w:val="left"/>
      </w:pPr>
      <w:r>
        <w:rPr>
          <w:rFonts w:ascii="Times New Roman" w:hAnsi="Times New Roman" w:eastAsia="Times New Roman" w:cs="Times New Roman"/>
        </w:rPr>
        <w:t>Nan Ezekyèl chapit nèf, se menm sen sa yo k ap soupiye epi rele poutèt abominasyon k ap fèt nan peyi a ak nan legliz la; epi pandan y ap eksprime gwo lapenn pwofon yo pou peche, zanj ki sele a mete yon mak sou fwon yo. Menm jan ak chapit uit nan Revelasyon an, jijman zanj destriktè yo reprezante yo la nan background nan, ap tann lòd ki di sele a fini.</w:t>
      </w:r>
    </w:p>
    <w:p>
      <w:pPr>
        <w:pStyle w:val="ArticleScripture"/>
        <w:jc w:val="left"/>
      </w:pPr>
      <w:r>
        <w:rPr>
          <w:rFonts w:ascii="Times New Roman" w:hAnsi="Times New Roman" w:eastAsia="Times New Roman" w:cs="Times New Roman"/>
        </w:rPr>
        <w:t>“Avèk yon presizyon ki pa janm twonpe, Sila ki Enfini an kontinye kenbe kont ak tout nasyon yo. Pandan mizèrikòd li ap ofri ansanm ak apèl pou repantans, kont sa a ap rete ouvè; men lè chif yo rive nan yon sèten mezi Bondye fikse, ministè kòlè li a kòmanse. Kont la fèmen. Pasyans diven an sispann. Pa gen okenn lòt lapriyè pou mizèrikòd an favè yo.”</w:t>
      </w:r>
    </w:p>
    <w:p>
      <w:pPr>
        <w:pStyle w:val="ArticleScripture"/>
        <w:jc w:val="left"/>
      </w:pPr>
      <w:r>
        <w:rPr>
          <w:rFonts w:ascii="Times New Roman" w:hAnsi="Times New Roman" w:eastAsia="Times New Roman" w:cs="Times New Roman"/>
        </w:rPr>
        <w:t>“Pwofèt la, pandan li t ap gade desann atravè syèk yo, te wè epòk sa a prezante devan vizyon li. Nasyon yo nan epòk sa a te resevwa mizèrikòd san parèy. Yo te resevwa pi chwa benediksyon syèl la; men ògèy ki ogmante, avaris, idolatri, mepri pou Bondye, ak move engra yo ekri kont yo. Yo ap fèmen kont yo ak Bondye byen vit.”</w:t>
      </w:r>
    </w:p>
    <w:p>
      <w:pPr>
        <w:pStyle w:val="ArticleScripture"/>
        <w:jc w:val="left"/>
      </w:pPr>
      <w:r>
        <w:rPr>
          <w:rFonts w:ascii="Times New Roman" w:hAnsi="Times New Roman" w:eastAsia="Times New Roman" w:cs="Times New Roman"/>
        </w:rPr>
        <w:t>“Men, sa ki fè m tranble se lefètke sila yo ki te resevwa pi gwo limyè ak pi gwo privilèj yo vin kontamine pa mechanste k ap domine a. Anba enfliyans moun ki enjis ki bò kote yo, anpil moun, menm pami sila yo ki deklare yo kenbe verite a, vin refwadi e yo kite gwo kouran mal la pote yo ale. Mepri jeneral yo voye sou vrè pyete ak sentete mennen sila yo ki pa mare tèt yo sere ak Bondye pou yo pèdi reverans yo pou lalwa Li a. Si yo t ap suiv limyè a epi obeyi verite a ak tout kè yo, lalwa sen sa a t ap parèt menm pi presye pou yo lè yo wè jan yo meprize li epi mete li sou kote konsa. Plis mank respè pou lalwa Bondye a vin parèt aklè, se plis liy separasyon ant sila yo ki obsève li ak mond lan vin pi klè. Lanmou pou prensip diven yo ogmante lakay yon klas menm jan mepri pou yo ogmante lakay yon lòt klas.”</w:t>
      </w:r>
    </w:p>
    <w:p>
      <w:pPr>
        <w:pStyle w:val="ArticleScripture"/>
        <w:jc w:val="left"/>
      </w:pPr>
      <w:r>
        <w:rPr>
          <w:rFonts w:ascii="Times New Roman" w:hAnsi="Times New Roman" w:eastAsia="Times New Roman" w:cs="Times New Roman"/>
        </w:rPr>
        <w:t>“Kriz la ap pwoche rapidman. Chif yo k ap ogmante avèk vitès montre ke tan vizitasyon Bondye a prèske rive. Menmsi Li pa prese pini, poutan Li va pini, e sa san pèdi tan. Moun ki mache nan limyè a va wè siy danje k ap pwoche a; men yo pa dwe chita an silans, san okenn kè sote, ap tann destriksyon an, pandan y ap konsole tèt yo ak kwayans ke Bondye va pwoteje pèp Li a nan jou vizitasyon an. Byen lwen sa. Yo dwe konprann se devwa yo pou yo travay avèk dilijans pou sove lòt moun, pandan y ap gade Bondye avèk yon lafwa solid pou jwenn sekou. ‘Laprè sensè ak cho yon moun jis gen anpil efikasite.’”</w:t>
      </w:r>
    </w:p>
    <w:p>
      <w:pPr>
        <w:pStyle w:val="ArticleScripture"/>
        <w:jc w:val="left"/>
      </w:pPr>
      <w:r>
        <w:rPr>
          <w:rFonts w:ascii="Times New Roman" w:hAnsi="Times New Roman" w:eastAsia="Times New Roman" w:cs="Times New Roman"/>
        </w:rPr>
        <w:t>“Ledven pyete a pa fin pèdi tout pouvwa li nèt. Lè danje ak dekourajman legliz la rive nan pi gwo degre yo, ti gwoup moun ki kanpe nan limyè a pral ap soupiye ak rele poutèt abominasyon k ap fèt nan peyi a. Men, pi espesyalman toujou, priyè yo pral monte an favè legliz la, paske manm li yo ap aji dapre fason lemonn.”</w:t>
      </w:r>
    </w:p>
    <w:p>
      <w:pPr>
        <w:pStyle w:val="ArticleScripture"/>
        <w:jc w:val="left"/>
      </w:pPr>
      <w:r>
        <w:rPr>
          <w:rFonts w:ascii="Times New Roman" w:hAnsi="Times New Roman" w:eastAsia="Times New Roman" w:cs="Times New Roman"/>
        </w:rPr>
        <w:t>“Lapriyè sensè ti rès fidèl sa a p ap fèt anven. Lè Senyè a va parèt kòm yon vanjè, li va vini tou kòm yon pwotektè pou tout moun ki te konsève lafwa a nan pite li, e ki te kenbe tèt yo san tach devan mond lan. Se nan moman sa a Bondye te pwomèt pou l fè jistis pou pwòp eli pa li yo, ki rele jwenn li lajounen kou lannuit, menm si li pran tan avèk yo.</w:t>
      </w:r>
    </w:p>
    <w:p>
      <w:pPr>
        <w:pStyle w:val="ArticleScripture"/>
        <w:jc w:val="left"/>
      </w:pPr>
      <w:r>
        <w:rPr>
          <w:rFonts w:ascii="Times New Roman" w:hAnsi="Times New Roman" w:eastAsia="Times New Roman" w:cs="Times New Roman"/>
        </w:rPr>
        <w:t>"Kòmandman an se: ‘Pase nan mitan lavil la, nan mitan Jerizalèm, epi mete yon mak sou fwon mesye yo k ap plenyen e k ap rele poutèt tout abominasyon k ap fèt nan mitan li.’ Moun sa yo ki t ap plenyen, ki t ap rele, te konn pwoklame pawòl lavi yo; yo te reprann, yo te konseye, epi yo te sipliye. Kèk ladan yo ki te konn dezonore Bondye te repanti e yo te imilye kè yo devan Li. Men glwa Senyè a te kite Izrayèl; byenke anpil te toujou kontinye ak fòm relijyon yo, puisans ak prezans Li te manke." Testimonies, volim 5, 208–210.</w:t>
      </w:r>
    </w:p>
    <w:p>
      <w:pPr>
        <w:pStyle w:val="ArticleBody"/>
        <w:jc w:val="left"/>
      </w:pPr>
      <w:r>
        <w:rPr>
          <w:rFonts w:ascii="Times New Roman" w:hAnsi="Times New Roman" w:eastAsia="Times New Roman" w:cs="Times New Roman"/>
        </w:rPr>
        <w:t>Vèsè dis jiska kenz yo devwale istwa kache ki nan vèsè karant la; e, lè yo fè sa, yo idantifye an menm tan ke sele san karannkatmil yo ap fèt kounye a sou moun sa yo ki satisfè kondisyon lapriyè yo reprezante pa Danyèl ak twa diyitè yo nan chapit de a, epi pa Danyèl nan chapit nèf la. Distenksyon ki genyen ant de lapriyè yo kapab rekonèt konsa: youn se yon lapriyè pou konprann evènman ekstèn pwofesi yo (Danyèl de), epi lòt la se yon lapriyè pou reyalize eksperyans entèn pwofesi a (Danyèl nèf). Yon lòt distenksyon ankò se ke sen yo, an kòporasyon, ap chèche konprann mesaj eprèv ki genyen nan imaj bèt la (Danyèl de), men yo dwe, endividyèlman, akonpli travay repantans konplè a (Danyèl nèf). Lapriyè yo dwe fèt nan kontèks Ezekyèl nèf, paske yo dwe nan lapenn poutèt peche ki nan peyi a ak nan legliz la.</w:t>
      </w:r>
    </w:p>
    <w:p>
      <w:pPr>
        <w:pStyle w:val="ArticleScripture"/>
        <w:jc w:val="left"/>
      </w:pPr>
      <w:r>
        <w:rPr>
          <w:rFonts w:ascii="Times New Roman" w:hAnsi="Times New Roman" w:eastAsia="Times New Roman" w:cs="Times New Roman"/>
        </w:rPr>
        <w:t>“Nan tan kote kòlè Li pral sòti nan jijman, disip Kris sa yo ki enb e konsakre yo pral parèt diferan ak rès lemonn nan pa angwas nanm yo, ki eksprime nan plenn ak kriye, nan repwòch ak avètisman. Pandan lòt yo ap chèche voye yon vwal sou mal ki egziste a, epi eskize gwo mechanste ki gaye toupatou, moun ki gen zèl pou onè Bondye ak lanmou pou nanm yo p ap rete an silans pou jwenn favè pèsonn. Chak jou, nanm jis yo ap tòtire anba zèv ak pawòl san Bondye moun enjis yo. Yo pa gen pouvwa pou sispann kouran rapid peche k ap debòde a; poutèt sa, yo ranpli ak lapenn ak kè sote. Yo plenn devan Bondye lè yo wè relijyon meprize nan menm kay moun ki te resevwa anpil limyè. Yo plenn, epi yo aflije nanm yo, paske ògèy, avaris, egoyis, ak twonpri prèske tout kalite, antre nan legliz la. Lespri Bondye a, ki pouse moun fè repwòch, yo pilonnen li anba pye, tandiske sèvitè Satan yo ap triyonfe. Yo dezonore Bondye, yo rann verite a san efè.”</w:t>
      </w:r>
    </w:p>
    <w:p>
      <w:pPr>
        <w:pStyle w:val="ArticleScripture"/>
        <w:jc w:val="left"/>
      </w:pPr>
      <w:r>
        <w:rPr>
          <w:rFonts w:ascii="Times New Roman" w:hAnsi="Times New Roman" w:eastAsia="Times New Roman" w:cs="Times New Roman"/>
        </w:rPr>
        <w:t>“Klas ki pa santi yo aflije poutèt pwòp bès espirityèl pa yo, ni ki pa plenn poutèt peche lòt moun, yo pral rete san sele Bondye a. Senyè a bay mesaje Li yo lòd, mesye ki gen zam destriksyon nan men yo: ‘Pase dèyè li nan tout vil la, epi frape: pa kite je nou epanye, ni pa gen pitye: detwi nèt granmoun kou jèn, ni jenn fi, ni timoun piti, ak fanm: men pa pwoche bò kote okenn moun ki gen mak la sou li; epi kòmanse nan Tanp Mwen an. Lè sa a yo kòmanse ak granmoun aje ki te devan kay la.’”</w:t>
      </w:r>
    </w:p>
    <w:p>
      <w:pPr>
        <w:pStyle w:val="ArticleScripture"/>
        <w:jc w:val="left"/>
      </w:pPr>
      <w:r>
        <w:rPr>
          <w:rFonts w:ascii="Times New Roman" w:hAnsi="Times New Roman" w:eastAsia="Times New Roman" w:cs="Times New Roman"/>
        </w:rPr>
        <w:t>“Isit la nou wè legliz la—tanp Senyè a—te premye a ki te santi kou kòlè Bondye a. Ansyen yo, sa yo Bondye te bay gwo limyè e ki te kanpe kòm gadyen enterè espirityèl pèp la, te trayi konfyans yo. Yo te pran pozisyon ke nou pa bezwen tann mirak ni manifestasyon klè pouvwa Bondye tankou nan tan lontan yo. Tan yo chanje. Pawòl sa yo fòtifye enkredilite yo, epi yo di: Senyè a p ap fè byen, ni li p ap fè mal. Li twò gen mizèrikòd pou l vin pini pèp li a nan jijman. Konsa, ‘Lapè ak sekirite’ se rèl moun ki p ap janm leve vwa yo ankò tankou yon twonpèt pou montre pèp Bondye a transgresyon yo ak kay Jakòb la peche li yo. Chen bèbè sa yo ki pa t vle jape, se yo menm ki santi vanjans jis Bondye ki ofanse a. Gason, jennfi, ak timoun piti yo tout peri ansanm.” Testimonies, volim 5, 210, 211.</w:t>
      </w:r>
    </w:p>
    <w:p>
      <w:pPr>
        <w:pStyle w:val="ArticleBody"/>
        <w:jc w:val="left"/>
      </w:pPr>
      <w:r>
        <w:rPr>
          <w:rFonts w:ascii="Times New Roman" w:hAnsi="Times New Roman" w:eastAsia="Times New Roman" w:cs="Times New Roman"/>
        </w:rPr>
        <w:t>Vèsè youn ak de nan Danyèl onz la kòmanse nan tan lafen an an 1989, menm jan ak vèsè dis la. Vèsè de a mennen istwa a rive jouk nan premye manda Donald Trump la, epi apre sa li kite yon istwa kache depi sizyèm prezidan ki pi rich sa a rive jouk nan setyèm wayòm nan (Nasyonzini an), ki reprezante pa Aleksann Legran. Ant Kserks, wa rich la nan vèsè de a, ak Aleksann Legran, te gen uit wa Pès. Istwa kache vèsè de a rive jouk nan vèsè twa a reprezante uit wa. Konsa, depi nan fen premye manda Trump la rive jouk nan setyèm wayòm pwofesi biblik la, gen yon total dis wa ki kouvri istwa kache vèsè de a rive nan vèsè twa nan chapit onz Danyèl la.</w:t>
      </w:r>
    </w:p>
    <w:p>
      <w:pPr>
        <w:pStyle w:val="ArticleBody"/>
        <w:jc w:val="left"/>
      </w:pPr>
      <w:r>
        <w:rPr>
          <w:rFonts w:ascii="Times New Roman" w:hAnsi="Times New Roman" w:eastAsia="Times New Roman" w:cs="Times New Roman"/>
        </w:rPr>
        <w:t>Nimewo dis la se yon senbòl yon eprèv, epi eprèv ki fèt nan istwa sa a menm se fòmasyon imaj bèt la. Sizyèm prezidan ki pi rich la souke globalis yo, kòmanse ak premye kanpay li an 2015, e lè li fè sa, li make kòmansman yon konfli ant de temwen yo nan Revelasyon chapit onz ak bèt-dragon ateyis la, ki pa sispann jouk rive nan lwa dimanch lan nan vèsè sèz ak karant-yonn. Anndan lagè sa a, Donald Trump te premye prezidan ki te souke dragon an, e li se tou dènye a. Trump se dènye prezidan bèt tè a, epi Trump pral vin premye dirijan setyèm wayòm nan. Konsa, Trump reprezante premye ak dènye nan dis wa yo, epi dis reprezante yon eprèv.</w:t>
      </w:r>
    </w:p>
    <w:p>
      <w:pPr>
        <w:pStyle w:val="ArticleBody"/>
        <w:jc w:val="left"/>
      </w:pPr>
      <w:r>
        <w:rPr>
          <w:rFonts w:ascii="Times New Roman" w:hAnsi="Times New Roman" w:eastAsia="Times New Roman" w:cs="Times New Roman"/>
        </w:rPr>
        <w:t>1776, 1789 ak 1798 reprezante twa istwa ki tabli ke wityèm prezidan an sòti nan sèt yo. 1776 reprezante piblikasyon Deklarasyon Endepandans lan, ansanm ak istwa Premye ak Dezyèm Kongrè Kontinantal yo. 1789 reprezante yon peryòd nan listwa kote Atik Konfederasyon yo te pwodui. Peryòd la te kòmanse an 1781, e li te fini avèk piblikasyon Konstitisyon an an 1789. 1798 reprezante piblikasyon Lwa sou Etranje ak Sedisyon yo, ansanm ak kòmansman bèt ki soti nan tè a kòm sizyèm wayòm pwofesi biblik la.</w:t>
      </w:r>
    </w:p>
    <w:p>
      <w:pPr>
        <w:pStyle w:val="ArticleBody"/>
        <w:jc w:val="left"/>
      </w:pPr>
      <w:r>
        <w:rPr>
          <w:rFonts w:ascii="Times New Roman" w:hAnsi="Times New Roman" w:eastAsia="Times New Roman" w:cs="Times New Roman"/>
        </w:rPr>
        <w:t>Kongrè Kontinantal yo divize an de peryòd pwofetik: premye kongrè a ak dènye kongrè a. Premye Kongrè Kontinantal la te gen de prezidan, epi Peyton Randolph te premye prezidan an. Dezyèm Kongrè Kontinantal la te gen sis prezidan. Peyton Randolph te premye prezidan ni Premye ni Dezyèm Kongrè Kontinantal yo. Te gen an tout uit manda prezidansyèl pandan istwa Premye ak Dezyèm Kongrè Kontinantal yo. Peyton Randolph te premye prezidan ni Premye ni Dezyèm Kongrè Kontinantal yo, nan yon peryòd pwofetik kote te gen uit manda, men premye prezidan chak nan de peryòd yo se te menm moun nan. Se poutèt sa, byenke te gen uit manda prezidansyèl, an reyalite te gen sèlman sèt prezidan. Premye prezidan an te de fwa premye prezidan pami sèt moun ki te prezidan yo, e konsa Randolph reprezante wityèm nan, ki te sòti nan sèt la, epi sou temwayaj de temwen li sèvi kòm tip premye vrè prezidan an, ki te George Washington.</w:t>
      </w:r>
    </w:p>
    <w:p>
      <w:pPr>
        <w:pStyle w:val="ArticleBody"/>
        <w:jc w:val="left"/>
      </w:pPr>
      <w:r>
        <w:rPr>
          <w:rFonts w:ascii="Times New Roman" w:hAnsi="Times New Roman" w:eastAsia="Times New Roman" w:cs="Times New Roman"/>
        </w:rPr>
        <w:t>Washington reprezante pa Randolph; kidonk Randolph, kòm yon senbòl Washington, transmèt alafwa karakteristik pwofetik Randolph, premye prezidan an, epi lefèt ke Randolph te wityèm nan, ki te soti nan sèt yo. Konsa, George Washington, antanke premye prezidan an ak premye Kòmandan an Chèf, te pwofetikman tou wityèm nan, e li te soti nan sèt yo; epi Trump, antanke dènye prezidan an, pral tou wityèm nan, sa vle di, li soti nan sèt yo.</w:t>
      </w:r>
    </w:p>
    <w:p>
      <w:pPr>
        <w:pStyle w:val="ArticleBody"/>
        <w:jc w:val="left"/>
      </w:pPr>
      <w:r>
        <w:rPr>
          <w:rFonts w:ascii="Times New Roman" w:hAnsi="Times New Roman" w:eastAsia="Times New Roman" w:cs="Times New Roman"/>
        </w:rPr>
        <w:t>Dezyèm prezidan Dezyèm Kongrè Kontinantal la te John Hancock. Dezyèm Kongrè Kontinantal la te fini an 1781. Soti nan 1781 rive 1789, sa idantifye istwa Atik Konfederasyon yo. Peryòd la senbolize pa dat 1789 la, avèk piblikasyon Konstitisyon an. Pandan peryòd sa a, te genyen tou uit prezidan. Atik Konfederasyon yo te reprezante premye Konstitisyon an, men feblès Atik Konfederasyon yo te mennen nan ranplasman li, ak ratifikasyon Konstitisyon an pa trèz koloni yo an 1789.</w:t>
      </w:r>
    </w:p>
    <w:p>
      <w:pPr>
        <w:pStyle w:val="ArticleBody"/>
        <w:jc w:val="left"/>
      </w:pPr>
      <w:r>
        <w:rPr>
          <w:rFonts w:ascii="Times New Roman" w:hAnsi="Times New Roman" w:eastAsia="Times New Roman" w:cs="Times New Roman"/>
        </w:rPr>
        <w:t>Nan peryòd sa a, uit prezidan yo te gen ladan yo sèt prezidan ki pa t prezidan nan istwa peryòd ki te reprezante pa de Kongrè Kontinantal anvan yo, ak youn ki te yon prezidan nan premye peryòd pwofetik sa a. John Hancock te sèvi ni nan dezyèm Kongrè Kontinantal la, ni tou nan peryòd ki te reprezante pa Atik Konfederasyon yo. Sou plan pwofetik la, te gen sèlman sèt gason ki te prezidan pandan de Kongrè Kontinantal yo; konsa, sou plan pwofetik, John Hancock te youn nan uit yo nan peryòd Atik Konfederasyon yo, men li te tou youn nan sèt gason yo nan peryòd anvan an. Se poutèt sa, li te wityèm nan, ki te soti nan sèt yo.</w:t>
      </w:r>
    </w:p>
    <w:p>
      <w:pPr>
        <w:pStyle w:val="ArticleBody"/>
        <w:jc w:val="left"/>
      </w:pPr>
      <w:r>
        <w:rPr>
          <w:rFonts w:ascii="Times New Roman" w:hAnsi="Times New Roman" w:eastAsia="Times New Roman" w:cs="Times New Roman"/>
        </w:rPr>
        <w:t>Dezyèm peryòd pwofetik la, ki reprezante pa ane 1781 rive 1789, menm jan ak premye peryòd la, te gen yon prezidan (Hancock) ki te wityèm nan, e li te soti nan sèt yo, menm jan Randolph te ye nan premye peryòd pwofetik la ki reprezante pa 1776.</w:t>
      </w:r>
    </w:p>
    <w:p>
      <w:pPr>
        <w:pStyle w:val="ArticleBody"/>
        <w:jc w:val="left"/>
      </w:pPr>
      <w:r>
        <w:rPr>
          <w:rFonts w:ascii="Times New Roman" w:hAnsi="Times New Roman" w:eastAsia="Times New Roman" w:cs="Times New Roman"/>
        </w:rPr>
        <w:t>Nan toude peryòd uit prezidan sa yo, yo reprezante enigm wityèm nan ki soti nan sèt la. De peryòd sa yo bay temwayaj ke premye vrè prezidan an (Washington) te gen tou enigm pwofetik la mare ak senbolis li, pa tipifikasyon li ki te reprezante pa Randolph. Twa temwen sa yo pale konsènan Trump. Trump, jan yo reprezante li nan vèsè youn ak de nan chapit onz la, ilistre sèlman atravè premye manda li, ki te fini lè dezyèm eleksyon an te vòlè pa bèt la ki soti nan twou san fon an.</w:t>
      </w:r>
    </w:p>
    <w:p>
      <w:pPr>
        <w:pStyle w:val="ArticleBody"/>
        <w:jc w:val="left"/>
      </w:pPr>
      <w:r>
        <w:rPr>
          <w:rFonts w:ascii="Times New Roman" w:hAnsi="Times New Roman" w:eastAsia="Times New Roman" w:cs="Times New Roman"/>
        </w:rPr>
        <w:t>Istwa ki te akonpli vèsè sa yo gen ladan li yon istwa kache ant pwen wa ki pi rich la (Xerxès) ak aparisyon Aleksann Legran, ki reprezante lwa dimanch lan, lè dis wa yo vin tounen setyèm wayòm nan pou yon ti tan. Ant wa rich la ak dis wa yo ki dakò bay setyèm wayòm pa yo a papote a, te gen uit wa. Uit wa sa yo, ki fòme istwa kache soti nan vèsè de rive nan vèsè twa, jwenn de temwen nan uit prezidan nan istwa 1776, 1789 ak 1798.</w:t>
      </w:r>
    </w:p>
    <w:p>
      <w:pPr>
        <w:pStyle w:val="ArticleBody"/>
        <w:jc w:val="left"/>
      </w:pPr>
      <w:r>
        <w:rPr>
          <w:rFonts w:ascii="Times New Roman" w:hAnsi="Times New Roman" w:eastAsia="Times New Roman" w:cs="Times New Roman"/>
        </w:rPr>
        <w:t>Istwa sa a pote senbolis vennnde zan, ki idantifye l kòm yon istwa sele san karannkat mil yo lè Divinite ini ak limanite. Li pote tou temwayaj “Verite” a, paske kòmansman an make endepandans epi fen an make retire endepandans lan, pandan ke trèz ane apre 1776, trèz koloni yo te ratifye Konstitisyon an. Li idantifye tou de peryòd uit wa (prezidan), ki toude genyen anigm wityèm nan ki soti nan sèt yo.</w:t>
      </w:r>
    </w:p>
    <w:p>
      <w:pPr>
        <w:pStyle w:val="ArticleBody"/>
        <w:jc w:val="left"/>
      </w:pPr>
      <w:r>
        <w:rPr>
          <w:rFonts w:ascii="Times New Roman" w:hAnsi="Times New Roman" w:eastAsia="Times New Roman" w:cs="Times New Roman"/>
        </w:rPr>
        <w:t>Trump kòm sizyèm prezidan an nan ane 2016, epi kòm dènye chèf sizyèm wayòm nan, reprezante tou premye ak dènye nan dis wa ki vini youn apre lòt. Nimewo dis la idantifye pwosesis eprèv istwa sa a, epi eprèv ki vini anvan epi ki fini nan lwa dimanch lan se fòmasyon imaj bèt la. Imaj rèv bèt Nebikadneza a reprezante uit wayòm, epi lè l fè sa, li bay temwayaj la ke eprèv imaj bèt la reprezante pa nimewo “uit” la.</w:t>
      </w:r>
    </w:p>
    <w:p>
      <w:pPr>
        <w:pStyle w:val="ArticleBody"/>
        <w:jc w:val="left"/>
      </w:pPr>
      <w:r>
        <w:rPr>
          <w:rFonts w:ascii="Times New Roman" w:hAnsi="Times New Roman" w:eastAsia="Times New Roman" w:cs="Times New Roman"/>
        </w:rPr>
        <w:t>Nan istwa eprèv liy Makabe yo, ki reprezante liy kòn Pwotestan apostazi a ak liy kòn Repiblikenis apostazi a, jan Antiochus III reprezante yo, liy yo ak kòn yo reyini ansanm pou fòme yon sèl kòn, sa vle di yon imaj papote a. Nan menm istwa sa a, imaj Bondye a repwodui nèt ale e pou tout tan nan sila yo ki reprezante kòm san karannkat mil yo.</w:t>
      </w:r>
    </w:p>
    <w:p>
      <w:pPr>
        <w:pStyle w:val="ArticleBody"/>
        <w:jc w:val="left"/>
      </w:pPr>
      <w:r>
        <w:rPr>
          <w:rFonts w:ascii="Times New Roman" w:hAnsi="Times New Roman" w:eastAsia="Times New Roman" w:cs="Times New Roman"/>
        </w:rPr>
        <w:t>Istwa kache vèsè karant lan devwale anndan istwa kache vèsè de rive vèsè twa a, ansanm ak istwa vèsè dis rive kenz yo. Lè Trump vin wityèm prezidan an ki soti nan sèt la nan inogirasyon li 20 janvye 2025, uit wa ki ant Xerxes ak Alexander the Great make rive fòmasyon imaj bèt la, epi Trump reprezante premye ak dènye nan dis wa siksesif yo.</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E mwen wè nan men dwat sila a ki te chita sou twòn nan yon liv ki te ekri anndan kou deyò, sele ak sèt sele. E mwen wè yon zanj pwisan k ap pwoklame ak yon gwo vwa: Kiyès ki diy pou l louvri liv la, epi pou l kase sele li yo? E pa t gen pèsonn, ni nan syèl la, ni sou tè a, ni anba tè a, ki te kapab louvri liv la, ni menm gade ladan l. E mwen t ap kriye anpil, paske yo pa t jwenn pèsonn ki diy pou l louvri liv la, ni pou l li l, ni menm gade ladan l. E youn nan ansyen yo di m: Pa kriye; gade, Lyon ki soti nan branch fanmi Jida a, Rasin David la, genyen batay la pou l louvri liv la, epi pou l kase sèt sele li yo. E mwen gade, epi, men wè, nan mitan twòn nan ak kat bèt vivan yo, e nan mitan ansyen yo, te kanpe yon Ti Mouton tankou yo te touye l, ki te gen sèt kòn ak sèt je, ki se sèt Lespri Bondye yo voye toupatou sou tout tè a. E li vini, li pran liv la nan men dwat sila a ki te chita sou twòn nan. E lè li fin pran liv la, kat bèt vivan yo ak vennkat ansyen yo tonbe ajenou devan Ti Mouton an; chak ladan yo te gen gita ak gode annò plen bon sant, ki se lapriyè sen yo. E yo chante yon chan nèf, yo t ap di: Ou diy pou pran liv la, epi pou louvri sele li yo; paske yo te touye ou, epi ou te rachte nou pou Bondye pa mwayen san ou, soti nan tout branch fanmi, ak tout lang, ak tout pèp, ak tout nasyon; epi ou fè nou tounen wa ak prèt pou Bondye nou an; e n ap gouvène sou tè a. Revelasyon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katrevendis-twa</dc:title>
  <dc:subject>Revelasyon Dènye Tan yo: Soti nan Sò Larisi rive nan Retou Trump ak Fòmasyon Imaj Bèt la</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