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san katrevendis-kat</w:t>
      </w:r>
    </w:p>
    <w:p>
      <w:pPr>
        <w:pStyle w:val="ArticleSubtitle"/>
        <w:jc w:val="left"/>
      </w:pPr>
      <w:r>
        <w:rPr>
          <w:rFonts w:ascii="Arial" w:hAnsi="Arial" w:eastAsia="Arial" w:cs="Arial"/>
        </w:rPr>
        <w:t>Eko Makabe yo: Viktwa Trump ak Chemen Pwofetik pou rive nan Imaj Bèt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2024-04-24</w:t>
      </w:r>
    </w:p>
    <w:p>
      <w:pPr>
        <w:pStyle w:val="ArticleBody"/>
        <w:jc w:val="left"/>
      </w:pPr>
      <w:r>
        <w:rPr>
          <w:rFonts w:ascii="Times New Roman" w:hAnsi="Times New Roman" w:eastAsia="Times New Roman" w:cs="Times New Roman"/>
        </w:rPr>
        <w:t>Liy ki te reprezante pa Makabe yo (ki idantifye pwotestantis aposta Ozetazini), te kòmanse revòlt yo kont relijyon grèk la nan Modèn, an 167 anvan Jezikri. Se la Makabe yo te genyen batay kont efò Antyòk Epifan pou fòse relijyon grèk la sou Jwif yo, epi yo te tou touye chèf Jwif yo ki t ap kolabore avèk Antyòk. Konsa, Biden bat nan eleksyon 2024 la, atravè blòk votè yo rele “Religious Right” la. Istwa a dekri viktwa eleksyon 2024 la kòm yon moman kote pwotestantis aposta genyen batay la non sèlman sou Repibliken mondyalis yo yo rele RINO yo, men tou sou efò Demokrat ate yo pou fòse relijyon woke-ism lan sou nasyon an.</w:t>
      </w:r>
    </w:p>
    <w:p>
      <w:pPr>
        <w:pStyle w:val="ArticleBody"/>
        <w:jc w:val="left"/>
      </w:pPr>
      <w:r>
        <w:rPr>
          <w:rFonts w:ascii="Times New Roman" w:hAnsi="Times New Roman" w:eastAsia="Times New Roman" w:cs="Times New Roman"/>
        </w:rPr>
        <w:t>Lagè espirityèl anndan an, ki reprezante pa liy Makabe yo, te kòmanse an 2015, lè prezidan rich la te souke pouvwa dragon mondyalis yo, epi travay dragon an nan touye de temwen yo te enkli Pwosè Pelosi yo konsènan 6 janvye 2021. Modein, ak revolte Makabe yo, idantifye viktwa alavni Pwotestantis aposta a nan 5 novanm 2024. Envestiti 20 janvye 2025 la te tipifye pa 164 anvan Jezikri, ki te reprezante rededikasyon dezyèm tanp lan, epi nan menm ane sa a (164 anvan Jezikri), Antiochus Épiphane te mouri. Antiochus reprezante pati Demokrat la, ak patnè mondyalis yo ki idantifye tèt yo kòm Repibliken, byenke yo pa plis Repibliken MAGA pase yon tifi se yon tigason.</w:t>
      </w:r>
    </w:p>
    <w:p>
      <w:pPr>
        <w:pStyle w:val="ArticleBody"/>
        <w:jc w:val="left"/>
      </w:pPr>
      <w:r>
        <w:rPr>
          <w:rFonts w:ascii="Times New Roman" w:hAnsi="Times New Roman" w:eastAsia="Times New Roman" w:cs="Times New Roman"/>
        </w:rPr>
        <w:t>Lit politik ki reprezante pa vèsè trèz rive kenz, ki fini ak Batay Panium nan, mache an paralèl ak lit relijye ki nan istwa sa a ant woke-ism ak Pwotestantis aposta. Apre inogirasyon Trump an 2025, ki reprezante pa rededikasyon dezyèm tanp lan an 164 anvan Jezikri, li pral kòmanse lè sa a fòmasyon aktyèl yon imaj bèt la, lè l ap mete legliz pwotestan aposta a ansanm ak gouvènman repibliken aposta pa li a, sa ki reprezante pa lig Wòm ak Makabe yo depi 161 anvan Jezikri jouk rive 158 anvan Jezikri. Trump pral mete legliz ak leta ansanm nan yon alyans, kote eleman relijye a ap gen kontwòl la. Nan istwa pwofetik kote bèt ki soti sou tè a fòme imaj bèt Katolisism nan, kòn repibliken aposta a ak kòn pwotestan aposta a pral plen koup tan pwobasyon pa yo a sou move bò kesyon lavi etènèl la.</w:t>
      </w:r>
    </w:p>
    <w:p>
      <w:pPr>
        <w:pStyle w:val="ArticleBody"/>
        <w:jc w:val="left"/>
      </w:pPr>
      <w:r>
        <w:rPr>
          <w:rFonts w:ascii="Times New Roman" w:hAnsi="Times New Roman" w:eastAsia="Times New Roman" w:cs="Times New Roman"/>
        </w:rPr>
        <w:t>Depi inogirasyon an, ki reprezante pa dezyèm pirifikasyon tanp lan nan 164 av. J.-K., travay fòmasyon imaj bèt la kòmanse, jan alyans ant Jwif yo ak Wòm nan, depi 161 av. J.-K. rive 158 av. J.-K., reprezante l. Trump ap reeli 5 novanm 2024 (167 av. J.-K.), epi nan inogirasyon li a (164 av. J.-K.) li pral vin wityèm prezidan depi tan lafen an nan 1989. Konsa, li pral vin wityèm nan, sètadi li soti nan sèt yo, an reflechi bèt papal la ki vin wityèm wayòm pwofesi biblik la lè blesi mòtèl li geri nan lwa dimanch la. Inogirasyon li te reprezante pa rekonsakrasyon dezyèm tanp lan pa Makabe yo nan 164 av. J.-K. Revòlt Makabe yo te kòmanse twa ane anvan sa nan vil Modayin, ki vle di “pwotestasyon” epi ki make viktwa elektoral li nan 5 novanm 2024.</w:t>
      </w:r>
    </w:p>
    <w:p>
      <w:pPr>
        <w:pStyle w:val="ArticleBody"/>
        <w:jc w:val="left"/>
      </w:pPr>
      <w:r>
        <w:rPr>
          <w:rFonts w:ascii="Times New Roman" w:hAnsi="Times New Roman" w:eastAsia="Times New Roman" w:cs="Times New Roman"/>
        </w:rPr>
        <w:t>Nan ane 164 anvan Jezikri, dezyèm dedikasyon dezyèm tanp lan te fèt, konsa li sèvi kòm yon kalite pwofetik pou dezyèm inogirasyon Trump nan dat 20 janvye 2025. Nan moman sa a, li vin ofisyèlman wityèm prezidan ki soti nan sèt prezidan ki te vini anvan li yo. Ane 164 anvan Jezikri selebre nan Jidayis pou make dezyèm dedikasyon dezyèm tanp lan.</w:t>
      </w:r>
    </w:p>
    <w:p>
      <w:pPr>
        <w:pStyle w:val="ArticleBody"/>
        <w:jc w:val="left"/>
      </w:pPr>
      <w:r>
        <w:rPr>
          <w:rFonts w:ascii="Times New Roman" w:hAnsi="Times New Roman" w:eastAsia="Times New Roman" w:cs="Times New Roman"/>
        </w:rPr>
        <w:t>Inogirasyon an se kote Trump vin wityèm nan, sa vle di, li soti nan sèt yo, epi apati pwen sa a mirak satanik yo pral fèt pou soutni travay fòme yon imaj pou bèt la. Uit se yon senbòl imaj bèt la ki resisite a, epi nan pwen sa a fòmasyon imaj la kòmanse, jan 161 av. J.-K. reprezante sa.</w:t>
      </w:r>
    </w:p>
    <w:p>
      <w:pPr>
        <w:pStyle w:val="ArticleBody"/>
        <w:jc w:val="left"/>
      </w:pPr>
      <w:r>
        <w:rPr>
          <w:rFonts w:ascii="Times New Roman" w:hAnsi="Times New Roman" w:eastAsia="Times New Roman" w:cs="Times New Roman"/>
        </w:rPr>
        <w:t>Fòmasyon imaj bèt la fèt an premye Ozetazini, epi apre sa yo enpoze imaj bèt la sou tout lemonn antye. Nan kòmansman moman kote Etazini ap fòse lemonn aksepte yon imaj pou bèt la, ki t ap ni pale ni fè tout moun ki pa t vle adore imaj bèt la yo touye, Etazini va fèk pase yon lwa dimanch, epi li va fòme yon inyon a twa branch. Nan moman lwa dimanch lan, inyon a twa branch la deja an plas, epi tan pou travay mèvèye Satan an rive, pandan Satan ap fè tèt li pase pou Kris e li ap fè mirak pou mennen lemonn aksepte imaj mondyal bèt la ansanm ak adorasyon dimanch. Nan pwen sa a, Trump vin tounen lidè dis wa yo.</w:t>
      </w:r>
    </w:p>
    <w:p>
      <w:pPr>
        <w:pStyle w:val="ArticleBody"/>
        <w:jc w:val="left"/>
      </w:pPr>
      <w:r>
        <w:rPr>
          <w:rFonts w:ascii="Times New Roman" w:hAnsi="Times New Roman" w:eastAsia="Times New Roman" w:cs="Times New Roman"/>
        </w:rPr>
        <w:t>Konsa, envestiti Trump kòm wa prensipal dis wa yo, ki pral akonpli nan inyon twa-fwa a nan lwa dimanch ki prèt pou vini an, te deja prefigire pa envestiti Trump kòm uityèm prezidan an, sa vle di, youn ki soti nan sèt yo, nan 20 janvye 2025. Nan lwa dimanch la ki fini fòmasyon imaj bèt la Ozetazini, bèt papal la tou vin tounen uityèm nan ki soti nan sèt yo. Konsa, tan eprèv imaj bèt la kòmanse lè Trump vin tounen uityèm nan ki soti nan sèt yo, epi lè peryòd sa a fini, papote a tou vin tounen uityèm nan ki soti nan sèt yo, paske Alfa ak Omega montre fen an depi nan kòmansman an.</w:t>
      </w:r>
    </w:p>
    <w:p>
      <w:pPr>
        <w:pStyle w:val="ArticleBody"/>
        <w:jc w:val="left"/>
      </w:pPr>
      <w:r>
        <w:rPr>
          <w:rFonts w:ascii="Times New Roman" w:hAnsi="Times New Roman" w:eastAsia="Times New Roman" w:cs="Times New Roman"/>
        </w:rPr>
        <w:t>Mirak satanik yo kòmanse nan envestiti Trump la, lè peryòd fòmasyon imaj bèt la kòmanse, e sa make travay mèvèye Satan an ki kòmanse nan fen peryòd fòmasyon imaj bèt la Ozetazini. Envestiti Trump la make kòmansman peryòd sa a, epi envestiti li kòm wa prensipal dis wa Nasyonzini yo make fen peryòd sa a. Nan envestiti kòmansman ak envestiti fen yo, ki toude inisye fòmasyon imaj bèt la, sa fèt an premye Ozetazini, epi apre sa nan lemonn antye.</w:t>
      </w:r>
    </w:p>
    <w:p>
      <w:pPr>
        <w:pStyle w:val="ArticleBody"/>
        <w:jc w:val="left"/>
      </w:pPr>
      <w:r>
        <w:rPr>
          <w:rFonts w:ascii="Times New Roman" w:hAnsi="Times New Roman" w:eastAsia="Times New Roman" w:cs="Times New Roman"/>
        </w:rPr>
        <w:t>Travay lig la, oswa rasanbleman ansanm ak Wòm ki te fèt soti 161 anvan Kris rive 158 anvan Kris, idantifye istwa sa a, epi li fini nan lwa dimanch lan nan vèsè sèz. Travay final pou mete sou pye yon gouvènman ki se yon imaj sistèm papal la kòmanse kòm fòmasyon imaj bèt la, epi Trump pouse l pandan l ap remèt favè politik pwotestan aposta yo te ba li nan viktwa politik li.</w:t>
      </w:r>
    </w:p>
    <w:p>
      <w:pPr>
        <w:pStyle w:val="ArticleBody"/>
        <w:jc w:val="left"/>
      </w:pPr>
      <w:r>
        <w:rPr>
          <w:rFonts w:ascii="Times New Roman" w:hAnsi="Times New Roman" w:eastAsia="Times New Roman" w:cs="Times New Roman"/>
        </w:rPr>
        <w:t>Estrikti pwofetik sa a dwe plase nan istwa kache vèsè karant lan. Istwa kache ki soti nan vèsè de rive nan vèsè twa nan Danyèl onz la dwe plase sou estrikti sa a tou. Istwa pwofetik de temwen yo nan Revelasyon chapit onz la dwe plase sou estrikti sa a tou. Lè twa liy sa yo reyini ansanm nan istwa kache vèsè karant lan, Lyon branch fanmi Jida a ap louvri sele sou pati nan pwofesi Danyèl la ki te sele jiska dènye jou yo.</w:t>
      </w:r>
    </w:p>
    <w:p>
      <w:pPr>
        <w:pStyle w:val="ArticleScripture"/>
        <w:jc w:val="left"/>
      </w:pPr>
      <w:r>
        <w:rPr>
          <w:rFonts w:ascii="Times New Roman" w:hAnsi="Times New Roman" w:eastAsia="Times New Roman" w:cs="Times New Roman"/>
        </w:rPr>
        <w:t>Èske twonpèt va kònen nan lavil la, san pèp la pa pè? Èske va gen malè nan yon lavil, san Seyè a pa fè l? An verite, Seyè Bondye pa fè anyen san li pa revele sekrè li bay sèvitè li yo, pwofèt yo. Lyon an gwonde; ki moun ki pa ta pè? Seyè Bondye a pale; ki moun ki ka pa pwofetize? Fè konnen sa nan palè Asdòd yo, ak nan palè peyi Lejip yo, epi di: Reyini nou sou mòn Samari yo, epi gade gwo dezòd ki nan mitan li a, ak moun ki oprese yo ki nan mitan li a. Amos 3:6–9.</w:t>
      </w:r>
    </w:p>
    <w:p>
      <w:pPr>
        <w:pStyle w:val="ArticleBody"/>
        <w:jc w:val="left"/>
      </w:pPr>
      <w:r>
        <w:rPr>
          <w:rFonts w:ascii="Times New Roman" w:hAnsi="Times New Roman" w:eastAsia="Times New Roman" w:cs="Times New Roman"/>
        </w:rPr>
        <w:t>Mesaj ki pa sele ankò a, ki reprezante anndan istwa kache vèsè karant nan Danyèl onz la, se mesaj sele a; epi Amòs poze kesyon retorik la konsènan yon twonpèt y ap kònen nan yon vil, ak yon lyon k ap gwonde; epi Amòs bay repons lan lè Li deklare ke Bondye pa t ap fè anyen, si se pa ke Li ta premye revele sa bay sèvitè Li yo, pwofèt yo. Li mete ladan l tou ke mesaj twonpèt la, ki fèt pou pwodui krentif pou Bondye, t ap idantifye mal ki nan vil la tou, e ke li te pou pibliye nan Asdod, Lejip ak Samari, sa ki reprezante konpozisyon twa aspè Babilòn modèn nan. Mesaj twonpèt sele a te dwe pwoklame bay lemonn antye davans anvan evènman yo reprezante nan mesaj sele a. Mesaj twonpèt la, ki se mesaj sele a, pote siyati “Verite” a, paske tan sele a estriktire sou twa kout twonpèt twazyèm malè a.</w:t>
      </w:r>
    </w:p>
    <w:p>
      <w:pPr>
        <w:pStyle w:val="ArticleBody"/>
        <w:jc w:val="left"/>
      </w:pPr>
      <w:r>
        <w:rPr>
          <w:rFonts w:ascii="Times New Roman" w:hAnsi="Times New Roman" w:eastAsia="Times New Roman" w:cs="Times New Roman"/>
        </w:rPr>
        <w:t>Twonpèt la te premye make kòmansman sele a nan 11 septanm 2001, epi dènye a reprezante fen sele a nan lwa dimanch k ap vini talè a, lè nan gwo tranblemanntè a twazyèm malè a vini toudenkou. Kònen mitan an te rive 7 oktòb 2023, lè ansyen bèl peyi a te frape pa yon atak sipriz ki soti nan Islam nan twazyèm malè a, menm jan bèl peyi modèn nan te frape pa yon atak sipriz ki soti nan Islam nan twazyèm malè a an 2001, epi menm jan sa pral ye nan dènye nan twa kònen sa yo nan lwa dimanch k ap vini talè a. Atak sipriz mitan an sou ansyen bèl peyi a, te sou Izrayèl literal, yon senbòl rebelyon ki te kloure Mesi a sou kwa a.</w:t>
      </w:r>
    </w:p>
    <w:p>
      <w:pPr>
        <w:pStyle w:val="ArticleBody"/>
        <w:jc w:val="left"/>
      </w:pPr>
      <w:r>
        <w:rPr>
          <w:rFonts w:ascii="Times New Roman" w:hAnsi="Times New Roman" w:eastAsia="Times New Roman" w:cs="Times New Roman"/>
        </w:rPr>
        <w:t>Mesaj twonpèt Amos la t ap difize pou lemonn antye, e travay piblikasyon mesaj sa a te kòmanse nan fen mwa jiyè 2023. Lè sa a, Lyon tribi Jida a gwonde, e kiyès ki pa t ap pè, e kiyès ki t ap tèlman odasye pou l nye ke evènman ki asosye ak tan sele san karant-kat mil yo ap kounye a devwale toutotou latè? Atik sa yo kounye a nan plis pase sanven peyi, nan plis pase swasant lang, e yo kapab swa li yo oswa koute yo.</w:t>
      </w:r>
    </w:p>
    <w:p>
      <w:pPr>
        <w:pStyle w:val="ArticleScripture"/>
        <w:jc w:val="left"/>
      </w:pPr>
      <w:r>
        <w:rPr>
          <w:rFonts w:ascii="Times New Roman" w:hAnsi="Times New Roman" w:eastAsia="Times New Roman" w:cs="Times New Roman"/>
        </w:rPr>
        <w:t>Benediksyon pou moun ki li, ak pou sila yo ki tande pawòl pwofesi sa a, epi ki kenbe bagay ki ekri ladan l yo; paske tan an toupre. Revelasyon 1:3.</w:t>
      </w:r>
    </w:p>
    <w:p>
      <w:pPr>
        <w:pStyle w:val="ArticleBody"/>
        <w:jc w:val="left"/>
      </w:pPr>
      <w:r>
        <w:rPr>
          <w:rFonts w:ascii="Times New Roman" w:hAnsi="Times New Roman" w:eastAsia="Times New Roman" w:cs="Times New Roman"/>
        </w:rPr>
        <w:t>Lè dife ki soti sou lotèl la, ki te melanje ak lapriyè yo ak lansan an, jete sou tè a pandan setyèm ak dènye sele a ap retire, te gen vwa, loray, zèklè, ak yon gwo tranblemanntè. Gwo tranblemanntè sa a fèt kòm konsekans mesaj Rèl Minwi a ki jete desann tankou dife sou sen yo k ap soupiye ak kriye nan Ezekyèl chapit nèf la, menm jan dife a te desann nan Pannkòt. Dife sa a te reprezante yon mesaj ki te pote lè sa a bay tout nasyon, fanmi, lang, ak pèp, menm jan ak atik sa yo. Dife sa a te reprezante kapasite pou kominike mesaj sa a nan yon foul lang, menm jan ak atik sa yo. Atik yo ap idantifye davans sa ki prèt pou rive, paske Seyè a pa fè anyen sof si Li premye revele aksyon Li yo atravè Pawòl pwofetik Li a.</w:t>
      </w:r>
    </w:p>
    <w:p>
      <w:pPr>
        <w:pStyle w:val="ArticleScripture"/>
        <w:jc w:val="left"/>
      </w:pPr>
      <w:r>
        <w:rPr>
          <w:rFonts w:ascii="Times New Roman" w:hAnsi="Times New Roman" w:eastAsia="Times New Roman" w:cs="Times New Roman"/>
        </w:rPr>
        <w:t>Koute, nou menm syèl yo, epi m ap pale; tande, tè a, pawòl bouch mwen. Doktrin mwen pral tonbe tankou lapli, pawòl mwen pral degoute tankou lawouze, tankou ti lapli sou zèb ki fèk pouse, ak tankou gwo lapli sou zèb la: Paske m ap pwoklame non Seyè a; bay Bondye nou an grandè. Li se Wòch la, travay li pafè; paske tout chemen li yo se jijman: yon Bondye verite e san okenn inikite, li jis e li dwat. Yo fin gate tèt yo, tach yo pa tach pitit li yo: yo se yon jenerasyon kwochi e pervèti. Detewonòm 32:1–5.</w:t>
      </w:r>
    </w:p>
    <w:p>
      <w:pPr>
        <w:pStyle w:val="ArticleBody"/>
        <w:jc w:val="left"/>
      </w:pPr>
      <w:r>
        <w:rPr>
          <w:rFonts w:ascii="Times New Roman" w:hAnsi="Times New Roman" w:eastAsia="Times New Roman" w:cs="Times New Roman"/>
        </w:rPr>
        <w:t>“Doktrin” lapli dènyè a kounye a Seyè a ap pibliye, e doktrin ki fòme mesaj Rèl Minwi a—mesaj Lapli Dènyè a—baze sou “non Seyè a.” Non li se “Verite,” li se Palmoni, Mèveye Moun ki Konte a, e li se Mèveye Lengwis la; li se Alfa ak Omega, li se Pitit Bondye a ak Pitit Lòm nan, li se Gran Prèt la, li se Lyon tribi Jida a, e li se Mikaèl, arkanj la. Tout non Kris sa yo se yon pati entegral nan Revelasyon Jezi Kris la ki devwale jis anvan tan gras la fèmen, e yo se yon pati entegral nan atik ki ap pibliye toupatou sou planèt la depi fen mwa Jiyè 2023. “Moun ki gen zòrèy, se pou li tande sa Lespri a di legliz yo.”</w:t>
      </w:r>
    </w:p>
    <w:p>
      <w:pPr>
        <w:pStyle w:val="ArticleBody"/>
        <w:jc w:val="left"/>
      </w:pPr>
      <w:r>
        <w:rPr>
          <w:rFonts w:ascii="Times New Roman" w:hAnsi="Times New Roman" w:eastAsia="Times New Roman" w:cs="Times New Roman"/>
        </w:rPr>
        <w:t>Le Lion de la tribu de Juda, qui est celui qui a vaincu et obtenu le droit d’ouvrir le livre scellé de sept sceaux, crie maintenant, comme il le fit le 22 octobre 1844 : qui ne craindra pas ?</w:t>
      </w:r>
    </w:p>
    <w:p>
      <w:pPr>
        <w:pStyle w:val="ArticleScripture"/>
        <w:jc w:val="left"/>
      </w:pPr>
      <w:r>
        <w:rPr>
          <w:rFonts w:ascii="Times New Roman" w:hAnsi="Times New Roman" w:eastAsia="Times New Roman" w:cs="Times New Roman"/>
        </w:rPr>
        <w:t>Epi li rele avèk yon gwo vwa, menm jan yon lyon ap gwonde; epi lè li te fin rele, sèt loray yo fè tande vwa pa yo. Epi lè sèt loray yo te fin fè tande vwa pa yo, mwen t ap pare pou m ekri; men mwen tande yon vwa soti nan syèl la ki t ap di m: Sele bagay sa yo sèt loray yo te fè tande a, epi pa ekri yo. Revelasyon 10:3, 4.</w:t>
      </w:r>
    </w:p>
    <w:p>
      <w:pPr>
        <w:pStyle w:val="ArticleBody"/>
        <w:jc w:val="left"/>
      </w:pPr>
      <w:r>
        <w:rPr>
          <w:rFonts w:ascii="Times New Roman" w:hAnsi="Times New Roman" w:eastAsia="Times New Roman" w:cs="Times New Roman"/>
        </w:rPr>
        <w:t>Yon istwa sakre ki ann amoni ak istwa kache ki nan Danyèl onz, vèsè karant, se istwa Millerit yo, nan akonplisman parabòl dis vyèj yo nan Matye venk, sèt loraj yo nan Revelasyon dis, Abakik chapit de, ak Ezekyèl chapit douz, vèsè vennde rive vennuit. Istwa yo te kòmanse nan tan lafen an an 1798, sa ki ann amoni ak tan lafen an an 1989. Nan Revelasyon chapit dis, sèt loraj yo te fè tande vwa yo, men yo te anpeche Jan ekri sa sèt loraj yo te pwononse. Apot Pòl te wè e li te tande bagay nan twazyèm syèl la ke li pa t legal pou moun ekri.</w:t>
      </w:r>
    </w:p>
    <w:p>
      <w:pPr>
        <w:pStyle w:val="ArticleScripture"/>
        <w:jc w:val="left"/>
      </w:pPr>
      <w:r>
        <w:rPr>
          <w:rFonts w:ascii="Times New Roman" w:hAnsi="Times New Roman" w:eastAsia="Times New Roman" w:cs="Times New Roman"/>
        </w:rPr>
        <w:t>“Apot Pòl, byen bonè nan eksperyans kretyen li, te resevwa privilèj espesyal pou l aprann volonte Bondye konsènan disip Jezi yo. Yo te ‘rache l monte jis nan twazyèm syèl la,’ ‘nan paradi a, e li te tande pawòl ki pa ka esplike, pawòl li pa pèmèt pou yon moun pwononse.’ Li menm li te rekonèt yo te ba li anpil ‘vizyon ak revelasyon’ ‘ki soti nan Senyè a.’ Konpreyansyon li sou prensip verite levanjil la te egal ak sa ‘pi gran apot yo menm.’ 2 Korentyen 12:2, 4, 1, 11. Li te gen yon konpreyansyon klè e konplè sou ‘lajè, longè, pwofondè ak wotè’ ‘lanmou Kris la, ki depase tout konesans.’ Efezyen 3:18, 19.” Travay Apot yo, 469.</w:t>
      </w:r>
    </w:p>
    <w:p>
      <w:pPr>
        <w:pStyle w:val="ArticleBody"/>
        <w:jc w:val="left"/>
      </w:pPr>
      <w:r>
        <w:rPr>
          <w:rFonts w:ascii="Times New Roman" w:hAnsi="Times New Roman" w:eastAsia="Times New Roman" w:cs="Times New Roman"/>
        </w:rPr>
        <w:t>Tout pwofèt yo idantifye dènye jou yo, e sa Jan te tande lè sèt loraj yo te “pwononse” vwa yo, yo te entèdi li ekri l. Sa Pòl te temwen pandan li te nan twazyèm syèl la, li pa t legal pou yon moun “pwononse” sa. Verite sèt loraj yo te reprezante a te dwe sele jouk Lèyon tribi Jida a te chwazi dezsele verite sa a.</w:t>
      </w:r>
    </w:p>
    <w:p>
      <w:pPr>
        <w:pStyle w:val="ArticleBody"/>
        <w:jc w:val="left"/>
      </w:pPr>
      <w:r>
        <w:rPr>
          <w:rFonts w:ascii="Times New Roman" w:hAnsi="Times New Roman" w:eastAsia="Times New Roman" w:cs="Times New Roman"/>
        </w:rPr>
        <w:t>Li te pasyèlman devwale bay Sè White, paske li te idantifye ke li te reprezante “evènman ki t ap rive” nan istwa mesaj premye ak dezyèm zanj yo, epi tou ke li te reprezante “evènman alavni ki t ap devwale nan lòd pa yo.” Sa ki te revele lè sa a, se te yon prediksyon ki te an rapò ak “evènman alavni.” Li te resevwa enstriksyon tou ke sele sèt loraj yo te senbolize pa sele liv Danyèl la.</w:t>
      </w:r>
    </w:p>
    <w:p>
      <w:pPr>
        <w:pStyle w:val="ArticleScripture"/>
        <w:jc w:val="left"/>
      </w:pPr>
      <w:r>
        <w:rPr>
          <w:rFonts w:ascii="Times New Roman" w:hAnsi="Times New Roman" w:eastAsia="Times New Roman" w:cs="Times New Roman"/>
        </w:rPr>
        <w:t>“Limyè espesyal yo te bay Jan an, ki te eksprime nan sèt loraj yo, se te yon deskripsyon evènman ki t ap rive anba mesaj premye ak dezyèm zanj yo....”</w:t>
      </w:r>
    </w:p>
    <w:p>
      <w:pPr>
        <w:pStyle w:val="ArticleScripture"/>
        <w:jc w:val="left"/>
      </w:pPr>
      <w:r>
        <w:rPr>
          <w:rFonts w:ascii="Times New Roman" w:hAnsi="Times New Roman" w:eastAsia="Times New Roman" w:cs="Times New Roman"/>
        </w:rPr>
        <w:t>«Apre sèt loraj sa yo fin fè tande vwa yo, lòd la vini bay Jan menm jan li te vini bay Danyèl konsènan ti liv la: “Sele bagay sèt loraj yo te pwononse yo.” Sa yo gen rapò ak evènman k ap vini ki pral revele nan lòd pa yo.» The Seventh-day Adventist Bible Commentary, volume 7, 971.</w:t>
      </w:r>
    </w:p>
    <w:p>
      <w:pPr>
        <w:pStyle w:val="ArticleBody"/>
        <w:jc w:val="left"/>
      </w:pPr>
      <w:r>
        <w:rPr>
          <w:rFonts w:ascii="Times New Roman" w:hAnsi="Times New Roman" w:eastAsia="Times New Roman" w:cs="Times New Roman"/>
        </w:rPr>
        <w:t>Konpreyansyon ki fè konnen sèt loraj yo se yon senbòl ki pwouve epi soutni metodoloji a, e ki te rekonèt nan tan lafen an ki te kòmanse an 1989. Apre 11 septanm 2001, enpòtans repetisyon de mouvman yo te vin tounen yon verite tès prezan.</w:t>
      </w:r>
    </w:p>
    <w:p>
      <w:pPr>
        <w:pStyle w:val="ArticleBody"/>
        <w:jc w:val="left"/>
      </w:pPr>
      <w:r>
        <w:rPr>
          <w:rFonts w:ascii="Times New Roman" w:hAnsi="Times New Roman" w:eastAsia="Times New Roman" w:cs="Times New Roman"/>
        </w:rPr>
        <w:t>Repete istwa Millerit la nan istwa san karannkat mil yo te règ prensipal ki te konfime nan dat sa a, menm jan règ prensipal Millerit yo te konfime nan 11 out 1840. Pou Millerit yo, règ prensipal yon jou ki reprezante yon ane te konfime nan 11 out 1840, epi règ prensipal ki idantifye ke tout mouvman refòm yo se tip youn lòt, “liy sou liy,” te konfime nan 11 septanm 2001. Sèt loraj yo, kòm yon temwen verite sa a, te dezipe nan tan sa a.</w:t>
      </w:r>
    </w:p>
    <w:p>
      <w:pPr>
        <w:pStyle w:val="ArticleBody"/>
        <w:jc w:val="left"/>
      </w:pPr>
      <w:r>
        <w:rPr>
          <w:rFonts w:ascii="Times New Roman" w:hAnsi="Times New Roman" w:eastAsia="Times New Roman" w:cs="Times New Roman"/>
        </w:rPr>
        <w:t>Jezi toujou ilistre fen yon bagay avèk kòmansman li, epi 11 septanm 2001, antanke kòmansman pwosesis sele a, idantifye fen pwosesis sele a. Lyon branch fanmi Jida a te desele yon lòt aspè sèt loraj yo lè Li te kòmanse leve zo sèch ki te mouri yo nan mwa jiyè 2023, paske Lè sa a, Li te idantifye ke, ann amoni avèk “Verite” a, sèt loraj yo tou reprezante senbolikman istwa Millerit la nan premye ak dènye desepsyon yo, avèk rebelyon Kri Minwi a kòm siy mitan an.</w:t>
      </w:r>
    </w:p>
    <w:p>
      <w:pPr>
        <w:pStyle w:val="ArticleBody"/>
        <w:jc w:val="left"/>
      </w:pPr>
      <w:r>
        <w:rPr>
          <w:rFonts w:ascii="Times New Roman" w:hAnsi="Times New Roman" w:eastAsia="Times New Roman" w:cs="Times New Roman"/>
        </w:rPr>
        <w:t>Lè li te fè sa, Li te revele ke sèt loraj yo repete nan istwa 18 Jiyè 2020 rive jouk lwa dimanch ki pral vini talè a. Desepsyon 18 Jiyè 2020 lan, kòm premye repè a, ak desepsyon lwa dimanch ki pral vini talè a, kòm dènye nan twa repè “Verite” yo ki idantifye sèt loraj yo nan fen tan sele a, reprezante pa rebelyon ki asosye ak vyèj sòt yo ki rejte mesaj Lyon branch fanmi Jida a, ki kounye a ap gwonde, pandan Li ap louvri sele yo epi pibliye mesaj Li a toupatou sou latè, paske mesaj sa a se mesaj Kri Mitanwit la pou dènye jou yo.</w:t>
      </w:r>
    </w:p>
    <w:p>
      <w:pPr>
        <w:pStyle w:val="ArticleBody"/>
        <w:jc w:val="left"/>
      </w:pPr>
      <w:r>
        <w:rPr>
          <w:rFonts w:ascii="Times New Roman" w:hAnsi="Times New Roman" w:eastAsia="Times New Roman" w:cs="Times New Roman"/>
        </w:rPr>
        <w:t>Nan kòmansman tan sele a, nan 11 septanm 2001, zanj Revelasyon chapit dizwityèm nan desann, e pami plizyè bagay, Li te devwale yon konpreyansyon pi konplè sou siyifikasyon sèt loray yo. Sa ki te konprann lè sa a konsènan sèt loray yo pa t sèlman ke mouvman refòm yo mache an paralèl youn ak lòt, men tou ke lè zanj lan ta desann nan waymark sa a nan yon mouvman refòm, sa t ap konfime règ pwofetik prensipal nan istwa pa li a.</w:t>
      </w:r>
    </w:p>
    <w:p>
      <w:pPr>
        <w:pStyle w:val="ArticleBody"/>
        <w:jc w:val="left"/>
      </w:pPr>
      <w:r>
        <w:rPr>
          <w:rFonts w:ascii="Times New Roman" w:hAnsi="Times New Roman" w:eastAsia="Times New Roman" w:cs="Times New Roman"/>
        </w:rPr>
        <w:t>Desand zanj revelasyon chapit dizwit la, nan 11 septanm 2001, te konfime metodoloji lapli ta a ki se “liy sou liy”, lè li te idantifye ke mouvman kòmansman an (oswa Alfa a) te ilistre mouvman fen an (oswa Omega a). Nan fen tan sele a, Mikaèl te desann pou resisite zo sèch mò yo, ki te reprezante pa de temwen yo ki te mouri nan lari gran vil sa a, Sodòm ak Ejip, kote tou Seyè nou an te kloure sou kwa. Lè Mikaèl te rele mò yo pou yo retounen viv, Li menm, kòm Lyon branch fanmi Jida a, te retire sele a pou montre ke sèt loraj yo te gen yon istwa kache pi lwen pase verite sou sèt loraj yo ki te deja revele.</w:t>
      </w:r>
    </w:p>
    <w:p>
      <w:pPr>
        <w:pStyle w:val="ArticleBody"/>
        <w:jc w:val="left"/>
      </w:pPr>
      <w:r>
        <w:rPr>
          <w:rFonts w:ascii="Times New Roman" w:hAnsi="Times New Roman" w:eastAsia="Times New Roman" w:cs="Times New Roman"/>
        </w:rPr>
        <w:t>Epi lè Lyon branch fanmi Jida a te louvri verite sa a, Li te mete l anndan estrikti “Verite” a. Lè sa a, li te revele ke 18 jiyè 2020 te koresponn ak 19 avril 1844, e ke chak nan makè tan sa yo t ap suiv pa ouvèti mesaj Rèl Minwi a, ki t ap manifeste rebelyon vyèj sòt yo nan chak istwa respektif. Li te louvri tou lefèt ke mesaj la t ap avanse tankou yon tsunami atravè lemonn jouk gwo desepsyon an lè lwa dimanch lan t ap enpoze.</w:t>
      </w:r>
    </w:p>
    <w:p>
      <w:pPr>
        <w:pStyle w:val="ArticleBody"/>
        <w:jc w:val="left"/>
      </w:pPr>
      <w:r>
        <w:rPr>
          <w:rFonts w:ascii="Times New Roman" w:hAnsi="Times New Roman" w:eastAsia="Times New Roman" w:cs="Times New Roman"/>
        </w:rPr>
        <w:t>N ap kontinye etid sa a nan atik k ap vini an.</w:t>
      </w:r>
    </w:p>
    <w:p>
      <w:pPr>
        <w:pStyle w:val="ArticleScripture"/>
        <w:jc w:val="left"/>
      </w:pPr>
      <w:r>
        <w:rPr>
          <w:rFonts w:ascii="Times New Roman" w:hAnsi="Times New Roman" w:eastAsia="Times New Roman" w:cs="Times New Roman"/>
        </w:rPr>
        <w:t>Epi li di mwen: Pa sele pawòl pwofesi liv sa a, paske tan an pre. Moun ki enjis la, kite l rete enjis toujou; moun ki sal la, kite l rete sal toujou; moun ki jis la, kite l rete jis toujou; epi moun ki sen an, kite l rete sen toujou. Epi gade, m ap vini vit; e rekonpans mwen avèk mwen, pou m bay chak moun dapre jan zèv li va ye. Mwen se Alfa ak Omega, kòmansman ak lafen, premye a ak dènye a. Revelasyon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san katrevendis-kat</dc:title>
  <dc:subject>Eko Makabe yo: Viktwa Trump ak Chemen Pwofetik pou rive nan Imaj Bèt la</dc:subject>
  <dc:creator>Jeff Pippenger</dc:creator>
  <cp:keywords/>
  <dc:description>Generated by ArticleDigger from daniel\194_daniel.json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