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katrevendisenk</w:t>
      </w:r>
    </w:p>
    <w:p>
      <w:pPr>
        <w:pStyle w:val="ArticleSubtitle"/>
        <w:jc w:val="left"/>
      </w:pPr>
      <w:r>
        <w:rPr>
          <w:rFonts w:ascii="Arial" w:hAnsi="Arial" w:eastAsia="Arial" w:cs="Arial"/>
        </w:rPr>
        <w:t>Chemen pou Lwa Dimanch la: Wòl Trump ak Devlopman Pwofetik la nan Danyèl 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Istwa kache vèsè karant lan gen ladann liy sis prezidan yo depi nan tan lafen an an 1989, rive jouk 2020, lè Biden, setyèm prezidan an, te vòlè prezidans lan. Ane 2020 make kòmansman yon istwa kache, depi pwen sa a rive jouk nan “Alexandre le Grand”, ki reprezante moman setyèm wayòm pwofesi Bib la etabli nan lwa dimanch k ap vini talè a. Dis wa sa yo imedyatman dakò pou yo bay setyèm wayòm pa yo a wityèm wayòm nan, ki soti nan sèt yo—pouvwa papal la. Istwa kache sa a kòmanse avèk setyèm prezidan an epi li fini avèk setyèm wayòm nan.</w:t>
      </w:r>
    </w:p>
    <w:p>
      <w:pPr>
        <w:pStyle w:val="ArticleBody"/>
        <w:jc w:val="left"/>
      </w:pPr>
      <w:r>
        <w:rPr>
          <w:rFonts w:ascii="Times New Roman" w:hAnsi="Times New Roman" w:eastAsia="Times New Roman" w:cs="Times New Roman"/>
        </w:rPr>
        <w:t>Lè listwa idantifye ke ant Xerxes, ki reprezante wa rich la ki leve kont Grecia, rive jouk Aleksann Legran, te gen uit wa Pès, nou jwenn ke listwa kache ki ant fen vèsè de a ak vèsè twa a reprezante imaj bèt la kòm tan eprèv la pa nimewo uit la. Imaj bèt la Ozetazini tabli nèt lè lwa dimanch lan aplike avèk fòs, e nan pwen sa a setyèm wayòm nan epi apre sa uityèm nan rive. Uit wa Pès yo fini ak Aleksann Legran, konsa nimewo uit la make tan eprèv imaj bèt la ki fini nan lwa dimanch lan.</w:t>
      </w:r>
    </w:p>
    <w:p>
      <w:pPr>
        <w:pStyle w:val="ArticleBody"/>
        <w:jc w:val="left"/>
      </w:pPr>
      <w:r>
        <w:rPr>
          <w:rFonts w:ascii="Times New Roman" w:hAnsi="Times New Roman" w:eastAsia="Times New Roman" w:cs="Times New Roman"/>
        </w:rPr>
        <w:t>Vèsè dis rive kenz fè nou konnen ke tan eprèv imaj bèt la te twazyèm nan twa repè ki te reprezante pa istwa Makabe yo, e ke twazyèm repè sa a te yon peryòd tan ki te kòmanse an 161 anvan Kris e ki te fini an 158 anvan Kris. Peryòd sa a te vini apre premye repè 167 anvan Kris la, ki te make kòmansman Revòlt Makabe a nan Moden, yon vil ki gen non ki vle di “pwoteste.” 164 anvan Kris te vini apre pwotestasyon sa a nan Moden, e li te make dezyèm dedikasyon dezyèm tanp lan. 164 anvan Kris idantifye dezyèm envestiti Donald Trump kòm wityèm prezidan depi Reagan an 1989, li menm ki soti nan sèt yo. Envestiti li nan dat 20 janvye 2025 la te reprezante pa 164 anvan Kris, ansanm ak seremoni rededikasyon an, ki te pwodui mirak satanik la ki gen ladan l de referans a wityèm nan ki soti nan sèt yo.</w:t>
      </w:r>
    </w:p>
    <w:p>
      <w:pPr>
        <w:pStyle w:val="ArticleBody"/>
        <w:jc w:val="left"/>
      </w:pPr>
      <w:r>
        <w:rPr>
          <w:rFonts w:ascii="Times New Roman" w:hAnsi="Times New Roman" w:eastAsia="Times New Roman" w:cs="Times New Roman"/>
        </w:rPr>
        <w:t>Se poutèt sa, uit wa Pès yo reprezante istwa alyans Jwif yo avèk Wòm depi 161 anvan Jezikri rive jouk 158 anvan Jezikri, epi, lè yo fè sa, yo bay yon dezyèm temwen pou tan eprèv imaj bèt la ki vin apre envestiti Trump an 2025. Vèsè de a kontinye rive nan eleksyon yo te vòlè a an 2020, kote li fini jiskaske temwen istorik uit wa Pès yo aplike, epi yo jwenn aplikasyon yo apre dezyèm envestiti Trump lan. Yon fwa yo poze uit wa Pès yo sou istwa ki ant vèsè de ak twa, gen toujou yon peryòd kache depi envestiti Biden an jouk dezyèm envestiti Trump lan.</w:t>
      </w:r>
    </w:p>
    <w:p>
      <w:pPr>
        <w:pStyle w:val="ArticleBody"/>
        <w:jc w:val="left"/>
      </w:pPr>
      <w:r>
        <w:rPr>
          <w:rFonts w:ascii="Times New Roman" w:hAnsi="Times New Roman" w:eastAsia="Times New Roman" w:cs="Times New Roman"/>
        </w:rPr>
        <w:t>Istwa kache sa a idantifye nan Revelasyon chapit onz la, kote bèt ateyis la touye de temwen yo an 2020. Apre sa, apre twa jou edmi senbolik, Mikayèl desann pou resisite de temwen yo. Yon Trump “resisite” te kòmanse twazyèm kanpay li pou prezidan nan 15 novanm 2022, epi yon “vwa k ap rele nan dezè a” ki te resisite te kòmanse rele san karannkat mil yo nan fen mwa jiyè 2023.</w:t>
      </w:r>
    </w:p>
    <w:p>
      <w:pPr>
        <w:pStyle w:val="ArticleBody"/>
        <w:jc w:val="left"/>
      </w:pPr>
      <w:r>
        <w:rPr>
          <w:rFonts w:ascii="Times New Roman" w:hAnsi="Times New Roman" w:eastAsia="Times New Roman" w:cs="Times New Roman"/>
        </w:rPr>
        <w:t>Vèsè dis, onz, ak douz nan Danyèl chapit onz idantifye Lagè Ikrèn nan ki te kòmanse an 2014, e ki pral fini ak yon viktwa Larisi, epi apre sa ak efondreman konfederasyon ris aktyèl la, jan sa te senbolize pa efondreman Inyon Sovyetik la an 1989.</w:t>
      </w:r>
    </w:p>
    <w:p>
      <w:pPr>
        <w:pStyle w:val="ArticleBody"/>
        <w:jc w:val="left"/>
      </w:pPr>
      <w:r>
        <w:rPr>
          <w:rFonts w:ascii="Times New Roman" w:hAnsi="Times New Roman" w:eastAsia="Times New Roman" w:cs="Times New Roman"/>
        </w:rPr>
        <w:t>Vèsè trèz rive kenz idantifye twa liy pwofesi. Liy gerizon papasi a ki kòmanse lè jennès Tir la sòti kote li te kache a, se vèsè katòz ki prefigire li; epi akonplisman istorik li se 200 anvan Jezikri, lè Wòm payen te antre nan istwa pwofetik kòm vòlè pèp ou a, ki leve tèt yo byen wo, men ki tonbe.</w:t>
      </w:r>
    </w:p>
    <w:p>
      <w:pPr>
        <w:pStyle w:val="ArticleBody"/>
        <w:jc w:val="left"/>
      </w:pPr>
      <w:r>
        <w:rPr>
          <w:rFonts w:ascii="Times New Roman" w:hAnsi="Times New Roman" w:eastAsia="Times New Roman" w:cs="Times New Roman"/>
        </w:rPr>
        <w:t>Nan twa vèsè sa yo, liy pwofetik Repiblikanis apostazi a reprezante pa istwa Antiochus III, ki senbolize wòl Trump kòm uityèm prezidan an, sètadi youn ki soti nan sèt yo. Vèsè yo idantifye tou liy pwofetik Pwotestantis apostazi a jan li reprezante pa istwa Makabe yo.</w:t>
      </w:r>
    </w:p>
    <w:p>
      <w:pPr>
        <w:pStyle w:val="ArticleBody"/>
        <w:jc w:val="left"/>
      </w:pPr>
      <w:r>
        <w:rPr>
          <w:rFonts w:ascii="Times New Roman" w:hAnsi="Times New Roman" w:eastAsia="Times New Roman" w:cs="Times New Roman"/>
        </w:rPr>
        <w:t>Liy pwofetik kòn pwotestan vre a, ki te kòmanse kòm mouvman Filadèlfyen Millerit yo, epi ki fini kòm mouvman Filadèlfyen san karantkat mil yo, dwe tou poze sou istwa kache vèsè karant lan. Sèt loraj yo nan Revelasyon chapit dis se yon senbòl ni mouvman Filadèlfyen Millerit yo ni san karantkat mil yo. Sele pwofesi a, ansanm ak desele pwofesi a, se Kris ki akonpli sa; epi lè Li fè sa, Li prezante Tèt Li kòm Lyon branch fanmi Jida a. Nan chapit dis, zanj lan ke Sè White di ki se “pa mwens pase Jezi Kris menm” nan “kriye ak yon gwo vwa, menm jan yon lyon gwonde; epi lè li te fin kriye, sèt loraj yo fè tande vwa pa yo.”</w:t>
      </w:r>
    </w:p>
    <w:p>
      <w:pPr>
        <w:pStyle w:val="ArticleBody"/>
        <w:jc w:val="left"/>
      </w:pPr>
      <w:r>
        <w:rPr>
          <w:rFonts w:ascii="Times New Roman" w:hAnsi="Times New Roman" w:eastAsia="Times New Roman" w:cs="Times New Roman"/>
        </w:rPr>
        <w:t>Kris, antanke Lyon nan tribi Jida a, te mete sèt loraj yo nan istwa pwofetik la anviwon ane 100 an, epi li te sele yo touswit, paske “lè sèt loraj yo te fin fè tande vwa pa yo,” Jan “te prèt pou l ekri: epi” li “tande yon vwa ki soti nan syèl la ki t ap di,” “sele bagay sa yo sèt loraj yo te di yo, epi pa ekri yo.”</w:t>
      </w:r>
    </w:p>
    <w:p>
      <w:pPr>
        <w:pStyle w:val="ArticleBody"/>
        <w:jc w:val="left"/>
      </w:pPr>
      <w:r>
        <w:rPr>
          <w:rFonts w:ascii="Times New Roman" w:hAnsi="Times New Roman" w:eastAsia="Times New Roman" w:cs="Times New Roman"/>
        </w:rPr>
        <w:t>Istwa kache vèsè karant lan kounye a ap dechire sele li pa Lyon tribi Jida a, e nan istwa sa a, liy vrè kòn pwotestan an reprezante pa sèt loraj yo. Lè vwa ki nan dezè a te kòmanse rele byen fò nan mwa Jiyè 2023, Lyon tribi Jida a te dechire sele yon lòt revelasyon sou sa “Sèt Loraj yo” reprezante.</w:t>
      </w:r>
    </w:p>
    <w:p>
      <w:pPr>
        <w:pStyle w:val="ArticleBody"/>
        <w:jc w:val="left"/>
      </w:pPr>
      <w:r>
        <w:rPr>
          <w:rFonts w:ascii="Times New Roman" w:hAnsi="Times New Roman" w:eastAsia="Times New Roman" w:cs="Times New Roman"/>
        </w:rPr>
        <w:t>Sèt loraj yo reprezante listwa a depi 18 jiyè 2020, lè mouvman san karannkat mil la te touye nan lari yo, jouk rive nan lwa dimanch k ap vini talè a. Liy sèt loraj yo idantifye “evènman” ki rive nan listwa sa a. Premye desepsyon an suiv pa mesaj Rèl Minwi a, epi lwa dimanch lan vini apre sa. Lè Sè White te idantifye sèt loraj yo, swa kòm listwa premye ak dezyèm zanj yo, swa kòm evènman k ap vini yo, nan toude reprezantasyon yo li te idantifye yo kòm sa ki reprezante “evènman”.</w:t>
      </w:r>
    </w:p>
    <w:p>
      <w:pPr>
        <w:pStyle w:val="ArticleBody"/>
        <w:jc w:val="left"/>
      </w:pPr>
      <w:r>
        <w:rPr>
          <w:rFonts w:ascii="Times New Roman" w:hAnsi="Times New Roman" w:eastAsia="Times New Roman" w:cs="Times New Roman"/>
        </w:rPr>
        <w:t>Mesaj Kri Minuit la ka sanble ak yon bagay ki pa yon « evènman », men nan listwa Millerit la, reyinyon kan Exeter la, soti 12 pou rive 17 out 1844, te yon « evènman », ansanm ak plizyè detay ki te asosye ak evènman sa a. Men, arive mesaj Kri Minuit la nan reyinyon kan an te tou yon akonplisman parabòl dis vyèj yo nan Matye vennsenk. « Evènman » reyinyon kan Exeter la te yon akonplisman sèt loraj yo, men parabòl dis vyèj yo pa pale de evènman sa yo; li pale de « eksperyans » vyèj yo,</w:t>
      </w:r>
    </w:p>
    <w:p>
      <w:pPr>
        <w:pStyle w:val="ArticleScripture"/>
        <w:jc w:val="left"/>
      </w:pPr>
      <w:r>
        <w:rPr>
          <w:rFonts w:ascii="Times New Roman" w:hAnsi="Times New Roman" w:eastAsia="Times New Roman" w:cs="Times New Roman"/>
        </w:rPr>
        <w:t>« La parabole des dix vierges de Matthieu 25 illustre également l’expérience du peuple adventiste. » The Great Controversy, 393.</w:t>
      </w:r>
    </w:p>
    <w:p>
      <w:pPr>
        <w:pStyle w:val="ArticleBody"/>
        <w:jc w:val="left"/>
      </w:pPr>
      <w:r>
        <w:rPr>
          <w:rFonts w:ascii="Times New Roman" w:hAnsi="Times New Roman" w:eastAsia="Times New Roman" w:cs="Times New Roman"/>
        </w:rPr>
        <w:t>Menm jan sèt loraj yo idantifye istwa paralèl mouvman premye ak twazyèm zanj yo, konsa tou parabòl dis vyèj yo idantifye de istwa paralèl yo.</w:t>
      </w:r>
    </w:p>
    <w:p>
      <w:pPr>
        <w:pStyle w:val="ArticleScripture"/>
        <w:jc w:val="left"/>
      </w:pPr>
      <w:r>
        <w:rPr>
          <w:rFonts w:ascii="Times New Roman" w:hAnsi="Times New Roman" w:eastAsia="Times New Roman" w:cs="Times New Roman"/>
        </w:rPr>
        <w:t>“Mwen souvan voye moun al gade parabòl dis vyèj yo, senk ladan yo te saj, e senk te sòt. Parabòl sa a te akonpli e li pral akonpli jis nan pi piti detay yo, paske li gen yon aplikasyon espesyal pou tan sa a, epi, menm jan ak mesaj twazyèm zanj lan, li te akonpli e li pral kontinye rete verite prezan jouk nan fen tan an.” Review and Herald, 19 out 1890.</w:t>
      </w:r>
    </w:p>
    <w:p>
      <w:pPr>
        <w:pStyle w:val="ArticleBody"/>
        <w:jc w:val="left"/>
      </w:pPr>
      <w:r>
        <w:rPr>
          <w:rFonts w:ascii="Times New Roman" w:hAnsi="Times New Roman" w:eastAsia="Times New Roman" w:cs="Times New Roman"/>
        </w:rPr>
        <w:t>Senbòl sèt loraj yo reprezante “evènman” istwa paralèl yo, epi dis vyèj yo reprezante “eksperyans” vyèj saj yo ak vyèj sòt yo nan de istwa paralèl sa yo. Eksperyans milerit la, jouk rive an 1856, te eksperyans Filadèlfi, epi eksperyans mouvman san karannkat mil la te eksperyans Lawodise, jouk yon ti tan apre Jiyè 2023. Nan toude istwa yo, vyèj saj yo ak vyèj sòt yo ap parèt lè mesaj Rèl Minwi a rive, paske se lè sa a yo va wè kiyès ki te gen lwil preparasyon an.</w:t>
      </w:r>
    </w:p>
    <w:p>
      <w:pPr>
        <w:pStyle w:val="ArticleScripture"/>
        <w:jc w:val="left"/>
      </w:pPr>
      <w:r>
        <w:rPr>
          <w:rFonts w:ascii="Times New Roman" w:hAnsi="Times New Roman" w:eastAsia="Times New Roman" w:cs="Times New Roman"/>
        </w:rPr>
        <w:t>“Eta Legliz la ki reprezante pa vyèj san konprann yo, yo pale de li tou kòm eta Lawodise a.” Review and Herald, 19 out 1890.</w:t>
      </w:r>
    </w:p>
    <w:p>
      <w:pPr>
        <w:pStyle w:val="ArticleBody"/>
        <w:jc w:val="left"/>
      </w:pPr>
      <w:r>
        <w:rPr>
          <w:rFonts w:ascii="Times New Roman" w:hAnsi="Times New Roman" w:eastAsia="Times New Roman" w:cs="Times New Roman"/>
        </w:rPr>
        <w:t>Moun ki refize manje mesaj ki nan men Mikaèl, arkanj la, ki te desann nan fen mwa Jiyè 2023 la, ap rete nan kondisyon Lawodise a; e moun ki pran ti liv la epi ki manje li, yo pral pase nan kondisyon Filadèlfi a. Kondisyon Lawodise a reprezante yon pèp, oswa yon moun, Kris la deyò li, men Li toujou ap chèche antre; epi kondisyon Filadèlfi a reprezante kòm konbinezon Divinite ak limanite. Sèt loraj yo idantifye “evènman” liy vrè kòn pwotestan an, ki plase nan istwa kache vèsè karant la, ki kòmanse 18 Jiyè 2020 epi ki fini nan lwa dimanch la.</w:t>
      </w:r>
    </w:p>
    <w:p>
      <w:pPr>
        <w:pStyle w:val="ArticleBody"/>
        <w:jc w:val="left"/>
      </w:pPr>
      <w:r>
        <w:rPr>
          <w:rFonts w:ascii="Times New Roman" w:hAnsi="Times New Roman" w:eastAsia="Times New Roman" w:cs="Times New Roman"/>
        </w:rPr>
        <w:t>Parabòl dis vyèj yo idantifye “eksperyans” moun yo rele pou yo pami san karannkat mil la pandan menm peryòd sa a. “Evènman” ki idantifye istwa san karannkat mil la depi 18 Jiyè 2020 rive jis nan lwa dimanch lan, ansanm ak “eksperyans” de klas yo pandan istwa sa a, mache ak idantifikasyon travay ki te ak ki toujou te asiyen nan de istwa paralèl sa yo. Travay sa a reprezante pa zanj Revelasyon katòz yo; travay Millerit yo te reprezante pa premye ak dezyèm zanj yo, epi travay san karannkat mil la reprezante pa twazyèm zanj lan.</w:t>
      </w:r>
    </w:p>
    <w:p>
      <w:pPr>
        <w:pStyle w:val="ArticleScripture"/>
        <w:jc w:val="left"/>
      </w:pPr>
      <w:r>
        <w:rPr>
          <w:rFonts w:ascii="Times New Roman" w:hAnsi="Times New Roman" w:eastAsia="Times New Roman" w:cs="Times New Roman"/>
        </w:rPr>
        <w:t>“Mwen te gen opòtinite presye pou m te jwenn yon eksperyans. Mwen te gen yon eksperyans nan mesaj premye, dezyèm, ak twazyèm zanj yo. Yo reprezante zanj yo kòm k ap vole nan mitan syèl la, k ap pwoklame bay lemonn yon mesaj avètisman, epi ki gen yon rapò dirèk ak pèp k ap viv nan dènye jou istwa tè sa a. Pèsonn pa tande vwa zanj sa yo, paske yo se yon senbòl ki reprezante pèp Bondye a k ap travay ann amoni ak linivè syèl la. Gason ak fi, Lespri Bondye a eklere yo, epi laverite sanktifye yo, pwoklame twa mesaj yo nan lòd pa yo.” Life Sketches, 429.</w:t>
      </w:r>
    </w:p>
    <w:p>
      <w:pPr>
        <w:pStyle w:val="ArticleBody"/>
        <w:jc w:val="left"/>
      </w:pPr>
      <w:r>
        <w:rPr>
          <w:rFonts w:ascii="Times New Roman" w:hAnsi="Times New Roman" w:eastAsia="Times New Roman" w:cs="Times New Roman"/>
        </w:rPr>
        <w:t>Travay yo te konfye dènye pèp Bondye a nan dat 11 septanm 2001, nan kòmansman tan sele a, yo konfye l ankò bay dènye pèp Bondye a nan fen tan sele a, lè Mikayèl te desann an jiyè 2023.</w:t>
      </w:r>
    </w:p>
    <w:p>
      <w:pPr>
        <w:pStyle w:val="ArticleScripture"/>
        <w:jc w:val="left"/>
      </w:pPr>
      <w:r>
        <w:rPr>
          <w:rFonts w:ascii="Times New Roman" w:hAnsi="Times New Roman" w:eastAsia="Times New Roman" w:cs="Times New Roman"/>
        </w:rPr>
        <w:t>Jan te wè “Yon lòt zanj desann soti nan syèl la, li te gen gwo pouvwa; e tout tè a te klere ak glwa li.” Revelasyon 18:1. Travay sa a se vwa pèp Bondye a k ap pwoklame yon mesaj avètisman bay lemonn.” The 1888 Materials, 926.</w:t>
      </w:r>
    </w:p>
    <w:p>
      <w:pPr>
        <w:pStyle w:val="ArticleBody"/>
        <w:jc w:val="left"/>
      </w:pPr>
      <w:r>
        <w:rPr>
          <w:rFonts w:ascii="Times New Roman" w:hAnsi="Times New Roman" w:eastAsia="Times New Roman" w:cs="Times New Roman"/>
        </w:rPr>
        <w:t>Menm jan ak “evènman” sèt loraj yo reprezante yo, ak “eksperyans” dis vyèj yo reprezante a, travay twa zanj yo reprezante de istwa paralèl.</w:t>
      </w:r>
    </w:p>
    <w:p>
      <w:pPr>
        <w:pStyle w:val="ArticleScripture"/>
        <w:jc w:val="left"/>
      </w:pPr>
      <w:r>
        <w:rPr>
          <w:rFonts w:ascii="Times New Roman" w:hAnsi="Times New Roman" w:eastAsia="Times New Roman" w:cs="Times New Roman"/>
        </w:rPr>
        <w:t>“Bondye bay mesaj Revelasyon 14 yo plas yo nan liy pwofesi a, e travay yo pa dwe sispann jouk nan fen istwa tè sa a. Mesaj premye ak dezyèm zanj yo toujou verite pou tan sa a, epi yo dwe mache paralèl ak sila a ki vin apre a. Twazyèm zanj lan pwoklame avètisman li avèk yon gwo vwa. ‘Apre bagay sa yo,’ Jan te di, ‘mwen wè yon lòt zanj desann soti nan syèl la, li te gen gwo pouvwa, e tè a te klere avèk laglwa li.’ Nan liminasyon sa a, limyè tout twa mesaj yo ini ansanm.” The 1888 Materials, 804.</w:t>
      </w:r>
    </w:p>
    <w:p>
      <w:pPr>
        <w:pStyle w:val="ArticleBody"/>
        <w:jc w:val="left"/>
      </w:pPr>
      <w:r>
        <w:rPr>
          <w:rFonts w:ascii="Times New Roman" w:hAnsi="Times New Roman" w:eastAsia="Times New Roman" w:cs="Times New Roman"/>
        </w:rPr>
        <w:t>Nan vèsè trèz rive kenz nan Danyèl onz, yo idantifye travay pwofetik liy pwotestantis aposta a (Makabe yo), repiblikanis aposta a (Antyòkis III), ak pwostitiye Tir la (vòlè pèp ou a). Nan menm istwa sa a menm, liy pwofetik vrè kòn pwotestan san karant-kat mil yo idantifye travay pa yo, “eksperyans” pa yo, ak “evènman” ki rive nan mitan pèp Bondye a nan dènye jou yo. Liy vrè kòn pwotestan an reprezante kòm sèt loraj yo, ki se sèl pwofesi nan liv Revelasyon an yo idantifye kòm yon pwofesi ki sele. Jis anvan tan gras la fèmen, kòmandman an soti nan Lyon branch fanmi Jida a, Sila a ki te sele pwofesi sèt loraj yo, pou yo desele pwofesi liv sa a.</w:t>
      </w:r>
    </w:p>
    <w:p>
      <w:pPr>
        <w:pStyle w:val="ArticleBody"/>
        <w:jc w:val="left"/>
      </w:pPr>
      <w:r>
        <w:rPr>
          <w:rFonts w:ascii="Times New Roman" w:hAnsi="Times New Roman" w:eastAsia="Times New Roman" w:cs="Times New Roman"/>
        </w:rPr>
        <w:t>Dechifraj sèt loraj yo nan fen tan sele san karannkat mil yo, jan sa te deja prefigire pa dechifraj sèt loraj yo nan kòmansman tan sele a, dwe aplike (liy sou liy) ak pati nan liv Danyèl ki gen rapò ak dènye jou yo; epi pati sa a se istwa kache vèsè karant lan. Lè dechifraj sa a fin akonpli nèt, jan ouvèti setyèm sele a reprezante l, Bondye pral vide dife Lespri Sen li a sou san karannkat mil yo, menm jan li te fè ak disip yo nan Pannkòt. Pannkòt la aliyen ak lwa dimanch k ap vini byento.</w:t>
      </w:r>
    </w:p>
    <w:p>
      <w:pPr>
        <w:pStyle w:val="ArticleScripture"/>
        <w:jc w:val="left"/>
      </w:pPr>
      <w:r>
        <w:rPr>
          <w:rFonts w:ascii="Times New Roman" w:hAnsi="Times New Roman" w:eastAsia="Times New Roman" w:cs="Times New Roman"/>
        </w:rPr>
        <w:t>“Se avèk yon anvi sensè mwen ap tann avèk enpasyans lè evènman jou Lapannkòt yo pral repete avèk menm plis pouvwa pase nan okazyon sa a. Jan di: ‘Mwen wè yon lòt zanj desann soti nan syèl la, ki te gen gwo pouvwa; e tè a te klere avèk glwa li.’ Lè sa a, menm jan nan tan Lapannkòt la, pèp la pral tande verite a pale ak yo, chak moun nan pwòp lang pa li.”</w:t>
      </w:r>
    </w:p>
    <w:p>
      <w:pPr>
        <w:pStyle w:val="ArticleScripture"/>
        <w:jc w:val="left"/>
      </w:pPr>
      <w:r>
        <w:rPr>
          <w:rFonts w:ascii="Times New Roman" w:hAnsi="Times New Roman" w:eastAsia="Times New Roman" w:cs="Times New Roman"/>
        </w:rPr>
        <w:t>“Bondye kapab soufle yon nouvo lavi nan chak nanm ki sensèman anvi sèvi Li, epi Li kapab manyen bouch yo ak yon chabon dife ki soti sou lotèl la, epi fè yo vin elokan nan lwanj Li. Dè milye de vwa pral ranpli ak pouvwa pou pwoklame mèvèy verite Pawòl Bondye a. Lang k ap bege a pral delye, epi moun ki timid yo pral vin fò pou rann temwayaj ak kouraj pou verite a. Se pou Senyè a ede pèp Li a pou yo pirifye tanp nanm nan anba tout salte, epi pou yo kenbe yon koneksyon tèlman sere avèk Li, konsa yo va patisipe nan dènye lapli a lè l va vide.” Review and Herald, 20 jiyè 1886.</w:t>
      </w:r>
    </w:p>
    <w:p>
      <w:pPr>
        <w:pStyle w:val="ArticleBody"/>
        <w:jc w:val="left"/>
      </w:pPr>
      <w:r>
        <w:rPr>
          <w:rFonts w:ascii="Times New Roman" w:hAnsi="Times New Roman" w:eastAsia="Times New Roman" w:cs="Times New Roman"/>
        </w:rPr>
        <w:t>Kòmansman tan sele a montre fen tan sele a. Nan kòmansman an, lapli ta a te vide avèk mezi, epi nan fen an li vide san mezi. Zanj ki te desann nan dat 11 septanm 2001 lan, se menm zanj ki te desann nan fen mwa jiyè 2023 a. Istwa Pannkòt la te kòmanse nan rezirèksyon Kris la, epi fen akonplisman pafè Pannkòt la se nan rezirèksyon san karannkat mil yo.</w:t>
      </w:r>
    </w:p>
    <w:p>
      <w:pPr>
        <w:pStyle w:val="ArticleScripture"/>
        <w:jc w:val="left"/>
      </w:pPr>
      <w:r>
        <w:rPr>
          <w:rFonts w:ascii="Times New Roman" w:hAnsi="Times New Roman" w:eastAsia="Times New Roman" w:cs="Times New Roman"/>
        </w:rPr>
        <w:t>« Aksyon Kris la lè li te soufle sou disip li yo Sentespri a, epi lè li te ba yo lapè li, te tankou kèk gout anvan gwo lapli abondan ki t ap bay nan jou Pannkòt la. » Spirit of Prophecy, volume 3, 243.</w:t>
      </w:r>
    </w:p>
    <w:p>
      <w:pPr>
        <w:pStyle w:val="ArticleBody"/>
        <w:jc w:val="left"/>
      </w:pPr>
      <w:r>
        <w:rPr>
          <w:rFonts w:ascii="Times New Roman" w:hAnsi="Times New Roman" w:eastAsia="Times New Roman" w:cs="Times New Roman"/>
        </w:rPr>
        <w:t>Kris te soufle sou disip Li yo apre Li te resisite, tousuit apre Li te monte al jwenn Papa Li. Lè Li te desann apre rankont Li ak Papa Li, Li parèt devan disip yo epi Li soufle sou yo kèk “gout” ki te vini anvan “gwo lapli Pannkot la.” Kèk gout yo reprezante kòmansman tan sele a, epi gwo lapli yo reprezante fen an. Kòmansman tan sele a repete nan fen an, e menm jan Kris te soufle sou disip Li yo nan kòmansman peryòd Pannkot la, konsa tou Li te soufle sou pèp Li a nan dènye jou yo nan fen peryòd sa a.</w:t>
      </w:r>
    </w:p>
    <w:p>
      <w:pPr>
        <w:pStyle w:val="ArticleScripture"/>
        <w:jc w:val="left"/>
      </w:pPr>
      <w:r>
        <w:rPr>
          <w:rFonts w:ascii="Times New Roman" w:hAnsi="Times New Roman" w:eastAsia="Times New Roman" w:cs="Times New Roman"/>
        </w:rPr>
        <w:t>“Zo sèch yo bezwen pou Sentespri Bondye soufle sou yo, pou yo ka vin an aksyon, tankou pa yon rezirèksyon soti nan lanmò.” Bible Training School, 1ye desanm 1903.</w:t>
      </w:r>
    </w:p>
    <w:p>
      <w:pPr>
        <w:pStyle w:val="ArticleBody"/>
        <w:jc w:val="left"/>
      </w:pPr>
      <w:r>
        <w:rPr>
          <w:rFonts w:ascii="Times New Roman" w:hAnsi="Times New Roman" w:eastAsia="Times New Roman" w:cs="Times New Roman"/>
        </w:rPr>
        <w:t>Lanmò de temwen yo genyen ladan l lefètke moun ki te pwoklame fo mesaj Nashville la ak 18 Jiyè 2020 la, te fè sa kòm Lawodise. Rezirèksyon zo sèch mò yo reprezante yon tranzisyon soti nan kondisyon Lawodise a, ki se yon kondisyon lanmò, pou rive nan kondisyon Filadèlfi a, ki se lavi. Souf ki pwodui rezirèksyon an ak tranzisyon an se yon mesaj pwofetik.</w:t>
      </w:r>
    </w:p>
    <w:p>
      <w:pPr>
        <w:pStyle w:val="ArticleScripture"/>
        <w:jc w:val="left"/>
      </w:pPr>
      <w:r>
        <w:rPr>
          <w:rFonts w:ascii="Times New Roman" w:hAnsi="Times New Roman" w:eastAsia="Times New Roman" w:cs="Times New Roman"/>
        </w:rPr>
        <w:t>“Ki pouvwa nou dwe resevwa nan men Bondye pou kè glas sa yo, ki gen sèlman yon relijyon legal, ka wè pi bon bagay yo te prepare pou yo yo—Kris ak jistis Li! Yon mesaj ki bay lavi te nesesè pou bay lavi a zo sèch yo.” Manuscript Releases, volume 12, 205.</w:t>
      </w:r>
    </w:p>
    <w:p>
      <w:pPr>
        <w:pStyle w:val="ArticleBody"/>
        <w:jc w:val="left"/>
      </w:pPr>
      <w:r>
        <w:rPr>
          <w:rFonts w:ascii="Times New Roman" w:hAnsi="Times New Roman" w:eastAsia="Times New Roman" w:cs="Times New Roman"/>
        </w:rPr>
        <w:t>Peryòd ki te ant rezirèksyon Kris la te divize an de peryòd: premye a te dire karant jou, lè sa a Li moute nan syèl la; apre sa te vini dis jou ki te vini anvan Pannkòt. Karant se yon senbòl dezè a, menm jan ak twa jou edmi oswa mil desan swasant ane oswa jou.</w:t>
      </w:r>
    </w:p>
    <w:p>
      <w:pPr>
        <w:pStyle w:val="ArticleBody"/>
        <w:jc w:val="left"/>
      </w:pPr>
      <w:r>
        <w:rPr>
          <w:rFonts w:ascii="Times New Roman" w:hAnsi="Times New Roman" w:eastAsia="Times New Roman" w:cs="Times New Roman"/>
        </w:rPr>
        <w:t>Lè Mikaèl te desann an Jiyè 2023, twa jou edmi lanmò nan lari yo te fini, pandan Kris te kòmanse travay pou ini Divinite Li ak limanite pami san karannkat mil yo. Travay sa a te reprezante pa dis jou ki te vini anvan Pannkòt, kote peche te mete ale epi inite pami frè yo te tabli. Dis reprezante yon pwosesis eprèv, epi pwosesis eprèv la te fini nan Pannkòt, ki reprezante lwa dimanch la.</w:t>
      </w:r>
    </w:p>
    <w:p>
      <w:pPr>
        <w:pStyle w:val="ArticleBody"/>
        <w:jc w:val="left"/>
      </w:pPr>
      <w:r>
        <w:rPr>
          <w:rFonts w:ascii="Times New Roman" w:hAnsi="Times New Roman" w:eastAsia="Times New Roman" w:cs="Times New Roman"/>
        </w:rPr>
        <w:t>Nan menm epòk istorik la nan vèsè karant la, kote uit wa Pès yo ansanm ak istwa alyans ant Jwif yo ak Wòm lan reprezante pwosesis eprèv imaj bèt la, pwosesis eprèv vyèj yo parèt tou nan dis jou ki mennen rive jouk Pannkòt. Kòn aposta pwotestantis la ak repiblikanis la mete tèt yo ansanm nan epòk sa a pou fòme imaj bèt la, tandiske vrè kòn pwotestan an ini limanite pa yo ak Divinite Kris la, konsa li fòme imaj Kris la nan yon pwosesis ki separe de klas adoratè.</w:t>
      </w:r>
    </w:p>
    <w:p>
      <w:pPr>
        <w:pStyle w:val="ArticleBody"/>
        <w:jc w:val="left"/>
      </w:pPr>
      <w:r>
        <w:rPr>
          <w:rFonts w:ascii="Times New Roman" w:hAnsi="Times New Roman" w:eastAsia="Times New Roman" w:cs="Times New Roman"/>
        </w:rPr>
        <w:t>Evènman istorik yo, ki reprezante kòm sèt loraj, devwale nan istwa ki reprezante pa vèsè trèz rive kenz nan Danyèl onz, epi ansanm yo aliyen ak istwa kache vèsè karant lan, ki rive nan konklizyon li nan lwa dimanch k ap vini byento a, kote tan gras pou moun k ap kenbe Saba a fèmen.</w:t>
      </w:r>
    </w:p>
    <w:p>
      <w:pPr>
        <w:pStyle w:val="ArticleScripture"/>
        <w:jc w:val="left"/>
      </w:pPr>
      <w:r>
        <w:rPr>
          <w:rFonts w:ascii="Times New Roman" w:hAnsi="Times New Roman" w:eastAsia="Times New Roman" w:cs="Times New Roman"/>
        </w:rPr>
        <w:t>“Ankò, parabòl sa yo anseye ke pap gen okenn tan gras apre jijman an. Lè travay levanjil la fin akonpli, separeman ant moun ki bon yo ak moun ki mechan yo vini tousuit, epi sò chak gwoup fikse pou tout tan.” Christ’s Object Lessons, 123.</w:t>
      </w:r>
    </w:p>
    <w:p>
      <w:pPr>
        <w:pStyle w:val="ArticleBody"/>
        <w:jc w:val="left"/>
      </w:pPr>
      <w:r>
        <w:rPr>
          <w:rFonts w:ascii="Times New Roman" w:hAnsi="Times New Roman" w:eastAsia="Times New Roman" w:cs="Times New Roman"/>
        </w:rPr>
        <w:t>Separasyon ant saj yo ak moun sòt yo, ant Laodise yo ak Filadèlfyen yo, oubyen ant ble a ak move zèb yo, se zanj yo ki akonpli li.</w:t>
      </w:r>
    </w:p>
    <w:p>
      <w:pPr>
        <w:pStyle w:val="ArticleScripture"/>
        <w:jc w:val="left"/>
      </w:pPr>
      <w:r>
        <w:rPr>
          <w:rFonts w:ascii="Times New Roman" w:hAnsi="Times New Roman" w:eastAsia="Times New Roman" w:cs="Times New Roman"/>
        </w:rPr>
        <w:t>“Kite move zbèb ak ble a pouse ansanm jouk lè rekòt la. Lè sa a, se zanj yo ki fè travay separasyon an.” Selected Messages, liv 2, 69.</w:t>
      </w:r>
    </w:p>
    <w:p>
      <w:pPr>
        <w:pStyle w:val="ArticleBody"/>
        <w:jc w:val="left"/>
      </w:pPr>
      <w:r>
        <w:rPr>
          <w:rFonts w:ascii="Times New Roman" w:hAnsi="Times New Roman" w:eastAsia="Times New Roman" w:cs="Times New Roman"/>
        </w:rPr>
        <w:t>Mesaj ki dezsele jis anvan tan gras la fèmen an idantifye travay pèp Bondye a, jan zanj yo reprezante l. Mesaj ki nan atik sa yo ap pibliye kounye a toupatou sou latè nan plis pase swasant lang (lang). Sa ap akonpli kounye a jis anvan tan gras la fèmen, e se travay pèp Bondye a nan dènye jou yo pou prezante mesaj sa a. Mesaj la idantifye evènman yo ki reprezante kòm sèt loraj, e travay pou konprann epi prezante mesaj la pwodui eksperyans vyèj saj yo.</w:t>
      </w:r>
    </w:p>
    <w:p>
      <w:pPr>
        <w:pStyle w:val="ArticleBody"/>
        <w:jc w:val="left"/>
      </w:pPr>
      <w:r>
        <w:rPr>
          <w:rFonts w:ascii="Times New Roman" w:hAnsi="Times New Roman" w:eastAsia="Times New Roman" w:cs="Times New Roman"/>
        </w:rPr>
        <w:t>N ap kontinye etid sa a nan pwochen atik la.</w:t>
      </w:r>
    </w:p>
    <w:p>
      <w:pPr>
        <w:pStyle w:val="ArticleScripture"/>
        <w:jc w:val="left"/>
      </w:pPr>
      <w:r>
        <w:rPr>
          <w:rFonts w:ascii="Times New Roman" w:hAnsi="Times New Roman" w:eastAsia="Times New Roman" w:cs="Times New Roman"/>
        </w:rPr>
        <w:t>“Nan vizyon lannuit yo, yon sèn ki te trè enpresyonan te pase devan je m. Mwen te wè yon gwo boul dife tonbe nan mitan kèk bèl kay gwozotobre, e li te lakòz destriksyon yo touswit. Mwen tande yon moun di: ‘Nou te konnen jijman Bondye yo t ap vini sou tè a, men nou pa t konnen yo t ap vini konsa vit.’ Gen lòt ankò, ak vwa k ap soufri anpil, ki te di: ‘Nou te konnen sa! Poukisa, alò, nou pa t di nou sa? Nou pa t konnen.’ Sou tout bò mwen te tande menm jan pawòl repwòch konsa yo t ap pale.”</w:t>
      </w:r>
    </w:p>
    <w:p>
      <w:pPr>
        <w:pStyle w:val="ArticleScripture"/>
        <w:jc w:val="left"/>
      </w:pPr>
      <w:r>
        <w:rPr>
          <w:rFonts w:ascii="Times New Roman" w:hAnsi="Times New Roman" w:eastAsia="Times New Roman" w:cs="Times New Roman"/>
        </w:rPr>
        <w:t>“Nan yon gwo detrès mwen leve. Mwen tounen dòmi ankò, e li te sanble mwen te nan yon gwo reyinyon. Yon moun ki te gen otorite t ap pale ak asanble a, devan li te gen yon kat jeyografik lemonn ki te louvri. Li te di kat la te reprezante jaden rezen Bondye a, ki dwe kiltive. Lè limyè ki soti nan syèl la te klere sou nenpòt moun, moun sa a te dwe reflete limyè a bay lòt moun. Yo te dwe limen limyè nan anpil kote, epi soti nan limyè sa yo, toujou lòt limyè ankò te dwe limen.</w:t>
      </w:r>
    </w:p>
    <w:p>
      <w:pPr>
        <w:pStyle w:val="ArticleScripture"/>
        <w:jc w:val="left"/>
      </w:pPr>
      <w:r>
        <w:rPr>
          <w:rFonts w:ascii="Times New Roman" w:hAnsi="Times New Roman" w:eastAsia="Times New Roman" w:cs="Times New Roman"/>
        </w:rPr>
        <w:t>Yo te repete pawòl sa yo: “Nou se sèl tè a; men, si sèl la pèdi gou li, ak kisa y ap ka ba li gou ankò? Depi lè sa a li pa vo anyen ankò, sof pou yo jete l deyò, pou moun pile l anba pye yo. Nou se limyè mond lan. Yon vil ki chita sou yon mòn pa ka kache. Ni moun pa limen yon chandèl pou mete l anba yon mamit, men sou yon pòtchandèl; epi li klere pou tout moun ki nan kay la. Konsa, se pou limyè nou klere devan lèzòm, pou yo wè bon zèv nou yo, epi pou yo bay Papa nou ki nan syèl la glwa.” Matye 5:13–16.</w:t>
      </w:r>
    </w:p>
    <w:p>
      <w:pPr>
        <w:pStyle w:val="ArticleScripture"/>
        <w:jc w:val="left"/>
      </w:pPr>
      <w:r>
        <w:rPr>
          <w:rFonts w:ascii="Times New Roman" w:hAnsi="Times New Roman" w:eastAsia="Times New Roman" w:cs="Times New Roman"/>
        </w:rPr>
        <w:t>“Mwen te wè gwo reyon limyè k ap briye soti nan vil ak nan bouk, epi soti nan kote ki wo ak nan kote ki ba sou tè a. Yo te obeyi pawòl Bondye, e kòm rezilta te gen moniman pou Li nan chak vil ak chak bouk. Verite Li a te pwoklame atravè lemond.”</w:t>
      </w:r>
    </w:p>
    <w:p>
      <w:pPr>
        <w:pStyle w:val="ArticleScripture"/>
        <w:jc w:val="left"/>
      </w:pPr>
      <w:r>
        <w:rPr>
          <w:rFonts w:ascii="Times New Roman" w:hAnsi="Times New Roman" w:eastAsia="Times New Roman" w:cs="Times New Roman"/>
        </w:rPr>
        <w:t>“Lè sa a, yo te retire kat sa a epi yo mete yon lòt nan plas li. Sou li, limyè t ap klere sèlman soti nan kèk kote. Rès mond lan te nan fènwa, avèk sèlman yon ti bri limyè isit la ak la. Enstriktè nou an te di: ‘Fènwa sa a se rezilta lefèt ke lèzòm te swiv pwòp chemen pa yo. Yo te nouri tandans eritye ak tandans yo te devlope pou sa ki mal. Yo te fè kestyonnen, chèche fot, ak akize vin prensipal travay lavi yo. Kè yo pa dwat devan Bondye. Yo te kache limyè yo anba yon mamit.’”</w:t>
      </w:r>
    </w:p>
    <w:p>
      <w:pPr>
        <w:pStyle w:val="ArticleScripture"/>
        <w:jc w:val="left"/>
      </w:pPr>
      <w:r>
        <w:rPr>
          <w:rFonts w:ascii="Times New Roman" w:hAnsi="Times New Roman" w:eastAsia="Times New Roman" w:cs="Times New Roman"/>
        </w:rPr>
        <w:t>“Si chaque soldat de Christ avait fait son devoir, si chaque sentinelle sur les murailles de Sion avait fait retentir de la trompette un son distinct, le monde aurait pu, depuis longtemps déjà, entendre le message d’avertissement. Mais l’œuvre a des années de retard. Tandis que les hommes ont dormi, Satan a pris de l’avance sur nous.” Testimonies, volume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katrevendisenk</dc:title>
  <dc:subject>Chemen pou Lwa Dimanch la: Wòl Trump ak Devlopman Pwofetik la nan Danyèl 11</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