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katrevendisnèf</w:t>
      </w:r>
    </w:p>
    <w:p>
      <w:pPr>
        <w:pStyle w:val="ArticleSubtitle"/>
        <w:jc w:val="left"/>
      </w:pPr>
      <w:r>
        <w:rPr>
          <w:rFonts w:ascii="Arial" w:hAnsi="Arial" w:eastAsia="Arial" w:cs="Arial"/>
        </w:rPr>
        <w:t>Deklin politik ak desten pwofetik: fen Pati Demokrat la ak Pati Repibliken an nan kontèks pwofesi biblik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2024-05-03</w:t>
      </w:r>
    </w:p>
    <w:p>
      <w:pPr>
        <w:pStyle w:val="ArticleBody"/>
        <w:jc w:val="left"/>
      </w:pPr>
      <w:r>
        <w:rPr>
          <w:rFonts w:ascii="Times New Roman" w:hAnsi="Times New Roman" w:eastAsia="Times New Roman" w:cs="Times New Roman"/>
        </w:rPr>
        <w:t>N ap idantifye fen pati Demokrat ak Repibliken yo nan istwa bèt tè a. Bèt tè a nan Revelasyon trèz la divize an pati Repibliken ak pati Demokrat, ki ap lite anndan istwa pwofetik kòn Repibliken an. Kòn yo se senbòl pouvwa, e toude kòn yo genyen mikwokosm pwòp relasyon pwofetik yo anndan pwòp istwa pwofetik pa yo. Pou kòn Repibliken an, mikwokosm sa a ilistre pa de prensipal pati politik ki anvayi istwa Etazini. Etazini se youn nan kèk wayòm yo idantifye nan istwa pwofetik ki fòme ak de pouvwa. Tout nasyon anvan yo nan pwofesi biblik ki reprezante ak de pouvwa sèvi kòm tip Etazini. Anpi Mèd-Pès la, Lafrans (Sodòm ak Ejip), ansanm ak Izrayèl avèk wayòm nò ak wayòm sid li yo, tout kontribye nan karakteristik pwofetik Etazini.</w:t>
      </w:r>
    </w:p>
    <w:p>
      <w:pPr>
        <w:pStyle w:val="ArticleBody"/>
        <w:jc w:val="left"/>
      </w:pPr>
      <w:r>
        <w:rPr>
          <w:rFonts w:ascii="Times New Roman" w:hAnsi="Times New Roman" w:eastAsia="Times New Roman" w:cs="Times New Roman"/>
        </w:rPr>
        <w:t>Anpi Mèd ak Pès la nan Danyèl chapit uit la te gen de kòn, epi dènye kòn nan (Pès) te leve pi wo. Nou te idantifye eleman sa a lè nou te montre ke pati Demokrat la te parèt nan listwa anvan pati Repibliken an; konsa, pati Repibliken an pral finalman dènye nan de pati yo. Premye prezidan Repibliken an te parèt nan listwa kòm repons kont pozisyon pati Demokrat la ki te favorize esklavaj, epi premye prezidan Repibliken sa a te pwoklame Pwoklamasyon Emansipasyon an an 1863, ki te mitan Lagè Sivil Etazini an, epi ane rebelyon an pou legliz Advantis Setyèm Jou Lawodise a.</w:t>
      </w:r>
    </w:p>
    <w:p>
      <w:pPr>
        <w:pStyle w:val="ArticleBody"/>
        <w:jc w:val="left"/>
      </w:pPr>
      <w:r>
        <w:rPr>
          <w:rFonts w:ascii="Times New Roman" w:hAnsi="Times New Roman" w:eastAsia="Times New Roman" w:cs="Times New Roman"/>
        </w:rPr>
        <w:t>Dènye prezidan Repibliken an se yon tip ki koresponn ak premye prezidan Repibliken an; konsa, dènye prezidan an pral antre nan listwa nan mitan yon lagè sivil ant pati Demokrat la ki an favè esklavaj ak pati Repibliken li a ki kont esklavaj. Esklavaj pati Demokrat la nan dènye jou yo ap pwomouvwa a se esklavaj mondyal. Menm jan ak premye prezidan Repibliken an, dènye prezidan Repibliken an pral asasinen pa pati ki an favè esklavaj la, menm jan Trump te asasinen politikman nan eleksyon vòlè 2020 a. Kòm sizyèm prezidan depi tan lafen an nan 1989, Trump t ap prezidan ki pi rich la, e li t ap souke globalis yo, pa sèlman Ozetazini, men nan lemonn antye. Konsa, nan anons li te fè pou kandida pou prezidan an nan 2015, lagè sivil politik la ant pati Demokrat globalis ki an favè esklavaj la ak pati Repibliken ki kont esklavaj la te inisye.</w:t>
      </w:r>
    </w:p>
    <w:p>
      <w:pPr>
        <w:pStyle w:val="ArticleBody"/>
        <w:jc w:val="left"/>
      </w:pPr>
      <w:r>
        <w:rPr>
          <w:rFonts w:ascii="Times New Roman" w:hAnsi="Times New Roman" w:eastAsia="Times New Roman" w:cs="Times New Roman"/>
        </w:rPr>
        <w:t>Nan akonplisman Revelasyon chapit onz la, yo te asasinen Trump politikman nan eleksyon 2020 yo te vòlè a, epi pati Demokrat la te kòmanse rejwi nan lari a, jouk li te vin parèt klè ke an 2022, Trump t ap pral kandida ankò pou Prezidan. Lè sa a, yon gwo lakrent te tonbe sou globalis yo, nan akonplisman chapit onz Revelasyon an, epi lagè yo a te vin pi entans. Temwayaj kòn Mèd-Pès yo montre ke dènye kòn ki t ap leve a (pati Repibliken an) t ap leve an dènye, epi t ap leve pi wo. Dènye prezidan Repibliken an pral genyen sou pati Demokrat la.</w:t>
      </w:r>
    </w:p>
    <w:p>
      <w:pPr>
        <w:pStyle w:val="ArticleBody"/>
        <w:jc w:val="left"/>
      </w:pPr>
      <w:r>
        <w:rPr>
          <w:rFonts w:ascii="Times New Roman" w:hAnsi="Times New Roman" w:eastAsia="Times New Roman" w:cs="Times New Roman"/>
        </w:rPr>
        <w:t>Eleksyon 2024 la make fen pati Demokrat la, paske yo pap janm gen yon lòt opòtinite pou prezante yon kandida pou prezidan anvan lwa dimanch lan mete fen nan istwa pwofetik bèt tè a. Nan lwa dimanch lan, pati Repibliken an sispann tou. Pati Demokrat la fini nan eleksyon 2024 la, epi pati Repibliken an fini nan lwa dimanch lan. Lwa dimanch lan, kòm fen sizyèm wayòm pwofesi biblik la, te ilistre pa kòmansman bèt tè a an 1798. Karakteristik pwofetik prensipal bèt tè a se “pale” li. An 1798, Etazini te adopte Lwa sou Etranje ak Sedisyon yo, ki, poutèt sa, sèvi kòm tip lwa dimanch lan, lè Etazini pale tankou yon dragon.</w:t>
      </w:r>
    </w:p>
    <w:p>
      <w:pPr>
        <w:pStyle w:val="ArticleBody"/>
        <w:jc w:val="left"/>
      </w:pPr>
      <w:r>
        <w:rPr>
          <w:rFonts w:ascii="Times New Roman" w:hAnsi="Times New Roman" w:eastAsia="Times New Roman" w:cs="Times New Roman"/>
        </w:rPr>
        <w:t>Soti nan 1776 rive 1798, Etazini, byenke li pa t ankò sizyèm wayòm pwofesi biblik la, reprezante twa repè nan fason Etazini pale. Peryòd sa a te mennen nan kòmansman rèy bèt tè a kòm sizyèm wayòm pwofesi biblik la, e se poutèt sa li reprezante tou yon peryòd ki mennen nan fen rèy bèt tè a kòm sizyèm wayòm nan. Deklarasyon Endepandans lan an 1776, Konstitisyon an ann 1789, ansanm ak Lwa sou Etranje ak Sedisyon yo an 1798, reprezante twa repè nan istwa ki mennen nan fen bèt tè a kòm sizyèm wayòm nan nan lwa dimanch la. Akonplisman twa repè sa yo reprezante yon fason diferan nan istwa toude pati Demokrat la ak pati Repibliken an.</w:t>
      </w:r>
    </w:p>
    <w:p>
      <w:pPr>
        <w:pStyle w:val="ArticleBody"/>
        <w:jc w:val="left"/>
      </w:pPr>
      <w:r>
        <w:rPr>
          <w:rFonts w:ascii="Times New Roman" w:hAnsi="Times New Roman" w:eastAsia="Times New Roman" w:cs="Times New Roman"/>
        </w:rPr>
        <w:t>Lwa Patriyòt la nan ane 2001 make kòmansman retire endepandans sitwayen Etazini yo, epi li te vin tipifye pa pwoklamasyon patriyòt otantik nan istwa Amerik la te mete an aplikasyon avèk Deklarasyon Endepandans lan. Pwen referans Lwa Patriyòt la se premye nan twa pwen referans pou toude pati Repibliken an ak pati Demokrat la.</w:t>
      </w:r>
    </w:p>
    <w:p>
      <w:pPr>
        <w:pStyle w:val="ArticleBody"/>
        <w:jc w:val="left"/>
      </w:pPr>
      <w:r>
        <w:rPr>
          <w:rFonts w:ascii="Times New Roman" w:hAnsi="Times New Roman" w:eastAsia="Times New Roman" w:cs="Times New Roman"/>
        </w:rPr>
        <w:t>Pati Demokrat la fini nan eleksyon 2024 la, sa ki ouvri chemen pou Dekrè Egzekitif Trump yo, ki te prefigire pa Lwa sou Etranje yo ak Lwa sou Sedisyon an. Dekrè Egzekitif Trump pral adopte yo pa lalwa dimanch lan, men yo se yon tip pale tankou yon dragon, paske Trump pral sèvi avè yo pandan l ap akonpli idantifikasyon Sister White te fè a, ki di ke “despotis aktif” pral rive nan dènye jou yo. Despotis se yon mo ki idantifye yon diktati, e se atravè Dekrè Egzekitif yo, ki jwenn tip yo nan Lwa sou Etranje yo ak Lwa sou Sedisyon an, sa reyalize. Lè Trump mete Dekrè Egzekitif li yo an aplikasyon, pral gen yon ranvèsman Jijman Pelosi yo ki te make prezidans echwe Biden nan.</w:t>
      </w:r>
    </w:p>
    <w:p>
      <w:pPr>
        <w:pStyle w:val="ArticleBody"/>
        <w:jc w:val="left"/>
      </w:pPr>
      <w:r>
        <w:rPr>
          <w:rFonts w:ascii="Times New Roman" w:hAnsi="Times New Roman" w:eastAsia="Times New Roman" w:cs="Times New Roman"/>
        </w:rPr>
        <w:t>Peryòd tan ki idantifye fen pati Demokrat la ak pati Repibliken an pote siyati Alfa ak Omega a, paske kòmansman chak peryòd reprezante fen an. Se poutèt sa, premye waymark pou pati Demokrat la se Patriot Act 2001 an, epi dezyèm waymark la se Pelosi Trials yo ki te kòmanse an 2021. Jijman sa yo reprezante yon rejè total Konstitisyon 1789 la. Pelosi Trials yo reprezante waymark mitan an nan liy pati Demokrat la, ki te jwenn tip li lè Konstitisyon an te ratifye pa trèz koloni, trèz ane apre 1776. Pelosi Trials yo reprezante rebelyon kont Konstitisyon an, e yo te jwenn tip yo nan 1789. Twazyèm waymark pou liy Demokrat la se kote yo fini antanke yon pati politik.</w:t>
      </w:r>
    </w:p>
    <w:p>
      <w:pPr>
        <w:pStyle w:val="ArticleBody"/>
        <w:jc w:val="left"/>
      </w:pPr>
      <w:r>
        <w:rPr>
          <w:rFonts w:ascii="Times New Roman" w:hAnsi="Times New Roman" w:eastAsia="Times New Roman" w:cs="Times New Roman"/>
        </w:rPr>
        <w:t>Yo fini nan eleksyon 2024 la, epi yon fwa envestiti 2025 la fin akonpli, dezyèm seri Eprèv Pelosi yo pral rive atravè Dekrè Egzekitif yo, ki te jwenn tipifikasyon yo nan Lwa sou Etranje ak Sedisyon yo. Konsa, twazyèm waymark pou Pati Demokrat la se Lwa sou Etranje ak Sedisyon yo nan 1798. Peryòd ki reprezante fen Pati Demokrat la kòmanse avèk yon eleksyon, yon envestiti, ak entwodiksyon yon lagè jiridik politik satanik, epi li fini avèk yon eleksyon, yon envestiti, ak entwodiksyon yon lagè jiridik politik satanik.</w:t>
      </w:r>
    </w:p>
    <w:p>
      <w:pPr>
        <w:pStyle w:val="ArticleBody"/>
        <w:jc w:val="left"/>
      </w:pPr>
      <w:r>
        <w:rPr>
          <w:rFonts w:ascii="Times New Roman" w:hAnsi="Times New Roman" w:eastAsia="Times New Roman" w:cs="Times New Roman"/>
        </w:rPr>
        <w:t>Pou pati Repibliken an, premye waymark la se Patriot Act 2001 an, ki gen kòm tip Deklarasyon Endepandans lan an 1776. Dezyèm waymark la pa menm jan ak dezyèm waymark la te ye pou pati Demokrat la. Dezyèm waymark la, ki reprezante pa Konstitisyon 1789 la pou Demokrat yo, se premye Jijman Pelosi yo; men dezyèm waymark la pou Repibliken yo, ki reprezante pa Konstitisyon 1789 la, se Alien and Sedition Act la, ki akonpli yon fwa dezyèm envestiti Trump la fin reyalize an 2025. Ki jan Alien and Sedition Acts 1798 yo ka reprezante Konstitisyon 1789 la?</w:t>
      </w:r>
    </w:p>
    <w:p>
      <w:pPr>
        <w:pStyle w:val="ArticleBody"/>
        <w:jc w:val="left"/>
      </w:pPr>
      <w:r>
        <w:rPr>
          <w:rFonts w:ascii="Times New Roman" w:hAnsi="Times New Roman" w:eastAsia="Times New Roman" w:cs="Times New Roman"/>
        </w:rPr>
        <w:t>Nan dezyèm inogirasyon Trump la, Dekrè Egzekitif li yo, ki tipifye pa Alien and Sedition Acts of 1798 yo, inisye pa sèlman yon dezyèm seri Pelosi Trials, men zak sa yo inisye tou fòmasyon imaj bèt la. Peryòd fòmasyon imaj bèt la kòmanse e li fini ak pale tankou yon dragon. Pale ki fèt nan kòmansman peryòd la reprezante etablisman pouvwa wayal yo ki reprezante kòm yon diktati, oswa jan Sè White rele sa, “despotism.” Pale tankou yon dragon nan fen peryòd fòmasyon imaj bèt la idantifye otorite pouvwa relijye yo k ap etabli sou pouvwa politik yo.</w:t>
      </w:r>
    </w:p>
    <w:p>
      <w:pPr>
        <w:pStyle w:val="ArticleBody"/>
        <w:jc w:val="left"/>
      </w:pPr>
      <w:r>
        <w:rPr>
          <w:rFonts w:ascii="Times New Roman" w:hAnsi="Times New Roman" w:eastAsia="Times New Roman" w:cs="Times New Roman"/>
        </w:rPr>
        <w:t>Deklarasyon Endepandans lan se te yon deklarasyon kont tirani ni otorite politik wa Ewòp yo ni otorite relijye legliz Wòm nan. Peryòd fòmasyon imaj bèt la se kote de pouvwa kòwonpi sa yo vin ini ansanm, avèk otorite relijye a k ap kontwole relasyon an. Nan fòmasyon an, oswa nan fizyon de pouvwa sa yo, se otorite relijye a ki leve an dènye e ki pi wo. Se poutèt sa, kòmansman peryòd sa a reprezante fen peryòd la. Lwa sou Etranje yo ak Lwa sou Sedisyon an nan 1798 reprezante fen pati Demokrat la, epi se twazyèm waymark li; men an menm tan li reprezante dezyèm waymark la nan peryòd final pati Repibliken an. Twazyèm waymark pou pati Repibliken an se aplikasyon fòse dimanch la.</w:t>
      </w:r>
    </w:p>
    <w:p>
      <w:pPr>
        <w:pStyle w:val="ArticleBody"/>
        <w:jc w:val="left"/>
      </w:pPr>
      <w:r>
        <w:rPr>
          <w:rFonts w:ascii="Times New Roman" w:hAnsi="Times New Roman" w:eastAsia="Times New Roman" w:cs="Times New Roman"/>
        </w:rPr>
        <w:t>Pou pati Demokrat la, twa pwen repè yo reprezante pa 1776, 1789 ak 1798 la se tip 2001 (1776), premye Jijman Pelosi yo an 2021 (1789), ak dezyèm Jijman Pelosi yo an 2025 (1798).</w:t>
      </w:r>
    </w:p>
    <w:p>
      <w:pPr>
        <w:pStyle w:val="ArticleBody"/>
        <w:jc w:val="left"/>
      </w:pPr>
      <w:r>
        <w:rPr>
          <w:rFonts w:ascii="Times New Roman" w:hAnsi="Times New Roman" w:eastAsia="Times New Roman" w:cs="Times New Roman"/>
        </w:rPr>
        <w:t>Pou pati Repibliken an, twa pwen repè yo reprezante pa 1776, 1789 ak 1798 yo sèvi kòm tip pou 2001 (1776), dezyèm Jijman Pelosi yo an 2025 (1789), ak lwa dimanch la (1798).</w:t>
      </w:r>
    </w:p>
    <w:p>
      <w:pPr>
        <w:pStyle w:val="ArticleBody"/>
        <w:jc w:val="left"/>
      </w:pPr>
      <w:r>
        <w:rPr>
          <w:rFonts w:ascii="Times New Roman" w:hAnsi="Times New Roman" w:eastAsia="Times New Roman" w:cs="Times New Roman"/>
        </w:rPr>
        <w:t>1776, 1789 et 1798 représentent vingt-deux années, et vingt-deux est le symbole de l’union de la Divinité avec l’humanité. Ces trois balises portent le témoignage de la « Vérité », car elles représentent que la première et la dernière balise identifient la même vérité. 1776 identifie l’établissement de l’indépendance, et 1798 identifie la suppression de l’indépendance. Elles représentent donc la première et la dernière lettres de l’alphabet hébreu, qui se compose de vingt-deux lettres. La treizième lettre est un symbole de rébellion, et ensemble ces trois lettres — la première, la treizième et la dernière — se combinent pour former le mot hébreu « Vérité ».</w:t>
      </w:r>
    </w:p>
    <w:p>
      <w:pPr>
        <w:pStyle w:val="ArticleBody"/>
        <w:jc w:val="left"/>
      </w:pPr>
      <w:r>
        <w:rPr>
          <w:rFonts w:ascii="Times New Roman" w:hAnsi="Times New Roman" w:eastAsia="Times New Roman" w:cs="Times New Roman"/>
        </w:rPr>
        <w:t>1776 reprezante 11 septanm 2001, e li make kòmansman tan sele san karant-kat mil yo. Li make kòmansman aspèsyon lapli dèyè a, ki se peryòd tan kote yo bay dragon an bay bèt la pou sèvis li rann, jan pati dragon Demokrat la pral bat devan pati bèt Repibliken an.</w:t>
      </w:r>
    </w:p>
    <w:p>
      <w:pPr>
        <w:pStyle w:val="ArticleBody"/>
        <w:jc w:val="left"/>
      </w:pPr>
      <w:r>
        <w:rPr>
          <w:rFonts w:ascii="Times New Roman" w:hAnsi="Times New Roman" w:eastAsia="Times New Roman" w:cs="Times New Roman"/>
        </w:rPr>
        <w:t>Pandan istwa sa a, sele kòn pwotestan vre a akonpli pandan peryòd tan kote Senyè a lonje men Li yon dezyèm fwa pou rasanble pèp la yo idantifye kòm egzile pèp Izrayèl yo, e yo pral leve yo tankou yon banyè nan lwa dimanch la.</w:t>
      </w:r>
    </w:p>
    <w:p>
      <w:pPr>
        <w:pStyle w:val="ArticleBody"/>
        <w:jc w:val="left"/>
      </w:pPr>
      <w:r>
        <w:rPr>
          <w:rFonts w:ascii="Times New Roman" w:hAnsi="Times New Roman" w:eastAsia="Times New Roman" w:cs="Times New Roman"/>
        </w:rPr>
        <w:t>Nan dat 18 jiyè 2020, vrè kòn pwotestan an te gaye; epi, vennnde ane apre 2001, nan jiyè 2023, travay dezyèm rasanbleman an te inisye pa yon vwa k ap rele nan dezè a. Premye rasanbleman an te fèt an 2001, lè zanj Revelasyon chapit dizwit la te desann pandan gwo batiman vil Nouyòk yo t ap tonbe. Desandan zanj sa a te reprezante kòmansman tan sele a, epi desandan Mikayèl, arkanj lan, nan dat 18 jiyè 2020 te reprezante fen tan sele a. Jezi, kòm Alfa ak Omega a, toujou montre fen an atravè kòmansman an; konsa, eleman pwofetik premye rasanbleman an ki te kòmanse nan 11 septanm 2001, reprezante eleman pwofetik ki rive nan dezyèm rasanbleman an.</w:t>
      </w:r>
    </w:p>
    <w:p>
      <w:pPr>
        <w:pStyle w:val="ArticleBody"/>
        <w:jc w:val="left"/>
      </w:pPr>
      <w:r>
        <w:rPr>
          <w:rFonts w:ascii="Times New Roman" w:hAnsi="Times New Roman" w:eastAsia="Times New Roman" w:cs="Times New Roman"/>
        </w:rPr>
        <w:t>Gen twa ilistrasyon klè konsènan dezyèm rasanbleman an ki reprezante istwa final tan sele san karannkat mil yo: istwa Kris la, istwa mesaj premye ak dezyèm zanj yo soti 11 dawou 1840 rive 22 oktòb 1844, epi tou istwa twazyèm zanj lan depi 22 oktòb 1844 jouk rebelyon 1863 la. Twa temwen sa yo tabli dezyèm rasanbleman san karannkat mil yo depi jiyè 2023 rive jouk lwa dimanch ki pral vini byento a. Si nou izole yon eleman distenk nan chak istwa, nou jwenn prèv konsènan wòl twazyèm malè a.</w:t>
      </w:r>
    </w:p>
    <w:p>
      <w:pPr>
        <w:pStyle w:val="ArticleBody"/>
        <w:jc w:val="left"/>
      </w:pPr>
      <w:r>
        <w:rPr>
          <w:rFonts w:ascii="Times New Roman" w:hAnsi="Times New Roman" w:eastAsia="Times New Roman" w:cs="Times New Roman"/>
        </w:rPr>
        <w:t>Nan konklizyon reyinyon kan Exeter la, nan dat 17 out 1844, mesaj Kri Minwi a te pwoklame. Pwoklamasyon sa a te reprezante pwoklamasyon mesaj Kri Minwi a nan istwa san karant-kat mil yo, paske toude istwa yo te e yo se yon akonplisman parabòl dis vyèj yo. Sè White idantifye antre triyonfal Kris la nan Jerizalèm kòm sa ki te reprezante pwoklamasyon Kri Minwi a an 1844. Sèl fwa Kris te janm monte yon bèt se te lè Li t ap antre nan Jerizalèm, e bèt Li te monte a se te yon bourik, ki se senbòl Islam. Nan peryòd dezyèm rasanbleman an soti 1844 rive 1863, an 1848 Sè White idantifye nasyon Ewòp yo kòm nasyon yo t ap fache, epi facheman nasyon yo nan istwa sa a te akonpli pa menas lagè kontinyèl Islam t ap pote sou Ewòp. Nan chak nan twa istwa dezyèm rasanbleman an, yo idantifye wòl Islam nan twazyèm malè a.</w:t>
      </w:r>
    </w:p>
    <w:p>
      <w:pPr>
        <w:pStyle w:val="ArticleBody"/>
        <w:jc w:val="left"/>
      </w:pPr>
      <w:r>
        <w:rPr>
          <w:rFonts w:ascii="Times New Roman" w:hAnsi="Times New Roman" w:eastAsia="Times New Roman" w:cs="Times New Roman"/>
        </w:rPr>
        <w:t>Tan sele katran-kar mil la te kòmanse 11 septanm 2001 avèk yon atak sipriz ki soti nan Islam twazyèm malè a, sou peyi gloriye modèn nan, Etazini. Vennde ane apre, 7 oktòb 2023, Islam twazyèm malè a te pote yon atak sipriz sou ansyen peyi gloriye a. Lè lwa dimanch ki pral vini talè a rive, ki se gwo tranblemanntè Revelasyon onz la, twazyèm malè a vini toudenkou ankò, pandan l ap akonpli yon lòt fwa ankò yon atak sipriz sou peyi gloriye modèn nan.</w:t>
      </w:r>
    </w:p>
    <w:p>
      <w:pPr>
        <w:pStyle w:val="ArticleBody"/>
        <w:jc w:val="left"/>
      </w:pPr>
      <w:r>
        <w:rPr>
          <w:rFonts w:ascii="Times New Roman" w:hAnsi="Times New Roman" w:eastAsia="Times New Roman" w:cs="Times New Roman"/>
        </w:rPr>
        <w:t>Rebelyon literal Izrayèl la reprezante, kòm yon senbòl moun ki te kloure Mesi yo sou kwa a, ansanm ak twa atak sipriz Islam twazyèm malè a, pote mak “Verite” a. Mesaj ki sele san karantkat mil yo, ki akonpli travay rasanble pèp Bondye a nan dènye jou yo yon dezyèm fwa, rive pandan yon peryòd tan kote aktivite Islam twazyèm malè a ap dewoule.</w:t>
      </w:r>
    </w:p>
    <w:p>
      <w:pPr>
        <w:pStyle w:val="ArticleBody"/>
        <w:jc w:val="left"/>
      </w:pPr>
      <w:r>
        <w:rPr>
          <w:rFonts w:ascii="Times New Roman" w:hAnsi="Times New Roman" w:eastAsia="Times New Roman" w:cs="Times New Roman"/>
        </w:rPr>
        <w:t>Peryòd pwofetik yo reprezante kòm “dezyèm rasanbleman an,” idantifye klèman peryòd pwofetik espesifik ki fòme tout istwa “dezyèm rasanbleman an”. Desandan Kris la apre rezirèksyon Li make kòmansman travay Li pou rasanble sa yo ki te gaye nan kwa a.</w:t>
      </w:r>
    </w:p>
    <w:p>
      <w:pPr>
        <w:pStyle w:val="ArticleScripture"/>
        <w:jc w:val="left"/>
      </w:pPr>
      <w:r>
        <w:rPr>
          <w:rFonts w:ascii="Times New Roman" w:hAnsi="Times New Roman" w:eastAsia="Times New Roman" w:cs="Times New Roman"/>
        </w:rPr>
        <w:t>Lè sa a, Jezi di yo: Nou tout pral pran eskandal poutèt mwen nan nwit sa a; paske sa ekri: M ap frape bèje a, epi mouton twoupo a pral gaye toupatou. Matye 26:31.</w:t>
      </w:r>
    </w:p>
    <w:p>
      <w:pPr>
        <w:pStyle w:val="ArticleBody"/>
        <w:jc w:val="left"/>
      </w:pPr>
      <w:r>
        <w:rPr>
          <w:rFonts w:ascii="Times New Roman" w:hAnsi="Times New Roman" w:eastAsia="Times New Roman" w:cs="Times New Roman"/>
        </w:rPr>
        <w:t>Apre twa jou yo nan tonbo a, Kris desann vin jwenn disip yo, li te kòmanse yon peryòd karant jou ansèyman pèsonèl, epi sa te swiv pa yon peryòd dis jou inyon ak lapriyè anvan vide Sentespri a san mezi nan Pannkòt.</w:t>
      </w:r>
    </w:p>
    <w:p>
      <w:pPr>
        <w:pStyle w:val="ArticleScripture"/>
        <w:jc w:val="left"/>
      </w:pPr>
      <w:r>
        <w:rPr>
          <w:rFonts w:ascii="Times New Roman" w:hAnsi="Times New Roman" w:eastAsia="Times New Roman" w:cs="Times New Roman"/>
        </w:rPr>
        <w:t>Premye liv la mwen te ekri, o Teyofil, sou tout sa Jezi te kòmanse fè ak anseye, jouk jou yo te resevwa l anlè a, apre li te fin bay apot li te chwazi yo lòd pa mwayen Sentespri a. Se yo menm tou li te montre tèt li vivan apre soufrans li a, avèk anpil prèv ki pa ka demanti, pandan karant jou yo t ap wè li, e li t ap pale avèk yo konsènan bagay ki gen rapò ak wayòm Bondye a. Epi, antan li te reyini ansanm avèk yo, li te ba yo lòd pou yo pa kite Jerizalèm, men pou yo tann pwomès Papa a, ke, li di, nou te tande pale de li nan men mwen. Paske Jan te batize vre ak dlo; men nou menm, nan kèk jou ankò, n ap batize avèk Sentespri a. Lè yo te reyini ansanm, yo te mande li konsa: Seyè, èske se nan tan sa a ou pral retabli wayòm nan pou Izrayèl ankò? Li di yo: Se pa pou nou konnen tan yo ni sezon yo, ke Papa a mete anba pwòp otorite pa li. Men n ap resevwa pisans, lè Sentespri a va vini sou nou; e n ap temwen mwen ni nan Jerizalèm, ni nan tout Jide, ni nan Samari, epi jouk nan dènye bout tè a. Epi lè li te fin di bagay sa yo, pandan yo t ap gade, yo te resevwa l anlè a; e yon nwaj te pran li, lwen je yo.... Lè jou Lapannkòt la te rive nèt, yo tout te ansanm, yon sèl kè, nan yon sèl kote. Epi, toudenkou, te gen yon bri ki soti nan syèl la tankou yon van fò k ap kouri; e li te plen tout kay kote yo te chita a. Travay 1:1–9, 2:1, 2.</w:t>
      </w:r>
    </w:p>
    <w:p>
      <w:pPr>
        <w:pStyle w:val="ArticleBody"/>
        <w:jc w:val="left"/>
      </w:pPr>
      <w:r>
        <w:rPr>
          <w:rFonts w:ascii="Times New Roman" w:hAnsi="Times New Roman" w:eastAsia="Times New Roman" w:cs="Times New Roman"/>
        </w:rPr>
        <w:t>Pandan karant jou, ansanm ak dis jou disip yo te dwe “rete tann” pwomès Papa a, Kris la t ap rasanble disip Li yo pou yon dezyèm fwa. Peryòd tann sa a nan Jerizalèm se yon senbòl yon tan reta, ann amoni ak tan reta yo nan Matye vennsenk ak Abakik de. Kris la idantifye tout peryòd la kòm kòmanse nan travay Eli a, lè Jan t ap batize, epi tout peryòd la te fini ak batèm Sentespri a nan Pannkòt. Batèm se yon senbòl lanmò, antèman ak rezirèksyon; se poutèt sa repè mitan an nan tout peryòd la se te lakwa, paske tout peryòd la pote siyati “Verite” a.</w:t>
      </w:r>
    </w:p>
    <w:p>
      <w:pPr>
        <w:pStyle w:val="ArticleBody"/>
        <w:jc w:val="left"/>
      </w:pPr>
      <w:r>
        <w:rPr>
          <w:rFonts w:ascii="Times New Roman" w:hAnsi="Times New Roman" w:eastAsia="Times New Roman" w:cs="Times New Roman"/>
        </w:rPr>
        <w:t>Tout peryòd la kòmanse avèk batèm Kris la pa Jan, lè Sentespri a desann sou fòm yon pijon. Lè sa a, travay rasanble disip yo, ki te dwe vin fondasyon tanp kretyen an, te kòmanse. Nan fen peryòd sa a, Kris rasanble disip Li yo yon dezyèm fwa, epi peryòd dezyèm rasanbleman an se yon repetisyon peryòd premye rasanbleman an, paske Kris montre fen yon bagay pa kòmansman li.</w:t>
      </w:r>
    </w:p>
    <w:p>
      <w:pPr>
        <w:pStyle w:val="ArticleBody"/>
        <w:jc w:val="left"/>
      </w:pPr>
      <w:r>
        <w:rPr>
          <w:rFonts w:ascii="Times New Roman" w:hAnsi="Times New Roman" w:eastAsia="Times New Roman" w:cs="Times New Roman"/>
        </w:rPr>
        <w:t>Kwa a te deja senbolize pa batèm Kris la, e toude evènman sa yo te kòmanse yon travay rasanble disip. Siy repè ki idantifye kòmansman an ak finisman an reprezante lanmò, antèman ak rezirèksyon. Apre rezirèksyon an, karant jou eprèv nan dezè a te reprezante karant jou enstriksyon apre desant Li bò kote disip yo. Toude peryòd karant jou yo reprezante yon verite prensipal Jezi eksprime konsa: « Men sa ki ekri: Moun pa viv ak pen sèlman, men ak tout pawòl ki soti nan bouch Bondye. »</w:t>
      </w:r>
    </w:p>
    <w:p>
      <w:pPr>
        <w:pStyle w:val="ArticleBody"/>
        <w:jc w:val="left"/>
      </w:pPr>
      <w:r>
        <w:rPr>
          <w:rFonts w:ascii="Times New Roman" w:hAnsi="Times New Roman" w:eastAsia="Times New Roman" w:cs="Times New Roman"/>
        </w:rPr>
        <w:t>Nan peryòd tan sa a, Jezi te louvri devan disip yo tout sa pwofèt yo te temwaye konsènan Kris la, konsa Li te idantifye peryòd sa a kòm yon ouvèti Pawòl pwofetik Li a.</w:t>
      </w:r>
    </w:p>
    <w:p>
      <w:pPr>
        <w:pStyle w:val="ArticleScripture"/>
        <w:jc w:val="left"/>
      </w:pPr>
      <w:r>
        <w:rPr>
          <w:rFonts w:ascii="Times New Roman" w:hAnsi="Times New Roman" w:eastAsia="Times New Roman" w:cs="Times New Roman"/>
        </w:rPr>
        <w:t>Epi, gade, de nan yo t ap ale menm jou sa a nan yon bouk yo rele Emayis, ki te anviwon swasant estad depi Jerizalèm. Epi yo t ap pale ansanm sou tout bagay sa yo ki te rive. Epi, pandan yo t ap pale ansanm e yo t ap diskite, Jezi menm pwoche, li pran mache avèk yo. Men je yo te kenbe pou yo pa t rekonèt li.... Lè sa a li di yo: O moun san konprann, e ki lou nan kè pou nou kwè tout sa pwofèt yo te pale a! Èske Kris la pa t dwe soufri bagay sa yo, epi antre nan laglwa li? Epi, kòmanse depi Moyiz ak tout pwofèt yo, li te esplike yo nan tout Ekriti yo bagay ki te konsène li menm. Epi yo pwoche bò bouk kote yo t ap ale a; epi li te fè kòm si li t ap ale pi lwen. Men yo te fòse li, yo di: Rete avèk nou, paske aswè a ap pwoche, e jounen an prèske fini. Epi li antre pou l rete avèk yo. Epi, pandan li te chita bò tab la avèk yo, li pran pen an, li beni li, li kase li, epi li ba yo li. Lè sa a je yo louvri, epi yo rekonèt li; epi li disparèt devan je yo. Lik 24:13–16, 26–31.</w:t>
      </w:r>
    </w:p>
    <w:p>
      <w:pPr>
        <w:pStyle w:val="ArticleBody"/>
        <w:jc w:val="left"/>
      </w:pPr>
      <w:r>
        <w:rPr>
          <w:rFonts w:ascii="Times New Roman" w:hAnsi="Times New Roman" w:eastAsia="Times New Roman" w:cs="Times New Roman"/>
        </w:rPr>
        <w:t>Kris la te rete ak disip yo ki pa t rekonèt kiyès Li te ye, jouk Li louvri je yo, “epi, kòmanse avèk Moyiz ak tout pwofèt yo, li te esplike yo nan tout Ekriti yo bagay ki konsène tèt pa li.” Je yo te louvri lè yo te resevwa “pen” pou yo manje. Apre karant jou, Kris monte nan syèl la, epi “li disparèt devan je yo,” jan Li te fè sa ak disip Emayis yo nan kòmansman karant jou enstriksyon yo. Lè sa a, yo te kòmanse dis jou preparasyon pou Pannkot, ki se yon tip sou lwa dimanch ki pral vini byento.</w:t>
      </w:r>
    </w:p>
    <w:p>
      <w:pPr>
        <w:pStyle w:val="ArticleBody"/>
        <w:jc w:val="left"/>
      </w:pPr>
      <w:r>
        <w:rPr>
          <w:rFonts w:ascii="Times New Roman" w:hAnsi="Times New Roman" w:eastAsia="Times New Roman" w:cs="Times New Roman"/>
        </w:rPr>
        <w:t>Nan gran tranblemanntè a, ki se lwa dimanch lan, twazyèm malè Islam nan vini byen vit, e Islam se “van lès” “brital” Ezayi a, sa vle di souf Ezekyèl la ki soti nan kat van Jan yo, yo menm yo kenbe pandan sele san karannkat mil yo.</w:t>
      </w:r>
    </w:p>
    <w:p>
      <w:pPr>
        <w:pStyle w:val="ArticleBody"/>
        <w:jc w:val="left"/>
      </w:pPr>
      <w:r>
        <w:rPr>
          <w:rFonts w:ascii="Times New Roman" w:hAnsi="Times New Roman" w:eastAsia="Times New Roman" w:cs="Times New Roman"/>
        </w:rPr>
        <w:t>Yon fwa san karant-kat mil yo fin sele, lè sa a kat van yo lage, epi “toudenkou, soti nan syèl la, te gen yon bri tankou yon van vanyan ki ap soufle avèk fòs, e li plen tout kay la.” Islam twazyèm malè a frape “toudenkou” e san yo pa t atann li, epi li pwodui “bri ki soti nan syèl la” ki se setyèm twonpèt la, ki idantifye kilè mistè Bondye a fini; e mistè Bondye a fini pou san karant-kat mil yo lè Divinite a (efizyon Sentespri a) ini pèmananman ak limanite, epi Senyè a vini toudenkou nan tanp Li a (kay kote disip yo te reyini an) epi Li antre nan alyans ak san karant-kat mil yo.</w:t>
      </w:r>
    </w:p>
    <w:p>
      <w:pPr>
        <w:pStyle w:val="ArticleBody"/>
        <w:jc w:val="left"/>
      </w:pPr>
      <w:r>
        <w:rPr>
          <w:rFonts w:ascii="Times New Roman" w:hAnsi="Times New Roman" w:eastAsia="Times New Roman" w:cs="Times New Roman"/>
        </w:rPr>
        <w:t>N ap kontinye etid sa a nan atik ki vin apre a.</w:t>
      </w:r>
    </w:p>
    <w:p>
      <w:pPr>
        <w:pStyle w:val="ArticleScripture"/>
        <w:jc w:val="left"/>
      </w:pPr>
      <w:r>
        <w:rPr>
          <w:rFonts w:ascii="Times New Roman" w:hAnsi="Times New Roman" w:eastAsia="Times New Roman" w:cs="Times New Roman"/>
        </w:rPr>
        <w:t>“Seyè a vle nou monte sou mòn lan,—pi dirèkteman nan prezans li. Nou ap pwoche bò kote yon kriz ki, plis pase nenpòt lòt tan anvan depi mond lan te kòmanse, pral mande konsakrasyon total tout moun ki pote non Kris la.</w:t>
      </w:r>
    </w:p>
    <w:p>
      <w:pPr>
        <w:pStyle w:val="ArticleScripture"/>
        <w:jc w:val="left"/>
      </w:pPr>
      <w:r>
        <w:rPr>
          <w:rFonts w:ascii="Times New Roman" w:hAnsi="Times New Roman" w:eastAsia="Times New Roman" w:cs="Times New Roman"/>
        </w:rPr>
        <w:t>“Yon renesans vrè pite Bondye nan mitan nou se pi gwo e pi ijan nan tout bezwen nou yo. Nou dwe resevwa onksyon sen ki soti nan Bondye a, batèm Lespri li a; paske se sèl ajan efikas la nan pwoklamasyon verite sakre a. Se Lespri Bondye a ki vivifye kapasite san lavi nan nanm nan pou l ka apresye bagay selès yo, epi ki atire afeksyon yo vè Bondye ak verite a.</w:t>
      </w:r>
    </w:p>
    <w:p>
      <w:pPr>
        <w:pStyle w:val="ArticleScripture"/>
        <w:jc w:val="left"/>
      </w:pPr>
      <w:r>
        <w:rPr>
          <w:rFonts w:ascii="Times New Roman" w:hAnsi="Times New Roman" w:eastAsia="Times New Roman" w:cs="Times New Roman"/>
        </w:rPr>
        <w:t>“Se privilèj pa nou se pran Bondye nan pawòl li. Lè Jezi t ap prèt pou kite disip li yo, pou monte nan syèl la, li te ba yo misyon pote mesaj levanjil la bay tout nasyon, tout lang, ak tout pèp. Li te di yo rete Jerizalèm jiskaske yo ta resevwa pisans ki soti anwo. Sa te esansyèl pou siksè yo. Sen onksyon an te dwe vini sou sèvitè Bondye yo. Tout moun ki te idantifye nèt kòm disip Kris yo e ki te asosye ak apot yo kòm evanjelis, te reyini ansanm Jerizalèm. Yo te mete tout diferans sou kote. Yo te pèsevere ansanm nan lapriyè ak siplikasyon, pou yo te kapab resevwa akonplisman pwomès Sentespri a; paske yo te gen pou yo preche levanjil la nan demonstrasyon Lespri a ak nan pisans Bondye. Se te yon tan gwo danje pou disip Kris yo. Yo te tankou mouton nan mitan lou, men yo te pran kouraj, paske Kris te leve soti vivan nan lanmò, li te revele tèt li bay yo, epi li te pwomèt yo yon benediksyon espesyal ki t ap rann yo kalifye pou yo sòti al preche levanjil li bay lemonn. Yo t ap tann ak atant akonplisman pwomès li a, e yo t ap lapriyè avèk yon ferve espesyal.”</w:t>
      </w:r>
    </w:p>
    <w:p>
      <w:pPr>
        <w:pStyle w:val="ArticleScripture"/>
        <w:jc w:val="left"/>
      </w:pPr>
      <w:r>
        <w:rPr>
          <w:rFonts w:ascii="Times New Roman" w:hAnsi="Times New Roman" w:eastAsia="Times New Roman" w:cs="Times New Roman"/>
        </w:rPr>
        <w:t>“Se egzakteman chemen sa a ki dwe swiv pa sila yo ki jwe yon wòl nan travay pwoklame vini Senyè a nan nwaj syèl la; paske yon pèp dwe pare pou kanpe nan gran jou Bondye a. Byenke Kris te bay disip li yo pwomès la ke yo t ap resevwa Sentespri a, sa pa t retire nesesite lapriyè a. Yo te priye avèk plis chalè toujou; yo te pèsevere nan lapriyè ansanm ak yon sèl akò. Sila yo ki kounye a angaje nan travay solanèl pou prepare yon pèp pou vini Senyè a, yo menm tou yo dwe pèsevere nan lapriyè. Premye disip yo te nan yon sèl akò. Yo pa t gen okenn espekilasyon, okenn teyori kirye pou avanse konsènan fason benediksyon pwomèt la t ap vini an. Yo te fè youn nan lafwa ak nan lespri. Yo te dakò.”</w:t>
      </w:r>
    </w:p>
    <w:p>
      <w:pPr>
        <w:pStyle w:val="ArticleScripture"/>
        <w:jc w:val="left"/>
      </w:pPr>
      <w:r>
        <w:rPr>
          <w:rFonts w:ascii="Times New Roman" w:hAnsi="Times New Roman" w:eastAsia="Times New Roman" w:cs="Times New Roman"/>
        </w:rPr>
        <w:t>“Elimine tout dout. Rejte tout laperèz ou yo, epi chèche viv menm eksperyans Pòl te genyen lè li te deklare: ‘Mwen kloure sou kwa avèk Kris la; men, m ap viv toujou; sepandan se pa mwen ankò, men se Kris la k ap viv nan mwen; e lavi m ap viv kounye a nan lachè a, se pa lafwa nan Pitit Bondye a m ap viv li, li menm ki te renmen m e ki te bay tèt li pou mwen.’ [Galatians 2:20.] Remèt tout bagay bay Kris la, epi kite lavi nou kache avèk Kris la nan Bondye. Lè sa a, n ap vin yon fòs pou byen. Yonn va fè mil pran kouri, e de va fè dimil pran kouri.” Gospel Workers, 369–371.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katrevendisnèf</dc:title>
  <dc:subject>Deklin politik ak desten pwofetik: fen Pati Demokrat la ak Pati Repibliken an nan kontèks pwofesi biblik yo</dc:subject>
  <dc:creator>Jeff Pippenger</dc:creator>
  <cp:keywords/>
  <dc:description>Generated by ArticleDigger from daniel\199_daniel.json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