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Venndeux</w:t>
      </w:r>
    </w:p>
    <w:p>
      <w:pPr>
        <w:pStyle w:val="ArticleSubtitle"/>
        <w:jc w:val="left"/>
      </w:pPr>
      <w:r>
        <w:rPr>
          <w:rFonts w:ascii="Arial" w:hAnsi="Arial" w:eastAsia="Arial" w:cs="Arial"/>
        </w:rPr>
        <w:t>Revelasyon sou deba pwofetik la: Metodoloji Dènye Lapli a ak Kriz final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Metodoloji Bondye sanksyone a idantifye espesyalman nan Ezayi chapit venntuit ak vennèf, kote metodoloji a reprezante kòm “liy sou liy.” Nan 11 Septanm 2001, zanj pisan Revelasyon dizwit la desann, e lè li te fè sa, li te repete desant li te fè nan 11 Out 1840. Nan toude ka yo, apre desant li, Babilòn te idantifye kòm li tonbe, epi yon apèl te fèt, e byento ap fèt ankò, pou sila yo ki toujou nan kominyon li a soti ladan li. Nan toude ka yo, evènman ki te akonpli prediksyon an te gen yon enpak mondyal, paske menm jan mesaj premye zanj lan te pote bay “chak estasyon misyon nan mond lan” an 1840, tout mond lan te afekte epi li te konprann evènman 11 Septanm 2001 lan. Pwofesi ki te akonpli nan 11 Out 1840 la se te yon pwofesi ki te idantifye yon restriksyon yo t ap mete sou Islam dezyèm malè a, epi imedyatman apre 11 Septanm 2001, yo te mete yon restriksyon sou Islam twazyèm Malè a.</w:t>
      </w:r>
    </w:p>
    <w:p>
      <w:pPr>
        <w:pStyle w:val="ArticleBody"/>
        <w:jc w:val="left"/>
      </w:pPr>
      <w:r>
        <w:rPr>
          <w:rFonts w:ascii="Times New Roman" w:hAnsi="Times New Roman" w:eastAsia="Times New Roman" w:cs="Times New Roman"/>
        </w:rPr>
        <w:t>11 out 1840 reprezante bay fòs pou mesaj ki te desele nan tan lafen an an 1798, epi 11 septanm 2001 reprezante bay fòs pou mesaj ki te desele nan tan lafen an an 1989. Règ prensipal mouvman premye zanj lan te konfime nan 11 out 1840, e règ la se te prensip yon jou pou yon ane a. Règ prensipal mouvman twazyèm zanj lan te konfime nan 11 septanm 2001. Règ la se ke verite tabli lè yo mete “liy sou liy,” sa ki demontre ke lafen an ilistre pa kòmansman an, e ke listwa repete. Evènman pwofetik 11 septanm 2001 lan pa sèlman tabli pa pawòl dirèk Sè White yo, men pi enpòtan toujou pa lefèt ke evènman yo te paralele avèk menm repè a nan listwa Millerit la. Sa ki te rekonèt nan evènman 11 out 1840 la pa t tèlman akonplisman pwofesi a, men pito solidite metodoloji Miller ak asosye li yo te adopte a.</w:t>
      </w:r>
    </w:p>
    <w:p>
      <w:pPr>
        <w:pStyle w:val="ArticleScripture"/>
        <w:jc w:val="left"/>
      </w:pPr>
      <w:r>
        <w:rPr>
          <w:rFonts w:ascii="Times New Roman" w:hAnsi="Times New Roman" w:eastAsia="Times New Roman" w:cs="Times New Roman"/>
        </w:rPr>
        <w:t>“Evènman an te akonpli prediksyon an egzakteman. Lè sa te vin konnen, anpil foul moun te vin konvenki de jistès prensip entèpretasyon pwofetik Miller ak asosye li yo te adopte yo, epi yon bèl elan te bay mouvman adventis la. Gason ki te gen konesans ak pozisyon te mete tèt yo ansanm ak Miller, ni nan preche ni nan pibliye opinyon li yo, epi depi 1840 rive 1844, travay la te pwolonje avèk rapidite.” The Great Controversy, 335.</w:t>
      </w:r>
    </w:p>
    <w:p>
      <w:pPr>
        <w:pStyle w:val="ArticleBody"/>
        <w:jc w:val="left"/>
      </w:pPr>
      <w:r>
        <w:rPr>
          <w:rFonts w:ascii="Times New Roman" w:hAnsi="Times New Roman" w:eastAsia="Times New Roman" w:cs="Times New Roman"/>
        </w:rPr>
        <w:t>Nan dat 11 septanm 2001, lè lapli ta a te kòmanse mezire, “deba” a te, e li toujou ye, sou metodoloji ki vre oswa ki fo. Pwofesi mouvman Millerit la prezante sou toude tablo 1843 a ak 1850 an, ke Sè White apwouve kòm bagay Seyè a te desine, epi tou kòm yon akonplisman chapit de Abakik la. Mesaj Millerit yo, ki te pwodui atravè “prensip entèpretasyon pwofetik Miller ak asosye li yo te adopte yo, e” ki apre sa te pwodui “bèl elan” ki te bay mesaj Rèl Minwi a pisans, te deja reprezante sou de tablo sakre sa yo. Pwofesi ki te reprezante sou de tablo sakre sa yo te idantifye epi tabli pa règ pwofetik Miller yo. Tablo yo te yon akonplisman kòmandman ki nan Abakik la pou reprezante pwofesi yo vizyèlman sou “tab,” nan pliryèl, pwofesi ki te tabli pa metodoloji Miller la. Chapit de Abakik la idantifye “deba” chapit vennsèt Ezayi a, epi li konekte dirèkteman ak li.</w:t>
      </w:r>
    </w:p>
    <w:p>
      <w:pPr>
        <w:pStyle w:val="ArticleScripture"/>
        <w:jc w:val="left"/>
      </w:pPr>
      <w:r>
        <w:rPr>
          <w:rFonts w:ascii="Times New Roman" w:hAnsi="Times New Roman" w:eastAsia="Times New Roman" w:cs="Times New Roman"/>
        </w:rPr>
        <w:t>M’ap rete sou gad mwen, m’ap kanpe sou tou a, m’ap veye pou m wè sa l pral di m, ak sa m pral reponn lè yo korije m. Abakouk 2:1.</w:t>
      </w:r>
    </w:p>
    <w:p>
      <w:pPr>
        <w:pStyle w:val="ArticleBody"/>
        <w:jc w:val="left"/>
      </w:pPr>
      <w:r>
        <w:rPr>
          <w:rFonts w:ascii="Times New Roman" w:hAnsi="Times New Roman" w:eastAsia="Times New Roman" w:cs="Times New Roman"/>
        </w:rPr>
        <w:t>Pawòl “reproved” ki nan vèsè a vle di ‘te diskite avèk.’ Abakouk, ki reprezante ni gad yo nan mouvman premye ak twazyèm zanj yo, t apral antre nan diskisyon avèk yo, e li te vle konprann ki sa li te dwe reponn lè deba a ta kòmanse. Repons lan nan istwa premye zanj lan te pwodiksyon de tablo sakre yo, epi repons lan nan istwa mouvman twazyèm zanj lan te pwodiksyon seri pwofetik ki gen tit, De Tablo Abakouk yo. Tablo yo ak seri a te bati sou metodoloji ki reprezante nan chak nan istwa sa yo. Nan Abakouk, metodoloji a reprezante sa gad yo itilize pou etabli mesaj la, epi li idantifye tou kestyon ki “diskite” a, ki an retou pwodui de klas adoratè.</w:t>
      </w:r>
    </w:p>
    <w:p>
      <w:pPr>
        <w:pStyle w:val="ArticleScripture"/>
        <w:jc w:val="left"/>
      </w:pPr>
      <w:r>
        <w:rPr>
          <w:rFonts w:ascii="Times New Roman" w:hAnsi="Times New Roman" w:eastAsia="Times New Roman" w:cs="Times New Roman"/>
        </w:rPr>
        <w:t>M’ap rete kanpe sou pòs veye mwen, m’ap monte sou fò won an, m’ap veye pou m wè sa l’ap di mwen, ak sa m’a reponn lè yo korije m. Epi Seyè a reponn mwen, li di: Ekri vizyon an, epi fè l klè sou tab yo, pou moun k’ap li l la ka kouri. Paske vizyon an se toujou pou yon tan fikse; men nan fen an li va pale, li p’ap bay manti: menm si li pran reta, tann li; paske li gen pou l vini sètènman, li p’ap pran reta. Gade, nanm moun ki gonfle ak lògèy la pa dwat nan li; men moun jis la va viv pa lafwa li. Abakik 2:1–4.</w:t>
      </w:r>
    </w:p>
    <w:p>
      <w:pPr>
        <w:pStyle w:val="ArticleBody"/>
        <w:jc w:val="left"/>
      </w:pPr>
      <w:r>
        <w:rPr>
          <w:rFonts w:ascii="Times New Roman" w:hAnsi="Times New Roman" w:eastAsia="Times New Roman" w:cs="Times New Roman"/>
        </w:rPr>
        <w:t>Yon gwoup jistifye pa lafwa, epi lòt gwoup la vin leve nan nanm li, jan sa reprezante pa Farizyen an ak Pibliken an. Farizyen yo te mete konfyans yo nan yon metòd ki te baze sou koutim ak tradisyon, epi Farizyen an te reprezante tou yon sistèm relijye ki te kenbe kontwòl sou twoupo li a lè li te mete an aplikasyon yon sistèm yerachik ki t ap gouvène pa moun ki te deklare yo se pèp Bondye chwazi a, ak defansè verite a, men ki, finalman, te patisipe nan krisifiksyon Verite a. “Deba” pwofetik Izayi chapit vennsèt la konsène vrè ak fo metodoloji biblik. Antagonis yo nan “deba” a se moun ki suiv metodoloji Eli a pou tan sa a, ak sistèm ki la depi lontan an nan ekspè teyolojik yo, ki jwenn tipifikasyon li nan Sanedren an nan tan Kris la.</w:t>
      </w:r>
    </w:p>
    <w:p>
      <w:pPr>
        <w:pStyle w:val="ArticleBody"/>
        <w:jc w:val="left"/>
      </w:pPr>
      <w:r>
        <w:rPr>
          <w:rFonts w:ascii="Times New Roman" w:hAnsi="Times New Roman" w:eastAsia="Times New Roman" w:cs="Times New Roman"/>
        </w:rPr>
        <w:t>Chapit venn-set la montre ke « deba » a kòmanse lè li « rete », oswa lè Bondye kenbe « van di li a », nan « jou van lès la ». « Avèk mezi, lè li sòti, w ap diskite avè l: li kenbe van di li a nan jou van lès la. Se poutèt sa, peche Jakòb la va pirifye. » Mo « pirifye » a vle di fè ekspyasyon pou li, e li reprezante efasman peche nan jijman ankèt la. Metòd yo ap diskite sou li a reprezante tès ki dwe pase, si peche pèp Bondye a dwe efase. Metòd Eli a kòm yon tès reprezante nan listwa Kris la, kote yo te avèti nou davans ke nan tan sa a, moun ki te rejte mesaj Jan Batis la (ke Kris te idantifye kòm Eli), pa t kapab jwenn benefis nan ansèyman Jezi yo.</w:t>
      </w:r>
    </w:p>
    <w:p>
      <w:pPr>
        <w:pStyle w:val="ArticleBody"/>
        <w:jc w:val="left"/>
      </w:pPr>
      <w:r>
        <w:rPr>
          <w:rFonts w:ascii="Times New Roman" w:hAnsi="Times New Roman" w:eastAsia="Times New Roman" w:cs="Times New Roman"/>
        </w:rPr>
        <w:t>Mesaj lapli dènyè a reprezante kòm ansèyman Jezi yo, paske Li se Pawòl la; epi, anplis de sa, lapli dènyè a reprezante kòm «rafrechisman an», ki defini kòm «prezans Senyè a».</w:t>
      </w:r>
    </w:p>
    <w:p>
      <w:pPr>
        <w:pStyle w:val="ArticleScripture"/>
        <w:jc w:val="left"/>
      </w:pPr>
      <w:r>
        <w:rPr>
          <w:rFonts w:ascii="Times New Roman" w:hAnsi="Times New Roman" w:eastAsia="Times New Roman" w:cs="Times New Roman"/>
        </w:rPr>
        <w:t>Kidonk, repanti nou, epi konvèti, pou peche nou yo ka efase, lè tan refrijerasyon yo va sòti nan prezans Senyè a; epi li va voye Jezikri, sila a ki te deja preche nou an. Travay 3:19, 20.</w:t>
      </w:r>
    </w:p>
    <w:p>
      <w:pPr>
        <w:pStyle w:val="ArticleBody"/>
        <w:jc w:val="left"/>
      </w:pPr>
      <w:r>
        <w:rPr>
          <w:rFonts w:ascii="Times New Roman" w:hAnsi="Times New Roman" w:eastAsia="Times New Roman" w:cs="Times New Roman"/>
        </w:rPr>
        <w:t>Sè White idantifye ke zanj ki te desann nan Revelasyon chapit dis la, nan dat 11 out 1840, “pa t mwens yon pèsonaj pase Jezikri.” Kidonk, zanj ki te desann nan dat 11 septanm 2001 an, li menm tou, “pa t mwens yon pèsonaj pase Jezikri.” Desandan Li nan youn oswa lòt istwa sa yo make kòmansman “deba” pwofetik la sou metodoloji ki vre oswa ki fo, paske se liv ki nan men Li a ki reprezante sa pèp Bondye a te resevwa lòd pou yo manje. Lè Jezi te nan Galile, Li te enstwi disip yo ke yo dwe manje kò Li epi bwè san Li, paske Li te deklare la a ke se Li menm ki pen ki te desann soti nan syèl la. Se la Li te pèdi plis disip pase nan nenpòt lòt moman nan ministè Li, e moun ki te kite yo pa t janm retounen. Moun ki te kite yo, te fè sa paske yo te chwazi analize ansèyman Li yo avèk fo metodoloji ki konsiste nan pran pawòl Li yo nan sans literal yo, olye pou yo aplike yo nan sans espirityèl ki kòrèk la. “Deba” Ezayi vennsèt la se yon siy pwofetik ki gen plizyè temwen pou etabli ke li reprezante yon sistèm deklare ki tabli nan analiz biblik, nan konfwontasyon ak metodoloji mesaje Eli a.</w:t>
      </w:r>
    </w:p>
    <w:p>
      <w:pPr>
        <w:pStyle w:val="ArticleBody"/>
        <w:jc w:val="left"/>
      </w:pPr>
      <w:r>
        <w:rPr>
          <w:rFonts w:ascii="Times New Roman" w:hAnsi="Times New Roman" w:eastAsia="Times New Roman" w:cs="Times New Roman"/>
        </w:rPr>
        <w:t>Li make yon pwen presi nan pasaj pwogresif ansyen alyans lan ak pèp Bondye te chwazi a k ap disparèt, ansanm ak kòmansman relasyon alyans lan ak sila yo “ki nan tan pase yo, pa t pèp Bondye a.” “Deba” a, pi enpòtan toujou, reprezante kòmansman peryòd tan ki fini ak lwa dimanch ki pral vini talè a. Alfa ak Omega a toujou reprezante fen an ansanm ak kòmansman an, e konsa menm “deba” a vin tounen yon senbòl youn nan peche zansèt nou yo, ki dwe rekonèt epi konfese, pou lapriyè Levitik vennsis la ka akonpli.</w:t>
      </w:r>
    </w:p>
    <w:p>
      <w:pPr>
        <w:pStyle w:val="ArticleBody"/>
        <w:jc w:val="left"/>
      </w:pPr>
      <w:r>
        <w:rPr>
          <w:rFonts w:ascii="Times New Roman" w:hAnsi="Times New Roman" w:eastAsia="Times New Roman" w:cs="Times New Roman"/>
        </w:rPr>
        <w:t>Lapriyè Dànyèl nan chapit nèf la reprezante lapriyè ki dwe monte nan fen twa jou edmi Revelasyon onz la. Peryòd tan sa a reprezante nan Ezayi vennsèt kòm peryòd kote “vil fòtifye a pral tounen dezolasyon, kote yo te rete a pral abandone, epi y ap kite l tankou yon dezè: la ti bèf la pral manje, la li pral kouche, epi l ap devore branch li yo. Lè branch bwa li yo fin cheche, y ap kase yo: fanm yo vini, epi yo mete yo nan dife: paske se yon pèp ki san konprann: se poutèt sa sila a ki te fè yo a p ap gen mizèrikòd pou yo, epi sila a ki te fòme yo a p ap montre yo okenn favè.”</w:t>
      </w:r>
    </w:p>
    <w:p>
      <w:pPr>
        <w:pStyle w:val="ArticleBody"/>
        <w:jc w:val="left"/>
      </w:pPr>
      <w:r>
        <w:rPr>
          <w:rFonts w:ascii="Times New Roman" w:hAnsi="Times New Roman" w:eastAsia="Times New Roman" w:cs="Times New Roman"/>
        </w:rPr>
        <w:t>Temwen yo pa resevwa “okenn favè,” paske yo te pwoklame yon fo prediksyon ki te louvri peryòd “dezè” a ki dire twa jou edmi. Apre sa, yo te vin tounen yon “pèp san konprann,” byenke anvan sa yo te “vil ranfòse” a. Lè sa a, vil sa a te vin “dezole” ak yon “abitasyon” ki te “abandone”. Li te vin tounen zo sèk ki mouri, k ap kouche nan lari vil Sodòm ak Ejip la. Lè sa a, lè yo rele mò yo pou yo leve, yo sibi yon tès dapre peche zansèt yo, sa ki gen ladan “deba” ki te nan kòmansman peryòd la ki kòmanse avèk otorizasyon premye mesaj la epi ki fini avèk rive twazyèm mesaj la. Deba a se si pou yo aksepte oswa rejte metodoloji Eli nan istwa yo reprezante a. An 1863, zansèt Advantis yo te rejte mesaj “sèt fwa” Moyiz la, ke Eli te prezante.</w:t>
      </w:r>
    </w:p>
    <w:p>
      <w:pPr>
        <w:pStyle w:val="ArticleBody"/>
        <w:jc w:val="left"/>
      </w:pPr>
      <w:r>
        <w:rPr>
          <w:rFonts w:ascii="Times New Roman" w:hAnsi="Times New Roman" w:eastAsia="Times New Roman" w:cs="Times New Roman"/>
        </w:rPr>
        <w:t>Kòmanse nan mwa Jiyè 2023, branch chech Ezayi vennsèt yo dwe deside si yo pral repete peche legliz Galile a, ak istwa 1863 la, ansanm ak istwa 11 septanm 2001 la. Rejte metodoloji Abakouk chapit de a, ak Ezayi vennsèt, epi pa Eli, Jan Batis ak William Miller reprezante a, se repete peche zansèt nou yo, olye pou yo resevwa benefis nan egzanp sakre sa yo ki te ekri pou moun sou tèt yo bout latè yo rive.</w:t>
      </w:r>
    </w:p>
    <w:p>
      <w:pPr>
        <w:pStyle w:val="ArticleScripture"/>
        <w:jc w:val="left"/>
      </w:pPr>
      <w:r>
        <w:rPr>
          <w:rFonts w:ascii="Times New Roman" w:hAnsi="Times New Roman" w:eastAsia="Times New Roman" w:cs="Times New Roman"/>
        </w:rPr>
        <w:t>Koulye a, tout bagay sa yo te rive yo pou sèvi kòm egzanp; e yo ekri yo pou avètisman pa nou, nou menm sou moun fen tan yo rive. Se poutèt sa, moun ki panse li kanpe, se pou l pran prekosyon pou li pa tonbe. Pa gen okenn tantasyon ki rive nou, eksepte sa ki komen pou lèzòm; men Bondye fidèl, li p ap kite nou tante pi lwen pase sa nou kapab sipòte; men avèk tantasyon an, li va fè yon chemen pou nou chape tou, pou nou ka sipòte l. Se poutèt sa, byeneme m yo, kouri pou lwen idolatri. Mwen pale tankou ak moun saj; jije nou menm sa m ap di a. 1 Korentyen 10:11–15.</w:t>
      </w:r>
    </w:p>
    <w:p>
      <w:pPr>
        <w:pStyle w:val="ArticleBody"/>
        <w:jc w:val="left"/>
      </w:pPr>
      <w:r>
        <w:rPr>
          <w:rFonts w:ascii="Times New Roman" w:hAnsi="Times New Roman" w:eastAsia="Times New Roman" w:cs="Times New Roman"/>
        </w:rPr>
        <w:t>Metòd sakre a tabli mesaj Kri Minwi a, ki se mesaj lapli dènye a. Mesaj sa a, lè yo manje l espirityèlman, pwodui yon eksperyans ki koresponn avè l, avèk menm sètitid jan rejim legim Danyèl ak twa konpayon li yo te pwodui yon figi ki pi bèl ak yon aparans ki pi gra. Men, nan Habakik chapit de, pyèj pou moun ki rejte òf jistifikasyon pa lafwa a se ògèy, ki anpeche yo kontinye pou yo konnen Seyè a. Si janm te gen yon tan kote pèp Bondye a pa kapab ranvwaye travay pou aksepte vrè metòd la, epi manje mesaj la nan men zanj lan, se kounye a!</w:t>
      </w:r>
    </w:p>
    <w:p>
      <w:pPr>
        <w:pStyle w:val="ArticleScripture"/>
        <w:jc w:val="left"/>
      </w:pPr>
      <w:r>
        <w:rPr>
          <w:rFonts w:ascii="Times New Roman" w:hAnsi="Times New Roman" w:eastAsia="Times New Roman" w:cs="Times New Roman"/>
        </w:rPr>
        <w:t>“Nou pa dwe tann lapli ta a. Li ap vini sou tout moun ki va rekonèt epi resevwa lawouze ak gwo lapli gras ki tonbe sou nou. Lè nou ranmase moso limyè yo, lè nou apresye mizèrikòd sèten Bondye yo, Li menm ki renmen wè nou mete konfyans nou nan Li, lè sa a chak pwomès va akonpli. ‘Paske menm jan tè a fè boujon li pouse, e menm jan jaden an fè sa yo simen ladan l leve; konsa Senyè Bondye a ap fè jistis ak louwanj pouse devan tout nasyon yo.’ Ezayi 61:11. Tout tè a dwe ranpli ak glwa Bondye.” The Seventh-day Adventist Bible Commentary, volim 7, 984.</w:t>
      </w:r>
    </w:p>
    <w:p>
      <w:pPr>
        <w:pStyle w:val="ArticleBody"/>
        <w:jc w:val="left"/>
      </w:pPr>
      <w:r>
        <w:rPr>
          <w:rFonts w:ascii="Times New Roman" w:hAnsi="Times New Roman" w:eastAsia="Times New Roman" w:cs="Times New Roman"/>
        </w:rPr>
        <w:t>Pawòl pwofetik Bondye a idantifye ke lè gwo bilding Vil Nouyòk yo te jete atè, zanj ki nan Revelasyon dizwit la t ap desann, epi “Revelasyon dizwit, vèsè youn rive twa, t ap akonpli.” Ezayi vennsèt idantifye tan sa a kòm “jou van lès la,” epi se moman kote “van di a” kenbe an fren. “Nan mezi, lè li pouse deyò, ou pral diskite avè l: li kenbe van di li a nan jou van lès la.” Sè White idantifye menm tan sa a tou.</w:t>
      </w:r>
    </w:p>
    <w:p>
      <w:pPr>
        <w:pStyle w:val="ArticleScripture"/>
        <w:jc w:val="left"/>
      </w:pPr>
      <w:r>
        <w:rPr>
          <w:rFonts w:ascii="Times New Roman" w:hAnsi="Times New Roman" w:eastAsia="Times New Roman" w:cs="Times New Roman"/>
        </w:rPr>
        <w:t>“Nan tan sa a, pandan travay delivrans lan ap rive nan fen li, twoub pral ap vini sou tè a, e nasyon yo pral fache, men y ap kenbe yo anba kontwòl pou yo pa anpeche travay twazyèm zanj lan. Nan tan sa a, ‘lapli dènye a,’ oswa rafrechisman ki soti nan prezans Seyè a, pral vini pou bay vwa fò twazyèm zanj lan pouvwa, epi pou prepare sen yo pou yo ka kanpe nan peryòd lè sèt dènye kalamite yo pral vide.” Early Writings, 85.</w:t>
      </w:r>
    </w:p>
    <w:p>
      <w:pPr>
        <w:pStyle w:val="ArticleBody"/>
        <w:jc w:val="left"/>
      </w:pPr>
      <w:r>
        <w:rPr>
          <w:rFonts w:ascii="Times New Roman" w:hAnsi="Times New Roman" w:eastAsia="Times New Roman" w:cs="Times New Roman"/>
        </w:rPr>
        <w:t>Pouvwa ki fè nasyon yo fache a te rive lè lapli dènye a te kòmanse tonbe. Men, dèske pouvwa sa a te fè nasyon yo fache, li te kenbe anba kontwòl, paske Ezayi te ekri li “retenn van di li a.” Van di a se van lès la, e van sa a vin restrenn lè lapli dènye a kòmanse wouze, epi travay delivrans lan ap rive nan fen li. Travay final delivrans lan se tan sele a. “Liy sou liy,” van di a, oswa van lès la, ki restrenn pandan sele san karannkat mil yo, se kat van ki nan Revelasyon chapit sèt la.</w:t>
      </w:r>
    </w:p>
    <w:p>
      <w:pPr>
        <w:pStyle w:val="ArticleScripture"/>
        <w:jc w:val="left"/>
      </w:pPr>
      <w:r>
        <w:rPr>
          <w:rFonts w:ascii="Times New Roman" w:hAnsi="Times New Roman" w:eastAsia="Times New Roman" w:cs="Times New Roman"/>
        </w:rPr>
        <w:t>Epi apre bagay sa yo, mwen wè kat zanj kanpe sou kat kwen tè a, yo t ap kenbe kat van tè a, pou van an pa soufle ni sou tè a, ni sou lanmè a, ni sou okenn pyebwa. Epi mwen wè yon lòt zanj ki t ap monte soti bò solèy leve a, li te gen sele Bondye vivan an; epi li rele byen fò bay kat zanj yo, sila yo ki te resevwa pouvwa pou fè tè a ak lanmè a mal, li di: Pa fè tè a mal, ni lanmè a, ni pyebwa yo, jouk nou fin mete sele a sou fwon sèvitè Bondye nou yo. Revelasyon 7:1–3.</w:t>
      </w:r>
    </w:p>
    <w:p>
      <w:pPr>
        <w:pStyle w:val="ArticleBody"/>
        <w:jc w:val="left"/>
      </w:pPr>
      <w:r>
        <w:rPr>
          <w:rFonts w:ascii="Times New Roman" w:hAnsi="Times New Roman" w:eastAsia="Times New Roman" w:cs="Times New Roman"/>
        </w:rPr>
        <w:t>Mete so sou san karannkat mil la te prefigire pa antre triyonfal Kris la nan Jerizalèm. Se la, Kris la, sèl fwa nan tout lavi Li, te monte sou yon bourik (yon senbòl Islam), epi Laza te mennen pwosesyon an antre nan Jerizalèm. Sè White idantifye Laza kòm senbòl sele a nan istwa sa a.</w:t>
      </w:r>
    </w:p>
    <w:p>
      <w:pPr>
        <w:pStyle w:val="ArticleScripture"/>
        <w:jc w:val="left"/>
      </w:pPr>
      <w:r>
        <w:rPr>
          <w:rFonts w:ascii="Times New Roman" w:hAnsi="Times New Roman" w:eastAsia="Times New Roman" w:cs="Times New Roman"/>
        </w:rPr>
        <w:t>“Lè Kris la te pran reta pou l vin kot Laza a, li te gen yon objektif mizèrikòd anvè moun ki pa t resevwa Li yo. Li te rete, pou lè Li ta leve Laza soti vivan nan lanmò, Li ta ka bay pèp Li a, ki te tèt di e ki pa t kwè, yon lòt prèv ankò ke Li se te vrèman ‘rezireksyon an ak lavi a.’ Li pa t vle abandone tout espwa pou pèp la, pòv mouton ki t ap pèdi chemen yo nan kay Izrayèl la. Kè Li t ap fann poutèt enpenitans yo. Nan mizèrikòd Li, Li te pran desizyon bay yo yon lòt prèv ankò ke Li se Retablisè a, Sila a ki sèl kapab fè lavi ak imòtalite parèt aklè. Sa te dwe yon prèv prèt yo pa t kapab mal entèprete. Se sa ki te lakòz reta Li nan ale Betani. Mirak siprèm sa a, leve Laza soti vivan nan lanmò, te dwe mete sele Bondye sou travay Li ak sou deklarasyon Li kòm Bondye.” The Desire of Ages, 528, 529.</w:t>
      </w:r>
    </w:p>
    <w:p>
      <w:pPr>
        <w:pStyle w:val="ArticleBody"/>
        <w:jc w:val="left"/>
      </w:pPr>
      <w:r>
        <w:rPr>
          <w:rFonts w:ascii="Times New Roman" w:hAnsi="Times New Roman" w:eastAsia="Times New Roman" w:cs="Times New Roman"/>
        </w:rPr>
        <w:t>Tan retadman ki te kòmanse 18 jiyè 2020 la reprezante reta Kris la anvan Li te resisite Laza. Tan retadman Revelasyon chapit onz la fini nan konklizyon twa jou edmi yo. Pandan jou sa yo, de temwen yo te kouche mouri nan lari a. E menm jan Laza te dwe resisite apre yon tan retadman, konsa tou de temwen Jan yo te dwe resisite. Yon fwa yo resisite, yo mennen pwosesyon an antre Jerizalèm, sa ki reprezante “sele Bondye a,” ak “mirak kouwònman an” ki rann temwayaj sou divinite Kris la. Rezirèksyon an idantifye konklizyon sele san karannkat mil yo, ki fèt pandan kat van yo, van lès la, van tanpèt la, ki te rive 11 septanm 2001, rete anpeche.</w:t>
      </w:r>
    </w:p>
    <w:p>
      <w:pPr>
        <w:pStyle w:val="ArticleBody"/>
        <w:jc w:val="left"/>
      </w:pPr>
      <w:r>
        <w:rPr>
          <w:rFonts w:ascii="Times New Roman" w:hAnsi="Times New Roman" w:eastAsia="Times New Roman" w:cs="Times New Roman"/>
        </w:rPr>
        <w:t>Nan lè a ki se lwa dimanch lan, van sa yo lage pou pote jijman vanjans sou bèt tè a nan Revelasyon trèz la. Kounye a menm, yo deja ap glise nan dwèt kat zanj sa yo k ap kenbe yo pandan peryòd sele a. Youn nan referans ki pi pwofon nan Lespri Pwofesi a ki gen rapò ak jou van lès la jwenn nan Témoignages, volim nèf. Volim sa a kòmanse avèk pawòl enspire yo nan paj onz, konsa li kòmanse senbolikman nan “nèf-onz”. Tit chapit la se, “Kriz Final la”, men li se tou premye chapit nan yon seksyon ki pote tit, “Pou Vini Wa a”.</w:t>
      </w:r>
    </w:p>
    <w:p>
      <w:pPr>
        <w:pStyle w:val="ArticleBody"/>
        <w:jc w:val="left"/>
      </w:pPr>
      <w:r>
        <w:rPr>
          <w:rFonts w:ascii="Times New Roman" w:hAnsi="Times New Roman" w:eastAsia="Times New Roman" w:cs="Times New Roman"/>
        </w:rPr>
        <w:t>Pa gen okenn prèv ki montre seksyon an ak tit chapit la te manipile avèk entansyon pa editè ki te konpile volim nan; sepandan, vini Wa a fasil pou rekonèt kòm vini nèg marye a, ki, nan parabòl dis vyèj yo, rive ansanm ak kriz minwi a, kriz ki pwodui lakay vyèj yo pa prezans oswa absans lwil nan veso yo. Kriz minwi a k ap rive kounye a se, jan tit la montre l la, dènye kriz la pou dis vyèj yo. Nan kriz sa a, yo manifeste si yo gen lwil la, oswa si yo pa genyen li. Lwil la pa senpleman Sentespri a; li defini avèk presizyon kòm Sentespri a, epi tou kòm mesaj ki kòrèk la, epi tou kòm karaktè ki kòrèk la.</w:t>
      </w:r>
    </w:p>
    <w:p>
      <w:pPr>
        <w:pStyle w:val="ArticleBody"/>
        <w:jc w:val="left"/>
      </w:pPr>
      <w:r>
        <w:rPr>
          <w:rFonts w:ascii="Times New Roman" w:hAnsi="Times New Roman" w:eastAsia="Times New Roman" w:cs="Times New Roman"/>
        </w:rPr>
        <w:t>Metodoloji ki kòrèk la tabli mesaj ki kòrèk la nan Kri Minwi a, e mesaj sa a, lè yo resevwa li epi aji sou li, pwodui karaktè ki kòrèk la. Karaktè sa a, nan dènye kriz la, se karaktè ki resevwa sele Bondye a. Pwosesis pou sele pèp Bondye a te kòmanse lè jou van lès la te rive, nan 11 septanm 2001. Mesaj tan sa a te dwe manje lè sa a. Kit pou manje oswa pou pa manje, sa reprezante pa “deba” Ezayi a, epi tou pa kesyon Abakouk la konsènan sa gad yo dwe reponn nan agiman an. Tan reta Matye vennsenk la ak Abakouk la fini avèk reprezantasyon de klas adoratè. Tan reta a, ki reprezante pa twa jou edmi nan Revelasyon chapit onz, prèske fini.</w:t>
      </w:r>
    </w:p>
    <w:p>
      <w:pPr>
        <w:pStyle w:val="ArticleBody"/>
        <w:jc w:val="left"/>
      </w:pPr>
      <w:r>
        <w:rPr>
          <w:rFonts w:ascii="Times New Roman" w:hAnsi="Times New Roman" w:eastAsia="Times New Roman" w:cs="Times New Roman"/>
        </w:rPr>
        <w:t>Tan sa a ki pran reta a reprezante tou nan kòmansman chapit la nan volim nèf la, avèk yon pasaj ki soti nan Ebre yo, kote Pòl ap parafraze vèsè kat nan Abakik chapit de. Referans Pòl la mete Abakik de nan mouvman twazyèm zanj lan, paske se nan istwa sa a Kris te antre nan Kote ki Trè Sen an, e se nan istwa sa a limyè sou ministè gran prèt Li a te revele, epi se nan liv Ebre yo Pòl ap prezante revelasyon ki pi klè sou ministè gran prèt Kris la nan Pawòl Bondye a.</w:t>
      </w:r>
    </w:p>
    <w:p>
      <w:pPr>
        <w:pStyle w:val="ArticleBody"/>
        <w:jc w:val="left"/>
      </w:pPr>
      <w:r>
        <w:rPr>
          <w:rFonts w:ascii="Times New Roman" w:hAnsi="Times New Roman" w:eastAsia="Times New Roman" w:cs="Times New Roman"/>
        </w:rPr>
        <w:t>Nan Abakouk 2, nan mouvman premye zanj lan, yo pa t ankò rekonèt mouvman Kris la antre nan Sentespri ki Pi Sen an, paske sa pa t rive jouk nan fen pwoklamasyon Kri Minwi a. Tan reta Pòl te fè referans ak li a, se tan reta Abakouk ak Matye a, men se tan reta ki t ap kòmanse 18 Jiyè 2020. Dènye vèsè Abakouk 2 a reprezante konklizyon Kri Minwi a nan istwa Millerit la, ansanm ak rive twazyèm zanj lan:</w:t>
      </w:r>
    </w:p>
    <w:p>
      <w:pPr>
        <w:pStyle w:val="ArticleScripture"/>
        <w:jc w:val="left"/>
      </w:pPr>
      <w:r>
        <w:rPr>
          <w:rFonts w:ascii="Times New Roman" w:hAnsi="Times New Roman" w:eastAsia="Times New Roman" w:cs="Times New Roman"/>
        </w:rPr>
        <w:t>Men SENYÈ a nan tanp sen li a; se pou tout tè a rete an silans devan li. Abakik 2:20.</w:t>
      </w:r>
    </w:p>
    <w:p>
      <w:pPr>
        <w:pStyle w:val="ArticleBody"/>
        <w:jc w:val="left"/>
      </w:pPr>
      <w:r>
        <w:rPr>
          <w:rFonts w:ascii="Times New Roman" w:hAnsi="Times New Roman" w:eastAsia="Times New Roman" w:cs="Times New Roman"/>
        </w:rPr>
        <w:t>Testimonies, volume nine, mete aksan sou, kòmanse nan paj onz (nèf-onz), parabòl dis vyèj yo, tan reta a ak koneksyon li avèk Habakuk ak Matye, epi kriz final la ak 11 septanm 2001, lè deba pwofetik la te rive.</w:t>
      </w:r>
    </w:p>
    <w:p>
      <w:pPr>
        <w:pStyle w:val="ArticleScripture"/>
        <w:jc w:val="left"/>
      </w:pPr>
      <w:r>
        <w:rPr>
          <w:rFonts w:ascii="Times New Roman" w:hAnsi="Times New Roman" w:eastAsia="Times New Roman" w:cs="Times New Roman"/>
        </w:rPr>
        <w:t>“Seksyon 1—Pou Vini Wa a”</w:t>
      </w:r>
    </w:p>
    <w:p>
      <w:pPr>
        <w:pStyle w:val="ArticleScripture"/>
        <w:jc w:val="left"/>
      </w:pPr>
      <w:r>
        <w:rPr>
          <w:rFonts w:ascii="Times New Roman" w:hAnsi="Times New Roman" w:eastAsia="Times New Roman" w:cs="Times New Roman"/>
        </w:rPr>
        <w:t>“‘Ankò yon ti tan, e Sila a ki gen pou vini an ap vini, e li p ap retade.’ Ebre 10:37.”</w:t>
      </w:r>
    </w:p>
    <w:p>
      <w:pPr>
        <w:pStyle w:val="ArticleScripture"/>
        <w:jc w:val="left"/>
      </w:pPr>
      <w:r>
        <w:rPr>
          <w:rFonts w:ascii="Times New Roman" w:hAnsi="Times New Roman" w:eastAsia="Times New Roman" w:cs="Times New Roman"/>
        </w:rPr>
        <w:t>“Dènye Kriz la”</w:t>
      </w:r>
    </w:p>
    <w:p>
      <w:pPr>
        <w:pStyle w:val="ArticleScripture"/>
        <w:jc w:val="left"/>
      </w:pPr>
      <w:r>
        <w:rPr>
          <w:rFonts w:ascii="Times New Roman" w:hAnsi="Times New Roman" w:eastAsia="Times New Roman" w:cs="Times New Roman"/>
        </w:rPr>
        <w:t>“N ap viv nan tan lafen an. Siy tan yo k ap akonpli byen vit yo fè konnen retou Kris la toupre rive. Jou n ap viv ladan yo se jou grav e enpòtan. Lespri Bondye a ap retire kò li sou tè a piti piti, men avèk sètitid. Malè ak jijman yo deja ap tonbe sou moun ki meprize gras Bondye a. Katastwòf sou tè ak sou lanmè, eta sosyete a ki boulvèse, alèt lagè yo, se siy ki anonse gwo evènman. Yo prevwa evènman k ap pwoche yo, evènman ki gen pi gwo enpòtans.”</w:t>
      </w:r>
    </w:p>
    <w:p>
      <w:pPr>
        <w:pStyle w:val="ArticleScripture"/>
        <w:jc w:val="left"/>
      </w:pPr>
      <w:r>
        <w:rPr>
          <w:rFonts w:ascii="Times New Roman" w:hAnsi="Times New Roman" w:eastAsia="Times New Roman" w:cs="Times New Roman"/>
        </w:rPr>
        <w:t>“Ajans mechanste yo ap mete fòs yo ansanm e yo ap konsolide. Yo ap vin pi fò pou dènye gwo kriz la. Gwo chanjman pral fèt byento nan mond nou an, e dènye mouvman yo pral fèt avèk rapidite.”</w:t>
      </w:r>
    </w:p>
    <w:p>
      <w:pPr>
        <w:pStyle w:val="ArticleScripture"/>
        <w:jc w:val="left"/>
      </w:pPr>
      <w:r>
        <w:rPr>
          <w:rFonts w:ascii="Times New Roman" w:hAnsi="Times New Roman" w:eastAsia="Times New Roman" w:cs="Times New Roman"/>
        </w:rPr>
        <w:t>“Kondisyon bagay yo nan mond lan montre ke tan boulvèsan yo deja prèske rive sou nou. Jounal chak jou yo chaje ak endikasyon yon konfli terib k ap vini nan yon avni ki toupre. Gwo vòl ak piyaj fèt souvan. Grèv yo vin bagay komen. Vòl ak asasina ap fèt tout kote. Moun ki anba posesyon demon ap pran lavi gason, fanm, ak timoun piti. Moun vin avèg anba pasyon pou vis, e tout kalite mechanste ap domine.</w:t>
      </w:r>
    </w:p>
    <w:p>
      <w:pPr>
        <w:pStyle w:val="ArticleScripture"/>
        <w:jc w:val="left"/>
      </w:pPr>
      <w:r>
        <w:rPr>
          <w:rFonts w:ascii="Times New Roman" w:hAnsi="Times New Roman" w:eastAsia="Times New Roman" w:cs="Times New Roman"/>
        </w:rPr>
        <w:t>“Lènmi an reyisi nan defòme jistis la e nan ranpli kè lèzòm ak dezi pou pwofi egoyis.</w:t>
      </w:r>
    </w:p>
    <w:p>
      <w:pPr>
        <w:pStyle w:val="ArticleScripture"/>
        <w:jc w:val="left"/>
      </w:pPr>
      <w:r>
        <w:rPr>
          <w:rFonts w:ascii="Times New Roman" w:hAnsi="Times New Roman" w:eastAsia="Times New Roman" w:cs="Times New Roman"/>
        </w:rPr>
        <w:t>“‘Jistis rete byen lwen: paske laverite tonbe nan lari a, epi jistis pa ka antre.’ Ezayi 59:14. Nan gwo vil yo, gen anpil foul moun k ap viv nan povrete ak mizè, prèske san manje, san kay, ak san rad; pandan ke nan menm vil sa yo, gen moun ki gen plis pase kè yo ta ka janm ta swete, k ap viv nan liks, k ap depanse lajan yo nan kay ki byen meble, nan dekore kò yo, oswa, pi mal toujou, nan satisfè apeti sansyèl yo, nan bwason ki gen alkòl, tabak, ak lòt bagay ki detwi kapasite sèvo a, deregle lespri a, epi avili nanm nan. Rèl limanite k ap mouri grangou yo ap monte devan Bondye, pandan ke pa tout kalite opresyon ak ekstòsyon, moun ap anpile gwo richès kolosal.”</w:t>
      </w:r>
    </w:p>
    <w:p>
      <w:pPr>
        <w:pStyle w:val="ArticleScripture"/>
        <w:jc w:val="left"/>
      </w:pPr>
      <w:r>
        <w:rPr>
          <w:rFonts w:ascii="Times New Roman" w:hAnsi="Times New Roman" w:eastAsia="Times New Roman" w:cs="Times New Roman"/>
        </w:rPr>
        <w:t>“Nan yon okazyon, pandan m te nan Vil New York, nan moman lannuit yo, yo te rele m pou m gade bilding k ap leve etaj apre etaj pou rive nan syèl la. Yo te garanti bilding sa yo kòm bilding ki pa pran dife, e yo te bati yo pou fè pwopriyetè yo ak konstriktè yo jwenn glwa. Bilding sa yo t ap monte pi wo toujou, e nan yo yo te sèvi ak materyèl ki pi chè yo. Moun sa yo bilding sa yo te pou yo pa t ap mande tèt yo: ‘Ki jan nou ka pi byen bay Bondye glwa?’ Seyè a pa t nan panse yo.”</w:t>
      </w:r>
    </w:p>
    <w:p>
      <w:pPr>
        <w:pStyle w:val="ArticleScripture"/>
        <w:jc w:val="left"/>
      </w:pPr>
      <w:r>
        <w:rPr>
          <w:rFonts w:ascii="Times New Roman" w:hAnsi="Times New Roman" w:eastAsia="Times New Roman" w:cs="Times New Roman"/>
        </w:rPr>
        <w:t>“Mwen te panse: ‘O, si moun sa yo k ap envesti mwayen yo konsa te kapab wè chemen yo jan Bondye wè l la! Y ap anpile batiman mayifik, men ala moun ki san konprann yo ye, nan je Chèf linivè a, nan planifikasyon ak konplo y ap fè yo. Yo pa etidye ak tout fòs kè ak lespri yo kijan yo ka glorifye Bondye. Yo pèdi devan je yo sa a, premye devwa lèzòm nan.’”</w:t>
      </w:r>
    </w:p>
    <w:p>
      <w:pPr>
        <w:pStyle w:val="ArticleScripture"/>
        <w:jc w:val="left"/>
      </w:pPr>
      <w:r>
        <w:rPr>
          <w:rFonts w:ascii="Times New Roman" w:hAnsi="Times New Roman" w:eastAsia="Times New Roman" w:cs="Times New Roman"/>
        </w:rPr>
        <w:t>“Pandan gwo bilding sa yo t ap monte, pwopriyetè yo te rejwi ak yon ògèy anbisye, paske yo te gen lajan pou sèvi avè l pou satisfè tèt yo epi pou pwovoke jalouzi vwazen yo. Yon gwo pati nan lajan yo te envesti konsa a te jwenn grasa egzasyon, grasa kraze pòv yo anba pwa mizè. Yo te bliye ke nan syèl la yo kenbe yon kont sou chak tranzaksyon komèsyal; chak machandaj enjis, chak zak fwod, anrejistre la. Tan an ap vini lè, nan fwod yo ak awogans yo, lèzòm pral rive nan yon pwen Seyè a p ap pèmèt yo depase, epi yo pral aprann ke gen yon limit nan pasyans Jewova.”</w:t>
      </w:r>
    </w:p>
    <w:p>
      <w:pPr>
        <w:pStyle w:val="ArticleScripture"/>
        <w:jc w:val="left"/>
      </w:pPr>
      <w:r>
        <w:rPr>
          <w:rFonts w:ascii="Times New Roman" w:hAnsi="Times New Roman" w:eastAsia="Times New Roman" w:cs="Times New Roman"/>
        </w:rPr>
        <w:t>“Pwochen sèn ki te pase devan je m se te yon alèt dife. Moun yo t ap gade gwo batiman ki wo yo, yo te konsidere kòm batiman ki pa pran dife, epi yo t ap di: ‘Yo an sekirite nèt.’ Men, batiman sa yo te boule nèt kòmsi yo te fèt ak goudwon. Ponpye yo pa t kapab fè anyen pou anpeche destriksyon an. Moun k ap etenn dife yo pa t kapab fè ponp yo mache.” Testimonies, volume 9, 11–13.</w:t>
      </w:r>
    </w:p>
    <w:p>
      <w:pPr>
        <w:pStyle w:val="ArticleBody"/>
        <w:jc w:val="left"/>
      </w:pPr>
      <w:r>
        <w:rPr>
          <w:rFonts w:ascii="Times New Roman" w:hAnsi="Times New Roman" w:eastAsia="Times New Roman" w:cs="Times New Roman"/>
        </w:rPr>
        <w:t>“deba” ki te fèt sou kestyon metodoloji nan kòmansman peryòd Danyèl chapit youn lan reprezante a; epi tou peryòd Danyèl chapit youn rive twa yo reprezante a; epi tou istwa ki kòmanse 11 out 1840 lan reprezante a; epi tou istwa Jan chapit sis la reprezante a, nan kriz Galile a; epi tou istwa 11 septanm 2001 lan reprezante a (jis rive 18 jiyè 2020), kounye a ap repete ankò, pa andedan Advantis la an jeneral, men pami zo sèch mouri yo ke yon “vwa” k ap rele nan dezè a ap reveye soti nan letaji yo.</w:t>
      </w:r>
    </w:p>
    <w:p>
      <w:pPr>
        <w:pStyle w:val="ArticleBody"/>
        <w:jc w:val="left"/>
      </w:pPr>
      <w:r>
        <w:rPr>
          <w:rFonts w:ascii="Times New Roman" w:hAnsi="Times New Roman" w:eastAsia="Times New Roman" w:cs="Times New Roman"/>
        </w:rPr>
        <w:t>Nan atik k ap vini an, n ap antre nan konsiderasyon metodoloji a kòm lapli dènye a, jan li reprezante nan Ezayi chapit vennuit ak ventnèf.</w:t>
      </w:r>
    </w:p>
    <w:p>
      <w:pPr>
        <w:pStyle w:val="ArticleScripture"/>
        <w:jc w:val="left"/>
      </w:pPr>
      <w:r>
        <w:rPr>
          <w:rFonts w:ascii="Times New Roman" w:hAnsi="Times New Roman" w:eastAsia="Times New Roman" w:cs="Times New Roman"/>
        </w:rPr>
        <w:t>Mwen tande vwa Seyè a tou, ki t ap di: Kilès m ap voye, e kilès ki pral pou nou? Lè sa a, mwen di: Men mwen; voye m. Epi li di: Ale, epi di pèp sa a: Nou tande vre, men nou pa konprann; nou wè vre, men nou pa pèsevwa. Fè kè pèp sa a vin lou, fè zòrèy yo vin bouche, epi fèmen je yo; pou yo pa wè ak je yo, pou yo pa tande ak zòrèy yo, pou yo pa konprann ak kè yo, pou yo pa tounen vin jwenn mwen, epi pou yo pa geri. Lè sa a, mwen di: Seyè, jis kilè? Epi li reponn: Jouk lè lavil yo vin detwi san moun ladan yo, ak kay yo san moun, ak peyi a vin nèt ale tounen yon dezè; jouk lè Seyè a fin depòte moun yo byen lwen, epi gen yon gwo abandònman nan mitan peyi a. Men, ap toujou rete ladan l yon dizyèm pati, e li va retounen, epi li va sibi destriksyon ankò: menm jan ak térébent lan ak pye bwadchenn lan, ki toujou gen rasin vivan ladan yo lè fèy yo tonbe; konsa tou, semans sen an va rasin vivan peyi a. Ezayi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Venndeux</dc:title>
  <dc:subject>Revelasyon sou deba pwofetik la: Metodoloji Dènye Lapli a ak Kriz final la</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