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 Nimewo Trant-Sèt</w:t>
      </w:r>
    </w:p>
    <w:p>
      <w:pPr>
        <w:pStyle w:val="ArticleSubtitle"/>
        <w:jc w:val="left"/>
      </w:pPr>
      <w:r>
        <w:rPr>
          <w:rFonts w:ascii="Arial" w:hAnsi="Arial" w:eastAsia="Arial" w:cs="Arial"/>
        </w:rPr>
        <w:t>Retablisman Verite Orijinal yo: Devwale Rèv William Miller la ak Renesans Pwofetik la nan Dènye Jou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2024-01-01</w:t>
      </w:r>
    </w:p>
    <w:p>
      <w:pPr>
        <w:pStyle w:val="ArticleBody"/>
        <w:jc w:val="left"/>
      </w:pPr>
      <w:r>
        <w:rPr>
          <w:rFonts w:ascii="Times New Roman" w:hAnsi="Times New Roman" w:eastAsia="Times New Roman" w:cs="Times New Roman"/>
        </w:rPr>
        <w:t>Yo te mete rèv William Miller a andedan liv *Early Writings*, e poutèt sa li soumèt anba menm analiz pwofetik ak aplikasyon menm jan an, ki nesesè pou yon etidyan ki ap chèche byen separe Pawòl verite a. Future for America prezante rèv la anpil fwa pandan ane yo, men isit la nou ap mete l nan etid sou “ogmantasyon konesans” lan, ki te louvri nan “tan lafen an” an 1798. Rèv la pale sou istwa mesaj la ki te reprezante konesans ki te ogmante a. Li montre yon lyen ant mouvman premye ak twazyèm mesaj zanj yo.</w:t>
      </w:r>
    </w:p>
    <w:p>
      <w:pPr>
        <w:pStyle w:val="ArticleBody"/>
        <w:jc w:val="left"/>
      </w:pPr>
      <w:r>
        <w:rPr>
          <w:rFonts w:ascii="Times New Roman" w:hAnsi="Times New Roman" w:eastAsia="Times New Roman" w:cs="Times New Roman"/>
        </w:rPr>
        <w:t>Rèv William Miller la idantifye travay li, e travay li te prefigire pa travay Moyiz nan kòmansman Izrayèl ansyen an. Akonplisman rèv Miller la nan dènye jou yo te prefigire pa travay Kris la nan dènye jou Izrayèl ansyen an. Travay Kris la te akonpli nan fen Izrayèl ansyen an te reprezante travay Kris la ap akonpli nan dènye jou Izrayèl espirityèl la. Nan rèv Miller la, travay ki akonpli nan dènye jou yo prezante kòm yon travay “Mesye Bwòs Pousyè” a ap fè. Li esansyèl pou rekonèt rèv Miller la kòm yon prediksyon sou akonplisman Rèl Minwi a nan dènye jou yo. Li esansyèl tou pou rekonèt travay Kris la pou Izrayèl ansyen an nan dènye jou pa yo te prefigire travay “Mesye Bwòs Pousyè” a nan rèv Miller la.</w:t>
      </w:r>
    </w:p>
    <w:p>
      <w:pPr>
        <w:pStyle w:val="ArticleBody"/>
        <w:jc w:val="left"/>
      </w:pPr>
      <w:r>
        <w:rPr>
          <w:rFonts w:ascii="Times New Roman" w:hAnsi="Times New Roman" w:eastAsia="Times New Roman" w:cs="Times New Roman"/>
        </w:rPr>
        <w:t>Youn nan eleman nan travay Kris la ki enpòtan pou remake se ke Li pa t sèlman louvri verite ki te antere depi nan tan Moyiz yo, men Kris la, anmenmtan, te agrandi verite orijinal sa yo. Konsa, Li te bay yon egzanp ke lè pèp Bondye a akonpli rèv Miller la nan dènye jou yo, verite ki te etabli atravè travay Miller la ap elaji pi lwen pase konpreyansyon orijinal yo.</w:t>
      </w:r>
    </w:p>
    <w:p>
      <w:pPr>
        <w:pStyle w:val="ArticleScripture"/>
        <w:jc w:val="left"/>
      </w:pPr>
      <w:r>
        <w:rPr>
          <w:rFonts w:ascii="Times New Roman" w:hAnsi="Times New Roman" w:eastAsia="Times New Roman" w:cs="Times New Roman"/>
        </w:rPr>
        <w:t>“Nan tan Sovè a, Juif yo te tèlman kouvri bèl bijou laverite yo ak fatra tradisyon ak fab, konsa li te enposib pou distenge sa ki vre ak sa ki fo. Sovè a te vini pou retire fatra sipèstisyon ak erè yo te cheri depi lontan, epi pou mete bijou pawòl Bondye yo nan kad laverite. Kisa Sovè a ta fè si li ta vin jwenn nou kounye a menm jan li te vin jwenn Juif yo? Li t ap oblije fè yon travay menm jan an pou retire fatra tradisyon ak seremoni. Juif yo te anpil boulvèse lè li te fè travay sa a. Yo te pèdi de vi laverite orijinal Bondye a, men Kris la te fè li parèt ankò devan yo. Se travay pa nou pou delivre verite presye Bondye yo anba sipèstisyon ak erè. Ala yon travay ki konfye nou nan levanjil la!” Review and Herald, 4 jen 1889.</w:t>
      </w:r>
    </w:p>
    <w:p>
      <w:pPr>
        <w:pStyle w:val="ArticleBody"/>
        <w:jc w:val="left"/>
      </w:pPr>
      <w:r>
        <w:rPr>
          <w:rFonts w:ascii="Times New Roman" w:hAnsi="Times New Roman" w:eastAsia="Times New Roman" w:cs="Times New Roman"/>
        </w:rPr>
        <w:t>Jodi a, nonm bwòs salte a (Kris) ap akonpli « yon travay menm jan an nan netwaye fatra tradisyon ak seremoni » menm jan Lyon tribi Jida a (Kris) te akonpli l nan tan Jwif yo. Nan rèv Miller la, bèl pyè presye verite yo, ki te ranje avèk pèfeksyon nan bwat Pawòl Bondye a, te vin kouvri ak fatra ansanm ak pyè fo. Pyè sa yo te dwe soti nan mitan fatra a epi yo te dwe remete yo nan pi gwo bwat Pawòl Bondye a pandan peryòd Kri a Minwi nan dènye jou yo, paske se lè Miller te gade pyè yo ki te retabli nan pi gwo bwat la li « te rele ak anpil lajwa, e rèl sa a te reveye » li. Rèv Miller la te fèt an 1847, twa ane apre Kri a Minwi premye zanj lan, konsa reveye li nan rèv la se Kri a Minwi dènye jou yo. Se de temwen yo ki pwoklame Kri a Minwi sa a, yo menm bèt ki te monte soti nan twou san fon an te touye, epi yo te rete mouri nan lari a pandan twa jou edmi, jiskaske yo te rasanble ansanm epi yo te vin pran lavi nan vale zo chèch mò yo, epi apre sa yo te leve yo kòm yon banyè. Rèv Miller la ap akonpli sou lari sa a, e nan menm vale li idantifye kòm « chanm li ».</w:t>
      </w:r>
    </w:p>
    <w:p>
      <w:pPr>
        <w:pStyle w:val="ArticleBody"/>
        <w:jc w:val="left"/>
      </w:pPr>
      <w:r>
        <w:rPr>
          <w:rFonts w:ascii="Times New Roman" w:hAnsi="Times New Roman" w:eastAsia="Times New Roman" w:cs="Times New Roman"/>
        </w:rPr>
        <w:t>Nan istwa Millerit yo, Senyè a te sèvi ak Miller pou etabli verite orijinal Advantis yo, men rèv li a te montre ke, avèk tan, verite sa yo t ap vin antere. Fenomèn sa a, ki se retire fatra tradisyon ak koutim yo, se sa Kris la te akonpli nan fen ansyen Izrayèl la; e, lè li te fè sa, li te prefigire akonplisman final rèv William Miller la.</w:t>
      </w:r>
    </w:p>
    <w:p>
      <w:pPr>
        <w:pStyle w:val="ArticleBody"/>
        <w:jc w:val="left"/>
      </w:pPr>
      <w:r>
        <w:rPr>
          <w:rFonts w:ascii="Times New Roman" w:hAnsi="Times New Roman" w:eastAsia="Times New Roman" w:cs="Times New Roman"/>
        </w:rPr>
        <w:t>Jwif yo te pèdi vizyon yo sou “verite orijinal Bondye a, men Kris te mete l ankò devan je yo,” epi Li te idantifye travay Li kòm “travay pa nou.” Travay pa nou se “libere verite presye Bondye yo anba sipèstisyon ak erè.” Rèv William Miller la idantifye dekouvèt la, prezantasyon an ak rejè a, epi retablisman verite orijinal yo. Pou akonpli travay retablisman an, Kris te mete verite a nan “kad verite a.” “Kad verite a” pou William Miller se te konpreyansyon li sou de pouvwa devastatè yo, sa vle di paganism ak papalis. Nan dènye jou yo, “kad verite a” se twa pouvwa devastatè yo: dragon an, bèt la, ak fo pwofèt la.</w:t>
      </w:r>
    </w:p>
    <w:p>
      <w:pPr>
        <w:pStyle w:val="ArticleScripture"/>
        <w:jc w:val="left"/>
      </w:pPr>
      <w:r>
        <w:rPr>
          <w:rFonts w:ascii="Times New Roman" w:hAnsi="Times New Roman" w:eastAsia="Times New Roman" w:cs="Times New Roman"/>
        </w:rPr>
        <w:t>“Lè Kris te vini nan mond lan pou bay egzanp vrè relijyon an, epi pou leve prensip ki ta dwe gouvène kè ak aksyon lèzòm, manti te gentan pran yon ankennman tèlman pwofon sou moun ki te resevwa yon limyè konsa, ke yo pa t konprann limyè a ankò, e yo pa t gen okenn dispozisyon pou lage tradisyon pou laverite. Yo te rejte Anseyan selès la, yo te kloure sou kwa Seyè laglwa a, pou yo te ka kenbe pwòp koutim ak envansyon pa yo. Menm lespri sa a menm ap manifeste nan mond lan jodi a. Lèzòm pa vle egzamine laverite, pou tradisyon yo pa ta boulvèse, epi pou yon nouvo lòd bagay yo pa ta antre. Gen nan limanite yon tandans konstan pou fè erè, epi lèzòm natirèlman gen tandans leve ide ak konesans imen byen wo, pandan sa ki diven ak etènèl la ni pa disène ni pa apresye.” Counsels on Sabbath School Work, 47.</w:t>
      </w:r>
    </w:p>
    <w:p>
      <w:pPr>
        <w:pStyle w:val="ArticleBody"/>
        <w:jc w:val="left"/>
      </w:pPr>
      <w:r>
        <w:rPr>
          <w:rFonts w:ascii="Times New Roman" w:hAnsi="Times New Roman" w:eastAsia="Times New Roman" w:cs="Times New Roman"/>
        </w:rPr>
        <w:t>Si Kris la ta vini nan mond lan jodi a, Li ta jwenn “menm lespri a” k ap leve lide ak konesans lèzòm anlè, lespri sa a ki te mete tradisyon nan plas verite. Nan rèv Miller la, nan dènye jou yo, Kris vini kòm nonm ki pote bwòs pousyè a pou akonpli menm travay sa a. Lè travay Li kòm nonm ki pote bwòs pousyè a fini, bijou orijinal yo va klere dis fwa plis pase solèy la, kòm de temwen yo, Miller reprezante yo, reveye nan rèl gwo kri a.</w:t>
      </w:r>
    </w:p>
    <w:p>
      <w:pPr>
        <w:pStyle w:val="ArticleBody"/>
        <w:jc w:val="left"/>
      </w:pPr>
      <w:r>
        <w:rPr>
          <w:rFonts w:ascii="Times New Roman" w:hAnsi="Times New Roman" w:eastAsia="Times New Roman" w:cs="Times New Roman"/>
        </w:rPr>
        <w:t>Kad verite ki te bay Miller la se te estrikti pwofetik de de pouvwa k ap fè dezolasyon, epi kad verite ki te bay Future for America se estrikti pwofetik de twa pouvwa k ap fè dezolasyon. “Kle” ki te tache ak bwat la se te metodoloji patikilye ki te dezèle epi yo te bay Miller, epi apre sa bay Future for America.</w:t>
      </w:r>
    </w:p>
    <w:p>
      <w:pPr>
        <w:pStyle w:val="ArticleScripture"/>
        <w:jc w:val="left"/>
      </w:pPr>
      <w:r>
        <w:rPr>
          <w:rFonts w:ascii="Times New Roman" w:hAnsi="Times New Roman" w:eastAsia="Times New Roman" w:cs="Times New Roman"/>
        </w:rPr>
        <w:t>“Lakle konesans lan nan epòk Kris la te retire pa moun ki te dwe kenbe li pou louvri trezò sajès ki nan Ekriti Ansyen Testaman yo. Raben yo ak anseyan yo te, an reyalite, fèmen wayòm syèl la devan pòv yo ak moun ki aflije yo, epi yo te kite yo peri. Nan diskou Li yo, Kris pa t prezante anpil bagay devan yo anmenmtan, pou L pa t twouble lespri yo. Li te fè chak pwen klè e byen distenk. Li pa t meprize repete verite ansyen ak verite yo te deja konnen nan pwofesi yo si yo te ka sèvi objektif Li pou enstile lide yo.”</w:t>
      </w:r>
    </w:p>
    <w:p>
      <w:pPr>
        <w:pStyle w:val="ArticleScripture"/>
        <w:jc w:val="left"/>
      </w:pPr>
      <w:r>
        <w:rPr>
          <w:rFonts w:ascii="Times New Roman" w:hAnsi="Times New Roman" w:eastAsia="Times New Roman" w:cs="Times New Roman"/>
        </w:rPr>
        <w:t>“Kris te orijin tout ansyen pyè presye verite yo. Atravè travay lènmi an, verite sa yo te deplase. Yo te dekonekte ak vrè pozisyon pa yo, epi yo te mete nan kad erè a. Travay Kris la te pou reyajiste epi tabli pyè presye yo nan kad verite a. Prensip verite yo, ke se Li menm ki te bay pou beni mond lan, te, pa mwayen Satan, antere epi yo te parèt tankou yo te disparèt nèt. Kris te sove yo anba fatra erè a, te ba yo yon nouvo fòs vivan, epi Li te kòmande yo pou yo klere tankou bijou presye, epi pou yo rete fèm pou tout tan.”</w:t>
      </w:r>
    </w:p>
    <w:p>
      <w:pPr>
        <w:pStyle w:val="ArticleScripture"/>
        <w:jc w:val="left"/>
      </w:pPr>
      <w:r>
        <w:rPr>
          <w:rFonts w:ascii="Times New Roman" w:hAnsi="Times New Roman" w:eastAsia="Times New Roman" w:cs="Times New Roman"/>
        </w:rPr>
        <w:t>“Kris la menm te kapab sèvi ak nenpòt nan ansyen verite sa yo san li pa t prete menm pi piti patikil la, paske se Li menm ki te bay yo tout orijin yo. Se Li menm ki te enprime yo nan lespri ak panse chak jenerasyon, epi lè Li te vini nan mond nou an, Li te reòdone epi anime verite ki te vin mouri yo, pandan Li te rann yo pi pisan pou byen jenerasyon k ap vini yo. Se Jezi Kris la menm ki te gen pouvwa pou delivre verite yo anba fatra a, epi pou remèt yo ankò bay mond lan avèk plis pase frechè ak pouvwa orijinal yo.” Manuscript Releases, volim 13, 240, 241.</w:t>
      </w:r>
    </w:p>
    <w:p>
      <w:pPr>
        <w:pStyle w:val="ArticleBody"/>
        <w:jc w:val="left"/>
      </w:pPr>
      <w:r>
        <w:rPr>
          <w:rFonts w:ascii="Times New Roman" w:hAnsi="Times New Roman" w:eastAsia="Times New Roman" w:cs="Times New Roman"/>
        </w:rPr>
        <w:t>Li enteresan pou nou remake, nan dènye pasaj la, ke kle Kris la te sèvi avè l nan fen ansyen Izrayèl la se te pou l louvri Ansyen Testaman an. Kle metodoloji Miller la te louvri kofr Ansyen ak Nouvo Testaman yo, men nan dènye jou yo, nan fen rèv li a, kofr la pi gwo. Kle metodoloji a nan dènye jou yo louvri non sèlman Ansyen ak Nouvo Testaman yo, men tou Lespri Pwofesi a. Dezanjman Revelasyon Jezi Kris la, jis anvan fèmti tan gras la, akonpli pa Lyon tribi Jida a, ki nan rèv Miller la reprezante kòm nonm bwòs pousyè a. Sè White idantifye ke travay nonm bwòs pousyè a fèt jis anvan fèmti tan gras la.</w:t>
      </w:r>
    </w:p>
    <w:p>
      <w:pPr>
        <w:pStyle w:val="ArticleScripture"/>
        <w:jc w:val="left"/>
      </w:pPr>
      <w:r>
        <w:rPr>
          <w:rFonts w:ascii="Times New Roman" w:hAnsi="Times New Roman" w:eastAsia="Times New Roman" w:cs="Times New Roman"/>
        </w:rPr>
        <w:t>“Seyè a te ban m yon vizyon, 26 janvye, ke m pral rakonte. Mwen te wè ke kèk nan pèp Bondye a te san konprann epi andòmi; yo te sèlman mwatye reveye, epi yo pa t reyalize tan n ap viv ladan l kounye a; e ke ‘nonm’ ki te gen ‘bwòs pousyè a’ te antre, e ke kèk te an danje pou yo te baleye ale. Mwen te sipliye Jezi pou l sove yo, pou l epanye yo yon ti tan ankò, epi pou l fè yo wè gwo danje terib yo a, pou yo te ka pare anvan li ta vin twò ta pou tout tan. Zanj lan te di: ‘Destriksyon ap vini tankou yon gwo toubiyon pwisan.’ Mwen te sipliye zanj lan pou l gen pitye epi pou l sove moun sa yo ki te renmen mond sa a, ki te atache ak byen yo, epi ki pa t vle detache yo de sa, ni sakrifye yo pou fè mesaje yo avanse sou chemen yo pou nouri mouton grangou yo, ki t ap peri poutèt mank manje espirityèl.”</w:t>
      </w:r>
    </w:p>
    <w:p>
      <w:pPr>
        <w:pStyle w:val="ArticleScripture"/>
        <w:jc w:val="left"/>
      </w:pPr>
      <w:r>
        <w:rPr>
          <w:rFonts w:ascii="Times New Roman" w:hAnsi="Times New Roman" w:eastAsia="Times New Roman" w:cs="Times New Roman"/>
        </w:rPr>
        <w:t>“Pandan m t ap gade pòv nanm ki t ap mouri poutèt yo te manke verite prezan an, e kèk ladan yo ki te fè pwofesyon yo kwè verite a t ap kite yo mouri, lè yo te kenbe mwayen nesesè yo ki ta pèmèt travay Bondye a vanse, sa m te wè a te twò douloure, e mwen te sipliye zanj lan pou l retire l devan mwen. Mwen te wè ke lè kòz Bondye a te mande yon pati nan byen yo, menm jan ak jenn gason ki te vin jwenn Jezi a, [Matthew 19:16–22.] yo te ale tris; epi ke talè konsa fwèt devastatè k ap debòde a t ap pase sou yo epi bale tout byen yo ale, epi lè sa a li t ap twò ta pou yo ta sakrifye byen tè sa yo, epi rasanble yon trezò nan syèl la.” Review and Herald, 1 avril 1850.</w:t>
      </w:r>
    </w:p>
    <w:p>
      <w:pPr>
        <w:pStyle w:val="ArticleBody"/>
        <w:jc w:val="left"/>
      </w:pPr>
      <w:r>
        <w:rPr>
          <w:rFonts w:ascii="Times New Roman" w:hAnsi="Times New Roman" w:eastAsia="Times New Roman" w:cs="Times New Roman"/>
        </w:rPr>
        <w:t>“fwetman k ap debòde a” se yon senbòl lwa dimanch ki pral vini talè a, e travay nonm ki gen bwòs pousyè a nan rèv Miller la fèt jis anvan tan gras la fini. Se lè Li fin netwaye chanm nan, Li voye bijou yo tounen nan pi gwo bwat la, epi lè sa a yo klere dis fwa pi plis pase solèy la. Dànyèl ak twa diy yo te jwenn dis fwa pi bon pase lòt yo.</w:t>
      </w:r>
    </w:p>
    <w:p>
      <w:pPr>
        <w:pStyle w:val="ArticleScripture"/>
        <w:jc w:val="left"/>
      </w:pPr>
      <w:r>
        <w:rPr>
          <w:rFonts w:ascii="Times New Roman" w:hAnsi="Times New Roman" w:eastAsia="Times New Roman" w:cs="Times New Roman"/>
        </w:rPr>
        <w:t>Kounye a, nan fen jou wa a te fikse pou yo mennen yo vini, chèf enik yo mennen yo devan Nebikadneza. Epi wa a pale avèk yo; e pami yo tout, pa t jwenn okenn tankou Danyèl, Ananya, Mizaèl ak Azarya; se poutèt sa yo te kanpe devan wa a. E nan tout bagay ki konsène sajès ak konpreyansyon, wa a te mande yo, li jwenn yo dis fwa pi bon pase tout majisyen ak astwològ ki te nan tout wayòm li a. Danyèl 1:18–20.</w:t>
      </w:r>
    </w:p>
    <w:p>
      <w:pPr>
        <w:pStyle w:val="ArticleBody"/>
        <w:jc w:val="left"/>
      </w:pPr>
      <w:r>
        <w:rPr>
          <w:rFonts w:ascii="Times New Roman" w:hAnsi="Times New Roman" w:eastAsia="Times New Roman" w:cs="Times New Roman"/>
        </w:rPr>
        <w:t>“finisman jou yo,” pou Danyèl, te reprezante tès desizif kote Nebikadneza te pwononse jijman, e tès sa a se yon tip lwa dimanch lan nan dènye jou yo. Verite orijinal yo ak verite fondamantal yo pral briye dis fwa pi klere lè yo retabli nan dènye jou yo, pase lè yo te rekonèt yo pou premye fwa. Verite sa yo, ansanm ak saj yo ki konprann verite sa yo nan dènye jou yo, pral briye dis fwa pi klere pandan dènye lapli a, ki se repetisyon Kri Minwi a.</w:t>
      </w:r>
    </w:p>
    <w:p>
      <w:pPr>
        <w:pStyle w:val="ArticleScripture"/>
        <w:jc w:val="left"/>
      </w:pPr>
      <w:r>
        <w:rPr>
          <w:rFonts w:ascii="Times New Roman" w:hAnsi="Times New Roman" w:eastAsia="Times New Roman" w:cs="Times New Roman"/>
        </w:rPr>
        <w:t>“N ap mete vini Seyè a twò lwen. Mwen te wè lapli dènye a t ap vini osi [sibitman tankou] rèl minwi a, e avèk dis fwa plis pouvwa.” Spalding and Magan, 5.</w:t>
      </w:r>
    </w:p>
    <w:p>
      <w:pPr>
        <w:pStyle w:val="ArticleBody"/>
        <w:jc w:val="left"/>
      </w:pPr>
      <w:r>
        <w:rPr>
          <w:rFonts w:ascii="Times New Roman" w:hAnsi="Times New Roman" w:eastAsia="Times New Roman" w:cs="Times New Roman"/>
        </w:rPr>
        <w:t>Retablisman verite orijinal yo fèt pa aplikasyon metodoloji lapli dèyè a, « liy sou liy ». Lè yo fin retabli, verite orijinal yo klere « dis fwa » pi fò pase lè Miller te premye gade sou yo. Saj yo ki sèvi ak kle metodoloji a pou retabli verite orijinal yo, jwenn yon eksperyans ki « dis fwa » pi bon pase sila yo ki manje metodoloji Babilòn nan. Moun sa yo ke mesye bwòs pousyè a bale ale, se sila yo ki vin atache ak tradisyon ak koutim ki te kouvri verite orijinal la, epi yo netwaye deyò ansanm ak erè tradisyon ak koutim yo yo te vin atache avèk yo.</w:t>
      </w:r>
    </w:p>
    <w:p>
      <w:pPr>
        <w:pStyle w:val="ArticleBody"/>
        <w:jc w:val="left"/>
      </w:pPr>
      <w:r>
        <w:rPr>
          <w:rFonts w:ascii="Times New Roman" w:hAnsi="Times New Roman" w:eastAsia="Times New Roman" w:cs="Times New Roman"/>
        </w:rPr>
        <w:t>Yon fòs doktrin se yon zidòl.</w:t>
      </w:r>
    </w:p>
    <w:p>
      <w:pPr>
        <w:pStyle w:val="ArticleScripture"/>
        <w:jc w:val="left"/>
      </w:pPr>
      <w:r>
        <w:rPr>
          <w:rFonts w:ascii="Times New Roman" w:hAnsi="Times New Roman" w:eastAsia="Times New Roman" w:cs="Times New Roman"/>
        </w:rPr>
        <w:t>“Lè lèzòm rejte verite a, yo rejte Otè li. Lè yo pilonnen lalwa Bondye a anba pye, yo nye otorite Sila a ki bay lalwa a. Li fasil menm jan pou yon moun fè yon zidòl ak fo doktrin ak teyori, tankou pou l ta fabrike yon zidòl an bwa oswa an wòch.” The Great Controversy, 584.</w:t>
      </w:r>
    </w:p>
    <w:p>
      <w:pPr>
        <w:pStyle w:val="ArticleBody"/>
        <w:jc w:val="left"/>
      </w:pPr>
      <w:r>
        <w:rPr>
          <w:rFonts w:ascii="Times New Roman" w:hAnsi="Times New Roman" w:eastAsia="Times New Roman" w:cs="Times New Roman"/>
        </w:rPr>
        <w:t>Deklarasyon ki te pwononse sou Efrayim nan, ki te make fen tan gras pou Efrayim, mete an relief verite sou sa nonm bwòs pousyè a reyalize lè li bale planche a.</w:t>
      </w:r>
    </w:p>
    <w:p>
      <w:pPr>
        <w:pStyle w:val="ArticleScripture"/>
        <w:jc w:val="left"/>
      </w:pPr>
      <w:r>
        <w:rPr>
          <w:rFonts w:ascii="Times New Roman" w:hAnsi="Times New Roman" w:eastAsia="Times New Roman" w:cs="Times New Roman"/>
        </w:rPr>
        <w:t>Efrayim mare ak zidòl yo: kite l pou kont li. Oze 4:17.</w:t>
      </w:r>
    </w:p>
    <w:p>
      <w:pPr>
        <w:pStyle w:val="ArticleBody"/>
        <w:jc w:val="left"/>
      </w:pPr>
      <w:r>
        <w:rPr>
          <w:rFonts w:ascii="Times New Roman" w:hAnsi="Times New Roman" w:eastAsia="Times New Roman" w:cs="Times New Roman"/>
        </w:rPr>
        <w:t>Ou se sa ou manje, jan sa te demontre pa Danyèl ak twa diy yo. Enkyetid Sè White te genyen pou sila yo ki te “estipid e andòmi” te an rapò ak mank preparasyon yo, ak mank disènman yo konsènan enpòtans “verite pou tan sa a.” Enkyetid li te yon ekspresyon sousi Kris te genyen pou Juif chikanè nan epòk pa li a, ki te fin pèdi nèt vizyon verite orijinal yo. Rèv Miller la idantifye fen Izrayèl espirityèl modèn nan, ki te prefigire pa ansyen Izrayèl literal la.</w:t>
      </w:r>
    </w:p>
    <w:p>
      <w:pPr>
        <w:pStyle w:val="ArticleScripture"/>
        <w:jc w:val="left"/>
      </w:pPr>
      <w:r>
        <w:rPr>
          <w:rFonts w:ascii="Times New Roman" w:hAnsi="Times New Roman" w:eastAsia="Times New Roman" w:cs="Times New Roman"/>
        </w:rPr>
        <w:t>“Chèf lalwa yo ak Farizyen yo te fè konnen yo t ap eksplike Ekriti yo, men yo te eksplike yo dapre pwòp lide pa yo ak tradisyon pa yo. Koutim yo ak prensip yo te vin pi plis egzijan chak jou. Nan sans espirityèl li, Pawòl sakre a te vin pou pèp la tankou yon liv sele, fèmen devan konpreyansyon yo.” Signs of the Times, 17 me 1905.</w:t>
      </w:r>
    </w:p>
    <w:p>
      <w:pPr>
        <w:pStyle w:val="ArticleBody"/>
        <w:jc w:val="left"/>
      </w:pPr>
      <w:r>
        <w:rPr>
          <w:rFonts w:ascii="Times New Roman" w:hAnsi="Times New Roman" w:eastAsia="Times New Roman" w:cs="Times New Roman"/>
        </w:rPr>
        <w:t>Yon fènwa pwogresif tonbe sou Advantis Laodiseyen an depi 1863, e Labib la ansanm ak Lespri Pwofesi a vin pou yo tankou yon liv ki sele. Jis anvan tan gras la fèmen, Revelasyon Jezikri a desele, epi sa pwodui yon pwosesis tès an twa etap ki fini avèk sila yo ki refize abandone zidòl koutim ak tradisyon yo yo te baleye ale nan lwa dimanch k ap vini byento a.</w:t>
      </w:r>
    </w:p>
    <w:p>
      <w:pPr>
        <w:pStyle w:val="ArticleScripture"/>
        <w:jc w:val="left"/>
      </w:pPr>
      <w:r>
        <w:rPr>
          <w:rFonts w:ascii="Times New Roman" w:hAnsi="Times New Roman" w:eastAsia="Times New Roman" w:cs="Times New Roman"/>
        </w:rPr>
        <w:t>“Nou gen yon Redanmtè enfini, e bèl pyè verite yo ki rann temwayaj sou sa nan Pawòl Bondye a, ala yo presye. Men, bèl bijou presye sa yo te antere anba yon mas fatra, anba tradisyon ak erezi, bagay Satan li menm te envante. Konplo li yo ap aji ak yon pouvwa etranj sou lespri lèzòm pou fè valè Kris la vin bouche pou moun ki kwè nan li. Lènmi Bondye ak lèzòm nan voye yon mò sou sila yo ki deklare yo se disip Kris, jiskaske sou anpil ladan yo yo ka di: Yo pa t konnen tan vizitasyon yo.” Review and Herald, 16 out 1898.</w:t>
      </w:r>
    </w:p>
    <w:p>
      <w:pPr>
        <w:pStyle w:val="ArticleBody"/>
        <w:jc w:val="left"/>
      </w:pPr>
      <w:r>
        <w:rPr>
          <w:rFonts w:ascii="Times New Roman" w:hAnsi="Times New Roman" w:eastAsia="Times New Roman" w:cs="Times New Roman"/>
        </w:rPr>
        <w:t>Rèv Miller la montre istwa etablisman “verite orijinal” yo, rejè yo ki vini apre sa, epi answit restorasyon final yo. Menm anvan fen tan gras la, “Nonm Bwòs Pousyè a” antre nan sèn nan, li re-etabli verite orijinal yo, epi li fè yo vin “dis fwa” pi klere. Sa fèt pandan peryòd Rèl Minwi a, ki vini anvan Gran Rèl twazyèm zanj lan nan lwa dimanch la. Rèl Minwi a reveye epi separe vyèj yo davans anrapò ak lwa dimanch la, menm jan Rèl Minwi a te vini anvan ouvèti jijman ankèt la nan istwa Millerit la. Lè yo voye bijou yo tounen nan pi gwo bwat la, ki te restore a, li twò ta, paske evènman sa a rive “apre” yo fin bale planche a nèt.</w:t>
      </w:r>
    </w:p>
    <w:p>
      <w:pPr>
        <w:pStyle w:val="ArticleScripture"/>
        <w:jc w:val="left"/>
      </w:pPr>
      <w:r>
        <w:rPr>
          <w:rFonts w:ascii="Times New Roman" w:hAnsi="Times New Roman" w:eastAsia="Times New Roman" w:cs="Times New Roman"/>
        </w:rPr>
        <w:t>“Pousyè ak fatra erè yo te antere bijou presye verite yo, men ouvriye Senyè a yo kapab dekouvri trezò sa yo, pou dè milye moun gade yo avèk plezi ak sezi. Zanj Bondye yo ap bò kote ouvriye enb la, y ap bay gras ak limyè diven, e dè milye pral mennen pou yo priye ansanm ak David: ‘Louvri je m pou m ka wè bèl mèvèy ki nan lalwa ou a.’ Verite ki pandan tout tan sa yo pa t wè ni pa t pran an konsiderasyon, pral klere avèk fòs sou paj eklere Pawòl sen Bondye a. Legliz yo an jeneral, ki te tande verite a, ki te refize li, epi ki te pilonnen li anba pye yo, pral fè plis mechanste toujou; men ‘moun saj yo,’ sa yo ki onèt, yo pral konprann. Liv la louvri, e pawòl Bondye yo rive nan kè moun sa yo ki vle konnen volonte li. Lè gwo rèl zanj ki soti nan syèl la, ki mete tèt li ansanm ak twazyèm zanj lan, retenti, dè milye pral reveye soti nan etoudisman ki te kenbe lemonn pandan tout tan sa yo, epi yo pral wè bote ak valè verite a.” Review and Herald, December 15, 1885.</w:t>
      </w:r>
    </w:p>
    <w:p>
      <w:pPr>
        <w:pStyle w:val="ArticleBody"/>
        <w:jc w:val="left"/>
      </w:pPr>
      <w:r>
        <w:rPr>
          <w:rFonts w:ascii="Times New Roman" w:hAnsi="Times New Roman" w:eastAsia="Times New Roman" w:cs="Times New Roman"/>
        </w:rPr>
        <w:t>“milye” ki Lè sa a leve yo, reprezante lòt twoupo Bondye a ki toujou nan Babilòn, paske “gwo rèl” la kòmanse nan lwa dimanch lan. Travay “Moun Bwòs Pousyè” a ap dewoule depi 11 Septanm 2001, e menm plis toujou depi Jiyè 2023.</w:t>
      </w:r>
    </w:p>
    <w:p>
      <w:pPr>
        <w:pStyle w:val="ArticleScripture"/>
        <w:jc w:val="left"/>
      </w:pPr>
      <w:r>
        <w:rPr>
          <w:rFonts w:ascii="Times New Roman" w:hAnsi="Times New Roman" w:eastAsia="Times New Roman" w:cs="Times New Roman"/>
        </w:rPr>
        <w:t>“Apot la di, ‘Tout Ekriti se Bondye ki enspire l, e li itil pou doktrin, pou reprann, pou korije, pou enstwi nan lajistis: pou moun Bondye a ka vin pafè, byen ekipe nèt pou tout bon zèv.’ Bib la se pwòp entèprèt pa li. Yon pasaj ap pwouve li se yon kle ki va louvri lòt pasaj yo, e konsa limyè ap klere sou sans kache pawòl la. Lè yo konpare diferan tèks ki trete menm sijè a, pandan yo konsidere rapò yo sou tout bò, vrè sans Ekriti yo ap vin parèt aklè.</w:t>
      </w:r>
    </w:p>
    <w:p>
      <w:pPr>
        <w:pStyle w:val="ArticleScripture"/>
        <w:jc w:val="left"/>
      </w:pPr>
      <w:r>
        <w:rPr>
          <w:rFonts w:ascii="Times New Roman" w:hAnsi="Times New Roman" w:eastAsia="Times New Roman" w:cs="Times New Roman"/>
        </w:rPr>
        <w:t>“Anpil moun panse yo dwe konsilte kòmantè sou Ekriti yo pou yo ka konprann sans pawòl Bondye a, e nou pa ta pran pozisyon kòm si kòmantè pa ta dwe etidye; men sa pral mande anpil disènman pou dekouvri verite Bondye a anba mas pawòl lèzòm yo. Ala ti kras legliz la fè, antanke yon kò ki fè pwofesyon li kwè Bib la, pou ranmase bijou ki gaye nan pawòl Bondye a pou mete yo ansanm nan yon sèl chenn verite ki pafè! Bijou verite yo pa kouche sou sifas la, jan anpil moun sipoze. Lespri mèt nan konfederasyon mechanste a ap travay san rete pou kenbe verite a deyò je moun, epi pou mete opinyon gran mesye yo an plen vizibilite. Lènmi an ap fè tout sa ki nan pouvwa li pou fènwa limyè syèl la atravè pwosesis edikasyonèl yo; paske li pa gen entansyon pou moun tande vwa Seyè a k ap di: ‘Men chemen an, mache ladan li.’”</w:t>
      </w:r>
    </w:p>
    <w:p>
      <w:pPr>
        <w:pStyle w:val="ArticleScripture"/>
        <w:jc w:val="left"/>
      </w:pPr>
      <w:r>
        <w:rPr>
          <w:rFonts w:ascii="Times New Roman" w:hAnsi="Times New Roman" w:eastAsia="Times New Roman" w:cs="Times New Roman"/>
        </w:rPr>
        <w:t>“Bijou verite yo gaye toupatou sou chan revelasyon an; men yo antere anba tradisyon lèzòm, anba pawòl ak kòmandman moun yo, e sajès ki soti nan syèl la prèske neglije nèt; paske Satan reyisi fè mond lan kwè ke pawòl ak reyalizasyon lèzòm gen anpil enpòtans. Senyè Bondye a, Kreyatè mond yo, ak yon pri enfini, bay mond lan levanjil la. Pa mwayen ajan diven sa a, sous lajwa ak rafrechisman, sous konsolasyon selès ak konsolasyon ki dire toutan, louvri pou sila yo ki va vini nan sous lavi a. Gen venn verite ki poko dekouvri toujou; men bagay espirityèl yo se nan fason espirityèl yo disène yo. Lespri ki anvlope nan mechanste pa kapab apresye valè verite a jan li ye nan Jezi.” Review and Herald, 1 Desanm 1891.</w:t>
      </w:r>
    </w:p>
    <w:p>
      <w:pPr>
        <w:pStyle w:val="ArticleBody"/>
        <w:jc w:val="left"/>
      </w:pPr>
      <w:r>
        <w:rPr>
          <w:rFonts w:ascii="Times New Roman" w:hAnsi="Times New Roman" w:eastAsia="Times New Roman" w:cs="Times New Roman"/>
        </w:rPr>
        <w:t>Travay Kris la, jan li reprezante nan rèv Miller la kòm nonm ki gen bwòs pou pousyè a, gen de aspè. Li fèt pou retire erè a, epi pou retabli verite orijinal yo. Retire erè a tou gen de aspè, paske lè yo bale erè a deyò pa fenèt la, erè a mennen avèk li moun ki chwazi rete kole ak erè yo. Travay separasyon nonm ki gen bwòs pou pousyè a akonpli a, Jeremi pale sou li tou, epi temwayaj li dakò ak Sè White, lè li te deklare ke, “travayè Senyè a yo kapab dekouvri trezò sa yo, konsa dè milye pral gade yo avèk plezi ak sezisman.”</w:t>
      </w:r>
    </w:p>
    <w:p>
      <w:pPr>
        <w:pStyle w:val="ArticleScripture"/>
        <w:jc w:val="left"/>
      </w:pPr>
      <w:r>
        <w:rPr>
          <w:rFonts w:ascii="Times New Roman" w:hAnsi="Times New Roman" w:eastAsia="Times New Roman" w:cs="Times New Roman"/>
        </w:rPr>
        <w:t>Se poutèt sa, men sa Seyè a di: Si ou tounen vin jwenn mwen, m ap fè ou tounen ankò, epi w ap kanpe devan mwen; epi si ou separe sa ki presye ak sa ki vye, ou pral tankou bouch mwen. Se pou yo tounen vin jwenn ou; men ou menm, pa tounen vin jwenn yo. Jeremi 15:19.</w:t>
      </w:r>
    </w:p>
    <w:p>
      <w:pPr>
        <w:pStyle w:val="ArticleBody"/>
        <w:jc w:val="left"/>
      </w:pPr>
      <w:r>
        <w:rPr>
          <w:rFonts w:ascii="Times New Roman" w:hAnsi="Times New Roman" w:eastAsia="Times New Roman" w:cs="Times New Roman"/>
        </w:rPr>
        <w:t>Kontèks pasaj la nan Jeremi a ap pale ak moun ki te fè eksperyans premye desepsyon 18 jiyè 2020 la. Se pa sèlman nonm bwòs pousyè a ki separe sa ki presye ak sa ki vye a, men se tou travay sila yo Jeremi reprezante yo, ki prezante kòm moun k ap pran yon desizyon sou si yo pral tounen vin jwenn Senyè a oswa yo pap tounen. Li klè yo pa t avèk Senyè a, paske si yo te mache avè l, pa t ap gen okenn rezon pou yo tounen. Lè yo tounen epi yo kanpe devan Senyè a, epi apre sa yo vin bouch pa li, yo pral akonpli yon travay pou separe sa ki presye ak sa ki vye a. Travay “Nonm Bwòs Pousyè a” mande patisipasyon moun saj yo. Travay “Nonm Bwòs Pousyè a” nan rèv Miller la ilistre tou lè Kris la netwaye glasi pa li atravè yon pwosesis rafinaj.</w:t>
      </w:r>
    </w:p>
    <w:p>
      <w:pPr>
        <w:pStyle w:val="ArticleScripture"/>
        <w:jc w:val="left"/>
      </w:pPr>
      <w:r>
        <w:rPr>
          <w:rFonts w:ascii="Times New Roman" w:hAnsi="Times New Roman" w:eastAsia="Times New Roman" w:cs="Times New Roman"/>
        </w:rPr>
        <w:t>“Mwen pa kapab di egzakteman konbyen tan ankò pwosesis rafinman sa a pral kòmanse, men li p ap retade lontan. Sila a ki gen van an nan men Li a pral netwaye tanp Li a anba salte moral li yo. Li pral pirifye glasi Li a nèt ale.” Testimonies to Ministers, 372, 373.</w:t>
      </w:r>
    </w:p>
    <w:p>
      <w:pPr>
        <w:pStyle w:val="ArticleBody"/>
        <w:jc w:val="left"/>
      </w:pPr>
      <w:r>
        <w:rPr>
          <w:rFonts w:ascii="Times New Roman" w:hAnsi="Times New Roman" w:eastAsia="Times New Roman" w:cs="Times New Roman"/>
        </w:rPr>
        <w:t>Pwosesis rafinaj final la te kòmanse nan mwa Jiyè 2023, e se pwosesis rafinaj Malachi chapit twa a.</w:t>
      </w:r>
    </w:p>
    <w:p>
      <w:pPr>
        <w:pStyle w:val="ArticleScripture"/>
        <w:jc w:val="left"/>
      </w:pPr>
      <w:r>
        <w:rPr>
          <w:rFonts w:ascii="Times New Roman" w:hAnsi="Times New Roman" w:eastAsia="Times New Roman" w:cs="Times New Roman"/>
        </w:rPr>
        <w:t>«Malachi 3:1–4» yo site.</w:t>
      </w:r>
    </w:p>
    <w:p>
      <w:pPr>
        <w:pStyle w:val="ArticleScripture"/>
        <w:jc w:val="left"/>
      </w:pPr>
      <w:r>
        <w:rPr>
          <w:rFonts w:ascii="Times New Roman" w:hAnsi="Times New Roman" w:eastAsia="Times New Roman" w:cs="Times New Roman"/>
        </w:rPr>
        <w:t>«Yon pwosesis rafinman ak pirifikasyon ap fèt nan mitan pèp Bondye a, e Seyè lame yo mete men li nan travay sa a. Pwosesis sa a se yon gwo eprèv pou nanm nan, men li nesesè pou salte a ka wete. Eprèv yo esansyèl pou yo ka mennen nou toupre Papa nou ki nan syèl la, nan soumèt devan volonte li, pou nou ka ofri bay Seyè a yon ofrann nan jistis. Travay Bondye a pou rafine ak pirifye nanm nan dwe kontinye jiskaske sèvitè li yo vin tèlman imilye, tèlman mouri pou pwòp tèt yo, ke lè yo rele yo nan sèvis aktif, yo ka gen je yo fikse sèlman sou glwa Bondye.» Review and Herald, 10 avril 1894.</w:t>
      </w:r>
    </w:p>
    <w:p>
      <w:pPr>
        <w:pStyle w:val="ArticleBody"/>
        <w:jc w:val="left"/>
      </w:pPr>
      <w:r>
        <w:rPr>
          <w:rFonts w:ascii="Times New Roman" w:hAnsi="Times New Roman" w:eastAsia="Times New Roman" w:cs="Times New Roman"/>
        </w:rPr>
        <w:t>Dezyèm rèv Miller la idantifye restorasyon verite orijinal yo, ansanm ak restorasyon yon pèp ki te gaye. Dezyèm rèv Nebikadneza a idantifye restorasyon wayòm li a. Rèv Miller la pale de antèman verite orijinal yo an tèm kote verite sa yo te “gaye.” Mo “gaye” a se yon senbòl “sèt tan” yo. Rèv Nebikadneza a konsène “gaye” “sèt tan” yo. Yo plase Nebikadneza nan tan lafen an an 1798, epi la a li reprezante yon nonm konvèti. Miller se senbòl “moun saj yo” an 1798.</w:t>
      </w:r>
    </w:p>
    <w:p>
      <w:pPr>
        <w:pStyle w:val="ArticleBody"/>
        <w:jc w:val="left"/>
      </w:pPr>
      <w:r>
        <w:rPr>
          <w:rFonts w:ascii="Times New Roman" w:hAnsi="Times New Roman" w:eastAsia="Times New Roman" w:cs="Times New Roman"/>
        </w:rPr>
        <w:t>N ap kontinye rèv Miller la nan pwochen atik la.</w:t>
      </w:r>
    </w:p>
    <w:p>
      <w:pPr>
        <w:pStyle w:val="ArticleScripture"/>
        <w:jc w:val="left"/>
      </w:pPr>
      <w:r>
        <w:rPr>
          <w:rFonts w:ascii="Times New Roman" w:hAnsi="Times New Roman" w:eastAsia="Times New Roman" w:cs="Times New Roman"/>
        </w:rPr>
        <w:t>«Lè yo rele nou pou nou pa dakò ak lòt moun, oswa lè lòt moun fè konnen yo pa dakò ak opinyon nou, nou dwe demontre yon lespri kretyen, epi kenbe devan je nou byen klè verite sa a: nou kapab rete trankil ak san patipri; paske verite a kapab sipòte egzamen. Plis yo etidye li, se plis limyè li ap klere. Seyè a pa wè ak bon je tout sa ki gen sant di ak sevè; epi li mete reprimann li sou sila yo ki voye mepri ak repwòch sou moun ki pa dakò ak yo nan opinyon, pandan y ap prezante yo anba pi move limyè ki posib. Tout Syèl la gade sila yo ki fè sa menm jan Syèl la te gade Farizyen yo, epi li deklare yo kòm inyoran ni de Ekriti yo ni de pisans Bondye. Lènmi verite a pa kapab fè verite tounen erè. Yo ka pilonnen verite a anba pye, epi panse ke paske yo fè l tonbe atè, epi yo kouvri l ak fatra, yo fin venk li; men Bondye ap aji sou kèk nan fidèl li yo pou yo fè menm jan Kris la te fè lè li te sou tè a, — retire fatra a, epi retabli verite a nan plas ki apwopriye li nan kad verite a.</w:t>
      </w:r>
    </w:p>
    <w:p>
      <w:pPr>
        <w:pStyle w:val="ArticleScripture"/>
        <w:jc w:val="left"/>
      </w:pPr>
      <w:r>
        <w:rPr>
          <w:rFonts w:ascii="Times New Roman" w:hAnsi="Times New Roman" w:eastAsia="Times New Roman" w:cs="Times New Roman"/>
        </w:rPr>
        <w:t>“Nan asanble kote laverite se yon sijè diskisyon, va gen moun ki pral opoze ak tout sa yo pa t janm kenbe kòm laverite; epi pandan y ap fè tèt yo kwè se sèlman ak erè yo ap konbat, yo bezwen koute ak zòrèy san prejije, pou yo ka konprann ki sa ki laverite, epi pou yo pa bay yon fo reprezantasyon ni yon move entèpretasyon sou sa yo di a. Yo gen egzanp moun nan tout epòk ki te goumen kont laverite, e ki, lè yo te fè sa, te rejte konsèy Bondye a kont pwòp tèt yo. Responsablite ki pral poze sou moun ki te resevwa anpil limyè, ak anpil opòtinite, epi ki poutan pa rive kanpe nèt ale bò kote Seyè a, pral lou anpil. Si yo ta antreprann kanpe nèt ale bò kote Seyè a, yo ta konsève nan entegrite, menm lè yo ta rele yo pou yo kanpe poukont yo. Li ta rann yo kapab kanpe avèk kouraj, nan pite ak nan jistis, pandan y ap plede pou prensip dwati ki pa kòwonpi. Li ta soutni yo nan konba pou sa ki dwat paske li dwat, menm si lajistis ta tonbe nan lari, e si ekite pa t ka antre. Yo ta konprann sa ki ta pi epi san tach, e ki ann amoni ak lavi Kris la, epi yo pa t ap vire do bay prensip ki pi pir nan Krisyanis la nan lespri, nan pawòl, ni nan aksyon, menm si yo ta kanpe an opozisyon non sèlman ak inyorans, men ak moun ki te kiltive ak eksperyanse, e ki te sèvi ak zam sofis pou fè yo pe bouch yo. Nan tout konfli sa a kote erè ap goumen kont laverite, yo ta prezève, epi yo ta resevwa kapasite pou yo kenbe yon konduit konsa, pou ènmi yo pa ta kapab ni demanti yo ni reziste yo. Yo ta kanpe tankou yon wòch sou prensip, yo ta refize fè okenn konpwomi ak okenn moun, epi an menm tan yo ta prezève lespri ki ta dwe karakterize chak kretyen.”</w:t>
      </w:r>
    </w:p>
    <w:p>
      <w:pPr>
        <w:pStyle w:val="ArticleScripture"/>
        <w:jc w:val="left"/>
      </w:pPr>
      <w:r>
        <w:rPr>
          <w:rFonts w:ascii="Times New Roman" w:hAnsi="Times New Roman" w:eastAsia="Times New Roman" w:cs="Times New Roman"/>
        </w:rPr>
        <w:t>“Moun ki se yon disip Kris va fè diferans ant sa ki sakre ak sa ki komen, epi li va kenbe fèm nan vrè prèv karaktè ak travay yon moun, paske Kris te di: ‘Se nan fwi yo n’a rekonèt yo.’ Kretyen an va avanse devan, nan mitan tout kalite opozisyon. Li va meprize flatri paske li fèt nan men Satan. Li va gen akizasyon an an degou paske se zam mechan an li ye. Yo pa va nouri anvì ni lage kò yo nan pwòp egzaltasyon, paske sa yo se karakteristik advèsè Bondye ak lèzòm. Yo pa va jwenn yo kòm espyon; paske Satan te sèvi ak Jwif yo, yo te meprize yo, nan fè travay sa a kont Jezi. Yo pa va swiv frè yo ak yon delij kesyon, jan Jwif yo te swiv Kris la avèk entansyon pou pran l nan pawòl li, epi pouse l pale sou anpil bagay, pou yo te kapab fè l tounen yon koupab poutèt yon sèl pawòl.” Home Missionary, 1ye septanm 1894.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 Nimewo Trant-Sèt</dc:title>
  <dc:subject>Retablisman Verite Orijinal yo: Devwale Rèv William Miller la ak Renesans Pwofetik la nan Dènye Jou yo</dc:subject>
  <dc:creator>Jeff Pippenger</dc:creator>
  <cp:keywords/>
  <dc:description>Generated by ArticleDigger from daniel\37_daniel.json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