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senkant-uit</w:t>
      </w:r>
    </w:p>
    <w:p>
      <w:pPr>
        <w:pStyle w:val="ArticleSubtitle"/>
        <w:jc w:val="left"/>
      </w:pPr>
      <w:r>
        <w:rPr>
          <w:rFonts w:ascii="Arial" w:hAnsi="Arial" w:eastAsia="Arial" w:cs="Arial"/>
        </w:rPr>
        <w:t>Sajès Dekouvri: Eksplore Inyon An Twa Fwa ak Enigm 666 la nan Pwofesi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Sa te etabli sou temwayaj plizyè temwen ke, nan listwa ak nan pwofesi, Wòm toujou leve kòm wityèm lan epi li soti nan sèt yo. Enigm pwofetik senbòl sa a fè pati sa Lyon branch fanmi Jida a devwale jis anvan fen tan gras la. Kris pa janm chanje, e nan Premye ak Gran Dezapwentman yo nan listwa Millerit la, Li te revele yon verite ki te eksplike mistè dezapwentman an.</w:t>
      </w:r>
    </w:p>
    <w:p>
      <w:pPr>
        <w:pStyle w:val="ArticleBody"/>
        <w:jc w:val="left"/>
      </w:pPr>
      <w:r>
        <w:rPr>
          <w:rFonts w:ascii="Times New Roman" w:hAnsi="Times New Roman" w:eastAsia="Times New Roman" w:cs="Times New Roman"/>
        </w:rPr>
        <w:t>Apre Premye Desepsyon an nan istwa Millerit la, Li te retire men Li sou yon erè nan kèk nan chif yo ki te reprezante sou tablo 1843 la. Erè a te reprezante move konpreyansyon pwofetik ki te lakòz Desepsyon an. Finalman, Millerit yo te mennen nan yon seri konpreyansyon ki te tabli avèk fèmte dat depa de mil twasan jou yo. Avèk yon pwen depa ki te byen tabli, ki te sitou baze sou dat kwa a, yo te wè lè sa a menm prèv pwofetik yo te konn sèvi avè yo pou idantifye 1843 la, an reyalite te idantifye non sèlman 1844, men jou menm 22 oktòb 1844 la.</w:t>
      </w:r>
    </w:p>
    <w:p>
      <w:pPr>
        <w:pStyle w:val="ArticleBody"/>
        <w:jc w:val="left"/>
      </w:pPr>
      <w:r>
        <w:rPr>
          <w:rFonts w:ascii="Times New Roman" w:hAnsi="Times New Roman" w:eastAsia="Times New Roman" w:cs="Times New Roman"/>
        </w:rPr>
        <w:t>Apre dezyèm nan e Gran Desepsyon an, Seyè a yon lòt fwa ankò te revele yon verite ki te reponn tout dilèm pwofetik yo ki te kreye pa pwoklamasyon pa yo ki pa t kòrèk la, selon ki 22 oktòb 1844 se te Dezyèm Vini Kris la. Seyè a te louvri sijè Tanp lan, ansanm ak verite ki lye avè l yo, epi Gran Desepsyon an te eksplike.</w:t>
      </w:r>
    </w:p>
    <w:p>
      <w:pPr>
        <w:pStyle w:val="ArticleScripture"/>
        <w:jc w:val="left"/>
      </w:pPr>
      <w:r>
        <w:rPr>
          <w:rFonts w:ascii="Times New Roman" w:hAnsi="Times New Roman" w:eastAsia="Times New Roman" w:cs="Times New Roman"/>
        </w:rPr>
        <w:t>“Kòm yon pèp, nou ta dwe etidyan pwofesi ki serye; nou pa ta dwe repoze jiskaske nou vin gen bon konprann konsènan sijè tanp lan, jan sa parèt nan vizyon Danyèl ak Jan yo. Sijè sa a voye yon gwo limyè sou pozisyon ak travay pa nou kounye a, epi li ban nou prèv san mank ke Bondye te dirije nou nan eksperyans nou te fè nan tan pase a. Li esplike desepsyon nou an nan ane 1844 la, lè li montre nou ke tanp ki te dwe pirifye a pa t tè a, jan nou te sipoze a, men se ke Kris la te antre lè sa a nan kote ki pi sen an nan tanp selès la, e li la ap akonpli travay final fonksyon prèt li a, an akonplisman pawòl zanj lan te di pwofèt Danyèl la: ‘Jiska de mil twa san jou; lè sa a tanp lan va pirifye.’”</w:t>
      </w:r>
    </w:p>
    <w:p>
      <w:pPr>
        <w:pStyle w:val="ArticleScripture"/>
        <w:jc w:val="left"/>
      </w:pPr>
      <w:r>
        <w:rPr>
          <w:rFonts w:ascii="Times New Roman" w:hAnsi="Times New Roman" w:eastAsia="Times New Roman" w:cs="Times New Roman"/>
        </w:rPr>
        <w:t>“Lafwa nou konsènan mesaj premye, dezyèm, ak twazyèm zanj yo te kòrèk. Gran repè nou deja franchi yo pa ka brannen. Menmsi lame lanfè yo ta chèche rache yo sou fondasyon yo, epi rejwi nan panse ke yo reyisi, poutan yo pa reyisi. Poto verite sa yo rete fèm tankou ti mòn etènèl yo, san yo pa brannen devan tout efò lèzòm mete ansanm ak sa Satan ak lame pa l la. Nou kapab aprann anpil, e nou dwe toujou ap fouye Ekriti yo pou wè si bagay sa yo vrèman konsa. Pèp Bondye a dwe kounye a kenbe je yo fikse sou tanp sakre ki nan syèl la, kote dènye sèvis gran Prèt nou an ap kontinye nan travay jijman an,—kote li ap fè entèsesyon pou pèp li a.” Review and Herald, 27 novanm 1883.</w:t>
      </w:r>
    </w:p>
    <w:p>
      <w:pPr>
        <w:pStyle w:val="ArticleBody"/>
        <w:jc w:val="left"/>
      </w:pPr>
      <w:r>
        <w:rPr>
          <w:rFonts w:ascii="Times New Roman" w:hAnsi="Times New Roman" w:eastAsia="Times New Roman" w:cs="Times New Roman"/>
        </w:rPr>
        <w:t>Dezas kominote disip yo te santi lè yo te wè Kris la kloure sou kwa a te baze sou yon move konpreyansyon konsènan wayòm Kris la te dwe tabli sou kwa a. Ministè Jan Batis la ansanm ak ministè apot Pòl la te gen ladan travay pou idantifye ke dispansasyon Izrayèl literal la ak Tanp tèren literal la te pase vin tounen Izrayèl espirityèl ak Tanp selès espirityèl la. Lyon tribi Jida a toujou esplike desepsyon an bay “saj” yo. Eksplikasyon devinèt pwofetik la konsènan Wòm ki se “wityèm lan, men li soti nan sèt yo”, se yon pati nan travay Lyon Jida a ap akonpli pou esplike desepsyon 18 Jiyè 2020 la.</w:t>
      </w:r>
    </w:p>
    <w:p>
      <w:pPr>
        <w:pStyle w:val="ArticleBody"/>
        <w:jc w:val="left"/>
      </w:pPr>
      <w:r>
        <w:rPr>
          <w:rFonts w:ascii="Times New Roman" w:hAnsi="Times New Roman" w:eastAsia="Times New Roman" w:cs="Times New Roman"/>
        </w:rPr>
        <w:t>Millerites yo te wè Wòm kòm katriyèm wayòm pwofesi biblik la, e yo te wè diferans ki genyen ant paganism ak papalism, men yo pa t kapab wè Wòm papal kòm senkyèm wayòm pwofesi biblik la. Yon ti tan apre 1844, pyonye yo te wè Etazini kòm pwochen wayòm pwofesi biblik la.</w:t>
      </w:r>
    </w:p>
    <w:p>
      <w:pPr>
        <w:pStyle w:val="ArticleBody"/>
        <w:jc w:val="left"/>
      </w:pPr>
      <w:r>
        <w:rPr>
          <w:rFonts w:ascii="Times New Roman" w:hAnsi="Times New Roman" w:eastAsia="Times New Roman" w:cs="Times New Roman"/>
        </w:rPr>
        <w:t>Rekonèsans sa a reprezante sou tablo pyonye 1850 la, men kapasite yo pou rekonèt ilistrasyon konplè wayòm yo nan pwofesi biblik la, jan sa reprezante nan Revelasyon chapit disèt, te depase kapasite konpreyansyon yo, paske yo te kòmanse ap mache pèdi nan dezè Laodise apre rejè yo te fè “sèt tan” yo an 1863.</w:t>
      </w:r>
    </w:p>
    <w:p>
      <w:pPr>
        <w:pStyle w:val="ArticleScripture"/>
        <w:jc w:val="left"/>
      </w:pPr>
      <w:r>
        <w:rPr>
          <w:rFonts w:ascii="Times New Roman" w:hAnsi="Times New Roman" w:eastAsia="Times New Roman" w:cs="Times New Roman"/>
        </w:rPr>
        <w:t>“Istwa ansyen Izrayèl la se yon ilistrasyon frapan de eksperyans pase kò adventis la. Bondye te dirije pèp Li a nan mouvman advent la, menm jan Li te dirije pitit Izrayèl yo soti nan Lejip. Nan gwo desepsyon an, lafwa yo te sibi eprèv menm jan ak sa Ebre yo te sibi bò Lanmè Wouj la. Si yo te kontinye mete konfyans yo nan men gidans lan ki te avèk yo nan eksperyans pase yo, yo t ap wè delivrans Bondye a. Si tout moun ki te travay ansanm nan zèv la an 1844 te resevwa mesaj twazyèm zanj lan epi yo te pwoklame li nan pisans Sentespri a, Senyè a t ap aji avèk anpil puisans ansanm ak efò yo. Yon debòde limyè t ap gaye sou lemonn. Depi plizyè ane deja, abitan latè yo t ap avèti, dènye travay la t ap fini, epi Kris la t ap vini pou redanmsyon pèp Li a.”</w:t>
      </w:r>
    </w:p>
    <w:p>
      <w:pPr>
        <w:pStyle w:val="ArticleScripture"/>
        <w:jc w:val="left"/>
      </w:pPr>
      <w:r>
        <w:rPr>
          <w:rFonts w:ascii="Times New Roman" w:hAnsi="Times New Roman" w:eastAsia="Times New Roman" w:cs="Times New Roman"/>
        </w:rPr>
        <w:t>“Se pa t volonte Bondye pou Izrayèl te moute desann pandan karant ane nan dezè a; Li te vle mennen yo dirèkteman nan peyi Kanaran epi tabli yo la kòm yon pèp ki sen e ki kontan. Men, ‘yo pa t kapab antre poutèt enkredilite.’ Ebre 3:19. Poutèt retou yo nan peche ak apostazi yo, yo peri nan dezè a, epi yo leve lòt moun pou antre nan Tè Pwomiz la. Menm jan an tou, se pa t volonte Bondye pou vini Kris la te retade konsa lontan e pou pèp Li a te rete pandan tout ane sa yo nan mond peche ak lapenn sa a. Men enkredilite te separe yo ak Bondye. Kòm yo te refize fè travay Li te ba yo a, yo leve lòt moun pou pwoklame mesaj la. Nan mizèrikòd pou lemonn, Jezi retade vini Li, pou pechè yo ka gen yon okazyon pou tande avètisman an epi jwenn nan Li yon refij anvan kòlè Bondye vide sou yo.” The Great Controversy, 458.</w:t>
      </w:r>
    </w:p>
    <w:p>
      <w:pPr>
        <w:pStyle w:val="ArticleBody"/>
        <w:jc w:val="left"/>
      </w:pPr>
      <w:r>
        <w:rPr>
          <w:rFonts w:ascii="Times New Roman" w:hAnsi="Times New Roman" w:eastAsia="Times New Roman" w:cs="Times New Roman"/>
        </w:rPr>
        <w:t>James ak Ellen White toule deklare mouvman an te pase pou l antre nan mouvman Lawodise a an 1856, e nan pasaj anvan an li fè konnen ke “si tout moun ki te travay ansanm nan zèv la an 1844 yo te resevwa mesaj twazyèm zanj lan epi yo te pwoklame li nan pouvwa Sentespri a, Senyè a t ap aji avèk anpil pisans ansanm ak efò yo.” Apre sa li di, “Menm jan an tou,” “retou pa dèyè ak apostazi” Izrayèl tan lontan te manifeste a te lakòz Izrayèl tan lontan “peri nan dezè a.” Pasaj la ap fè konnen Advantis Lawodise a te kòmanse moute desann nan dezè a nan peryòd tan kote sila yo ki te pwoklame mesaj Rèl Minwi a te toujou vivan.</w:t>
      </w:r>
    </w:p>
    <w:p>
      <w:pPr>
        <w:pStyle w:val="ArticleBody"/>
        <w:jc w:val="left"/>
      </w:pPr>
      <w:r>
        <w:rPr>
          <w:rFonts w:ascii="Times New Roman" w:hAnsi="Times New Roman" w:eastAsia="Times New Roman" w:cs="Times New Roman"/>
        </w:rPr>
        <w:t>Jodi a, teyolojyen yo (moun save yo) idantifye divès aplikasyon pou Revelasyon chapit disèt, ki swa sòti nan metodoloji futuris Jezuit yo te envante a, oswa nan pratik teyolojik kòwonpi Pwotestantis aposta a. Senbòl Revelasyon disèt yo trè senp. Nou deja idantifye senbòl nesesè yo; kidonk, n ap retounen sou wayòm yo ki reprezante la a epi n ap aliyen yo ak wayòm Danyèl chapit de yo, paske Jezi toujou ilistre fen yon bagay avèk kòmansman yon bagay.</w:t>
      </w:r>
    </w:p>
    <w:p>
      <w:pPr>
        <w:pStyle w:val="ArticleScripture"/>
        <w:jc w:val="left"/>
      </w:pPr>
      <w:r>
        <w:rPr>
          <w:rFonts w:ascii="Times New Roman" w:hAnsi="Times New Roman" w:eastAsia="Times New Roman" w:cs="Times New Roman"/>
        </w:rPr>
        <w:t>Epi gen sèt wa yo: senk tonbe deja, youn la kounye a, epi lòt la poko vini; e lè li va vini, li dwe rete pou yon ti tan. E bèt la ki te la, epi ki pa la ankò, se li menm ki wityèm lan, e li soti nan pami sèt yo, epi li prale nan pèdisyon. E dis kòn ou te wè yo se dis wa, ki poko resevwa wayòm toujou; men yo resevwa pouvwa kòm wa pandan yon sèl lè ansanm ak bèt la. Revelasyon 17:10–12.</w:t>
      </w:r>
    </w:p>
    <w:p>
      <w:pPr>
        <w:pStyle w:val="ArticleBody"/>
        <w:jc w:val="left"/>
      </w:pPr>
      <w:r>
        <w:rPr>
          <w:rFonts w:ascii="Times New Roman" w:hAnsi="Times New Roman" w:eastAsia="Times New Roman" w:cs="Times New Roman"/>
        </w:rPr>
        <w:t>Nan vèsè twa a, Jan te transpòte espirityèlman rive nan ane 1798. Depi nan pwen sa a nan listwa, yo te di li ke te gen senk wayòm ki te deja tonbe. Wayòm sa yo se te Babilòn, Medo-Pès, Lagrès, Wòm payèn, ak Wòm papal. William Miller pa t kapab demêle pasaj sa a nan chapit disèt la, paske li pa t kapab rekonèt ke Wòm papal te yon wayòm apa de Wòm payèn. Men, sekans lan trete nan chapit douz ak trèz nan Revelasyon an, paske dragon ki nan chapit douz la te reprezante Wòm payèn, bèt ki te soti nan lanmè a nan chapit trèz la se te papote a, epi bèt tè a se Etazini. Sè White idantifye tout twa bèt sa yo kòm dragon an, bèt la, ak fo pwofèt la. Lè li bay temwayaj li, li idantifye sekans wayòm yo, epi sekans lan dakò ak aplikasyon n ap fè a sou Revelasyon disèt.</w:t>
      </w:r>
    </w:p>
    <w:p>
      <w:pPr>
        <w:pStyle w:val="ArticleScripture"/>
        <w:jc w:val="left"/>
      </w:pPr>
      <w:r>
        <w:rPr>
          <w:rFonts w:ascii="Times New Roman" w:hAnsi="Times New Roman" w:eastAsia="Times New Roman" w:cs="Times New Roman"/>
        </w:rPr>
        <w:t>“Anba senbòl yon gwo dragon wouj, yon bèt ki sanble ak leyopa, ak yon bèt ki gen kòn tankou ti mouton, gouvènman sou tè a ki ta espesyalman angaje nan pilonnen lalwa Bondye a epi pèsekite pèp Li a, te prezante bay Jan. Lagè a ap kontinye jouk nan fen tan an. Pèp Bondye a, ki te senbolize pa yon fanm sen ak pitit li yo, te reprezante kòm yon gwoup ki te anpil nan minorite a. Nan dènye jou yo, se sèlman yon rès ki te toujou egziste. Konsènan sila yo, Jan di yo se ‘moun ki kenbe kòmandman Bondye yo, e ki gen temwayaj Jezikri.’”</w:t>
      </w:r>
    </w:p>
    <w:p>
      <w:pPr>
        <w:pStyle w:val="ArticleScripture"/>
        <w:jc w:val="left"/>
      </w:pPr>
      <w:r>
        <w:rPr>
          <w:rFonts w:ascii="Times New Roman" w:hAnsi="Times New Roman" w:eastAsia="Times New Roman" w:cs="Times New Roman"/>
        </w:rPr>
        <w:t>“Atravè paganis la, epi answit atravè Papote a, Satan te egzèse pouvwa li pandan anpil syèk nan yon efò pou efase sou latè temwen fidèl Bondye yo. Pèyen yo ak patizan Papote yo te anime pa menm lespri dragon an. Yo te diferan sèlman nan sa Papote a, pandan li t ap pran pòz sèvi Bondye, te vin tounen lènmi ki pi danjere e ki pi mechan an. Atravè mwayen romanis la, Satan te fè mond lan tonbe an kaptivite. Legliz Bondye a ki t ap deklare tèt li konsa te antre nan ranje twonpri sa a, e pandan plis pase mil an pèp Bondye a te soufri anba kòlè dragon an. E lè Papote a, yo te retire fòs li, te oblije sispann pèsekisyon an, Jan te wè yon nouvo pouvwa k ap monte pou repete vwa dragon an epi kontinye menm zèv mechan ak blasfematwa a. Pouvwa sa a, dènye a ki gen pou fè lagè kont legliz la ak lalwa Bondye a, te senbolize pa yon bèt ki te gen kòn tankou kòn ti mouton.”</w:t>
      </w:r>
    </w:p>
    <w:p>
      <w:pPr>
        <w:pStyle w:val="ArticleScripture"/>
        <w:jc w:val="left"/>
      </w:pPr>
      <w:r>
        <w:rPr>
          <w:rFonts w:ascii="Times New Roman" w:hAnsi="Times New Roman" w:eastAsia="Times New Roman" w:cs="Times New Roman"/>
        </w:rPr>
        <w:t>“Men trasé sevè kreyon pwofetik la revele yon chanjman nan sèn sa a ki te gen lapè. Bèt ki gen kòn tankou ti mouton an pale ak vwa yon dragon, epi li ‘egzèse tout pouvwa premye bèt la devan li.’ Pwofesi a deklare ke li pral di moun ki rete sou latè yo pou yo fè yon imaj pou bèt la, e ke ‘li fè tout moun, ni piti ni gran, rich ak pòv, moun lib ak esklav, resevwa yon mak nan men dwat yo, oswa sou fwon yo; epi pou pèsonn pa kapab achte ni vann, eksepte sila ki gen mak la, oswa non bèt la, oswa nimewo non li.’ Konsa Pwotestantis la suiv tras Papote a.” Signs of the Times, 1ye novanm 1899.</w:t>
      </w:r>
    </w:p>
    <w:p>
      <w:pPr>
        <w:pStyle w:val="ArticleBody"/>
        <w:jc w:val="left"/>
      </w:pPr>
      <w:r>
        <w:rPr>
          <w:rFonts w:ascii="Times New Roman" w:hAnsi="Times New Roman" w:eastAsia="Times New Roman" w:cs="Times New Roman"/>
        </w:rPr>
        <w:t>Nan premye paragraf dènye pasaj la, Sè White idantifye Wòm payen, Wòm papal, ak Etazini kòm “gouvènman terès.” Nan dezyèm paragraf la, li idantifye ke gouvènman yo te vini youn apre lòt lè li di: “atravè payanis la, epi apre sa atravè Papote a,” epi “lè Papote a, yo te wete fòs li, te oblije sispann pèsekisyon an, Jan te wè yon nouvo pouvwa k ap monte pou repete vwa dragon an, epi pou kontinye menm zèv mechan ak blasfem nan.” Men, li pa rete la, paske nan twazyèm paragraf la li idantifye ke Etazini t ap fòse yon lòt wayòm sou tout lemonn. Li di: “Bèt la ki gen kòn tankou ti mouton pale ak vwa yon dragon, epi ‘li egzèse tout pouvwa premye bèt la devan li.’ Pwofesi a deklare ke li pral di sila yo ki rete sou latè pou yo fè yon imaj pou bèt la.”</w:t>
      </w:r>
    </w:p>
    <w:p>
      <w:pPr>
        <w:pStyle w:val="ArticleBody"/>
        <w:jc w:val="left"/>
      </w:pPr>
      <w:r>
        <w:rPr>
          <w:rFonts w:ascii="Times New Roman" w:hAnsi="Times New Roman" w:eastAsia="Times New Roman" w:cs="Times New Roman"/>
        </w:rPr>
        <w:t>Revelasyon chapit douz ak trèz yo idantifye Wòm payen, Wòm papal, Etazini ak imaj mondyal bèt la, ke Etazini mete sou pye. Definisyon “imaj bèt la” se konbinezon Legliz ak Leta, epi pou lemonn antye leve yon imaj bèt la, pa definisyon sa idantifye ke nan dènye jou yo, y ap fòse yon gouvènman mondyal inik sou tout tè a. Wayòm nan ap gen ladan yon Leta ak yon Legliz, avèk Legliz la k ap dirije relasyon an. Revelasyon chapit douz ak trèz yo idantifye kat wayòm youn apre lòt, epi menm wayòm sa yo reprezante nan chapit disèt la, epi tou nan Danyèl chapit de a.</w:t>
      </w:r>
    </w:p>
    <w:p>
      <w:pPr>
        <w:pStyle w:val="ArticleBody"/>
        <w:jc w:val="left"/>
      </w:pPr>
      <w:r>
        <w:rPr>
          <w:rFonts w:ascii="Times New Roman" w:hAnsi="Times New Roman" w:eastAsia="Times New Roman" w:cs="Times New Roman"/>
        </w:rPr>
        <w:t>Nan lane 1798, Jan te wè senk premye wayòm pwofesi Bib la te deja tonbe, epi ke nan 1798, te gen yon wayòm ki te egziste lè sa a. Wayòm pwofesi Bib la ki te kòmanse an 1798 la, se te bèt ki soti sou tè a nan Revelasyon trèz la, ki te kòmanse tankou yon ti mouton, men ki fini pa pale tankou yon dragon. Etazini se sizyèm wayòm pwofesi Bib la ki gen de kòn, ki vini apre senkyèm wayòm Babilòn espirityèl la, ki te resevwa yon blesi mòtèl. Senkyèm wayòm nan se te Babilòn espirityèl la, ki te gen kòm tip li premye wayòm Babilòn literal la. Sizyèm wayòm ki gen de kòn nan te gen kòm tip li de bra ann ajan yo.</w:t>
      </w:r>
    </w:p>
    <w:p>
      <w:pPr>
        <w:pStyle w:val="ArticleBody"/>
        <w:jc w:val="left"/>
      </w:pPr>
      <w:r>
        <w:rPr>
          <w:rFonts w:ascii="Times New Roman" w:hAnsi="Times New Roman" w:eastAsia="Times New Roman" w:cs="Times New Roman"/>
        </w:rPr>
        <w:t>An 1798, te gen pou vini yon wayòm ki te toujou nan lavni, paske an 1798, “lòt la poko vini.” Lè setyèm wayòm sa a ta antre nan listwa, li t ap sèlman “dire yon ti tan.” Senkyèm wayòm nan te resevwa yon blesi mòtèl, sizyèm wayòm nan te gen de kòn, epi setyèm wayòm nan sèlman dire pou yon kout peryòd tan. Kontèks pasaj la montre setyèm wayòm nan reprezante pa “dis wa yo”, paske lè “dis wa yo” vin tounen yon wayòm, yo sèlman gouvène pandan “yon èdtan,” e yon “èdtan” se yon “ti tan” kout. Lè “dis wa yo” ap renye, yo gouvène ansanm pandan “yon èdtan” sa a avèk bèt la.</w:t>
      </w:r>
    </w:p>
    <w:p>
      <w:pPr>
        <w:pStyle w:val="ArticleScripture"/>
        <w:jc w:val="left"/>
      </w:pPr>
      <w:r>
        <w:rPr>
          <w:rFonts w:ascii="Times New Roman" w:hAnsi="Times New Roman" w:eastAsia="Times New Roman" w:cs="Times New Roman"/>
        </w:rPr>
        <w:t>Epi dis kòn ou te wè yo se dis wa, ki poko resevwa okenn wayòm; men yo resevwa pouvwa tankou wa pandan yon èdtan avèk bèt la. Revelasyon 17:12.</w:t>
      </w:r>
    </w:p>
    <w:p>
      <w:pPr>
        <w:pStyle w:val="ArticleBody"/>
        <w:jc w:val="left"/>
      </w:pPr>
      <w:r>
        <w:rPr>
          <w:rFonts w:ascii="Times New Roman" w:hAnsi="Times New Roman" w:eastAsia="Times New Roman" w:cs="Times New Roman"/>
        </w:rPr>
        <w:t>“Dis kòn” yo se setyèm wayòm nan, men yo gouvène ansanm ak bèt la pandan “yon èdtan”. “Yon èdtan” nan se peryòd kriz lwa dimanch lan ki kòmanse ak lwa dimanch ki pral vini talè a Ozetazini. Yo dakò pou yo gouvène ansanm ak bèt la, paske wa prensipal la fòse yo fè sa, e wa prensipal sa a se Etazini. Sè White, nan pasaj nou sot site a, idantifye dènye pouvwa ki pèsekite pèp Bondye a kòm bèt ki soti sou tè a.</w:t>
      </w:r>
    </w:p>
    <w:p>
      <w:pPr>
        <w:pStyle w:val="ArticleScripture"/>
        <w:jc w:val="left"/>
      </w:pPr>
      <w:r>
        <w:rPr>
          <w:rFonts w:ascii="Times New Roman" w:hAnsi="Times New Roman" w:eastAsia="Times New Roman" w:cs="Times New Roman"/>
        </w:rPr>
        <w:t>«Jan te wè yon nouvo pouvwa k ap leve pou repete vwa dragon an, epi pou kontinye menm travay mechan ak blasfèm nan. Pouvwa sa a, dènye a ki pral fè lagè kont legliz la ak lalwa Bondye a, te senbolize pa yon bèt ki te gen kòn tankou ti mouton.» Signs of the Times, 1ye novanm 1899.</w:t>
      </w:r>
    </w:p>
    <w:p>
      <w:pPr>
        <w:pStyle w:val="ArticleBody"/>
        <w:jc w:val="left"/>
      </w:pPr>
      <w:r>
        <w:rPr>
          <w:rFonts w:ascii="Times New Roman" w:hAnsi="Times New Roman" w:eastAsia="Times New Roman" w:cs="Times New Roman"/>
        </w:rPr>
        <w:t>Dènye wayòm pwofesi biblik la vini atravè twonpri Etazini akonpli kòm Fo Pwofèt la. Wayòm nan te kòmanse tankou yon ti mouton an 1798, men nan dènye jou yo li fòse mond lan aksepte imaj bèt la sou tout latè a, ki pa definisyon se konbinezon yon Legliz ak yon Leta kote Legliz la gen kontwòl sou relasyon an. Wayòm sa a idantifye tou kòm yon inyon twa pati.</w:t>
      </w:r>
    </w:p>
    <w:p>
      <w:pPr>
        <w:pStyle w:val="ArticleScripture"/>
        <w:jc w:val="left"/>
      </w:pPr>
      <w:r>
        <w:rPr>
          <w:rFonts w:ascii="Times New Roman" w:hAnsi="Times New Roman" w:eastAsia="Times New Roman" w:cs="Times New Roman"/>
        </w:rPr>
        <w:t>« Pwotestan Etazini yo pral pami premye yo ki pral lonje men yo lòt bò gwo twou a pou yo sezi men Espirityalis la; yo pral rive lòt bò gwo abis la pou yo bay pouvwa women an lanmen; epi anba enfliyans inyon twa pati sa a, peyi sa a pral suiv tras Wòm nan lè l ap pilonnen dwa konsyans yo. » The Great Controversy, 588.</w:t>
      </w:r>
    </w:p>
    <w:p>
      <w:pPr>
        <w:pStyle w:val="ArticleBody"/>
        <w:jc w:val="left"/>
      </w:pPr>
      <w:r>
        <w:rPr>
          <w:rFonts w:ascii="Times New Roman" w:hAnsi="Times New Roman" w:eastAsia="Times New Roman" w:cs="Times New Roman"/>
        </w:rPr>
        <w:t>Inyon twa fwa a se inyon dragon an, bèt la ak fo pwofèt la, ki nan Revelasyon sèz ale bò kote wa latè yo epi mennen mond lan nan Amagedon.</w:t>
      </w:r>
    </w:p>
    <w:p>
      <w:pPr>
        <w:pStyle w:val="ArticleScripture"/>
        <w:jc w:val="left"/>
      </w:pPr>
      <w:r>
        <w:rPr>
          <w:rFonts w:ascii="Times New Roman" w:hAnsi="Times New Roman" w:eastAsia="Times New Roman" w:cs="Times New Roman"/>
        </w:rPr>
        <w:t>Epi mwen wè twa lespri sal tankou krapo soti nan bouch dragon an, ak nan bouch bèt la, ak nan bouch fo pwofèt la. Paske yo se lespri demon, k ap fè mirak, ki soti al jwenn wa latè yo ak wa tout lemonn, pou rasanble yo pou lagè gran jou sa a Bondye Toupisan an. Revelasyon 16:13, 14.</w:t>
      </w:r>
    </w:p>
    <w:p>
      <w:pPr>
        <w:pStyle w:val="ArticleBody"/>
        <w:jc w:val="left"/>
      </w:pPr>
      <w:r>
        <w:rPr>
          <w:rFonts w:ascii="Times New Roman" w:hAnsi="Times New Roman" w:eastAsia="Times New Roman" w:cs="Times New Roman"/>
        </w:rPr>
        <w:t>«Pouvwa women» an se papote a, bèt la ak senkyèm wayòm pwofesi biblik la ki te resevwa yon blesi mòtèl. «Pwotestan yo» reprezante Etazini, fo pwofèt la, sizyèm ak dènye wayòm pwofesi biblik la. «Espirityalis» se Nasyonzini, dragon an ak wayòm ki dakò pou l dirije pandan yon èdtan ansanm ak bèt la. Inyon an twa fwa a reyalize pandan «yon èdtan» ki se «lè a» nan «gwo tranblemanntè» ki nan Revelasyon onz la, ki se lwa dimanch ki pral vini talè a.</w:t>
      </w:r>
    </w:p>
    <w:p>
      <w:pPr>
        <w:pStyle w:val="ArticleScripture"/>
        <w:jc w:val="left"/>
      </w:pPr>
      <w:r>
        <w:rPr>
          <w:rFonts w:ascii="Times New Roman" w:hAnsi="Times New Roman" w:eastAsia="Times New Roman" w:cs="Times New Roman"/>
        </w:rPr>
        <w:t>«Par le décret imposant l’institution de la papauté en violation de la loi de Dieu, notre nation se séparera entièrement de la justice. Lorsque le protestantisme étendra la main au-dessus du gouffre pour saisir la main de la puissance romaine, lorsqu’il se penchera au-dessus de l’abîme pour joindre la main au spiritualisme, lorsque, sous l’influence de cette triple union, notre pays répudiera tout principe de sa Constitution en tant que gouvernement protestant et républicain, et prendra des dispositions pour la propagation des faussetés et des illusions papales, alors nous pourrons savoir que le temps est venu pour l’œuvre merveilleuse de Satan et que la fin est proche.» Testimonies, volume 5, 451.</w:t>
      </w:r>
    </w:p>
    <w:p>
      <w:pPr>
        <w:pStyle w:val="ArticleBody"/>
        <w:jc w:val="left"/>
      </w:pPr>
      <w:r>
        <w:rPr>
          <w:rFonts w:ascii="Times New Roman" w:hAnsi="Times New Roman" w:eastAsia="Times New Roman" w:cs="Times New Roman"/>
        </w:rPr>
        <w:t>Nan Danyèl chapit de, Babilòn, premye wayòm pwofesi Bib la ki reprezante pa tèt an lò a, sèvi kòm tip Babilòn espirityèl la, senkyèm wayòm pwofesi Bib la. Wayòm doub Med yo ak Pès yo, zepòl ak bra an ajan yo, dezyèm wayòm pwofesi Bib la nan Danyèl de, reprezante bèt tè a ki gen de kòn nan, Etazini, sizyèm wayòm pwofesi Bib la. Kòb kwiv imaj Danyèl de a, ki reprezante Lagrès, twazyèm wayòm pwofesi Bib la, reprezante Nasyonzini, setyèm tèt la ki kontinye pandan “yon èdtan”, epi ki dakò aksepte yon pozisyon nan inyon an twa pati dragon an, bèt la, ak fo pwofèt la.</w:t>
      </w:r>
    </w:p>
    <w:p>
      <w:pPr>
        <w:pStyle w:val="ArticleBody"/>
        <w:jc w:val="left"/>
      </w:pPr>
      <w:r>
        <w:rPr>
          <w:rFonts w:ascii="Times New Roman" w:hAnsi="Times New Roman" w:eastAsia="Times New Roman" w:cs="Times New Roman"/>
        </w:rPr>
        <w:t>Peyi wayòm fè a nan Dànyèl chapit de a, katriyèm wayòm pwofesi Bib la, reprezante wityèm wayòm nan, ki soti nan sèt yo. Wòm payen literal la, katriyèm wayòm nan, reprezante Wòm modèn nan, ki se yon wayòm ki òganize avèk konbinezon Legliz ak Leta, avèk Legliz la k ap dirije relasyon an. Wayòm sa a gen yon nati twa-fwa, paske wa prensipal “dis wa” yo se sizyèm wayòm nan, ki se bèt latè a. Sizyèm wayòm nan se Akab, ki te marye ak Jezabèl. Sizyèm wayòm nan, lè yo reprezante l nan inyon twa-fwa li a, se Wòm modèn nan, ki te vin apre pa senkyèm wayòm nan ki te Wòm papal la, ki li menm te vin apre pa katriyèm wayòm Wòm payen an.</w:t>
      </w:r>
    </w:p>
    <w:p>
      <w:pPr>
        <w:pStyle w:val="ArticleBody"/>
        <w:jc w:val="left"/>
      </w:pPr>
      <w:r>
        <w:rPr>
          <w:rFonts w:ascii="Times New Roman" w:hAnsi="Times New Roman" w:eastAsia="Times New Roman" w:cs="Times New Roman"/>
        </w:rPr>
        <w:t>Millerites yo te sèlman wè Wòm kòm katriyèm e dènye wayòm nan. Yo te rekonèt li te gen yon nati doub, men yo pa t ka wè okenn lòt wayòm sou tè a ki t ap vini apre li. Katriyèm wayòm nan se te Wòm payen an, ki te vini anvan Wòm papal la, senkyèm wayòm nan, epi sa a vin swiv pa Wòm modèn nan, sizyèm wayòm nan. Sizyèm wayòm nan se twazyèm nan twa manifestasyon women yo.</w:t>
      </w:r>
    </w:p>
    <w:p>
      <w:pPr>
        <w:pStyle w:val="ArticleBody"/>
        <w:jc w:val="left"/>
      </w:pPr>
      <w:r>
        <w:rPr>
          <w:rFonts w:ascii="Times New Roman" w:hAnsi="Times New Roman" w:eastAsia="Times New Roman" w:cs="Times New Roman"/>
        </w:rPr>
        <w:t>Inyon twa-fwa dragon an, bèt la, ak fo pwofèt la se ni Wòm modèn lan ni tou Gran Babilòn nan, ki blesi mòtèl li geri. Etazini, Nasyonzini, ak pwostitiye Tir la reprezante wityèm ak dènye wayòm nan, men yo tout twa se alye nan inyon twa-fwa sizyèm wayòm nan, ki se dènye pouvwa a “pou fè lagè kont legliz la ak lalwa Bondye a.”</w:t>
      </w:r>
    </w:p>
    <w:p>
      <w:pPr>
        <w:pStyle w:val="ArticleBody"/>
        <w:jc w:val="left"/>
      </w:pPr>
      <w:r>
        <w:rPr>
          <w:rFonts w:ascii="Times New Roman" w:hAnsi="Times New Roman" w:eastAsia="Times New Roman" w:cs="Times New Roman"/>
        </w:rPr>
        <w:t>Etazini se yon tyè nan sizyèm wayòm nan. Nasyonzini, kòm yon pati nan inyon an twa branch, se tou yon tyè nan sizyèm wayòm nan, epi papote a se tou yon tyè nan sizyèm wayòm nan. Nan nivo sa a, nimewo Etazini se SIS, epi nimewo Nasyonzini se SIS, epi nimewo papote a se SIS. Inyon an twa branch reprezante nimewo yon nonm, “nonm peche a”, epi nimewo li se SIS-SIS-SIS.</w:t>
      </w:r>
    </w:p>
    <w:p>
      <w:pPr>
        <w:pStyle w:val="ArticleScripture"/>
        <w:jc w:val="left"/>
      </w:pPr>
      <w:r>
        <w:rPr>
          <w:rFonts w:ascii="Times New Roman" w:hAnsi="Times New Roman" w:eastAsia="Times New Roman" w:cs="Times New Roman"/>
        </w:rPr>
        <w:t>Men sajès la. Se pou moun ki gen entèlijans kalkile nimewo bèt la, paske se nimewo yon nonm; e nimewo li se sis-san swasant-sis. Revelasyon 13:18.</w:t>
      </w:r>
    </w:p>
    <w:p>
      <w:pPr>
        <w:pStyle w:val="ArticleBody"/>
        <w:jc w:val="left"/>
      </w:pPr>
      <w:r>
        <w:rPr>
          <w:rFonts w:ascii="Times New Roman" w:hAnsi="Times New Roman" w:eastAsia="Times New Roman" w:cs="Times New Roman"/>
        </w:rPr>
        <w:t>Sizyèm e dènye wayòm apa a se Etazini, men li twonpe lemonn, paske li se Fo Pwofèt la.</w:t>
      </w:r>
    </w:p>
    <w:p>
      <w:pPr>
        <w:pStyle w:val="ArticleScripture"/>
        <w:jc w:val="left"/>
      </w:pPr>
      <w:r>
        <w:rPr>
          <w:rFonts w:ascii="Times New Roman" w:hAnsi="Times New Roman" w:eastAsia="Times New Roman" w:cs="Times New Roman"/>
        </w:rPr>
        <w:t>Epi li egzèse tout pouvwa premye bèt la devan li, epi li fè tè a ak moun ki rete sou li adore premye bèt la, ki te gen blesi mòtèl li geri. Epi li fè gwo mèvèy, jis li fè dife desann soti nan syèl la sou tè a devan je lèzòm. Epi li twonpe moun ki rete sou tè a pa mwayen mèvèy sa yo li te gen pouvwa fè devan bèt la; li di moun ki rete sou tè a pou yo fè yon estati pou bèt la, ki te resevwa blesi nepe a epi ki te viv. Revelasyon 13:12–14.</w:t>
      </w:r>
    </w:p>
    <w:p>
      <w:pPr>
        <w:pStyle w:val="ArticleBody"/>
        <w:jc w:val="left"/>
      </w:pPr>
      <w:r>
        <w:rPr>
          <w:rFonts w:ascii="Times New Roman" w:hAnsi="Times New Roman" w:eastAsia="Times New Roman" w:cs="Times New Roman"/>
        </w:rPr>
        <w:t>“Pouvwa premye bèt la devan li a” reprezante pouvwa wa Ewòp yo te bay papote a, kòmanse avèk Klovis nan ane 496. Etazini sèvi ak pisans militè li, ansanm ak pisans ekonomik li, pou twonpe ak fòse lemonn. Etazini fòse lemonn adore papote a, atravè enpozisyon adorasyon dimanch. Etazini fè gwo mèvèy lè li fè dife, (yon senbòl yon mesaj) desann soti nan syèl la; sa dwe akonpli pa Gran Otorout Enfòmasyon an, ki reprezante devlopman total lave sèvo ak pwopagann, ki se manifestasyon modèn ipnoz. Akoz kriz k ap vin pi grav la Islam pote sou tè a, pandan y ap akonpli wòl pa yo nan fè nasyon yo fache, lemonn twonpe pou l aksepte sistèm mondyal la ki se konbinezon Legliz ak Leta a, ki gen ladan dragon an, bèt la, ak fo pwofèt la.</w:t>
      </w:r>
    </w:p>
    <w:p>
      <w:pPr>
        <w:pStyle w:val="ArticleBody"/>
        <w:jc w:val="left"/>
      </w:pPr>
      <w:r>
        <w:rPr>
          <w:rFonts w:ascii="Times New Roman" w:hAnsi="Times New Roman" w:eastAsia="Times New Roman" w:cs="Times New Roman"/>
        </w:rPr>
        <w:t>Lè vèsè dizwit nan Revelasyon trèz la di pou yo konte nimewo bèt la, nimewo a se twa pouvwa yo ki vin mete tèt yo ansanm pou fòme sizyèm e dènye wayòm nan. Lè wayòm 666 sa a etabli, sa va akonplisman devinèt pwofetik la ki di wityèm wa a soti nan sèt yo. Devinèt pwofetik sa a fè pati verite ki vin dekouvri lè Lyon tribi Jida a louvri sele Revelasyon Jezikri a.</w:t>
      </w:r>
    </w:p>
    <w:p>
      <w:pPr>
        <w:pStyle w:val="ArticleBody"/>
        <w:jc w:val="left"/>
      </w:pPr>
      <w:r>
        <w:rPr>
          <w:rFonts w:ascii="Times New Roman" w:hAnsi="Times New Roman" w:eastAsia="Times New Roman" w:cs="Times New Roman"/>
        </w:rPr>
        <w:t>Pou rezon sa a, devinèt dènye wayòm nan, ki se sizyèm wayòm twa-fwa a, ki se tou Babilòn espirityèl la ki te tonbe nan bliye pandan swasanndis ane senbolik, e ki se Wòm modèn, e ki se tou imaj bèt la atravè lemonn, ki te prefigire pa premye wayòm Babilòn nan, ak katriyèm wayòm Wòm payen an, resevwa yon temwayaj doub atravè idantifikasyon ki di se “moun saj” yo ki pral konprann verite sa a; paske devinèt 666 la chita sou moun ki gen sajès, menm jan ak devinèt wityèm wa a ki soti nan sèt yo.</w:t>
      </w:r>
    </w:p>
    <w:p>
      <w:pPr>
        <w:pStyle w:val="ArticleScripture"/>
        <w:jc w:val="left"/>
      </w:pPr>
      <w:r>
        <w:rPr>
          <w:rFonts w:ascii="Times New Roman" w:hAnsi="Times New Roman" w:eastAsia="Times New Roman" w:cs="Times New Roman"/>
        </w:rPr>
        <w:t>Men sajès la. Se pou moun ki gen entèlijans kalkile nimewo bèt la; paske se nimewo yon moun li ye; epi nimewo li se sis san swasantsis. Revelasyon 13:18.</w:t>
      </w:r>
    </w:p>
    <w:p>
      <w:pPr>
        <w:pStyle w:val="ArticleScripture"/>
        <w:jc w:val="left"/>
      </w:pPr>
      <w:r>
        <w:rPr>
          <w:rFonts w:ascii="Times New Roman" w:hAnsi="Times New Roman" w:eastAsia="Times New Roman" w:cs="Times New Roman"/>
        </w:rPr>
        <w:t>Men bon sajès la. Sèt tèt yo se sèt mòn, kote fanm nan chita a. Revelasyon 17:9.</w:t>
      </w:r>
    </w:p>
    <w:p>
      <w:pPr>
        <w:pStyle w:val="ArticleBody"/>
        <w:jc w:val="left"/>
      </w:pPr>
      <w:r>
        <w:rPr>
          <w:rFonts w:ascii="Times New Roman" w:hAnsi="Times New Roman" w:eastAsia="Times New Roman" w:cs="Times New Roman"/>
        </w:rPr>
        <w:t>Dechifreman Revelasyon Jezikri a se bagay “saj” yo konprann, pa mechan yo. Toude referans sou sajès nan liv Revelasyon an konsène moun ki gen “entèlijans”, e sa “saj” yo konprann se “ogmantasyon konesans lan”. “Ogmantasyon konesans lan” ki se Revelasyon Jezikri a, se revelasyon ke wityèm wayòm nan, ki se wayòm twa-fwa 666 la, reprezante tou nan Dànyèl chapit de a, paske bijou rèv Miller la dwe klere dis fwa pi plis nan dènye jou yo.</w:t>
      </w:r>
    </w:p>
    <w:p>
      <w:pPr>
        <w:pStyle w:val="ArticleBody"/>
        <w:jc w:val="left"/>
      </w:pPr>
      <w:r>
        <w:rPr>
          <w:rFonts w:ascii="Times New Roman" w:hAnsi="Times New Roman" w:eastAsia="Times New Roman" w:cs="Times New Roman"/>
        </w:rPr>
        <w:t>Nou pral kontinye etid sa a nan atik k ap vini an.</w:t>
      </w:r>
    </w:p>
    <w:p>
      <w:pPr>
        <w:pStyle w:val="ArticleScripture"/>
        <w:jc w:val="left"/>
      </w:pPr>
      <w:r>
        <w:rPr>
          <w:rFonts w:ascii="Times New Roman" w:hAnsi="Times New Roman" w:eastAsia="Times New Roman" w:cs="Times New Roman"/>
        </w:rPr>
        <w:t>“Nan Revelasyon an yo prezante bagay pwofon Bondye yo. Menm non yo bay paj enspire li yo, ‘Revelasyon an,’ kontredi deklarasyon ki di se yon liv sele. Yon revelasyon se yon bagay ki devwale. Seyè a li menm te devwale bay sèvitè li a mistè ki nan liv sa a, e li gen entansyon pou yo louvri pou etid tout moun. Verite li yo adrese ak moun k ap viv nan dènye jou istwa tè sa a, menm jan tou ak moun ki t ap viv nan tan Jan yo. Kèk nan sèn yo dekri nan pwofesi sa a se nan tan pase, kèk ap fèt kounye a; kèk mete devan je nou fen gwo konfli ant pisans fènwa yo ak Prens syèl la, e kèk revele triyonf ak lajwa moun ki rachte yo nan tè a ki vin fè nouvo.”</w:t>
      </w:r>
    </w:p>
    <w:p>
      <w:pPr>
        <w:pStyle w:val="ArticleScripture"/>
        <w:jc w:val="left"/>
      </w:pPr>
      <w:r>
        <w:rPr>
          <w:rFonts w:ascii="Times New Roman" w:hAnsi="Times New Roman" w:eastAsia="Times New Roman" w:cs="Times New Roman"/>
        </w:rPr>
        <w:t>“Pèsonn pa dwe panse, paske yo pa ka esplike siyifikasyon chak senbòl nan Revelasyon an, li pa itil pou yo fouye liv sa a nan efò pou yo konnen siyifikasyon verite li genyen an. Sila a ki te revele mistè sa yo bay Jan ap bay moun ki chèche verite a ak dilijans yon avangou sou bagay ki nan syèl la. Moun ki gen kè yo ouvè pou resevwa verite a ap vin kapab konprann ansèyman li yo, epi y ap resevwa benediksyon yo te pwomèt pou moun ki “tande pawòl pwofesi sa a, epi ki kenbe bagay ki ekri ladan l yo.”</w:t>
      </w:r>
    </w:p>
    <w:p>
      <w:pPr>
        <w:pStyle w:val="ArticleScripture"/>
        <w:jc w:val="left"/>
      </w:pPr>
      <w:r>
        <w:rPr>
          <w:rFonts w:ascii="Times New Roman" w:hAnsi="Times New Roman" w:eastAsia="Times New Roman" w:cs="Times New Roman"/>
        </w:rPr>
        <w:t>“Nan liv Revelasyon an, tout liv Bib la reyini epi yo fini. Men konpleman liv Danyèl la. Youn se yon pwofesi; lòt la se yon revelasyon. Liv ki te sele a se pa Revelasyon an, men se pati sa a nan pwofesi Danyèl la ki gen rapò ak dènye jou yo. Zanj lan te bay lòd sa a: ‘Men ou menm, O Danyèl, fèmen pawòl yo, epi sele liv la, jouk nan tan lafen an.’ Danyèl 12:4.” Acts of the Apostles,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senkant-uit</dc:title>
  <dc:subject>Sajès Dekouvri: Eksplore Inyon An Twa Fwa ak Enigm 666 la nan Pwofesi</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