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swasant-deux</w:t>
      </w:r>
    </w:p>
    <w:p>
      <w:pPr>
        <w:pStyle w:val="ArticleSubtitle"/>
        <w:jc w:val="left"/>
      </w:pPr>
      <w:r>
        <w:rPr>
          <w:rFonts w:ascii="Arial" w:hAnsi="Arial" w:eastAsia="Arial" w:cs="Arial"/>
        </w:rPr>
        <w:t>Revelasyon sou Bèl Bijou yo nan Vizyon Pwofetik William Miller la: Yon Egzamen Kritik sou Jan Adventis la Te Kite “Gwo Limyè” a, ak Apèl pou Retounen nan Vrè Fondasyon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Bèl pyè ki nan rèv William Miller la pral klere dis fwa pi fò pase jan yo te klere nan istwa Millerit yo. Konpreyansyon Millerit yo te genyen sou konesans ki te ogmante pandan istwa pa yo a te egzak, men li pa t konplè. Lè yo mete konpreyansyon pa yo a nan yon kad istorik ki pi egzak, sa idantifye enplikasyon ki pi grav, paske sa pa sèlman elaji verite pwofetik yo ki reprezante pa bèl pyè yo, men li pwodui tou eprèv la pou dis vyèj dènye jou yo. Konpreyansyon Millerit yo reprezante sou de tablo pyonye yo (1843 ak 1850). Tou de tablo yo te yon akonplisman tab yo te pwofetize nan dezyèm chapit Abakouk la, epi lefèt ke tablo yo te yon akonplisman Abakouk, epi tou ke menm verite sa yo te verite fondamantal Advantis la, te idantifye kòm sa pa Lespri Pwofesi a.</w:t>
      </w:r>
    </w:p>
    <w:p>
      <w:pPr>
        <w:pStyle w:val="ArticleBody"/>
        <w:jc w:val="left"/>
      </w:pPr>
      <w:r>
        <w:rPr>
          <w:rFonts w:ascii="Times New Roman" w:hAnsi="Times New Roman" w:eastAsia="Times New Roman" w:cs="Times New Roman"/>
        </w:rPr>
        <w:t>Konpreyansyon kèk nan verite fondamantal yo te ogmante nan glwa lè yo te mennen Millerit yo rive nan yon konpreyansyon sou sanktyè selès la ak verite ki asosye avèk sanktyè a, apre gwo desepsyon 22 oktòb 1844 la. Men, tranzisyon Advantis la pou antre nan yon kondisyon Lawodise an 1856, ansanm ak rejè final yo te fè sou “sèt fwa yo” an 1863, te mennen yo antre nan dezè Lawodise a. Depi ane 1850 yo, okenn verite enpòtan pa t parèt atravè Advantis la. Si ou doute de deklarasyon sa a, lè sa a idantifye poukisa li pa kòrèk.</w:t>
      </w:r>
    </w:p>
    <w:p>
      <w:pPr>
        <w:pStyle w:val="ArticleBody"/>
        <w:jc w:val="left"/>
      </w:pPr>
      <w:r>
        <w:rPr>
          <w:rFonts w:ascii="Times New Roman" w:hAnsi="Times New Roman" w:eastAsia="Times New Roman" w:cs="Times New Roman"/>
        </w:rPr>
        <w:t>Millerit yo te gen rezon konsènan konpreyansyon Danyèl de, men konpreyansyon yo te limite. Advantis la pa t janm depase konpreyansyon Millerit la. Jodi a, yo ka wè tout uit wayòm ki reprezante nan chapit de Danyèl la, menm jan yo ka wè senbolis Danyèl k ap priye pou l konprann sekrè rèv Nebikadneza a. Sekrè sa a reprezante dènye sekrè pwofetik la, (tout pwofèt yo ap idantifye dènye jou yo), epi dènye sekrè pwofetik la se sa Jan idantifye kòm Revelasyon Jezi Kris la. Sekrè sa a desele lè “tan an rive toupre,” jis anvan tan gras la fèmen, epi sekrè sa a ap desele kounye a, pou moun ki chwazi wè.</w:t>
      </w:r>
    </w:p>
    <w:p>
      <w:pPr>
        <w:pStyle w:val="ArticleBody"/>
        <w:jc w:val="left"/>
      </w:pPr>
      <w:r>
        <w:rPr>
          <w:rFonts w:ascii="Times New Roman" w:hAnsi="Times New Roman" w:eastAsia="Times New Roman" w:cs="Times New Roman"/>
        </w:rPr>
        <w:t>Konpreyansyon milerit la sou “kontinyèl la” nan liv Danyèl la te idantifye pa enspirasyon kòm kòrèk; men, depi ane 1901, Advantis te kòmanse yon pwosesis rejte verite fondamantal sa a, epi nan ane 1930 yo Advantis te retounen ankò nan ansyen pwennvi Pwotestan an, ki pretann ke “kontinyèl la” reprezante yon aspè nan ministè Kris la nan tanp lan. Sou pwennvi satanik sa a, Lespri Pwofesi a di li te soti nan “zanj ki te chase soti nan syèl la.” Jodi a, pwennvi milerit ki kòrèk la sou “kontinyèl la” kapab wè non sèlman kòm senbòl paganism, men tou kòm senbòl rebelyon Advantis la, ki pote gwo ilizyon an sou moun ki pa renmen verite a.</w:t>
      </w:r>
    </w:p>
    <w:p>
      <w:pPr>
        <w:pStyle w:val="ArticleBody"/>
        <w:jc w:val="left"/>
      </w:pPr>
      <w:r>
        <w:rPr>
          <w:rFonts w:ascii="Times New Roman" w:hAnsi="Times New Roman" w:eastAsia="Times New Roman" w:cs="Times New Roman"/>
        </w:rPr>
        <w:t>Millerites yo te mennen rive nan bon dat pou ekspirasyon de mil twasan ane yo, e Adventis yo, tousuit apre Gran Desepsyon an, te rekonèt yon limyè ogmante ki te makònen ak pwofesi sa a; men, avèk rejè yo te fè de “sèt fwa yo,” depi 1856 rive 1863, e menm jis rive jouk jounen jodi a menm, yo pa wè okenn limyè k ap avanse soti nan doktrin yo fè konnen ki se poto santral ak fondasyon yo. Jodi a, yo ka wè “sèt fwa yo,” (pa moun ki dispoze wè), kòm yo te dirèkteman makònen ak chak peryòd tan nan pwofesi de mil twasan ane a.</w:t>
      </w:r>
    </w:p>
    <w:p>
      <w:pPr>
        <w:pStyle w:val="ArticleBody"/>
        <w:jc w:val="left"/>
      </w:pPr>
      <w:r>
        <w:rPr>
          <w:rFonts w:ascii="Times New Roman" w:hAnsi="Times New Roman" w:eastAsia="Times New Roman" w:cs="Times New Roman"/>
        </w:rPr>
        <w:t>Premye karannèf ane yo reprezante sik tè a k ap pran repo chak setyèm ane a, ki repete sèt fwa. Kat-san-katrevendis ane yo reprezante non sèlman yon peryòd pwobasyon pou ansyen Izrayèl, men yo montre tou konbyen ane rebelyon kont kòmandman pou kite tè a pran repo t ap pase, pou rive akimile yon total swasanndis ane kote yo te anpeche tè a pran repo li a (ki se peryòd kaptivite pou rebelyon sa a menm). Semèn Kris la te konfime alyans lan estriktire an twa ane edmi rive sou kwa a, epi twa ane edmi apre kwa a. Nan semèn sa a, Kris t ap rasanble tout moun, paske li te di si yo leve l anlè, li t ap rasanble tout moun.</w:t>
      </w:r>
    </w:p>
    <w:p>
      <w:pPr>
        <w:pStyle w:val="ArticleScripture"/>
        <w:jc w:val="left"/>
      </w:pPr>
      <w:r>
        <w:rPr>
          <w:rFonts w:ascii="Times New Roman" w:hAnsi="Times New Roman" w:eastAsia="Times New Roman" w:cs="Times New Roman"/>
        </w:rPr>
        <w:t>Koulye a se jijman mond sa a; koulye a, chèf mond sa a pral mete deyò. E mwen menm, si yo leve m anlè soti sou tè a, m ap rale tout moun vin jwenn mwen. Jan 12:31, 32.</w:t>
      </w:r>
    </w:p>
    <w:p>
      <w:pPr>
        <w:pStyle w:val="ArticleBody"/>
        <w:jc w:val="left"/>
      </w:pPr>
      <w:r>
        <w:rPr>
          <w:rFonts w:ascii="Times New Roman" w:hAnsi="Times New Roman" w:eastAsia="Times New Roman" w:cs="Times New Roman"/>
        </w:rPr>
        <w:t>De mil senk sanven jou yo pandan Kris te konfime alyans lan epi rasanble lèzòm vin jwenn Li, reprezante de mil senk san ven ane pandan Bondye te gaye pèp rebèl Li a, poutèt kont alyans Li a. “Sèt tan” ki te egzekite sou wayòm nò Izrayèl la, te reprezante dispèsyon de mil senk san ven ane ki te kòmanse an 723 av. J.-K. epi ki te fini an 1798. Ane 538 la divize de peryòd yo epi li kreye de peryòd siksesif de mil desan swasant ane. Premye peryòd la reprezante pilonnen Tanp lan ak lame a pa paganism, epi dezyèm nan pilonnen papalis la te akonpli.</w:t>
      </w:r>
    </w:p>
    <w:p>
      <w:pPr>
        <w:pStyle w:val="ArticleBody"/>
        <w:jc w:val="left"/>
      </w:pPr>
      <w:r>
        <w:rPr>
          <w:rFonts w:ascii="Times New Roman" w:hAnsi="Times New Roman" w:eastAsia="Times New Roman" w:cs="Times New Roman"/>
        </w:rPr>
        <w:t>“sèt tan” yo, ki se de mil senk san ven ane kont wayòm sid la, ki te kòmanse an 677 av. J.-K. epi ki te fini an 1844, te rive nan bout yo le 22 oktòb 1844. Sa se yon senbòl madichon alyans lan, epi li te fini avèk son twonpèt rejwisans lan, ki te dwe kònen nan Jou Ekspyasyon an. Jou Ekspyasyon antitipik la, ki te kòmanse le 22 oktòb 1844, reprezante yon peryòd tan. Se peryòd Jijman Ankèt la, epi pandan peryòd tan sa a, twonpèt rejwisans lan ki gen rapò ak sik sakre sèt la te dwe kònen.</w:t>
      </w:r>
    </w:p>
    <w:p>
      <w:pPr>
        <w:pStyle w:val="ArticleScripture"/>
        <w:jc w:val="left"/>
      </w:pPr>
      <w:r>
        <w:rPr>
          <w:rFonts w:ascii="Times New Roman" w:hAnsi="Times New Roman" w:eastAsia="Times New Roman" w:cs="Times New Roman"/>
        </w:rPr>
        <w:t>Men, nan jou vwa setyèm zanj lan, lè l pral kòmanse kònen twonpèt la, mistè Bondye a va fini, jan li te anonse sa bay sèvitè li yo, pwofèt yo. Revelasyon 10:7.</w:t>
      </w:r>
    </w:p>
    <w:p>
      <w:pPr>
        <w:pStyle w:val="ArticleBody"/>
        <w:jc w:val="left"/>
      </w:pPr>
      <w:r>
        <w:rPr>
          <w:rFonts w:ascii="Times New Roman" w:hAnsi="Times New Roman" w:eastAsia="Times New Roman" w:cs="Times New Roman"/>
        </w:rPr>
        <w:t>Son dènye Twonpèt la, ki te kòmanse 22 oktòb 1844, reprezante Twonpèt Jibile a nan sik sakre sèt la, jan sa tabli nan Levitik vennsenk. Millerit yo te, finalman, gen rezon konsènan dat pwofesi de-mil-twa-san ane a, e Advantis la te vin konprann plis sou li tousuit apre Gwo Dezapwentman an; men “bijou” Miller la, sètadi peryòd de-mil-twa-san ane a, jodi a ap briye dis fwa pi klè. Chak karakteristik pwofetik nan sèt peryòd yo reprezante anndan peryòd de-mil-twa-san ane a, gen yon koneksyon pwofetik dirèk ak de-mil-senk-san-ven ane yo (“sèt fwa”), nan Levitik chapit vennsenk ak vennsis.</w:t>
      </w:r>
    </w:p>
    <w:p>
      <w:pPr>
        <w:pStyle w:val="ArticleBody"/>
        <w:jc w:val="left"/>
      </w:pPr>
      <w:r>
        <w:rPr>
          <w:rFonts w:ascii="Times New Roman" w:hAnsi="Times New Roman" w:eastAsia="Times New Roman" w:cs="Times New Roman"/>
        </w:rPr>
        <w:t>Millerites yo te rejte pretansyon Pwotestantis aposta ak Katolikis la ki di “vòlè pèp ou a,” ki “leve tèt yo,” epi ki “tonbe,” te yon senbòl Antiochus Épiphane; e yo te gen rezon. Yo te konnen e yo te defann verite a ke se Wòm ki, nan pawòl pwofetik Bondye a, reprezante kòm “vòlè pèp ou a ki tabli vizyon an,” pa yon wa Siryen enkoni e istorikman ensiyifyan ki ta tabli vizyon an.</w:t>
      </w:r>
    </w:p>
    <w:p>
      <w:pPr>
        <w:pStyle w:val="ArticleBody"/>
        <w:jc w:val="left"/>
      </w:pPr>
      <w:r>
        <w:rPr>
          <w:rFonts w:ascii="Times New Roman" w:hAnsi="Times New Roman" w:eastAsia="Times New Roman" w:cs="Times New Roman"/>
        </w:rPr>
        <w:t>Jodi a, teyolojyen Advantis yo anseye ke “vòlè pèp ou a” se Antiochus Epiphanes. Jodi a ankò, agiman ki, nan istwa Millerit la, te montre ke ansyen pèp alyans lan ki t ap pase sou kote a pa t konprann vizyon an, e yo pa t kapab konprann li nonplis (sa ki tabli pa bon konpreyansyon “vòlè pèp ou a”), ap repete yon lòt fwa ankò pa ansyen pèp alyans lan k ap pase sou kote ankò.</w:t>
      </w:r>
    </w:p>
    <w:p>
      <w:pPr>
        <w:pStyle w:val="ArticleScripture"/>
        <w:jc w:val="left"/>
      </w:pPr>
      <w:r>
        <w:rPr>
          <w:rFonts w:ascii="Times New Roman" w:hAnsi="Times New Roman" w:eastAsia="Times New Roman" w:cs="Times New Roman"/>
        </w:rPr>
        <w:t>Lè pa gen vizyon, pèp la peri; men, moun ki kenbe lalwa a, benediksyon pou li. Pwovèb 29:18.</w:t>
      </w:r>
    </w:p>
    <w:p>
      <w:pPr>
        <w:pStyle w:val="ArticleBody"/>
        <w:jc w:val="left"/>
      </w:pPr>
      <w:r>
        <w:rPr>
          <w:rFonts w:ascii="Times New Roman" w:hAnsi="Times New Roman" w:eastAsia="Times New Roman" w:cs="Times New Roman"/>
        </w:rPr>
        <w:t>Millerites yo te anseye kòrèkteman ke de mil senk san vennan (2,520) ane yo (“sèt fwa” yo), nan Levitik vennsis, te pwofesi tan ki pi long e ki dènye a nan Bib la; men Adventis Laodiseyen an te rejte “bijou” sa a an 1863, e jodi a li ka wè, (pa moun ki vle wè), ke non sèlman Millerites yo te gen rezon lè yo te idantifye “sèt fwa” yo kòm pwofesi tan ki pi long nan Bib la, men tou ke “madichon an”, ki se kòlè Bondye, te egzekite kont tou de wayòm nò a ak wayòm sid Izrayèl yo.</w:t>
      </w:r>
    </w:p>
    <w:p>
      <w:pPr>
        <w:pStyle w:val="ArticleBody"/>
        <w:jc w:val="left"/>
      </w:pPr>
      <w:r>
        <w:rPr>
          <w:rFonts w:ascii="Times New Roman" w:hAnsi="Times New Roman" w:eastAsia="Times New Roman" w:cs="Times New Roman"/>
        </w:rPr>
        <w:t>Jodi a, yo ka wè konklizyon respektif de endinyasyon sa yo, liv Danyèl pale sou yo (menm jan ak lòt pwofèt yo), kòm de bout ki kenbe yon peryòd karant-sis ane (premye a ak dènye a), lè Kris la te leve tanp Millerit la, jan sa te prefigire pa karant-sis jou Moyiz te pase sou mòn lan ap resevwa enstriksyon pou leve tabènak dezè a; epi tou pa karant-sis ane remanyman Ewòd te fè nan tanp lan, sa Farizyen yo te site nan konvèsasyon yo ak Kris la konsènan Li menm ki t ap “resisite” pa pirifikasyon yon tanp ki te “detwi” pa komèsan ak chanjè lajan, epi tou pa rezirèksyon tanp imen pa Li a ki te kreye avèk karant-sis kwomozòm. Jodi a, verite fondamantal Millerit yo toujou osi kòrèk jan yo te toujou ye a, men kounye a yo dis fwa pi pwofon.</w:t>
      </w:r>
    </w:p>
    <w:p>
      <w:pPr>
        <w:pStyle w:val="ArticleBody"/>
        <w:jc w:val="left"/>
      </w:pPr>
      <w:r>
        <w:rPr>
          <w:rFonts w:ascii="Times New Roman" w:hAnsi="Times New Roman" w:eastAsia="Times New Roman" w:cs="Times New Roman"/>
        </w:rPr>
        <w:t>Jodi a, li ka wè (pa moun ki dispoze wè), ke lè Kris te prezante tèt Li kòm Palmoni (Mèvèy ki Konte a, oswa Sila a ki Konte Sekrè yo) nan trèzyèm vèsè chapit uit liv Danyèl la, Li t ap prezante koneksyon ki genyen ant yon vizyon ki te reprezante yon peryòd de dezmil twasan ane ak yon lòt vizyon ki te reprezante demil senksan ven ane. Lè yo rekonèt relasyon de peryòd pwofetik sa yo, yo ka wè yo konekte dirèkteman ak mil de san swasant ane dominasyon papal la, ki li menm konekte ak mil de san katreven dis ane Danyèl douz la, epi tou ak mil twasan trannsenk ane menm vèsè sa a.</w:t>
      </w:r>
    </w:p>
    <w:p>
      <w:pPr>
        <w:pStyle w:val="ArticleBody"/>
        <w:jc w:val="left"/>
      </w:pPr>
      <w:r>
        <w:rPr>
          <w:rFonts w:ascii="Times New Roman" w:hAnsi="Times New Roman" w:eastAsia="Times New Roman" w:cs="Times New Roman"/>
        </w:rPr>
        <w:t>Gen anpil lòt koneksyon dirèk ant peryòd pwofetik ki asosye ak de vizyon vèsè trèz ak katòz nan Danyèl uit la, men se sèlman moun ki vle wè yo ki rekonèt yo. Men, jodi a, pi lwen pase koneksyon tout peryòd tan yo ke de vizyon yo rasanble ansanm, se revelasyon non Palmoni a (Mèveye ki konte a, oswa Moun k ap konte sekrè yo). Millerit yo te gen rezon konsènan de vèsè yo, men yo te limite; e jodi a, Advantis la senpleman nan yon fènwa konplè e total.</w:t>
      </w:r>
    </w:p>
    <w:p>
      <w:pPr>
        <w:pStyle w:val="ArticleScripture"/>
        <w:jc w:val="left"/>
      </w:pPr>
      <w:r>
        <w:rPr>
          <w:rFonts w:ascii="Times New Roman" w:hAnsi="Times New Roman" w:eastAsia="Times New Roman" w:cs="Times New Roman"/>
        </w:rPr>
        <w:t>Rete trankil, epi sezi ak sezisman; rele byen fò, wi, rele: yo sou, men se pa ak diven; y ap brannen, men se pa ak bwason fò. Paske Senyè a vide sou nou lespri yon gwo dòmi pwofon, li fèmen je nou; pwofèt yo ak chèf nou yo, vwayan yo, li kouvri yo. E tout vizyon an vin pou nou tankou pawòl yon liv ki sele, yo remèt bay yon moun ki gen konesans, yo di l: Tanpri, li sa a; epi li di: Mwen pa kapab, paske li sele. E yo remèt liv la bay moun ki pa gen konesans, yo di l: Tanpri, li sa a; epi li di: Mwen pa gen konesans. Ezayi 29:9–12.</w:t>
      </w:r>
    </w:p>
    <w:p>
      <w:pPr>
        <w:pStyle w:val="ArticleBody"/>
        <w:jc w:val="left"/>
      </w:pPr>
      <w:r>
        <w:rPr>
          <w:rFonts w:ascii="Times New Roman" w:hAnsi="Times New Roman" w:eastAsia="Times New Roman" w:cs="Times New Roman"/>
        </w:rPr>
        <w:t>Sè White fè konnen yo te bay William Miller “gwo limyè” sou liv Revelasyon an, men konpreyansyon li sou chapit douz, trèz, disèt ak dizwit nan Revelasyon an, pou pale klè, pa t kòrèk. Konpreyansyon ki pa t kòrèk sa yo pa parèt sou de tablo sakre yo, men sa ki parèt nan liv Revelasyon an, chapit nèf, se “bijou” a ki montre ke Islam reprezante pa twa Malè yo.</w:t>
      </w:r>
    </w:p>
    <w:p>
      <w:pPr>
        <w:pStyle w:val="ArticleScripture"/>
        <w:jc w:val="left"/>
      </w:pPr>
      <w:r>
        <w:rPr>
          <w:rFonts w:ascii="Times New Roman" w:hAnsi="Times New Roman" w:eastAsia="Times New Roman" w:cs="Times New Roman"/>
        </w:rPr>
        <w:t>“Predikatè yo ak pèp la te konsidere liv Revelasyon an kòm yon liv mistik e ki gen mwens enpòtans pase lòt pati nan Ekriti Sen yo. Men mwen te wè ke liv sa a se vre yon revelasyon yo te bay espesyalman pou byenfè sila yo ki ta dwe viv nan dènye jou yo, pou gide yo nan rekonèt vrè pozisyon yo ak devwa yo. Bondye te dirije lespri William Miller sou pwofesi yo e li te ba li gwo limyè sou liv Revelasyon an.” Early Writings, 231.</w:t>
      </w:r>
    </w:p>
    <w:p>
      <w:pPr>
        <w:pStyle w:val="ArticleBody"/>
        <w:jc w:val="left"/>
      </w:pPr>
      <w:r>
        <w:rPr>
          <w:rFonts w:ascii="Times New Roman" w:hAnsi="Times New Roman" w:eastAsia="Times New Roman" w:cs="Times New Roman"/>
        </w:rPr>
        <w:t>Ekspresyon “gwo limyè” a nan ekriti Sè White yo bay anpil enfòmasyon. Miller te konprann legliz yo, sele yo ak twonpèt yo nan Revelasyon an, paske zanj sen yo “te dirije lespri li” sou sijè sa yo. “Gwo limyè” yo te bay Miller la te reprezante sou de tab sakre yo, epi verite doktrinal ki te “gwo limyè” a te idantifye nan rèv li kòm “bijou”. Yo te bay Advantis lan “gwo limyè” sa a, epi li te kòmanse kouvri l ak bijou kontrefè depi 1863. Prensip “limyè” a se ke “limyè” se sa Kris itilize pou jije yon moun oswa yon pèp.</w:t>
      </w:r>
    </w:p>
    <w:p>
      <w:pPr>
        <w:pStyle w:val="ArticleBody"/>
        <w:jc w:val="left"/>
      </w:pPr>
      <w:r>
        <w:rPr>
          <w:rFonts w:ascii="Times New Roman" w:hAnsi="Times New Roman" w:eastAsia="Times New Roman" w:cs="Times New Roman"/>
        </w:rPr>
        <w:t>Se pa sèlman “limyè” ki jije yon pèp, men tou “limyè” yo te kapab genyen si yo pa t reziste li (jan yo te fè an 1856, kòm youn sèlman pami anpil egzanp). Lòt atribi ki asosye ak “limyè” a se ke “limyè” yo rejte a pwodui yon degre fènwa ki koresponn avè l. Advantis te rejte epi te kouvri “gwo limyè” Bondye te bay Miller la, ki reprezante fondasyon Advantis la.</w:t>
      </w:r>
    </w:p>
    <w:p>
      <w:pPr>
        <w:pStyle w:val="ArticleScripture"/>
        <w:jc w:val="left"/>
      </w:pPr>
      <w:r>
        <w:rPr>
          <w:rFonts w:ascii="Times New Roman" w:hAnsi="Times New Roman" w:eastAsia="Times New Roman" w:cs="Times New Roman"/>
        </w:rPr>
        <w:t>“Moun ki wè anba sifas la, ki li kè tout moun, di konsènan sila yo ki te resevwa “gran limyè” : ‘Yo pa aflije ni sezi poutèt kondisyon moral ak espirityèl yo.’ Wi, yo chwazi pwòp chemen pa yo, e nanm yo pran plezi nan bagay abominab yo. Mwen menm tou, m ap chwazi twonpri pa yo, e m ap fè sa yo pè yo rive sou yo; paske lè m te rele, pèsonn pa t reponn; lè m te pale, yo pa t koute; men yo te fè sa ki mal devan je Mwen, e yo te chwazi sa ki pa t fè Mwen plezi.’ ‘Bondye va voye sou yo yon gwo pouvwa twonpri, pou yo kwè manti a,’ paske yo pa t resevwa renmen verite a, pou yo te ka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pi gwo sediksyon ki ka twonpe lespri a pase pretansyon fè kwè w ap bati sou bon fondasyon an e Bondye apwouve zèv ou yo, alòske an reyalite w ap akonpli anpil bagay selon politik monn lan e w ap peche kont Jewova? O, se yon gwo desepsyon, yon sediksyon ki atiran, ki pran posesyon lespri moun lè sila yo ki te “yon fwa konnen verite a,” pran fòm pyete a pou lespri ak pisans li; lè yo sipoze yo rich, yo vin ogmante nan byen, epi yo pa manke anyen, tandiske an reyalite yo bezwen tout bagay.’” Testimonies, volim 8, 249, 250.</w:t>
      </w:r>
    </w:p>
    <w:p>
      <w:pPr>
        <w:pStyle w:val="ArticleBody"/>
        <w:jc w:val="left"/>
      </w:pPr>
      <w:r>
        <w:rPr>
          <w:rFonts w:ascii="Times New Roman" w:hAnsi="Times New Roman" w:eastAsia="Times New Roman" w:cs="Times New Roman"/>
        </w:rPr>
        <w:t>Lawodiseya, ke Adantism te vin tounen an 1856, reprezante sila yo ki yon lè te resevwa “gwo limyè,” men ki destinen pou resevwa “gwo twonpri” Dezyèm Tesalonisyen an pale de li a, pandan tout tan an y ap kwè fo fondasyon yo te leve grasa entwodiksyon pyès lajan ak bijou kontrefè yo se yon bagay Bondye òdone; men an reyalite se yon fondasyon ki bati sou sab. Adantism se “yon legliz ki te gen gwo limyè, gwo prèv”, men se yon “legliz” ki te rejte “mesaj Senyè a” te “voye”, epi depi lè sa a li resevwa “deklarasyon ki pi san rezon, ansanm ak fo sipozisyon ak fo teyori”.</w:t>
      </w:r>
    </w:p>
    <w:p>
      <w:pPr>
        <w:pStyle w:val="ArticleScripture"/>
        <w:jc w:val="left"/>
      </w:pPr>
      <w:r>
        <w:rPr>
          <w:rFonts w:ascii="Times New Roman" w:hAnsi="Times New Roman" w:eastAsia="Times New Roman" w:cs="Times New Roman"/>
        </w:rPr>
        <w:t>“Minis ki pa sanktifye yo ap mete tèt yo an opozisyon ak Bondye. Y ap fè lwanj Kris la ak dye mond sa a nan menm souf la. Pandan y ap deklare yo resevwa Kris la, yo anbrase Barabas, epi pa aksyon yo yo di: ‘Se pa Nonm sa a, men Barabas.’ Se pou tout moun ki li liy sa yo pran prekosyon. Satan fè grandizè sou sa li kapab fè. Li panse li ka kraze inite Kris la te lapriyè pou l te ka egziste nan legliz Li a. Li di: ‘M ap soti, epi m ap vin yon lespri mansonj pou twonpe sila mwen kapab, pou kritike, ak kondannen, ak defòme laverite.’ Se pou pitit mansonj ak fo temwayaj la jwenn akey pa “yon legliz ki te resevwa gwo limyè,” gwo prèv, epi legliz sa a va rejte mesaj Seyè a voye a, epi li va resevwa deklarasyon ki pi san rezon yo, ak fo sipozisyon ak fo teyori. Satan ap ri foli yo, paske li konnen ki sa verite a ye.”</w:t>
      </w:r>
    </w:p>
    <w:p>
      <w:pPr>
        <w:pStyle w:val="ArticleScripture"/>
        <w:jc w:val="left"/>
      </w:pPr>
      <w:r>
        <w:rPr>
          <w:rFonts w:ascii="Times New Roman" w:hAnsi="Times New Roman" w:eastAsia="Times New Roman" w:cs="Times New Roman"/>
        </w:rPr>
        <w:t>“Anpil pral kanpe nan chè nou yo ak flanbo fo pwofesi a nan men yo, limen nan flanbo enfènal Satan an. Si yo nouri dout ak enkredilite, yo pral retire minis fidèl yo nan mitan pèp la ki panse yo konnen anpil. ‘Si ou menm tou ou te konnen,’ Kris la te di, ‘omwen nan jou pa ou sa a, bagay ki pou lapè pa ou! men kounye a yo kache devan je ou.’”</w:t>
      </w:r>
    </w:p>
    <w:p>
      <w:pPr>
        <w:pStyle w:val="ArticleScripture"/>
        <w:jc w:val="left"/>
      </w:pPr>
      <w:r>
        <w:rPr>
          <w:rFonts w:ascii="Times New Roman" w:hAnsi="Times New Roman" w:eastAsia="Times New Roman" w:cs="Times New Roman"/>
        </w:rPr>
        <w:t>“Sepandan, fondasyon Bondye a rete fèm. Senyè a konnen sila yo ki pou Li. Sèvitè ki sanktifye a pa dwe gen okenn twonpri nan bouch li. Li dwe klè tankou lajounen, lib anba tout tach mechanste. Yon ministè ak yon laprès sanktifye pral yon fòs pou fè limyè verite a klere sou jenerasyon sa a ki deregle. Limyè, frè m yo, plis limyè nou bezwen. Sonnen twonpèt la nan Siyon; bay alam sou mòn sen an. Rasanble lame Senyè a, ak kè sanktifye, pou yo tande sa Senyè a pral di pèp Li a; paske Li ogmante limyè pou tout moun ki va tande. Se pou yo ame epi ekipe, epi monte al nan batay la—pou ede Senyè a kont vanyan yo. Bondye Li menm ap travay pou Izrayèl. Tout lang manti pral redui an silans. Men zanj yo pral ranvèse konplo twonpe k ap fòme yo. Ranpa Satan yo p ap janm triyonfe. Viktwa pral akonpaye mesaj twazyèm zanj lan. Menm jan Kapitèn lame Senyè a te kraze mi Jeriko yo, konsa pèp Senyè a ki kenbe kòmandman yo pral triyonfe, epi tout eleman ki opoze yo pral bat. Pa kite okenn nanm plenyen sou sèvitè Bondye yo ki vin jwenn yo ak yon mesaj ki soti nan syèl la. Pa kontinye chèche defo lakay yo ankò, pandan n ap di: ‘Yo twò afime; yo pale twò fò.’ Yo ka pale avèk fòs; men èske sa pa nesesè? Bondye ap fè zòrèy moun k ap tande yo sonnen si yo pa koute vwa Li oswa mesaj Li. Li pral denonse moun ki reziste pawòl Bondye a.”</w:t>
      </w:r>
    </w:p>
    <w:p>
      <w:pPr>
        <w:pStyle w:val="ArticleScripture"/>
        <w:jc w:val="left"/>
      </w:pPr>
      <w:r>
        <w:rPr>
          <w:rFonts w:ascii="Times New Roman" w:hAnsi="Times New Roman" w:eastAsia="Times New Roman" w:cs="Times New Roman"/>
        </w:rPr>
        <w:t>“Satan te pran tout mezi posib pou anyen pa vini nan mitan nou antanke yon pèp pou reprann nou, korije nou, epi egzòte nou pou nou mete erè nou yo sou kote. Men, gen yon pèp ki pral pote lach Bondye a. Kèk moun pral sòti nan mitan nou ki pap pote lach la ankò. Men, moun sa yo pa ka bati miray pou bare laverite; paske li pral kontinye avanse epi monte jis rive nan fen an. Nan tan pase yo, Bondye te leve gason, e Li toujou gen gason okazyon k ap tann, prepare pou fè volonte Li—gason ki pral travèse restriksyon ki pa anyen lòt pase miray yo te platre ak mòtye ki pa t byen prepare. Lè Bondye mete Lespri Li sou gason, yo pral travay. Yo pral pwoklame pawòl Senyè a; yo pral leve vwa yo tankou yon twonpèt. Laverite a pap diminye ni pèdi pouvwa li nan men yo. Yo pral montre pèp la transgresyon li yo, epi kay Jakòb la peche li yo.” Testimonies to Ministers, 409–411.</w:t>
      </w:r>
    </w:p>
    <w:p>
      <w:pPr>
        <w:pStyle w:val="ArticleBody"/>
        <w:jc w:val="left"/>
      </w:pPr>
      <w:r>
        <w:rPr>
          <w:rFonts w:ascii="Times New Roman" w:hAnsi="Times New Roman" w:eastAsia="Times New Roman" w:cs="Times New Roman"/>
        </w:rPr>
        <w:t>Idantifye senbòl satanik “sakrifis chak jou a” kòm yon senbòl Kris, se fè lwanj “Kris ak dye mond sa a nan menm souf la. Pandan, an aparans, yo resevwa Kris, yo anbrase Barabas, epi pa aksyon yo yo di: ‘Se pa Nonm sa a, men Barabas.’” Verite ki reprezante nan rèv Miller la kòm “bijou”, epi ki te ilistre tou yon fason grafik sou de tab sakre yo, se “gwo limyè” Miller te resevwa a, epi Advantis la te rejte li.</w:t>
      </w:r>
    </w:p>
    <w:p>
      <w:pPr>
        <w:pStyle w:val="ArticleBody"/>
        <w:jc w:val="left"/>
      </w:pPr>
      <w:r>
        <w:rPr>
          <w:rFonts w:ascii="Times New Roman" w:hAnsi="Times New Roman" w:eastAsia="Times New Roman" w:cs="Times New Roman"/>
        </w:rPr>
        <w:t>Yo fè konnen y ap fè lwanj Kris la avèk yon senbòl satanik, epi yo pretann yo kanpe sou fondasyon Bondye a, lè an reyalite se yon fo fondasyon ki pote gwo desepsyon sou tout moun ki pran pozisyon yo sou estrikti doktrinal defektye sa a. Pa gen anyen nouvo anba solèy la, e Izrayèl modèn nan senpleman ap mache nan tras pwofetik Izrayèl tan lontan an.</w:t>
      </w:r>
    </w:p>
    <w:p>
      <w:pPr>
        <w:pStyle w:val="ArticleScripture"/>
        <w:jc w:val="left"/>
      </w:pPr>
      <w:r>
        <w:rPr>
          <w:rFonts w:ascii="Times New Roman" w:hAnsi="Times New Roman" w:eastAsia="Times New Roman" w:cs="Times New Roman"/>
        </w:rPr>
        <w:t>“Gen yon bagay ki peze nanm mwen anpil: Se gwo mank lanmou Bondye a, ki pèdi akoz rezistans kont limyè ak laverite ki kontinye fèt, ansanm ak enfliyans sila yo ki te angaje nan travay aktif, e ki, devan prèv ki vin ajoute sou prèv, te egzèse yon enfliyans pou fè travay mesaj Bondye te voye a echwe. Mwen montre yo nasyon jwif la, epi mwen mande: Èske nou dwe kite frè nou yo mache sou menm chemen rezistans avèg la, jouk nan dènye bout tan gras la? Si jamè yon pèp te bezwen vrè ak fidèl gad yo, ki pa va rete an silans, ki va rele lajounen kou lannwit, pou fè avètisman Bondye bay yo tande, se Advantis Setyèm Jou yo. Sila yo ki te resevwa gwo limyè, opòtinite beni, ki, menm jan ak Kapènawòm, te leve jouk nan syèl la nan privilèj yo te genyen, èske pa sèvi ak sa yo te resevwa a va fè yo rete nan fènwa ki koresponn ak grandè limyè yo te resevwa a?”</w:t>
      </w:r>
    </w:p>
    <w:p>
      <w:pPr>
        <w:pStyle w:val="ArticleScripture"/>
        <w:jc w:val="left"/>
      </w:pPr>
      <w:r>
        <w:rPr>
          <w:rFonts w:ascii="Times New Roman" w:hAnsi="Times New Roman" w:eastAsia="Times New Roman" w:cs="Times New Roman"/>
        </w:rPr>
        <w:t>“Mwen swete sipliye frè nou yo ki va reyini nan Konferans Jeneral la pou yo pran an konsiderasyon mesaj yo te bay moun Lawodise yo. Ala yon kondisyon avègman ki pa yo! Yo te pote sijè sa a devan nou ankò e ankò, men mekontantman nou avèk kondisyon espirityèl nou an pa t ase pwofon ni ase douloure pou pwodui refòm. ‘Ou di: Mwen rich, mwen vin gen anpil byen, e mwen pa bezwen anyen; men ou pa konnen ou mizerab, ou malere, ou pòv, ou avèg, e ou toutouni.’ Koupabilite twonpe tèt nou an sou legliz nou yo. Lavi relijye anpil moun se yon manti.” Manuscript Releases, volim 16, 106, 107.</w:t>
      </w:r>
    </w:p>
    <w:p>
      <w:pPr>
        <w:pStyle w:val="ArticleBody"/>
        <w:jc w:val="left"/>
      </w:pPr>
      <w:r>
        <w:rPr>
          <w:rFonts w:ascii="Times New Roman" w:hAnsi="Times New Roman" w:eastAsia="Times New Roman" w:cs="Times New Roman"/>
        </w:rPr>
        <w:t>“Kapernaòm” se te vil Jezi te chwazi kòm pwòp vil pa l.</w:t>
      </w:r>
    </w:p>
    <w:p>
      <w:pPr>
        <w:pStyle w:val="ArticleScripture"/>
        <w:jc w:val="left"/>
      </w:pPr>
      <w:r>
        <w:rPr>
          <w:rFonts w:ascii="Times New Roman" w:hAnsi="Times New Roman" w:eastAsia="Times New Roman" w:cs="Times New Roman"/>
        </w:rPr>
        <w:t>“Se nan Kapènawòm Jezi te rete nan entèval vwayaj Li yo ale vini, e vil la te vin rekonèt kòm ‘pwòp vil pa Li.’ Li te sou rivaj Lanmè Galile a, e toupre fwontyè bèl plenn Jenezarèt la, si se pa t menm dirèkteman sou li.” The Desire of Ages, 252.</w:t>
      </w:r>
    </w:p>
    <w:p>
      <w:pPr>
        <w:pStyle w:val="ArticleBody"/>
        <w:jc w:val="left"/>
      </w:pPr>
      <w:r>
        <w:rPr>
          <w:rFonts w:ascii="Times New Roman" w:hAnsi="Times New Roman" w:eastAsia="Times New Roman" w:cs="Times New Roman"/>
        </w:rPr>
        <w:t>Kris te chwazi Kapènawòm menm jan li te chwazi Jerizalèm nan tan lontan.</w:t>
      </w:r>
    </w:p>
    <w:p>
      <w:pPr>
        <w:pStyle w:val="ArticleScripture"/>
        <w:jc w:val="left"/>
      </w:pPr>
      <w:r>
        <w:rPr>
          <w:rFonts w:ascii="Times New Roman" w:hAnsi="Times New Roman" w:eastAsia="Times New Roman" w:cs="Times New Roman"/>
        </w:rPr>
        <w:t>Epi m ap bay pitit gason li yon branch fanmi, pou David, sèvitè mwen an, toujou gen yon limyè devan mwen nan Jerizalèm, vil mwen te chwazi a pou m mete non mwen la. 1 Wa 11:36.</w:t>
      </w:r>
    </w:p>
    <w:p>
      <w:pPr>
        <w:pStyle w:val="ArticleBody"/>
        <w:jc w:val="left"/>
      </w:pPr>
      <w:r>
        <w:rPr>
          <w:rFonts w:ascii="Times New Roman" w:hAnsi="Times New Roman" w:eastAsia="Times New Roman" w:cs="Times New Roman"/>
        </w:rPr>
        <w:t>Kris te chwazi Advantis kòm vil li an 1844, epi an 1863, Advantis te rebati vil “Jeriko” a, yon senbòl konfò ak abondans Laodise. Menm jan ak ansyen Izrayèl, konsa tou ak Izrayèl modèn. Advantis kwè yo se sitwayen vil espesyal Bondye a, men yo te rejte “gwo limyè” a ki bay prèv sitwayènte a. Menm jan ak Silo, nan tan Eli, Ofni ak Fineyas, Advantis pral jije dapre “gwo limyè” yo te resevwa opòtinite pou yo aksepte.</w:t>
      </w:r>
    </w:p>
    <w:p>
      <w:pPr>
        <w:pStyle w:val="ArticleScripture"/>
        <w:jc w:val="left"/>
      </w:pPr>
      <w:r>
        <w:rPr>
          <w:rFonts w:ascii="Times New Roman" w:hAnsi="Times New Roman" w:eastAsia="Times New Roman" w:cs="Times New Roman"/>
        </w:rPr>
        <w:t>«Pami moun ki di yo se pitit Bondye, jan pasyans te parèt piti, konbyen pawòl anmè yo te pale, konbyen kondanasyon yo te pwononse kont moun ki pa nan lafwa pa nou an. Anpil moun te konsidere moun ki fè pati lòt legliz yo tankou gwo pechè, pandan Senyè a pa konsidere yo konsa. Moun ki gade manm lòt legliz yo konsa, bezwen imilye tèt yo anba men pwisan Bondye a. Moun yo kondane yo te ka sèlman resevwa ti limyè, kèk okazyon ak privilèj. Si yo te resevwa limyè anpil nan manm legliz nou yo te resevwa a, yo te ka avanse pi plis toujou, epi yo ta ka pi byen reprezante lafwa yo devan mond lan. Konsènan moun ki fè grandizè pou limyè yo genyen an, epoutan ki pa mache ladan li, Kris di: “Men mwen di nou, nan jou jijman an, sa va pi tolerab pou Tir ak Sidon pase pou nou. E ou menm, Kapènawòm [Adventis Setyèm Jou yo, ki te resevwa gwo limyè], ou menm ki leve jis nan syèl la [an tèm de privilèj], yo pral desann ou jouk nan lanfè; paske si zèv pwisan ki te fèt lakay ou yo te fèt nan Sodòm, li ta rete jouk jounen jodi a. Men mwen di nou, nan jou jijman an, sa va pi tolerab pou peyi Sodòm pase pou ou.” Lè sa a, Jezi reponn epi li di: “Mwen di ou mèsi, O Papa, Seyè syèl la ak latè a, paske ou kache bagay sa yo pou saj ak moun ki pridan [nan pwòp estimasyon pa yo], epi ou revele yo bay timoun piti yo.”»</w:t>
      </w:r>
    </w:p>
    <w:p>
      <w:pPr>
        <w:pStyle w:val="ArticleScripture"/>
        <w:jc w:val="left"/>
      </w:pPr>
      <w:r>
        <w:rPr>
          <w:rFonts w:ascii="Times New Roman" w:hAnsi="Times New Roman" w:eastAsia="Times New Roman" w:cs="Times New Roman"/>
        </w:rPr>
        <w:t>«Epi kounyeya, paske nou fè tout zèv sa yo, se Senyè a ki di sa, e mwen te pale avè nou, m te leve granmaten pou m pale, men nou pa t koute; mwen te rele nou, men nou pa t reponn; se poutèt sa m ap fè kay sa a, ki rele pa non mwen, kote nou mete konfyans nou an, ak kote mwen te bay nou menm ak zansèt nou yo a, menm jan mwen te fè Silo. Epi m ap voye nou jete lwen devan je m, menm jan mwen te voye jete tout frè nou yo, tout desandans Efrayim lan.»</w:t>
      </w:r>
    </w:p>
    <w:p>
      <w:pPr>
        <w:pStyle w:val="ArticleScripture"/>
        <w:jc w:val="left"/>
      </w:pPr>
      <w:r>
        <w:rPr>
          <w:rFonts w:ascii="Times New Roman" w:hAnsi="Times New Roman" w:eastAsia="Times New Roman" w:cs="Times New Roman"/>
        </w:rPr>
        <w:t>“Seyè a tabli pami nou enstitisyon ki gen gwo enpòtans, e yo dwe jere yo, pa jan enstitisyon mondèn yo jere, men dapre lòd Bondye. Yo dwe jere yo ak je fikse sèlman sou glwa li, pou nan tout fason nanm k ap peri yo ka sove. Bay pèp Bondye a temwayaj Lespri a rive, men anpil pa t pran avètisman, repwòch, ni konsèy yo oserye.”</w:t>
      </w:r>
    </w:p>
    <w:p>
      <w:pPr>
        <w:pStyle w:val="ArticleScripture"/>
        <w:jc w:val="left"/>
      </w:pPr>
      <w:r>
        <w:rPr>
          <w:rFonts w:ascii="Times New Roman" w:hAnsi="Times New Roman" w:eastAsia="Times New Roman" w:cs="Times New Roman"/>
        </w:rPr>
        <w:t>“Tande koulye a sa, o pèp sòt e san konprann, ki gen je, men ki pa wè; ki gen zòrèy, men ki pa tande: èske nou pa pè mwen? se sa SENYÈ a di. Èske nou p ap tranble devan prezans mwen, mwen menm ki mete sab la kòm limit lanmè a pa yon lòd etènèl, pou li pa ka depase li? E byenke vag li yo ap brase tèt yo, yo pa ka genyen; byenke yo ap gwonde, yo pa ka pase sou li. Men pèp sa a gen yon kè ki vire do e ki rebèl; yo vire do, yo ale. Yo pa menm di nan kè yo: Annou kounye a gen krentif pou SENYÈ a, Bondye nou an, ki bay lapli, ni premye lapli a ni dènye lapli a, nan tan pa li; li rezève pou nou semèn rekòt yo ki fikse davans. Mechanste nou yo fè bagay sa yo vire do, epi peche nou yo wete bon bagay nan men nou.... Yo pa rann jistis nan koz la, koz òfelen an, men yo pwospere; epi dwa moun ki nan bezwen yo, yo pa jije. Èske m pa va pini pou bagay sa yo? se sa SENYÈ a di. Èske nanm mwen p ap tire revanj sou yon nasyon konsa?”</w:t>
      </w:r>
    </w:p>
    <w:p>
      <w:pPr>
        <w:pStyle w:val="ArticleScripture"/>
        <w:jc w:val="left"/>
      </w:pPr>
      <w:r>
        <w:rPr>
          <w:rFonts w:ascii="Times New Roman" w:hAnsi="Times New Roman" w:eastAsia="Times New Roman" w:cs="Times New Roman"/>
        </w:rPr>
        <w:t>“Èske Seyè a va fòse di: ‘Pa lapriyè pou pèp sa a, ni pa leve ni rèl ni lapriyè pou yo, ni pa fè lapriyè entèsesyon devan mwen; paske mwen p ap tande ou’? ‘Se poutèt sa lapli yo te rete san tonbe, e pa t gen lapli ta.... Èske depi koulye a ou p ap rele m: Papa m, ou se gid jenès mwen?’” Review and Herald, 1 out 1893.</w:t>
      </w:r>
    </w:p>
    <w:p>
      <w:pPr>
        <w:pStyle w:val="ArticleBody"/>
        <w:jc w:val="left"/>
      </w:pPr>
      <w:r>
        <w:rPr>
          <w:rFonts w:ascii="Times New Roman" w:hAnsi="Times New Roman" w:eastAsia="Times New Roman" w:cs="Times New Roman"/>
        </w:rPr>
        <w:t>N ap kontinye egzamen nou sou “gwo limyè” ki te bay William Miller sou liv Revelasyon an nan atik ki vin apre a.</w:t>
      </w:r>
    </w:p>
    <w:p>
      <w:pPr>
        <w:pStyle w:val="ArticleScripture"/>
        <w:jc w:val="left"/>
      </w:pPr>
      <w:r>
        <w:rPr>
          <w:rFonts w:ascii="Times New Roman" w:hAnsi="Times New Roman" w:eastAsia="Times New Roman" w:cs="Times New Roman"/>
        </w:rPr>
        <w:t>“Lè Kris te vini nan mond lan pou bay vrè relijyon an kòm egzanp, epi pou leve prensip ki ta dwe gouvène kè ak aksyon lèzòm, manti te gentan pran rasin tèlman fon lakay sila yo ki te resevwa yon limyè konsa gran, ke yo pa t konprann limyè a ankò, e yo pa t gen okenn tandans pou yo lage tradisyon pou laverite. Yo te rejte Anseyan ki soti nan syèl la, yo te kloure sou kwa Seyè laglwa a, pou yo te ka kenbe pwòp koutim ak envansyon pa yo. Se menm lespri sa a menm ki manifeste nan mond lan jodi a. Lèzòm pa renmen egzaminen laverite, pou tradisyon yo pa vin boulvèse, epi pou yon nouvo lòd bagay pa antre. Nan limanite gen yon tandans konstan pou tonbe nan erè, e lèzòm natirèlman gen tandans pou yo leve byen wo ide ak konesans imen, pandan sa ki diven ak etènèl la ni pa disène ni pa apresye.”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swasant-deux</dc:title>
  <dc:subject>Revelasyon sou Bèl Bijou yo nan Vizyon Pwofetik William Miller la: Yon Egzamen Kritik sou Jan Adventis la Te Kite “Gwo Limyè” a, ak Apèl pou Retounen nan Vrè Fondasyon yo</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