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Swasant-Sis</w:t>
      </w:r>
    </w:p>
    <w:p>
      <w:pPr>
        <w:pStyle w:val="ArticleSubtitle"/>
        <w:jc w:val="left"/>
      </w:pPr>
      <w:r>
        <w:rPr>
          <w:rFonts w:ascii="Arial" w:hAnsi="Arial" w:eastAsia="Arial" w:cs="Arial"/>
        </w:rPr>
        <w:t>Devoileman Senfoni Pwofetik la: Tan Sele a, Lapli Fen an, ak Apèl pou Sòti Babilòn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Pasaj nou te egzamine nan atik anvan an te di ke, “gwo vide Sentespri a” nan Revelasyon chapit dizwit la, “pap vini toutotan nou pa gen yon pèp ki resevwa limyè, ki konnen pa eksperyans sa sa vle di pou yo travay ansanm ak Bondye.” Men pwomès la se ke lè “nou gen yon konsakrasyon antye, ak tout kè, pou sèvis Kris la, Bondye ap rekonèt reyalite sa a pa yon vide Lespri li san mezi.” Idantifikasyon “gwo vide a” fè konprann gen yon vide ki pi piti tou (yon mezi).</w:t>
      </w:r>
    </w:p>
    <w:p>
      <w:pPr>
        <w:pStyle w:val="ArticleBody"/>
        <w:jc w:val="left"/>
      </w:pPr>
      <w:r>
        <w:rPr>
          <w:rFonts w:ascii="Times New Roman" w:hAnsi="Times New Roman" w:eastAsia="Times New Roman" w:cs="Times New Roman"/>
        </w:rPr>
        <w:t>Nan dat 11 septanm 2001 an, zanj pisan ki nan Revelasyon dizwityèm lan desann, men “pi gwo pati legliz la” lè sa a pa t, e toujou “yo pa travayè ansanm ak Bondye.” Ant 11 septanm 2001 ak moman kote Bondye idantifye lefèt ke finalman gen yon gwoup ki rive nan “yon consacration antye, ak tout kè, pou sèvis Kris la,” dènye lapli a “mezire,” jijman vivan yo fèt, epi jijman an kòmanse ak kay Bondye a.</w:t>
      </w:r>
    </w:p>
    <w:p>
      <w:pPr>
        <w:pStyle w:val="ArticleBody"/>
        <w:jc w:val="left"/>
      </w:pPr>
      <w:r>
        <w:rPr>
          <w:rFonts w:ascii="Times New Roman" w:hAnsi="Times New Roman" w:eastAsia="Times New Roman" w:cs="Times New Roman"/>
        </w:rPr>
        <w:t>Nan Revelasyon chapit dizwit la, yo idantifye de vwa, ke Sè White fè nou konnen se de apèl pou legliz yo. Dezyèm vwa a (apèl la), se apèl pou sòti Babilòn nan ki rive lè lwa dimanch ki pral vini byento a parèt. Premye vwa a te rive 11 septanm 2001. Efizyon Sentespri a ki te kòmanse lè sa a te “mezire”, paske Kris la te bezwen an premye pirifye pèp Li a, sou sila yo Li t ap finalman vide Sentespri a “san mezi”, pandan Li t ap leve yo kòm yon drapo nan lè gwo tranblemanntè a. Gwoup sa a te bezwen pirifye anvan dezyèm vwa Revelasyon dizwit la te sonnen, paske se yo menm ki dwe moun ki t ap pwoklame mesaj sa a.</w:t>
      </w:r>
    </w:p>
    <w:p>
      <w:pPr>
        <w:pStyle w:val="ArticleBody"/>
        <w:jc w:val="left"/>
      </w:pPr>
      <w:r>
        <w:rPr>
          <w:rFonts w:ascii="Times New Roman" w:hAnsi="Times New Roman" w:eastAsia="Times New Roman" w:cs="Times New Roman"/>
        </w:rPr>
        <w:t>Nan premye desepsyon an nan sezon prentan 1844 la, Pwotestan yo te vin tounen Pwotestan apostazi, epi fidèl yo ki te jwenn tèt yo nan tan reta a lè sa a, te reprezante tanp sila yo ki te ansyenman pa t pèp Bondye a. Sou 11 septanm 2001, zanj pisan nan Revelasyon dizwit la te desann, epi premye etap nan netwaye ak leve tanp Bondye a nan dènye jou yo te kòmanse, e li te kòmanse ak eprèv Advantis Lawodise a. Sou 18 jiyè 2020, dezyèm etap pwosesis eprèv la te kòmanse. Nan batèm Kris la, pwosesis separasyon Izrayèl ansyen an te kòmanse, paske Kris la te chwazi premye disip yo lè sa a, ki te fondasyon tanp kretyen an ke Li t ap bati nan istwa sa a.</w:t>
      </w:r>
    </w:p>
    <w:p>
      <w:pPr>
        <w:pStyle w:val="ArticleBody"/>
        <w:jc w:val="left"/>
      </w:pPr>
      <w:r>
        <w:rPr>
          <w:rFonts w:ascii="Times New Roman" w:hAnsi="Times New Roman" w:eastAsia="Times New Roman" w:cs="Times New Roman"/>
        </w:rPr>
        <w:t>Nan kòmansman ministè li ki te dire twazan edmi a, Kris te pirifye tanp lan, li menm li te idantifye kòm “kay Papa li”; epi nan fen ministè li a, lè li te fin pirifye tanp lan pou dezyèm fwa e pou dènye fwa, deklarasyon li te fè a se te: “kay nou an rete pou nou, li tounen yon dezè.” Ansanm pèp ansyen alyans lan te mete sou kote, epi pèp nouvo alyans li a te etabli kòm “Tanp li”. Lè lwa dimanch la vini, estrikti kòporatif Legliz Advantis Setyèm Jou a pral tounen yon dezè.</w:t>
      </w:r>
    </w:p>
    <w:p>
      <w:pPr>
        <w:pStyle w:val="ArticleScripture"/>
        <w:jc w:val="left"/>
      </w:pPr>
      <w:r>
        <w:rPr>
          <w:rFonts w:ascii="Times New Roman" w:hAnsi="Times New Roman" w:eastAsia="Times New Roman" w:cs="Times New Roman"/>
        </w:rPr>
        <w:t>“Pwofèt la di: ‘Mwen wè yon lòt zanj desann soti nan syèl la, li te gen gwo pouvwa; e tè a te klere ak laglwa li. E li rele avèk fòs, ak yon gwo vwa, li di: Babilòn, gwo vil la, tonbe, li tonbe, e li vin tounen kay demon yo’ (Revelation 18:1, 2). Sa a se menm mesaj dezyèm zanj lan te bay la. Babilòn tonbe, ‘paske li fè tout nasyon yo bwè diven kòlè fònikasyon li a’ (Revelation 14:8). Ki diven sa a?—Fo doktrin li yo. Li bay lemonn yon fo saba olye de Saba katriyèm kòmandman an, e li repete manti Satan te premye di Èv nan jaden Edenn lan—imòtalite natirèl nanm nan. Anpil lòt erè menm kalite a li gaye byen lwen toupatou, ‘anseye kòm doktrin kòmandman lèzòm yo’ (Matthew 15:9).”</w:t>
      </w:r>
    </w:p>
    <w:p>
      <w:pPr>
        <w:pStyle w:val="ArticleScripture"/>
        <w:jc w:val="left"/>
      </w:pPr>
      <w:r>
        <w:rPr>
          <w:rFonts w:ascii="Times New Roman" w:hAnsi="Times New Roman" w:eastAsia="Times New Roman" w:cs="Times New Roman"/>
        </w:rPr>
        <w:t>“Lè Jezi te kòmanse ministè piblik Li, Li te pirifye Tanp lan anba pwofanasyon sakrilèj li t ap sibi a. Pami dènye zak ministè Li yo, te gen dezyèm pirifikasyon Tanp lan. Konsa tou, nan dènye travay pou avètisman mond lan, yo fè de apèl distenk bay legliz yo. Mesaj dezyèm zanj lan se: ‘Babilòn tonbe, li tonbe, gwo vil sa a, paske li fè tout nasyon yo bwè diven kòlè fònikasyon li a’ (Revelation 14:8). Epi, nan gwo rèl mesaj twazyèm zanj lan, yo tande yon vwa soti nan syèl la k ap di: ‘Soti ladan l, pèp mwen an, pou nou pa patisipe nan peche li yo, epi pou nou pa resevwa nan kalamite li yo. Paske peche li yo rive jouk nan syèl la, e Bondye sonje inikite li yo’ (Revelation 18:4, 5).” Review and Herald, December 6, 1892.</w:t>
      </w:r>
    </w:p>
    <w:p>
      <w:pPr>
        <w:pStyle w:val="ArticleBody"/>
        <w:jc w:val="left"/>
      </w:pPr>
      <w:r>
        <w:rPr>
          <w:rFonts w:ascii="Times New Roman" w:hAnsi="Times New Roman" w:eastAsia="Times New Roman" w:cs="Times New Roman"/>
        </w:rPr>
        <w:t>Premye netwayaj tanp lan aliyen ak premye vwa nan Revelasyon chapit dizwityèm, epi dezyèm vwa a se gwo rèl la ki rele lòt bann mouton Bondye yo soti Babilòn. Vèsè youn rive twa yo te akonpli lè gwo bilding Vil Nouyòk yo te jete atè. Sa te rive 11 septanm 2001, epi premye netwayaj tanp lan, oswa premye nan de apèl yo te adrese bay legliz yo, te fèt. Premye apèl la te kòmanse nan batèm Kris la, lè Sentespri a te desann sot nan syèl la e tès la pou Izrayèl tan lontan an te kòmanse. Nan 11 dawout 1840, premye netwayaj tanp lan, oswa premye nan de apèl yo te adrese bay mouvman Millerit la.</w:t>
      </w:r>
    </w:p>
    <w:p>
      <w:pPr>
        <w:pStyle w:val="ArticleBody"/>
        <w:jc w:val="left"/>
      </w:pPr>
      <w:r>
        <w:rPr>
          <w:rFonts w:ascii="Times New Roman" w:hAnsi="Times New Roman" w:eastAsia="Times New Roman" w:cs="Times New Roman"/>
        </w:rPr>
        <w:t>Nan moman sa a, lapli ta a ak sele san karant-kat mil yo te kòmanse, an koneksyon avèk dènye sèn Jijman Ankèt la. Nan dènye sèn sa yo, travay Kris la reprezante kòm efasman peche fidèl yo nan liv peche yo, oswa efasman non kretyen ki fè pwofesyon lafwa yo nan liv lavi a. Peryòd tan sa a se peryòd aspèsyon lapli ta a, paske Bondye va sèlman vide Sentespri a san mezi lè legliz la pir. Nan lwa dimanch lan, vide Sentespri a va san mezi.</w:t>
      </w:r>
    </w:p>
    <w:p>
      <w:pPr>
        <w:pStyle w:val="ArticleScripture"/>
        <w:jc w:val="left"/>
      </w:pPr>
      <w:r>
        <w:rPr>
          <w:rFonts w:ascii="Times New Roman" w:hAnsi="Times New Roman" w:eastAsia="Times New Roman" w:cs="Times New Roman"/>
        </w:rPr>
        <w:t>“Kisa n’ap fè, frè m yo, nan gwo travay preparasyon an? Moun ki ap ini ak mond lan ap resevwa fòm mondyal la epi y ap prepare pou mak bèt la. Moun ki pa mete konfyans nan tèt yo, ki ap imilye tèt yo devan Bondye epi ki ap pirifye nanm yo lè yo obeyi verite a, se yo menm ki ap resevwa fòm selès la epi k ap prepare pou sele Bondye a sou fwon yo. Lè dekrè a va soti epi so a va enprime, karaktè yo ap rete pwòp e san tach pou letènite.” Testimonies, volim 5, 216.</w:t>
      </w:r>
    </w:p>
    <w:p>
      <w:pPr>
        <w:pStyle w:val="ArticleScripture"/>
        <w:jc w:val="left"/>
      </w:pPr>
      <w:r>
        <w:rPr>
          <w:rFonts w:ascii="Times New Roman" w:hAnsi="Times New Roman" w:eastAsia="Times New Roman" w:cs="Times New Roman"/>
        </w:rPr>
        <w:t>“Travay Sentespri a se konvenk mond lan de peche, de jistis, ak de jijman. Se sèlman lè moun wè sila yo ki kwè verite a sanktifye pa verite a, epi k ap aji selon prensip ki wo e ki sen, pandan yo montre nan yon sans wo e elve liy demarkasyon ki separe moun ki kenbe kòmandman Bondye yo ak moun ki pilonnen yo anba pye yo, mond lan ka resevwa avètisman an. Sanktifikasyon Lespri a make diferans ki genyen ant sila yo ki gen sele Bondye a ak sila yo ki kenbe yon fo jou repo. Lè eprèv la va rive, sa ki make bèt la ye a va parèt aklè. Se kenbe dimanch. Sila yo ki, apre yo fin tande verite a, kontinye konsidere jou sa a kòm sen, pote siyati nonm peche a, li menm ki te panse pou l chanje tan ak lalwa yo.” Bible Training School, 1 desanm 1903.</w:t>
      </w:r>
    </w:p>
    <w:p>
      <w:pPr>
        <w:pStyle w:val="ArticleBody"/>
        <w:jc w:val="left"/>
      </w:pPr>
      <w:r>
        <w:rPr>
          <w:rFonts w:ascii="Times New Roman" w:hAnsi="Times New Roman" w:eastAsia="Times New Roman" w:cs="Times New Roman"/>
        </w:rPr>
        <w:t>Ezayi idantifye “jou van lès la,” li menm li idantifye tou kòm “van brit la,” ki kenbe an fren (rete), kòm moman kote “mezire a” kòmanse.</w:t>
      </w:r>
    </w:p>
    <w:p>
      <w:pPr>
        <w:pStyle w:val="ArticleScripture"/>
        <w:jc w:val="left"/>
      </w:pPr>
      <w:r>
        <w:rPr>
          <w:rFonts w:ascii="Times New Roman" w:hAnsi="Times New Roman" w:eastAsia="Times New Roman" w:cs="Times New Roman"/>
        </w:rPr>
        <w:t>Selon la mesure, quand il pousse au dehors, tu contestes avec lui; il retient son vent impétueux au jour du vent d’orient. C’est pourquoi l’iniquité de Jacob sera expiée par ceci; et voici tout le fruit de l’abolition de son péché: lorsqu’il réduira toutes les pierres de l’autel en pierres de craie brisées, les bosquets sacrés et les images ne se relèveront point. Toutefois, la ville fortifiée sera désolée, et l’habitation abandonnée, laissée comme un désert; là le veau paîtra, là il se couchera, et en consumera les rameaux. Quand ses branches seront desséchées, elles seront rompues; les femmes viennent et y mettent le feu; car c’est un peuple sans intelligence: c’est pourquoi celui qui l’a fait n’aura point compassion de lui, et celui qui l’a formé ne lui fera point grâce. Et il arrivera, en ce jour-là, que le Seigneur battra le grain depuis le cours du fleuve jusqu’au torrent d’Égypte, et vous serez recueillis un à un, ô enfants d’Israël. Et il arrivera, en ce jour-là, que la grande trompette sonnera; alors viendront ceux qui étaient sur le point de périr dans le pays d’Assyrie, et les exilés dans le pays d’Égypte, et ils adoreront le Seigneur sur la montagne sainte, à Jérusalem. Ésaïe 27:6–13.</w:t>
      </w:r>
    </w:p>
    <w:p>
      <w:pPr>
        <w:pStyle w:val="ArticleBody"/>
        <w:jc w:val="left"/>
      </w:pPr>
      <w:r>
        <w:rPr>
          <w:rFonts w:ascii="Times New Roman" w:hAnsi="Times New Roman" w:eastAsia="Times New Roman" w:cs="Times New Roman"/>
        </w:rPr>
        <w:t>Van lès” se pouvwa ki koule “bato Tasis” yo epi ki pote jijman sou jennès Tir la. “Van lès” se pouvwa ki fè wa yo pè. “Van lès” se sa ki te pote kalamite “chechrès” la sou Lejip, ki te pwodui sèt ane grangou yo, pandan Jozèf ak Farawon te mennen lemonn antye (Lejip) anba esklavaj; e se “van lès” la ki te pote “krikèt” yo ki te devore tout bagay pandan delivrans soti Lejip la. Islam se “van lès” la.</w:t>
      </w:r>
    </w:p>
    <w:p>
      <w:pPr>
        <w:pStyle w:val="ArticleBody"/>
        <w:jc w:val="left"/>
      </w:pPr>
      <w:r>
        <w:rPr>
          <w:rFonts w:ascii="Times New Roman" w:hAnsi="Times New Roman" w:eastAsia="Times New Roman" w:cs="Times New Roman"/>
        </w:rPr>
        <w:t>Mouvman refòm yo nan pwofesi biblik etabli ke chak mouvman refòm gen pwòp tèm patikilye pa li. Tèm mouvman refòm san karantkat mil la se Islam. Nan dat 11 septanm 2001, Islam twazyèm Malè a te atake bèt tè a, epi George W. Bush, “dezyèm nan”, imedyatman te mete yon restriksyon sou “van lès la”. Nan evènman sa a, jan Sè White ekri l, lè gwo bilding vil Nouyòk yo te fè tonbe, Revelasyon dizwit, vèsè youn rive twa, te akonpli. Twa vèsè sa yo reprezante premye nan de vwa ki nan Revelasyon chapit dizwit. Dezyèm vwa a twouve nan vèsè kat, epi li idantifye apèl pou sòti Babilòn nan, ki kòmanse nan lwa dimanch Ozetazini. Islam twazyèm malè a rete anba restriksyon kat zanj ki nan Revelasyon chapit sèt yo, pandan san karantkat mil yo ap sele.</w:t>
      </w:r>
    </w:p>
    <w:p>
      <w:pPr>
        <w:pStyle w:val="ArticleScripture"/>
        <w:jc w:val="left"/>
      </w:pPr>
      <w:r>
        <w:rPr>
          <w:rFonts w:ascii="Times New Roman" w:hAnsi="Times New Roman" w:eastAsia="Times New Roman" w:cs="Times New Roman"/>
        </w:rPr>
        <w:t>“Seyè a, Bondye, se yon Bondye ki jalou; men Li pran anpil pasyans ak peche ak transgresyon pèp Li a nan jenerasyon sa a. Si pèp Bondye a te mache nan konsèy Li, travay Bondye a t ap avanse, mesaj verite yo t ap pote bay tout pèp ki rete sou tout sifas tè a. Si pèp Bondye a te kwè Li epi yo te pratikan pawòl Li, si yo te kenbe kòmandman Li yo, zanj lan pa t ap vini ap vole nan syèl la avèk mesaj pou kat zanj yo ki te gen pou lage van yo pou yo soufle sou tè a, pandan li t ap rele: Kenbe, kenbe kat van yo pou yo pa soufle sou tè a jouk mwen fin sele sèvitè Bondye yo sou fwon yo. Men, paske pèp la dezobeyisan, engra, pwofan, menm jan ak ansyen Izrayèl, tan an pwolonje pou tout moun ka tande dènye mesaj mizèrikòd la pwoklame ak yon gwo vwa. Travay Seyè a te anpeche, tan sele a retade. Anpil moun pa t tande verite a. Men, Seyè a pral ba yo yon okazyon pou yo tande epi pou yo konvèti, epi gwo travay Bondye a pral vanse.” Manuscript Releases, volim 15, 292.</w:t>
      </w:r>
    </w:p>
    <w:p>
      <w:pPr>
        <w:pStyle w:val="ArticleBody"/>
        <w:jc w:val="left"/>
      </w:pPr>
      <w:r>
        <w:rPr>
          <w:rFonts w:ascii="Times New Roman" w:hAnsi="Times New Roman" w:eastAsia="Times New Roman" w:cs="Times New Roman"/>
        </w:rPr>
        <w:t>Moun ki sele yo, yo sele anvan lwa dimanch lan, paske lemonn pa ka resevwa avètisman an, e konsa pa ka rele pou sòti nan Babilòn, si se pa lè l wè gason ak fanm, nan kriz lwa dimanch lan, ak sele Bondye a sou yo. Sele san karant-kat mil la te kòmanse nan 11 septanm 2001, men tan sele a te retade.</w:t>
      </w:r>
    </w:p>
    <w:p>
      <w:pPr>
        <w:pStyle w:val="ArticleBody"/>
        <w:jc w:val="left"/>
      </w:pPr>
      <w:r>
        <w:rPr>
          <w:rFonts w:ascii="Times New Roman" w:hAnsi="Times New Roman" w:eastAsia="Times New Roman" w:cs="Times New Roman"/>
        </w:rPr>
        <w:t>Tout prophèt yo ap pale ak dènye jenerasyon an, e pasaj sa a se yon referans dirèk ak jenerasyon final la. Nan jenerasyon final sa a, pèp Bondye a pa t “mache nan konsèy Li,” e se poutèt sa tan sele a te anpeche epi retade. Li te retade epi anpeche pa bèt ki soti nan twou san fon an nan Revelasyon chapit onz la, ki te touye de pwofèt yo. Bèt sa a, nan epòk Revolisyon franse a, se te ateyis, e li te sèvi kòm tip mouvman ate sa a ki te entwodui pa moun ki te entwodui “woke-ism” lan, ki kounye a ap konfwonte mond lan, nan mouvman Future for America a; epi answit Future for America te sispann mache nan konsèy Bondye a epi li te pèmèt enfliyans moun ki t ap ankouraje ajanda modèn omoseksyèl pa yo a, ansanm ak lòt moun ki t ap ankouraje fikse tan, pou anpeche tan sele a.</w:t>
      </w:r>
    </w:p>
    <w:p>
      <w:pPr>
        <w:pStyle w:val="ArticleScripture"/>
        <w:jc w:val="left"/>
      </w:pPr>
      <w:r>
        <w:rPr>
          <w:rFonts w:ascii="Times New Roman" w:hAnsi="Times New Roman" w:eastAsia="Times New Roman" w:cs="Times New Roman"/>
        </w:rPr>
        <w:t>“Anpil bagay ki te revele m anvayi lespri mwen, konsa mwen prèske pa konn kijan pou m eksprime yo. Men, mwen pa ka rete an silans. Seyè a endiye kont moun ki leve tèt yo pou dirije parèy yo, epi pou egzekite plan Sentespri a kondane. Mwen plis sezi pase sa mwen ka eksprime devan echèk nou pou nou disène ke Bondye pa t etabli mesye sa yo. Nouvo lòd bagay yo ta dwe fè nou tranble, paske li pa t gen apwobasyon syèl la. ”</w:t>
      </w:r>
    </w:p>
    <w:p>
      <w:pPr>
        <w:pStyle w:val="ArticleScripture"/>
        <w:jc w:val="left"/>
      </w:pPr>
      <w:r>
        <w:rPr>
          <w:rFonts w:ascii="Times New Roman" w:hAnsi="Times New Roman" w:eastAsia="Times New Roman" w:cs="Times New Roman"/>
        </w:rPr>
        <w:t>“Ke natirèl la pa dwe pote pwòp prensip li yo ki sal, ki kowonpi, antre nan travay Bondye a. Pa dwe gen okenn kache prensip lafwa nou yo. Mesaj twazyèm zanj lan dwe pwoklame pa pèp Bondye a. Li dwe vin ogmante jiskaske li tounen gwo rèl la. Senyè a gen yon tan fikse lè l ap fini travay la; men kilè tan sa a ye? Lè verite ki dwe pwoklame pou dènye jou sa yo va soti kòm yon temwayaj bay tout nasyon, lè sa a lafen an va vini. Si pouvwa Satan an kapab antre nan menm tanp Bondye a, epi manipile bagay yo jan li vle, tan preparasyon an va pwolonje.”</w:t>
      </w:r>
    </w:p>
    <w:p>
      <w:pPr>
        <w:pStyle w:val="ArticleScripture"/>
        <w:jc w:val="left"/>
      </w:pPr>
      <w:r>
        <w:rPr>
          <w:rFonts w:ascii="Times New Roman" w:hAnsi="Times New Roman" w:eastAsia="Times New Roman" w:cs="Times New Roman"/>
        </w:rPr>
        <w:t>“Men sekrè mouvman ki fèt pou opoze mesye Bondye te voye avèk yon mesaj benediksyon pou pèp li a. Mesye sa yo te rayi. Yo te meprize mesye yo ansanm ak mesaj Bondye a, menm jan ak Kris li menm te rayi e meprize nan premye vini li a. Moun ki nan pozisyon responsablite yo te manifeste menm atribi Satan te revele yo. Yo te chèche dirije lespri moun, pou mete rezònman yo ak talan yo anba jiridiksyon lèzòm. Te gen yon efò pou mete sèvitè Bondye yo anba kontwòl moun ki pa t gen konesans ak sajès Bondye, ni eksperyans anba direksyon Sentespri a. Gen prensip ki te pran nesans ki pa t dwe janm wè limyè lajounen. Timoun ilejitim sa a te dwe toufe depi li te pran premye souf lavi a. Moun fini yo te ap fè lagè kont Bondye, kont verite a, ak kont mesaje Bondye te chwazi yo, yo t ap konbat travay yo pa tout mwayen yo te oze sèvi avè l. Tanpri konsidere ki vèti ki te soti nan sajès ak plan moun sa yo ki te meprize mesaj Bondye yo, epi ki, tankou dirèktè lalwa yo ak Farizyen yo, te meprize menm mesye Bondye te itilize pou prezante limyè ak verite pèp li a te bezwen an.” The 1888 Materials, 1525.</w:t>
      </w:r>
    </w:p>
    <w:p>
      <w:pPr>
        <w:pStyle w:val="ArticleBody"/>
        <w:jc w:val="left"/>
      </w:pPr>
      <w:r>
        <w:rPr>
          <w:rFonts w:ascii="Times New Roman" w:hAnsi="Times New Roman" w:eastAsia="Times New Roman" w:cs="Times New Roman"/>
        </w:rPr>
        <w:t>Tan sele a ki te kòmanse 11 septanm 2001 an te jwenn antrav, paske yo te pèmèt reprezantan Satan yo antre nan “tanp Bondye a menm.” Pwen ki dwe wè isit la se ke, depi 1798 jouk rive 1844, tanp milerit la te bati, epi 22 oktòb 1844, mesaje alyans lan te vin toudenkou nan tanp li a. Tanp lan ansanm ak lame a te fin pilonnen anba pye pa papote a pandan mil desan swasant ane, epi lè papote a te resevwa blesi mòtèl li a, Kris la te kòmanse travay pou bati tanp milerit la; epi senbòl tanp lan se nonb karant-sis la, selon plizyè temwen.</w:t>
      </w:r>
    </w:p>
    <w:p>
      <w:pPr>
        <w:pStyle w:val="ArticleBody"/>
        <w:jc w:val="left"/>
      </w:pPr>
      <w:r>
        <w:rPr>
          <w:rFonts w:ascii="Times New Roman" w:hAnsi="Times New Roman" w:eastAsia="Times New Roman" w:cs="Times New Roman"/>
        </w:rPr>
        <w:t>Nan dat 11 out 1840, zanj ki nan Revelasyon dis la desann, e jijman Pwotestantis la te kòmanse. Istwa sa a repete jiska dènye lèt la.</w:t>
      </w:r>
    </w:p>
    <w:p>
      <w:pPr>
        <w:pStyle w:val="ArticleBody"/>
        <w:jc w:val="left"/>
      </w:pPr>
      <w:r>
        <w:rPr>
          <w:rFonts w:ascii="Times New Roman" w:hAnsi="Times New Roman" w:eastAsia="Times New Roman" w:cs="Times New Roman"/>
        </w:rPr>
        <w:t>Nan Ekriti yo, se “van lès” la ki fè bato Tasis yo koule, ki fè gwo lavil Tir la tonbe, epi ki fè wa yo ak machann yo rele byen fò twa fwa: “malè, malè” (alas, alas). Men, nan pasaj Ezayi n ap konsidere a, jou “van lès” la se jou kote Bondye “kenbe van di li a.” Nan pasaj sa a, “van lès” la rete anpeche, pou l pa antrave travay twazyèm zanj lan; yon travay ki akonpli pandan tan lapli dèyè a. Nan pasaj sa a, sijè “van lès” la ki rete anpeche a, idantifye lapli dèyè a, travay twazyèm zanj lan, ak rasanbleman lòt pitit Bondye yo ki nan Babilòn. Nan peryòd tan sa a, kat zanj yo ap kenbe kat van yo, pandan tan sele san karantkat mil yo.</w:t>
      </w:r>
    </w:p>
    <w:p>
      <w:pPr>
        <w:pStyle w:val="ArticleScripture"/>
        <w:jc w:val="left"/>
      </w:pPr>
      <w:r>
        <w:rPr>
          <w:rFonts w:ascii="Times New Roman" w:hAnsi="Times New Roman" w:eastAsia="Times New Roman" w:cs="Times New Roman"/>
        </w:rPr>
        <w:t>Apre bagay sa yo, mwen wè kat zanj kanpe sou kat kwen tè a, yo t ap kenbe kat van tè a, pou van an pa soufle ni sou tè a, ni sou lanmè a, ni sou okenn pyebwa. Epi mwen wè yon lòt zanj k ap monte soti bò solèy leve a, li te gen sele Bondye vivan an; epi li rele byen fò bay kat zanj yo, sa yo ki te resevwa pouvwa pou fè tè a ak lanmè a mal, li di: Pa fè tè a mal, ni lanmè a, ni pyebwa yo, jouk nou fin sele sèvitè Bondye nou an sou fwon yo. Revelasyon 7:1–3.</w:t>
      </w:r>
    </w:p>
    <w:p>
      <w:pPr>
        <w:pStyle w:val="ArticleBody"/>
        <w:jc w:val="left"/>
      </w:pPr>
      <w:r>
        <w:rPr>
          <w:rFonts w:ascii="Times New Roman" w:hAnsi="Times New Roman" w:eastAsia="Times New Roman" w:cs="Times New Roman"/>
        </w:rPr>
        <w:t>Retni “van lès la,” kenbe “nasyon yo ki an kòlè,” ak kenbe “kat van yo” tout rive pandan lapli denye a, paske se pandan peryòd lapli denye a so Bondye a mete sou pèp Li a. Kat van yo ke kat zanj yo ap kenbe yo se yon senbòl Islam.</w:t>
      </w:r>
    </w:p>
    <w:p>
      <w:pPr>
        <w:pStyle w:val="ArticleScripture"/>
        <w:jc w:val="left"/>
      </w:pPr>
      <w:r>
        <w:rPr>
          <w:rFonts w:ascii="Times New Roman" w:hAnsi="Times New Roman" w:eastAsia="Times New Roman" w:cs="Times New Roman"/>
        </w:rPr>
        <w:t>“Zanj yo ap kenbe kat van yo, ki reprezante tankou yon chwal fache k ap chèche lage kò li pou l kouri sou tout sifas tè a, pote destriksyon ak lanmò sou chemen li.”</w:t>
      </w:r>
    </w:p>
    <w:p>
      <w:pPr>
        <w:pStyle w:val="ArticleScripture"/>
        <w:jc w:val="left"/>
      </w:pPr>
      <w:r>
        <w:rPr>
          <w:rFonts w:ascii="Times New Roman" w:hAnsi="Times New Roman" w:eastAsia="Times New Roman" w:cs="Times New Roman"/>
        </w:rPr>
        <w:t>“Èske n ap dòmi menm sou bòdi mond etènèl la? Èske n ap tounen moun lou, frèt, e mouri? O, si nou te ka genyen nan legliz nou yo Lespri ak souf Bondye a soufle nan pèp Li a, pou yo ka kanpe sou pye yo epi viv. Nou bezwen wè ke chemen an etwat, e pòtay la sere. Men, pandan n ap pase nan pòtay sere a, lajè li pa gen okenn limit.” Manuscript Releases, volim 20, 217.</w:t>
      </w:r>
    </w:p>
    <w:p>
      <w:pPr>
        <w:pStyle w:val="ArticleBody"/>
        <w:jc w:val="left"/>
      </w:pPr>
      <w:r>
        <w:rPr>
          <w:rFonts w:ascii="Times New Roman" w:hAnsi="Times New Roman" w:eastAsia="Times New Roman" w:cs="Times New Roman"/>
        </w:rPr>
        <w:t>Nou pral konsidere reyalite sa yo pi lwen nan pwochen atik la, paske se “nan jou wa sa yo”, ke wityèm wayòm pwofesi biblik la reprezante, ki “soti nan sèt” wayòm yo, Bondye tabli yon wayòm etènèl.</w:t>
      </w:r>
    </w:p>
    <w:p>
      <w:pPr>
        <w:pStyle w:val="ArticleScripture"/>
        <w:jc w:val="left"/>
      </w:pPr>
      <w:r>
        <w:rPr>
          <w:rFonts w:ascii="Times New Roman" w:hAnsi="Times New Roman" w:eastAsia="Times New Roman" w:cs="Times New Roman"/>
        </w:rPr>
        <w:t>Epi nan tan wa sa yo, Bondye syèl la va leve yon wayòm ki p ap janm detwi; e wayòm nan p ap kite pou lòt pèp, men li pral kraze an miyèt moso epi fini ak tout wayòm sa yo, epi li menm li va kanpe pou tout tan. Paske ou te wè wòch la te detache soti nan mòn lan san men, e li te kraze an miyèt moso fè a, kwiv la, ajil la, ajan an, ak lò a; gran Bondye a fè wa a konnen sa ki gen pou rive apre sa; e rèv la sèten, epi entèpretasyon li a asire. Danyèl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Swasant-Sis</dc:title>
  <dc:subject>Devoileman Senfoni Pwofetik la: Tan Sele a, Lapli Fen an, ak Apèl pou Sòti Babilòn</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