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Katrevenkat</w:t>
      </w:r>
    </w:p>
    <w:p>
      <w:pPr>
        <w:pStyle w:val="ArticleSubtitle"/>
        <w:jc w:val="left"/>
      </w:pPr>
      <w:r>
        <w:rPr>
          <w:rFonts w:ascii="Arial" w:hAnsi="Arial" w:eastAsia="Arial" w:cs="Arial"/>
        </w:rPr>
        <w:t>Dévoilement des quatre générations de l’adventisme laodicéen : un parcours à travers le parallélisme biblique et l’épreuve prophétique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2024-02-17</w:t>
      </w:r>
    </w:p>
    <w:p>
      <w:pPr>
        <w:pStyle w:val="ArticleBody"/>
        <w:jc w:val="left"/>
      </w:pPr>
      <w:r>
        <w:rPr>
          <w:rFonts w:ascii="Times New Roman" w:hAnsi="Times New Roman" w:eastAsia="Times New Roman" w:cs="Times New Roman"/>
        </w:rPr>
        <w:t>Laverite tabli sou temwayaz de ouswa trwa, ek laplikasion kat abomination dan Ezekiel sapit wit, kouma kat zenerasion Adventism Laodisein, ena plizier temwin. Dan bann lartik pli boner, ti idantifie ki set legliz dan Revelation sapit de ek trwa pa ti selman reprezant listwar Israel modern depi letan bann zapot ziska lafin lemond, me osi ki sa set legliz-la ti reprezant listwar Israel ansien depi letan Moiz ziska letan Kris.</w:t>
      </w:r>
    </w:p>
    <w:p>
      <w:pPr>
        <w:pStyle w:val="ArticleBody"/>
        <w:jc w:val="left"/>
      </w:pPr>
      <w:r>
        <w:rPr>
          <w:rFonts w:ascii="Times New Roman" w:hAnsi="Times New Roman" w:eastAsia="Times New Roman" w:cs="Times New Roman"/>
        </w:rPr>
        <w:t>Legliz Efèz la te reprezante ni legliz kretyen premye a, ni ansyen Izrayèl depi Moyiz jouk nan tan Jij yo. Legliz Smirn nan te reprezante peryòd pèsekisyon an depi nan tan disip yo jouk anba anperè women Konstanten, epi tou peryòd Jij yo, lè chak moun te fè sa ki te dwat nan pwòp je pa li. Legliz Pègam nan te reprezante peryòd konpwomi a depi Konstanten jouk rive nan papote a an 538, men tou peryòd kote ansyen Izrayèl te rejte Bondye epi te chwazi yon wa, e li te kontinye fè konpwomi ak wayòm payen ki t ap antoure l yo. Katriyèm legliz la, Tiyatir, ki reprezante pa Jezabèl, se peryòd dominasyon papal la depi ane 538 jouk 1798, epi tou swasanndizan kaptivite ansyen Izrayèl nan Babilòn.</w:t>
      </w:r>
    </w:p>
    <w:p>
      <w:pPr>
        <w:pStyle w:val="ArticleBody"/>
        <w:jc w:val="left"/>
      </w:pPr>
      <w:r>
        <w:rPr>
          <w:rFonts w:ascii="Times New Roman" w:hAnsi="Times New Roman" w:eastAsia="Times New Roman" w:cs="Times New Roman"/>
        </w:rPr>
        <w:t>Kat legliz sa yo reprezante tou kat jenerasyon Adventis la, epi yo bay yon temwayaj pou aplike kat abominasyon Ezekyèl yo sou kat jenerasyon yo. Rebelyon 1863 la te reprezante pa premye jenerasyon Izrayèl ansyen an, jan sa montre nan rebelyon ti towo an lò Arawon an. Premye jenerasyon an gen ladan konsèy yo te bay legliz Efèz la, ki fè konnen pèp Bondye a te kite premye lanmou li, e li te bezwen repanti epi retounen nan premye lanmou li. Nan 1863, premye lanmou sa a, jan bijou William Miller yo reprezante l (verite fondamantal yo, espesyalman “sèt fwa” yo), te mete sou kote, epi yo te konseye pèp Bondye a pou yo retounen.</w:t>
      </w:r>
    </w:p>
    <w:p>
      <w:pPr>
        <w:pStyle w:val="ArticleScripture"/>
        <w:jc w:val="left"/>
      </w:pPr>
      <w:r>
        <w:rPr>
          <w:rFonts w:ascii="Times New Roman" w:hAnsi="Times New Roman" w:eastAsia="Times New Roman" w:cs="Times New Roman"/>
        </w:rPr>
        <w:t>Men, mwen gen yon bagay kont ou, paske ou kite premye lanmou ou. Se poutèt sa, sonje kote ou soti tonbe a, repanti, epi fè premye zèv yo; sinon, m ap vin jwenn ou vit, epi m ap retire gwo lanp sèt branch ou a nan plas li, si ou pa repanti. Revelasyon 2:4, 5.</w:t>
      </w:r>
    </w:p>
    <w:p>
      <w:pPr>
        <w:pStyle w:val="ArticleBody"/>
        <w:jc w:val="left"/>
      </w:pPr>
      <w:r>
        <w:rPr>
          <w:rFonts w:ascii="Times New Roman" w:hAnsi="Times New Roman" w:eastAsia="Times New Roman" w:cs="Times New Roman"/>
        </w:rPr>
        <w:t>Mileris yo te lite ak pwotestanis aposta a, Jeremi te rele “asanble moun k ap pase nan rizib,” epi yo te tann avèk pasyans pou vizyon an rive, paske lè li ta rive, li pa t ap bay manti. “Asanble moun k ap pase nan rizib” la te reprezante pa vye pwofèt ki te bay pwofèt Jida a manti, li menm ki te prezante reprimann lan kont adorasyon kontrefè Jewobowam lan.</w:t>
      </w:r>
    </w:p>
    <w:p>
      <w:pPr>
        <w:pStyle w:val="ArticleScripture"/>
        <w:jc w:val="left"/>
      </w:pPr>
      <w:r>
        <w:rPr>
          <w:rFonts w:ascii="Times New Roman" w:hAnsi="Times New Roman" w:eastAsia="Times New Roman" w:cs="Times New Roman"/>
        </w:rPr>
        <w:t>Mwen konnen zèv ou yo, travay ou, ak pasyans ou, e kijan ou pa kapab sipòte moun ki mechan; ou mete yo a lèsè ki di yo se apot, epi yo pa sa, e ou jwenn yo se mantè. Ou te andire, ou gen pasyans, e poutèt non mwen ou te travay, san ou pa dekouraje. Revelasyon 2:2, 3.</w:t>
      </w:r>
    </w:p>
    <w:p>
      <w:pPr>
        <w:pStyle w:val="ArticleBody"/>
        <w:jc w:val="left"/>
      </w:pPr>
      <w:r>
        <w:rPr>
          <w:rFonts w:ascii="Times New Roman" w:hAnsi="Times New Roman" w:eastAsia="Times New Roman" w:cs="Times New Roman"/>
        </w:rPr>
        <w:t>Dezyèm legliz Smirn nan te reprezante peryòd pèsekisyon an nan premye legliz kretyen an, ki te gen ladan l vrè mati ansanm ak kèk moun ki te rale pèsekisyon sou pwòp tèt yo poutèt motivasyon ki pa t sen nèt. Li te reprezante tou tan Jij yo, lè chak moun nan ansyen Izrayèl te fè tou sa ki te parèt dwat nan pwòp je pa li. Jenerasyon rebelyon ki te kòmanse an 1888 la te idantifye yon peryòd pèsekisyon kont Lespri Pwofesi a, mesaje chwazi pou lè a, ak Sentespri a. Li te entwodui yon peryòd kote ansyen gason Advantis Lawodise yo te chwazi fè tou sa ki te parèt dwat nan pwòp je pa yo, jan sa temwaye nan moun tankou Kellogg, Prescott ak Daniells.</w:t>
      </w:r>
    </w:p>
    <w:p>
      <w:pPr>
        <w:pStyle w:val="ArticleBody"/>
        <w:jc w:val="left"/>
      </w:pPr>
      <w:r>
        <w:rPr>
          <w:rFonts w:ascii="Times New Roman" w:hAnsi="Times New Roman" w:eastAsia="Times New Roman" w:cs="Times New Roman"/>
        </w:rPr>
        <w:t>Ti rès fidèl yo nan tan sa a te dwe angaje yo nan yon konba espirityèl mòtyèl ak yon klas moun ki te fè reklamasyon yo se Jwif, men yo pa t sa. Malgre pozisyon dirijan yo te okipe, yo te fè pati sinagòg Satan an, jan Sè White temwaye sa lè li te idantifye ke kèk ladan yo t ap dirije “pa zanj ki te chase soti nan syèl la.” Yo te pretann yo saj, men yo te sòt. Pa t gen okenn kondanasyon ki te poze sou saj yo nan peryòd tan sa a, men te gen yon ankourajman pou yo rete fidèl jiska lanmò. An 1915, dènye pawòl Sè White te janm pwononse yo se te: “Mwen konnen nan kiyès mwen kwè,” paske li te rete fidèl jiska lanmò.</w:t>
      </w:r>
    </w:p>
    <w:p>
      <w:pPr>
        <w:pStyle w:val="ArticleScripture"/>
        <w:jc w:val="left"/>
      </w:pPr>
      <w:r>
        <w:rPr>
          <w:rFonts w:ascii="Times New Roman" w:hAnsi="Times New Roman" w:eastAsia="Times New Roman" w:cs="Times New Roman"/>
        </w:rPr>
        <w:t>Mwen konnen zèv ou yo, ak tribilasyon, ak povrete, (men ou rich) e mwen konnen blasfèm sa yo k ap di yo se Jwif, men yo pa sa; okontrè, yo se sinagòg Satan. Pa pè okenn nan bagay ou pral soufri yo: gade, dyab la pral fè mete kèk nan nou nan prizon, pou nou ka pase anba eprèv; e n ap gen tribilasyon pandan dis jou: rete fidèl jouk nan lanmò, e m ap ba ou kouwòn lavi a. Revelasyon 2:9, 10.</w:t>
      </w:r>
    </w:p>
    <w:p>
      <w:pPr>
        <w:pStyle w:val="ArticleBody"/>
        <w:jc w:val="left"/>
      </w:pPr>
      <w:r>
        <w:rPr>
          <w:rFonts w:ascii="Times New Roman" w:hAnsi="Times New Roman" w:eastAsia="Times New Roman" w:cs="Times New Roman"/>
        </w:rPr>
        <w:t>Legliz Pègam la te reprezante konpwomi ki te genyen ant verite ak erè, ant payanis ak Krisyanis, nan tan anperè Konstanten an, epi tou konpwomi ansyen Izrayèl la ki te rive pandan istwa wa yo. Li te reprezante melanj verite ak erè, ki pa ka pwodui anyen lòt pase erè. Sa te reprezante pa konferans biblik 1919 la kote piblikasyon liv la, “The Doctrine of Christ”, te fèt pou kreye yon mesaj advantis ki te reprezante pi pre fo levanjil Pwotestantis aposta a. Se nan twazyèm jenerasyon Advantis la gwo konpwomi ak verite yo te rive.</w:t>
      </w:r>
    </w:p>
    <w:p>
      <w:pPr>
        <w:pStyle w:val="ArticleBody"/>
        <w:jc w:val="left"/>
      </w:pPr>
      <w:r>
        <w:rPr>
          <w:rFonts w:ascii="Times New Roman" w:hAnsi="Times New Roman" w:eastAsia="Times New Roman" w:cs="Times New Roman"/>
        </w:rPr>
        <w:t>Se nan jenerasyon sa a, kòmanse an 1919, legliz la te kòmanse konpwomi ki te pwodui Church Manual la. Se nan jenerasyon sa a, kòmanse an 1919, legliz la te kòmanse konpwomi ki te egzije akreditasyon ni nan lekòl sante yo ni nan lekòl relijyon yo. Se nan jenerasyon sa a mouvman pou ale nan Bib modèn ki baze sou Katolik la te inisye. Se nan istwa sa a volonte lidèchip la pou tabli relasyon ak rejim ki te ouvètman anti-kretyen te parèt.</w:t>
      </w:r>
    </w:p>
    <w:p>
      <w:pPr>
        <w:pStyle w:val="ArticleBody"/>
        <w:jc w:val="left"/>
      </w:pPr>
      <w:r>
        <w:rPr>
          <w:rFonts w:ascii="Times New Roman" w:hAnsi="Times New Roman" w:eastAsia="Times New Roman" w:cs="Times New Roman"/>
        </w:rPr>
        <w:t>Pratik sa a te fèt nan anfans li pandan Lagè Sivil la, lè lidèchip Lawodiseyen an te etabli yon relasyon legal avèk gouvènman Etazini, pou yo te kapab jwenn yon pi bon rezilta pou jenn gason nan legliz la ki t apral rekrite pou patisipe nan lagè ki te pi mòtèl nan listwa Amerik la; li te repete nan kòmansman Premye Gè Mondyal la lè prezidan Konferans Jeneral la, A. G. Daniells, te antre an kontak avèk gouvènman Almay la, epi li te bay apwobasyon li pou Almay rekrite epi fòse jenn gason yo sèvi nan lame, pote zam, epi neglije Saba a. Aksyon sa a pa Daniells te lakòz yon separasyon ki te pwodui divès branchman mouvman Refòm Advantis Setyèm Jou a ki egziste jouk jounen jodi a.</w:t>
      </w:r>
    </w:p>
    <w:p>
      <w:pPr>
        <w:pStyle w:val="ArticleBody"/>
        <w:jc w:val="left"/>
      </w:pPr>
      <w:r>
        <w:rPr>
          <w:rFonts w:ascii="Times New Roman" w:hAnsi="Times New Roman" w:eastAsia="Times New Roman" w:cs="Times New Roman"/>
        </w:rPr>
        <w:t>Konpwomi sa a te kontinye avèk Almay Nazi Hitler la, epi apre sa avèk nasyon ki te fòme Inyon Sovyetik la, e jiska jòdi a li toujou soutni nan rejim tankou Lachin. Konpwomi twazyèm jenerasyon an nan rapò li avèk zafè leta te deja prefigire pa konpwomi ansyen wa Izrayèl yo ak Konstanten, jan sa te senbolize nan legliz Pègam lan. Peryòd sa a te reprezante tou konpwomi òganizasyon legliz li a avèk fo levanjil lapè ak sekirite a, jan sa te reprezante nan “The Doctrine of Christ” Prescott la.</w:t>
      </w:r>
    </w:p>
    <w:p>
      <w:pPr>
        <w:pStyle w:val="ArticleScripture"/>
        <w:jc w:val="left"/>
      </w:pPr>
      <w:r>
        <w:rPr>
          <w:rFonts w:ascii="Times New Roman" w:hAnsi="Times New Roman" w:eastAsia="Times New Roman" w:cs="Times New Roman"/>
        </w:rPr>
        <w:t>Mwen konnen zèv ou yo ak kote w ap viv la, menm kote twòn Satan an ye a; epi ou kenbe non mwen fèm, epi ou pa t nye lafwa mwen, menm nan jou sa yo kote Antipas, temwen fidèl mwen an, te mouri kòm mati nan mitan nou, kote Satan rete a. Men, mwen gen kèk bagay kont ou, paske ou gen ladan ou moun ki kenbe doktrin Balaam nan, li menm ki te anseye Balak pou mete yon pyèj devan pitit Izrayèl yo, pou yo manje manje yo te ofri bay zidòl, epi pou yo tonbe nan imoralite seksyèl. Revelasyon 2:13, 14.</w:t>
      </w:r>
    </w:p>
    <w:p>
      <w:pPr>
        <w:pStyle w:val="ArticleBody"/>
        <w:jc w:val="left"/>
      </w:pPr>
      <w:r>
        <w:rPr>
          <w:rFonts w:ascii="Times New Roman" w:hAnsi="Times New Roman" w:eastAsia="Times New Roman" w:cs="Times New Roman"/>
        </w:rPr>
        <w:t>Fònikasyon an idantifye travay Konferans Jeneral la nan mete tèt yo ann amoni ak nasyon tankou Almay Nazi a ak Inyon Sovyetik la, anba pretèks pou yo kenbe relasyon travay ki nesesè avèk gouvènman kòwonpi yo, pandan y ap neglije fidèl yo nan nasyon sa yo ki te sibi pèsekisyon anba divès rejim yo te mete tèt yo ansanm avèk yo. Manje yo te ofri bay zidòl yo te reprezante fo metodoloji Pwotestantis aposta a ak Katolik la, ki lè sa a te deja byen tabli nan inivèsite Advantis Lawodise a, ki te dakò pou yo kite metodoloji aposta yo gouvène yo, ni nan relijyon ni nan lasante.</w:t>
      </w:r>
    </w:p>
    <w:p>
      <w:pPr>
        <w:pStyle w:val="ArticleBody"/>
        <w:jc w:val="left"/>
      </w:pPr>
      <w:r>
        <w:rPr>
          <w:rFonts w:ascii="Times New Roman" w:hAnsi="Times New Roman" w:eastAsia="Times New Roman" w:cs="Times New Roman"/>
        </w:rPr>
        <w:t>Jezi te ilistre fen twazyèm jenerasyon an menm jan li te fè sa ak kòmansman an, paske Li make rive katriyèm jenerasyon an ak piblikasyon liv la, Questions on Doctrine, ki te pibliye an 1957, e ki te rejte nèt ale distenksyon fondamantal sou sali ki egziste ant verite a ak lide erè pwotestantis aposta ak katolis. Liv la, natirèlman, genyen plizyè ansèyman ki erè, men an sans li anseye ke li enposib pou viv nan viktwa nan Kris, jiskaske apre yon moun fin chanje pa yon mirak nan Dezyèm Avènman an. Liv la te make kòmansman jenerasyon kote vennsenk ansyen yo te dwe bese tèt devan solèy la. Eleman politik ak relijye ki te nesesè pou pèmèt legliz Advantis Lawodise a aksepte adorasyon dimanch lan nan lwa dimanch k ap vini byento a, te deja rive.</w:t>
      </w:r>
    </w:p>
    <w:p>
      <w:pPr>
        <w:pStyle w:val="ArticleBody"/>
        <w:jc w:val="left"/>
      </w:pPr>
      <w:r>
        <w:rPr>
          <w:rFonts w:ascii="Times New Roman" w:hAnsi="Times New Roman" w:eastAsia="Times New Roman" w:cs="Times New Roman"/>
        </w:rPr>
        <w:t>Katriyèm abominasyon Ezekyèl la rive lè ti rès fidèl yo nan chapit nèf la ap resevwa yon sele sou fwon yo, jis anvan zanj destriktè yo kòmanse travay yo. Vizyon an kòmanse nan vèsè youn nan chapit uit la, sou senkyèm jou sizyèm mwa a, nan sizyèm ane a. Vizyon an kòmanse jou anvan egzekisyon jijman an sou moun ki bese pou adore solèy la, ki se mak otorite papal la, e non li gen nimewo “666.”</w:t>
      </w:r>
    </w:p>
    <w:p>
      <w:pPr>
        <w:pStyle w:val="ArticleBody"/>
        <w:jc w:val="left"/>
      </w:pPr>
      <w:r>
        <w:rPr>
          <w:rFonts w:ascii="Times New Roman" w:hAnsi="Times New Roman" w:eastAsia="Times New Roman" w:cs="Times New Roman"/>
        </w:rPr>
        <w:t>Travay seleman san karantkatmil la te kòmanse 11 septanm 2001 avèk atak kont bèt tè a, twazyèm malè Islam lan te egzekite. Atak sa a te fè nasyon yo fache, epi li te make rive lapli ta a. Men, lapli ta a t ap rekonèt sèlman pa sila yo ki t ap mennen tounen sou fondasyon Advantis la pou wè ke twa Malè Islam yo se yon verite fondamantal. Nan moman sa a, sila yo yo te mennen tounen sou ansyen chemen Jeremi an idantifye kòm “repo a” (ki se lapli ta a), swa yo t ap vin gadyen ki t ap kònen twonpèt twazyèm Malè a, swa yo t ap pami sila yo ki te refize koute son twonpèt la, epi konsa yo te refize mache nan ansyen chemen yo.</w:t>
      </w:r>
    </w:p>
    <w:p>
      <w:pPr>
        <w:pStyle w:val="ArticleBody"/>
        <w:jc w:val="left"/>
      </w:pPr>
      <w:r>
        <w:rPr>
          <w:rFonts w:ascii="Times New Roman" w:hAnsi="Times New Roman" w:eastAsia="Times New Roman" w:cs="Times New Roman"/>
        </w:rPr>
        <w:t>Lè sa a, yo te sibi eprèv akoz peche rebelyon papa yo an 1863. Nan menm pwen sa a nan tan an, yon mesaj te rive konsènan jistis Kris la, ki se “jistifikasyon pa lafwa an verite”. Se te mesaj Laodise a Jones ak Waggoner te pote a, e se te mesaj Ezekyèl te bay zo sèch ki mouri yo, ki te soti nan “kat van yo”, ki se yon senbòl Islam nan twazyèm malè a ( “chwal fache” a k ap chèche kase kòd li pou l sove). Lè sa a, kèk fidèl sa yo te sibi eprèv akoz peche rebelyon papa yo an 1888, pandan zanj pisan nan Revelasyon dizwityèm chapit la t ap desann lè gwo bilding Vil New York yo te jete atè, epi Revelasyon chapit dizwit, vèsè youn rive twa, te akonpli.</w:t>
      </w:r>
    </w:p>
    <w:p>
      <w:pPr>
        <w:pStyle w:val="ArticleBody"/>
        <w:jc w:val="left"/>
      </w:pPr>
      <w:r>
        <w:rPr>
          <w:rFonts w:ascii="Times New Roman" w:hAnsi="Times New Roman" w:eastAsia="Times New Roman" w:cs="Times New Roman"/>
        </w:rPr>
        <w:t>Yo te mete yo anba eprèv pa mwayen idantifikasyon mesaj lapli ta a. Èske lapli ta a te yon manifestasyon pouvwa Bondye menm jan ak nan tan pase yo, oswa èske manifestasyon pouvwa Bondye yo te sèlman nan tan pase? Lè sa a, kèk fidèl yo te mete anba eprèv pa rebelyon rebelyon papa yo an 1919. Jan kèk fidèl sa yo travèse twa eprèv sa yo ap detèmine si yo pral resevwa sele Bondye sou fwon yo, oswa si y ap twouve tèt yo ap bese devan solèy la ansanm ak vennsenk ansyen yo nan Advantis Lawodiseyen an.</w:t>
      </w:r>
    </w:p>
    <w:p>
      <w:pPr>
        <w:pStyle w:val="ArticleBody"/>
        <w:jc w:val="left"/>
      </w:pPr>
      <w:r>
        <w:rPr>
          <w:rFonts w:ascii="Times New Roman" w:hAnsi="Times New Roman" w:eastAsia="Times New Roman" w:cs="Times New Roman"/>
        </w:rPr>
        <w:t>Tout rebelyon kat jenerasyon Advantis Lawodise yo jwenn ekivalan pa yo nan 11 septanm 2001. Dat sa a, ke Ezayi te idantifye kòm “jou van lès la,” make kòmansman tan sele san karant-kat mil yo, e tan sele a se yon peryòd tan. Fen peryòd la te ilistre pa kòmansman an, paske Jezi toujou ilistre fen yon bagay pa kòmansman yon bagay. Nan dènye mouvman pwosesis sele a, tès yo ki te reprezante nan kòmansman peryòd la repete ankò yon lòt fwa.</w:t>
      </w:r>
    </w:p>
    <w:p>
      <w:pPr>
        <w:pStyle w:val="ArticleBody"/>
        <w:jc w:val="left"/>
      </w:pPr>
      <w:r>
        <w:rPr>
          <w:rFonts w:ascii="Times New Roman" w:hAnsi="Times New Roman" w:eastAsia="Times New Roman" w:cs="Times New Roman"/>
        </w:rPr>
        <w:t>Nan dat 11 septanm 2001, eprèv rebèl Advantis Lodiseyen yo te echwe yo, jan kat abominasyon Ezekyèl yo reprezante yo, ansanm ak kat premye legliz ki nan Revelasyon chapit de ak twa yo, te rive; sa te make kòmansman yon pwosesis eprèv ki mennen swa nan mak bèt la, swa nan so Bondye a, pou moun ki fè deklarasyon yo se Advantis Setyèm Jou.</w:t>
      </w:r>
    </w:p>
    <w:p>
      <w:pPr>
        <w:pStyle w:val="ArticleBody"/>
        <w:jc w:val="left"/>
      </w:pPr>
      <w:r>
        <w:rPr>
          <w:rFonts w:ascii="Times New Roman" w:hAnsi="Times New Roman" w:eastAsia="Times New Roman" w:cs="Times New Roman"/>
        </w:rPr>
        <w:t>Lidèchip Advantis Lawodise a pran nan kòd pwòp twonpri pa yo, e li prèske enposib pou yo “rekonèt” yon repetisyon manifestasyon pouvwa Bondye a jan mouvman refòm ki te vini anvan yo te reprezante li, enkli mouvman refòm ki te fè Advantis la vini egziste. Ansyen mesye yo te gaye epi kouvri doktrin ki reprezante pa bijou Miller yo ak pyès monnen kontrefè ak bijou kontrefè. Bwat wa a, Bib King James la, yo te relègue l nan tan langaj akayik, epi yo te ranplase l ak Bib nan langaj modèn ki eksprime nan tèm nonm peche a.</w:t>
      </w:r>
    </w:p>
    <w:p>
      <w:pPr>
        <w:pStyle w:val="ArticleBody"/>
        <w:jc w:val="left"/>
      </w:pPr>
      <w:r>
        <w:rPr>
          <w:rFonts w:ascii="Times New Roman" w:hAnsi="Times New Roman" w:eastAsia="Times New Roman" w:cs="Times New Roman"/>
        </w:rPr>
        <w:t>Si kèk nan mesye ansyen yo ta vle konsidere posibilite ke mesaj dènye lapli a pa yon mesaj lapè ak sekirite, li t ap prèske enposib pou yo rekonèt ke manifestasyon pouvwa Bondye yo nan istwa sakre tan pase yo se sa ki idantifye, avèk presizyon, sele sant karannkat mil yo. Sa ki pi difisil toujou pou yo rekonèt, se ke istwa sakre ki pi dirèkteman idantifye sele sant karannkat mil yo se menm istwa sakre ki akonpli Malachi chapit twa a, paske Malachi chapit twa a tabli ke toujou gen yon mesaje ki prepare chemen an pou arive toudenkou Mesaje Alyans lan. Mesaje sa a te reprezante pa pwofèt Eli, ki te pwoklame avèk odas ke pa t ap gen lapli nan istwa pa li a, sòf si li vini atravè ministè pa li.</w:t>
      </w:r>
    </w:p>
    <w:p>
      <w:pPr>
        <w:pStyle w:val="ArticleBody"/>
        <w:jc w:val="left"/>
      </w:pPr>
      <w:r>
        <w:rPr>
          <w:rFonts w:ascii="Times New Roman" w:hAnsi="Times New Roman" w:eastAsia="Times New Roman" w:cs="Times New Roman"/>
        </w:rPr>
        <w:t>Soixante-dix anciens d’Ézéchiel trouveraient ridicule d’admettre que leur prétention d’être le temple du Seigneur était sans fondement et qu’elle représentait en réalité la prétention d’un peuple qu’on était en train de laisser de côté, de même que la vigne fut donnée à ceux qui en portent les fruits dignes. Le message du troisième Malheur, le messager qui prépare le chemin, le chant de la vigne, tous rendent témoignage contre les traditions et les coutumes dans lesquelles ils avaient mis leur confiance, et constituent un obstacle presque insurmontable à la reconnaissance de la pluie de l’arrière-saison.</w:t>
      </w:r>
    </w:p>
    <w:p>
      <w:pPr>
        <w:pStyle w:val="ArticleBody"/>
        <w:jc w:val="left"/>
      </w:pPr>
      <w:r>
        <w:rPr>
          <w:rFonts w:ascii="Times New Roman" w:hAnsi="Times New Roman" w:eastAsia="Times New Roman" w:cs="Times New Roman"/>
        </w:rPr>
        <w:t>Konklizyon sele katrevensenk mil yo manifeste menm eprèv yo pou moun ki te fè deklarasyon yo “rekonèt” wòl Islam nan twazyèm Malè a. “Ogmantasyon konesans” ki te lanse mouvman Millerit yo te kòmanse nan fen “sèt tan” yo an 1798. “Ogmantasyon konesans” ki te lanse mouvman katrevensenk mil yo te kòmanse nan fen yon “sèt tan” senbolik (san vennsis ane) an 1989. Pandan san vennsis ane sa yo kote apostazi a t ap vin pi grav toujou, Advantis Laodiseyen an rive nan katriyèm ak dènye jenerasyon li.</w:t>
      </w:r>
    </w:p>
    <w:p>
      <w:pPr>
        <w:pStyle w:val="ArticleBody"/>
        <w:jc w:val="left"/>
      </w:pPr>
      <w:r>
        <w:rPr>
          <w:rFonts w:ascii="Times New Roman" w:hAnsi="Times New Roman" w:eastAsia="Times New Roman" w:cs="Times New Roman"/>
        </w:rPr>
        <w:t>Se nan twazyèm ak katriyèm jenerasyon an yon nasyon oswa yon pèp ranpli koup tan pwobasyon li; e lè sa a rive kounye a. “Ogmantasyon konesans” ki soti nan liv Dànyèl la, e ki reprezante pa Rivyè Hiddèkel la, se tou konesans ki ogmante lè Revelasyon Jezi Kris la desele jis anvan pwobasyon an fèmen.</w:t>
      </w:r>
    </w:p>
    <w:p>
      <w:pPr>
        <w:pStyle w:val="ArticleBody"/>
        <w:jc w:val="left"/>
      </w:pPr>
      <w:r>
        <w:rPr>
          <w:rFonts w:ascii="Times New Roman" w:hAnsi="Times New Roman" w:eastAsia="Times New Roman" w:cs="Times New Roman"/>
        </w:rPr>
        <w:t>N ap egzamine twa dènye chapit liv Dànyèl la nan atik ki vin apre a.</w:t>
      </w:r>
    </w:p>
    <w:p>
      <w:pPr>
        <w:pStyle w:val="ArticleScripture"/>
        <w:jc w:val="left"/>
      </w:pPr>
      <w:r>
        <w:rPr>
          <w:rFonts w:ascii="Times New Roman" w:hAnsi="Times New Roman" w:eastAsia="Times New Roman" w:cs="Times New Roman"/>
        </w:rPr>
        <w:t>“Jou yo ap pwoche byen vit kote pral gen gwo tètchaje ak konfizyon. Satan, abiye ak rad zanj, va twonpe, si sa posib, menm eli yo. Pral gen anpil dye ak anpil senyè. Chak van doktrin pral soufle. Moun ki te rann omaj siprèm a ‘sa yo rele syans lan manti’ yo p ap dirijan lè sa a. Moun ki te mete konfyans yo nan entèlijans, jeni, oswa talan p ap kanpe lè sa a nan tèt ran ak dosye a. Yo pa t mache dapre limyè a. Moun ki te montre yo enfidèl yo p ap resevwa konfyans pou yo pran swen twoupo a lè sa a. Nan dènye travay solanèl la, se kèk gwo moun sèlman ki pral angaje ladan l. Yo sifi pou tèt pa yo, yo endepandan de Bondye, e Li pa ka sèvi ak yo. Seyè a gen sèvitè fidèl ki, nan tan soukous ak eprèv la, pral parèt devan je tout moun. Gen moun presye kounye a ki kache, ki pa t pliye jenou devan Baal. Yo pa t resevwa limyè ki te klere sou nou ak yon klète konsantre. Men, li ka rive ke anba yon aparans di ak san atiran, klète pwòp yon karaktè kretyen otantik va revele. Nan lajounen nou gade nan direksyon syèl la, men nou pa wè zetwal yo. Yo la, fikse nan fèmaman an, men je a pa ka distenge yo. Nan lannuit nou wè ekla vre yo.” Testimonies, volim 5, 80, 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Katrevenkat</dc:title>
  <dc:subject>Dévoilement des quatre générations de l’adventisme laodicéen : un parcours à travers le parallélisme biblique et l’épreuve prophétique</dc:subject>
  <dc:creator>Jeff Pippenger</dc:creator>
  <cp:keywords/>
  <dc:description>Generated by ArticleDigger from daniel\84_daniel.json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