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Nimewo En</w:t>
      </w:r>
    </w:p>
    <w:p>
      <w:pPr>
        <w:pStyle w:val="ArticleSubtitle"/>
        <w:jc w:val="left"/>
      </w:pPr>
      <w:r>
        <w:rPr>
          <w:rFonts w:ascii="Arial" w:hAnsi="Arial" w:eastAsia="Arial" w:cs="Arial"/>
        </w:rPr>
        <w:t>Premye ak Dènye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Dènye deklarasyon Ansyen Testaman an prezante yon pwomès konsènan pwofèt Eli ki va parèt avèk yon mesaj anvan gwo e redoutab jou Seyè a.</w:t>
      </w:r>
    </w:p>
    <w:p>
      <w:pPr>
        <w:pStyle w:val="ArticleScripture"/>
        <w:jc w:val="left"/>
      </w:pPr>
      <w:r>
        <w:rPr>
          <w:rFonts w:ascii="Times New Roman" w:hAnsi="Times New Roman" w:eastAsia="Times New Roman" w:cs="Times New Roman"/>
        </w:rPr>
        <w:t>Gade, m ap voye ba nou Eli, pwofèt la, anvan vini gwo ak terib jou Senyè a; epi l ap tounen kè papa yo bay pitit yo, ak kè pitit yo bay papa yo, pou m pa vin frape tè a ak yon madichon. Malachi 4:5, 6.</w:t>
      </w:r>
    </w:p>
    <w:p>
      <w:pPr>
        <w:pStyle w:val="ArticleBody"/>
        <w:jc w:val="left"/>
      </w:pPr>
      <w:r>
        <w:rPr>
          <w:rFonts w:ascii="Times New Roman" w:hAnsi="Times New Roman" w:eastAsia="Times New Roman" w:cs="Times New Roman"/>
        </w:rPr>
        <w:t>Bib la klè ke “gran e redoutab jou Senyè a” oswa “madichon” Bondye frape “latè a avèk li” a, reprezante tou senbolikman kòm “sèt dènye flewo yo” oswa “kòlè Bondye” nan liv Revelasyon an. Chapit kenz nan Revelasyon prezante kontèks pwofetik ki mennen nan vide gran e redoutab sèt dènye flewo chapit sèz la.</w:t>
      </w:r>
    </w:p>
    <w:p>
      <w:pPr>
        <w:pStyle w:val="ArticleScripture"/>
        <w:jc w:val="left"/>
      </w:pPr>
      <w:r>
        <w:rPr>
          <w:rFonts w:ascii="Times New Roman" w:hAnsi="Times New Roman" w:eastAsia="Times New Roman" w:cs="Times New Roman"/>
        </w:rPr>
        <w:t>Epi mwen wè yon lòt siy nan syèl la, gwo e mèvèy, sèt zanj ki te gen sèt dènye kalamite yo; paske nan yo kòlè Bondye a rive nan akonplisman li.</w:t>
      </w:r>
    </w:p>
    <w:p>
      <w:pPr>
        <w:pStyle w:val="ArticleScripture"/>
        <w:jc w:val="left"/>
      </w:pPr>
      <w:r>
        <w:rPr>
          <w:rFonts w:ascii="Times New Roman" w:hAnsi="Times New Roman" w:eastAsia="Times New Roman" w:cs="Times New Roman"/>
        </w:rPr>
        <w:t>Epi mwen wè tankou yon lanmè an vè melanje ak dife; epi moun ki te genyen batay la sou bèt la, sou imaj li, sou mak li, ak sou nonb non li, te kanpe sou lanmè an vè a, yo te gen gita Bondye yo nan men yo. Epi yo chante chante Moyiz, sèvitè Bondye a, ak chante Ti Mouton an, yo di: Zèv ou yo gran e bèl mèvèy, Seyè Bondye Toupisan; chemen ou yo jis e veritab, ou menm Wa sen yo. Ki moun ki p ap gen krentif pou ou, O Seyè, e ki p ap bay non ou glwa? paske se ou menm sèl ki sen; paske tout nasyon yo va vini e yo va adore devan ou; paske jijman ou yo parèt aklè.</w:t>
      </w:r>
    </w:p>
    <w:p>
      <w:pPr>
        <w:pStyle w:val="ArticleScripture"/>
        <w:jc w:val="left"/>
      </w:pPr>
      <w:r>
        <w:rPr>
          <w:rFonts w:ascii="Times New Roman" w:hAnsi="Times New Roman" w:eastAsia="Times New Roman" w:cs="Times New Roman"/>
        </w:rPr>
        <w:t>Apre sa, mwen gade, epi gade, tanp tabènak temwayaj la nan syèl la te louvri. Epi sèt zanj yo soti nan tanp lan, yo te gen sèt flewo yo; yo te abiye ak twal fen blan ki pwòp e briyan, epi pwatrin yo te mare ak senti an lò. Epi youn nan kat bèt vivan yo bay sèt zanj yo sèt bòl an lò, plen ak kòlè Bondye a, li menm ki viv pou tout tan e pou tout tan. Epi tanp lan te ranpli ak lafimen ki soti nan glwa Bondye a ak nan pouvwa li; e pèsonn pa t kapab antre nan tanp lan, jouk sèt flewo sèt zanj yo te akonpli. Revelasyon 15:1–8.</w:t>
      </w:r>
    </w:p>
    <w:p>
      <w:pPr>
        <w:pStyle w:val="ArticleBody"/>
        <w:jc w:val="left"/>
      </w:pPr>
      <w:r>
        <w:rPr>
          <w:rFonts w:ascii="Times New Roman" w:hAnsi="Times New Roman" w:eastAsia="Times New Roman" w:cs="Times New Roman"/>
        </w:rPr>
        <w:t>Rezon ki fè “pesonn pa t kapab antre nan tanp lan, jouk sèt kalamite sèt zanj yo te fin akonpli a,” se paske opòtinite pou jwenn delivrans lan fèmen lè tanp lan ranpli ak lafimen nan chapit kenz la. Lè sa a, tan pwobasyon yo te bay limanite pou repanti epi jwenn delivrans la fini. Lè moman sa a rive, “gran e terib jou Seyè a,” sa Jan rele “sèt dènye kalamite yo,” vide anvan Dezyèm Vini Kris la. Malachi te rele jou sa a “terib,” epi Ezayi idantifye l kòm “travay etranj” Bondye a.</w:t>
      </w:r>
    </w:p>
    <w:p>
      <w:pPr>
        <w:pStyle w:val="ArticleScripture"/>
        <w:jc w:val="left"/>
      </w:pPr>
      <w:r>
        <w:rPr>
          <w:rFonts w:ascii="Times New Roman" w:hAnsi="Times New Roman" w:eastAsia="Times New Roman" w:cs="Times New Roman"/>
        </w:rPr>
        <w:t>Paske Senyè a va leve tankou sou mòn Perazim, li va fache tankou nan fon Gabaon, pou l fè travay li, travay dwòl li a; epi pou l akonpli aksyon li, aksyon dwòl li a. Koulye a, pa fè rizib, pou chenn nou yo pa vin pi sere; paske mwen tande nan men Senyè Bondye dèzame yo yon destriksyon, yon bagay ki deja deside sou tout tè a. Ezayi 28:21, 22.</w:t>
      </w:r>
    </w:p>
    <w:p>
      <w:pPr>
        <w:pStyle w:val="ArticleBody"/>
        <w:jc w:val="left"/>
      </w:pPr>
      <w:r>
        <w:rPr>
          <w:rFonts w:ascii="Times New Roman" w:hAnsi="Times New Roman" w:eastAsia="Times New Roman" w:cs="Times New Roman"/>
        </w:rPr>
        <w:t>Malgre “etranj aksyon” Bondye a anbrase “tout latè,” Enspirasyon an klè ke vide kalamite yo gen rapò ak rebelyon yon sèl nasyon.</w:t>
      </w:r>
    </w:p>
    <w:p>
      <w:pPr>
        <w:pStyle w:val="ArticleScripture"/>
        <w:jc w:val="left"/>
      </w:pPr>
      <w:r>
        <w:rPr>
          <w:rFonts w:ascii="Times New Roman" w:hAnsi="Times New Roman" w:eastAsia="Times New Roman" w:cs="Times New Roman"/>
        </w:rPr>
        <w:t>«Nasyon etranje yo pral suiv egzanp Etazini. Malgre se li ki pran devan, menm kriz la ap rive sou pèp nou an nan tout pati nan mond lan.» Testimonies, volim 6, 395.</w:t>
      </w:r>
    </w:p>
    <w:p>
      <w:pPr>
        <w:pStyle w:val="ArticleScripture"/>
        <w:jc w:val="left"/>
      </w:pPr>
      <w:r>
        <w:rPr>
          <w:rFonts w:ascii="Times New Roman" w:hAnsi="Times New Roman" w:eastAsia="Times New Roman" w:cs="Times New Roman"/>
        </w:rPr>
        <w:t>«Lè Amerik, tè libète relijye a, va ini ak Papasi a pou fòse konsyans epi pou kontrenn moun rann omaj a fo saba a, pèp tout peyi sou latè va kondwi pou swiv egzanp li.» Testimonies, volim 6, 18.</w:t>
      </w:r>
    </w:p>
    <w:p>
      <w:pPr>
        <w:pStyle w:val="ArticleBody"/>
        <w:jc w:val="left"/>
      </w:pPr>
      <w:r>
        <w:rPr>
          <w:rFonts w:ascii="Times New Roman" w:hAnsi="Times New Roman" w:eastAsia="Times New Roman" w:cs="Times New Roman"/>
        </w:rPr>
        <w:t>Tout nasyon pral ranpli gode tan pwobasyon pa yo, men “jijman Bondye” Sè White idantifye kòm “ruin nasyonal”, “tan jijman destriktif Bondye yo”, jan li rele tou istwa ki kòmanse ak lwa dimanch lan Ozetazini, yo pa sèt dènye flewo yo.</w:t>
      </w:r>
    </w:p>
    <w:p>
      <w:pPr>
        <w:pStyle w:val="ArticleScripture"/>
        <w:jc w:val="left"/>
      </w:pPr>
      <w:r>
        <w:rPr>
          <w:rFonts w:ascii="Times New Roman" w:hAnsi="Times New Roman" w:eastAsia="Times New Roman" w:cs="Times New Roman"/>
        </w:rPr>
        <w:t>“Yon tan ap vini lè lalwa Bondye a, nan yon sans espesyal, pral vin anile nan peyi nou an. Chèf nasyon nou an, pa mwayen dispozisyon lejislatif, pral fè respekte lwa dimanch lan, e konsa pèp Bondye a pral tonbe nan gwo danje. Lè nasyon nou an, nan konsèy lejislatif li yo, va adopte lwa pou mare konsyans lèzòm konsènan privilèj relijye yo, lè l ap fòse obsèvans dimanch, epi lè l ap fè pouvwa opresif peze sou sila yo ki kenbe Saba setyèm jou a, lalwa Bondye a pral, pou tout entansyon ak tout efè pratik, vin anile nan peyi nou an; epi apostazi nasyonal pral swiv pa destriksyon nasyonal.” Review and Herald, 18 desanm 1888.</w:t>
      </w:r>
    </w:p>
    <w:p>
      <w:pPr>
        <w:pStyle w:val="ArticleBody"/>
        <w:jc w:val="left"/>
      </w:pPr>
      <w:r>
        <w:rPr>
          <w:rFonts w:ascii="Times New Roman" w:hAnsi="Times New Roman" w:eastAsia="Times New Roman" w:cs="Times New Roman"/>
        </w:rPr>
        <w:t>Jijman Bondye yo, ke Sè White idantifye kòm “destriksyon nasyonal,” kòmanse nan lwa dimanch nasyonal la epi make kòmansman “zak etranj” Bondye a, byenke zak etranj Bondye a, pi presizeman, se sèt dènye kalamite yo. Yon tablo ki pi konplè sou zak etranj Bondye a parèt lè yo ajoute delivrans ki soti ann Ejip la sou liy jijman egzekitif Bondye yo. Kalamite Ejipsyen yo, byenke yo te dis an kantite, te separe. Twa premye yo te distenge de sèt dènye yo. Konsa, delivrans ki soti ann Ejip la idantifye yon peryòd tan ki reprezante pa twa premye kalamite yo, ki kòmanse ak destriksyon nasyonal Etazini, epi ki kontinye jiskaske Mikaèl leve kanpe epi pwobasyon limanite fini.</w:t>
      </w:r>
    </w:p>
    <w:p>
      <w:pPr>
        <w:pStyle w:val="ArticleScripture"/>
        <w:jc w:val="left"/>
      </w:pPr>
      <w:r>
        <w:rPr>
          <w:rFonts w:ascii="Times New Roman" w:hAnsi="Times New Roman" w:eastAsia="Times New Roman" w:cs="Times New Roman"/>
        </w:rPr>
        <w:t>“Jijman Bondye yo pral tonbe sou moun k ap chèche peze ak detwi pèp Li a. Gwo pasyans Li anvè mechan yo fè lèzòm vin pi odasye nan transgresyon, men pinisyon yo rete sèten e terib, menm si li pran tan pou rive. ‘Senyè a pral leve tankou sou mòn Perazim, Li pral fache tankou nan vale Gabaon, pou Li fè travay pa Li, travay etranj Li a; epi pou Li akonpli zak pa Li, zak etranj Li a.’ Ezayi 28:21. Pou Bondye nou an, ki gen mizèrikòd, zak pinisyon an se yon zak etranj. ‘Jan m viv la, se mwen menm Senyè Bondye a ki pale, mwen pa pran plezi nan lanmò mechan an.’ Ezekyèl 33:11. Senyè a se ‘mizerikòd ak gras, Li pran tan pou fache, Li gen anpil bonte ak verite, … Li padonnen inikite, transgresyon ak peche.’ Men, Li ‘pap janm kite koupab la san pinisyon.’ ‘Senyè a pa prese fè kòlè, Li gran nan puisans, e Li pap ditou deklare mechan an inosan.’ Egzòd 34:6, 7; Nawoum 1:3. Pa bagay terib nan jistis, Li pral defann otorite lalwa Li a yo te pilonnen anba pye. Yo kapab mezire gravite pinisyon k ap tann transgresè a dapre repiyans Senyè a genyen pou egzekite jistis. Nasyon Li sipòte pandan lontan an, e Li pap frape jiskaske li fin ranpli mezi inikite li nan kont Bondye, pral finalman bwè gode kòlè a san okenn melanj mizèrikòd.”</w:t>
      </w:r>
    </w:p>
    <w:p>
      <w:pPr>
        <w:pStyle w:val="ArticleScripture"/>
        <w:jc w:val="left"/>
      </w:pPr>
      <w:r>
        <w:rPr>
          <w:rFonts w:ascii="Times New Roman" w:hAnsi="Times New Roman" w:eastAsia="Times New Roman" w:cs="Times New Roman"/>
        </w:rPr>
        <w:t>“Lè Kris sispann fè entèsesyon Li nan sanktyè a, kòlè san melanj yo te menase kont moun ki adore bèt la ak imaj li a epi ki resevwa mak li a (Revelation 14:9, 10), pral vide sou yo. Kalite kalamite ki te tonbe sou peyi Lejip lè Bondye t apral delivre Izrayèl la te sanble, nan nati yo, ak jijman ki pi terib e pi laj sa yo ki gen pou tonbe sou lemonn jis anvan dènye delivrans pèp Bondye a. Revelatè a di, pandan l ap dekri flewozite sa yo ki terib: ‘There fell a noisome and grievous sore upon the men which had the mark of the beast, and upon them which worshiped his image.’ Lanmè a ‘became as the blood of a dead man: and every living soul died in the sea.’ Epi ‘the rivers and fountains of waters … became blood.’ Menm si chatiman sa yo terib anpil, jistis Bondye rete nèt ale jistifye. Zanj Bondye a deklare: ‘Thou art righteous, O Lord, … because Thou hast judged thus. For they have shed the blood of saints and prophets, and Thou hast given them blood to drink; for they are worthy.’ Revelation 16:2–6. Lè yo te kondane pèp Bondye a amò, yo te vrèman pote koupabilite pou san yo a, tankou si se men pa yo menm ki te koule l. Menm jan an tou, Kris te deklare Jwif nan epòk pa Li a koupab pou tout san mesye sen yo ki te koule depi nan jou Abèl yo; paske yo te genyen menm lespri a epi yo t ap chèche fè menm zèv ak asasè pwofèt sa yo.”</w:t>
      </w:r>
    </w:p>
    <w:p>
      <w:pPr>
        <w:pStyle w:val="ArticleScripture"/>
        <w:jc w:val="left"/>
      </w:pPr>
      <w:r>
        <w:rPr>
          <w:rFonts w:ascii="Times New Roman" w:hAnsi="Times New Roman" w:eastAsia="Times New Roman" w:cs="Times New Roman"/>
        </w:rPr>
        <w:t>“Nan kalamite ki vini apre a, yo bay solèy la pouvwa ‘pou boule lèzòm ak dife. Epi lèzòm te boule ak gwo chalè.’ Vèsè 8, 9. Men kijan pwofèt yo dekri kondisyon tè a nan moman terib sa a: ‘Peyi a nan dèy; … paske rekòt chan an peri…. Tout pyebwa nan chan an fennen, paske lajwa disparèt pami pitit lèzòm yo.’ ‘Grenn nan pouri anba boul tè ki kouvri l yo, depo yo rete devaste…. Ala bèt yo ap plenn! twoupo bèf yo nan detrès, paske yo pa gen patiraj…. Rivyè yo cheche, epi dife fin devore patiraj dezè a.’ ‘Kantik tanp lan va tounen rèl nan jou sa a, se Senyè Bondye a ki di sa; va gen anpil kadav toupatou; y ap jete yo deyò an silans.’ Joel 1:10–12, 17–20; Amos 8:3.</w:t>
      </w:r>
    </w:p>
    <w:p>
      <w:pPr>
        <w:pStyle w:val="ArticleScripture"/>
        <w:jc w:val="left"/>
      </w:pPr>
      <w:r>
        <w:rPr>
          <w:rFonts w:ascii="Times New Roman" w:hAnsi="Times New Roman" w:eastAsia="Times New Roman" w:cs="Times New Roman"/>
        </w:rPr>
        <w:t>“Fléaux sa yo pa inivèsèl, sinon tout moun k ap viv sou tè a t ap detwi nèt. Men, yo pral pi terib chatiman lèzòm janm konnen. Tout jijman ki te tonbe sou lèzòm, anvan fen tan gras la, te melanje ak mizèrikòd. San Kris la k ap plede a te pwoteje pechè a pou l pa resevwa tout mezi koupabilite li; men, nan jijman final la, kòlè a vide san okenn melanj ak mizèrikòd.</w:t>
      </w:r>
    </w:p>
    <w:p>
      <w:pPr>
        <w:pStyle w:val="ArticleScripture"/>
        <w:jc w:val="left"/>
      </w:pPr>
      <w:r>
        <w:rPr>
          <w:rFonts w:ascii="Times New Roman" w:hAnsi="Times New Roman" w:eastAsia="Times New Roman" w:cs="Times New Roman"/>
        </w:rPr>
        <w:t>“Nan jou sa a, foul moun va anvi pwoteksyon mizèrikòd Bondye a, mizèrikòd yo te meprize pandan tout tan sa a. ‘Gade, jou yo ap vini, se Senyè Bondye a ki di sa, lè m ap voye yon grangou nan peyi a, pa yon grangou pen, ni yon swaf dlo, men grangou pou tande pawòl Senyè a: epi yo pral mache soti nan yon lanmè rive nan yon lòt lanmè, e depi nan nò rive jouk nan lès, yo pral kouri monte desann pou chèche pawòl Senyè a, men yo p ap jwenn li.’ Amos 8:11, 12.” The Great Controversy, 627–629.</w:t>
      </w:r>
    </w:p>
    <w:p>
      <w:pPr>
        <w:pStyle w:val="ArticleBody"/>
        <w:jc w:val="left"/>
      </w:pPr>
      <w:r>
        <w:rPr>
          <w:rFonts w:ascii="Times New Roman" w:hAnsi="Times New Roman" w:eastAsia="Times New Roman" w:cs="Times New Roman"/>
        </w:rPr>
        <w:t>Nan pasaj ki te vini anvan an, li te deklare: “Nasyon Bondye sipòte avèk pasyans, epi li pa pral frape jiskaske li fin ranpli mezi inikite li nan kont Bondye, pral finalman bwè gode kòlè a san okenn melanj mizèrikòd.” Li te ekri tou nan menm paragraf la: “Flè yo sou peyi Lejip la, lè Bondye te prèt pou delivre Izrayèl, te sanble nan karaktè ak jijman sa yo ki pi terib e ki pi laj anpil, ki pral tonbe sou mond lan jis anvan delivrans final pèp Bondye a.” Nasyon an (Etazini) ki ranpli “mezi inikite a” pral soufri flè ki sanble ak dis flè yo nan peyi Lejip.</w:t>
      </w:r>
    </w:p>
    <w:p>
      <w:pPr>
        <w:pStyle w:val="ArticleBody"/>
        <w:jc w:val="left"/>
      </w:pPr>
      <w:r>
        <w:rPr>
          <w:rFonts w:ascii="Times New Roman" w:hAnsi="Times New Roman" w:eastAsia="Times New Roman" w:cs="Times New Roman"/>
        </w:rPr>
        <w:t>Plag peyi Lejip yo te divize an de peryòd. Twa premye plag yo te tonbe sou tout moun, men sèt dènye plag yo te tonbe sèlman sou Ejipsyen yo.</w:t>
      </w:r>
    </w:p>
    <w:p>
      <w:pPr>
        <w:pStyle w:val="ArticleScripture"/>
        <w:jc w:val="left"/>
      </w:pPr>
      <w:r>
        <w:rPr>
          <w:rFonts w:ascii="Times New Roman" w:hAnsi="Times New Roman" w:eastAsia="Times New Roman" w:cs="Times New Roman"/>
        </w:rPr>
        <w:t>Epi m ap mete apa nan jou sa a peyi Gochenn nan, kote pèp mwen an rete a, pou pa gen okenn bann mouch la; pou ou ka konnen se mwen menm ki Seyè a nan mitan tè a. Egzòd 8:22.</w:t>
      </w:r>
    </w:p>
    <w:p>
      <w:pPr>
        <w:pStyle w:val="ArticleBody"/>
        <w:jc w:val="left"/>
      </w:pPr>
      <w:r>
        <w:rPr>
          <w:rFonts w:ascii="Times New Roman" w:hAnsi="Times New Roman" w:eastAsia="Times New Roman" w:cs="Times New Roman"/>
        </w:rPr>
        <w:t>Twa premye flewo ann Ejip yo te tonbe tout kote, men Gochèn, kote Ebre yo t ap viv la, pa t resevwa sèt dènye flewo Ejip yo. Etazini se nasyon ki ranpli gode inikite li nan moman lwa dimanch lan. Nan pwen sa a, apostazi nasyonal la swiv pa destriksyon nasyonal, men jijman ki pwodui destriksyon nasyonal la mele ak mizèrikòd jouk Mikaèl kanpe, epi tan gras la fèmen pou tout limanite. Nan moman lwa dimanch lan Ozetazini, majorite nan moun ki kounye a deklare yo se obsèvatè saba pral bese devan otorite ki an plas yo epi yo pral aksepte mak bèt la. Lè sa a, kestyon lwa dimanch lan vin tounen yon tès espirityèl pou moun ki te andeyò Advantis la. Depi lwa dimanch lan Ozetazini jouk Mikaèl kanpe, se gran ranmasaj ouvriye onzyèmèdtan yo; men pòt la deja fèmen sou moun yo konsidere responsab pou limyè saba setyèm jou a anvan lwa dimanch lan.</w:t>
      </w:r>
    </w:p>
    <w:p>
      <w:pPr>
        <w:pStyle w:val="ArticleScripture"/>
        <w:jc w:val="left"/>
      </w:pPr>
      <w:r>
        <w:rPr>
          <w:rFonts w:ascii="Times New Roman" w:hAnsi="Times New Roman" w:eastAsia="Times New Roman" w:cs="Times New Roman"/>
        </w:rPr>
        <w:t>“Pi plis, pandan jou yo ap pase, sa vin parèt klè ke jijman Bondye yo deja nan mond lan. Nan dife, nan inondasyon, ak nan tranblemanntè, Li ap avèti abitan tè sa a konsènan pwòch apwòch Li. Lè a ap pwoche lè gwo kriz la nan listwa mond lan va rive, lè chak mouvman nan gouvènman Bondye a va suiv avèk yon enterè entans ak yon kè sote ki pa ka eksprime. Youn apre lòt, ak anpil vitès, jijman Bondye yo va vini—dife ak inondasyon ak tranblemanntè, ansanm ak lagè ak san koule.”</w:t>
      </w:r>
    </w:p>
    <w:p>
      <w:pPr>
        <w:pStyle w:val="ArticleScripture"/>
        <w:jc w:val="left"/>
      </w:pPr>
      <w:r>
        <w:rPr>
          <w:rFonts w:ascii="Times New Roman" w:hAnsi="Times New Roman" w:eastAsia="Times New Roman" w:cs="Times New Roman"/>
        </w:rPr>
        <w:t>“O, si pèp la te ka konnen tan vizitasyon yo! Gen anpil moun ki poko tande verite eprèv la pou tan sa a. Gen anpil moun ak Sentespri Bondye a ap lite. Tan jijman destriktif Bondye yo se tan mizèrikòd pou sila yo ki pa t gen okenn opòtinite pou aprann sa ki verite. Senyè a va gade yo avèk tandrès. Kè mizèrikòd li touche; men li toujou lonje pou sove, pandan pòt la fèmen pou sila yo ki pa t vle antre.</w:t>
      </w:r>
    </w:p>
    <w:p>
      <w:pPr>
        <w:pStyle w:val="ArticleScripture"/>
        <w:jc w:val="left"/>
      </w:pPr>
      <w:r>
        <w:rPr>
          <w:rFonts w:ascii="Times New Roman" w:hAnsi="Times New Roman" w:eastAsia="Times New Roman" w:cs="Times New Roman"/>
        </w:rPr>
        <w:t>“Mizèrikòd Bondye a parèt nan gwo pasyans li. Li ap kenbe jijman li yo an reta, pandan li ap tann pou mesaj avètisman an sonnen bay tout moun. O, si pèp nou an ta santi jan yo dwe santi responsablite ki poze sou yo pou bay dènye mesaj mizèrikòd la bay mond lan, ala yon mèvèy travay ki t ap fèt!” Testimonies, volim 9, 97.</w:t>
      </w:r>
    </w:p>
    <w:p>
      <w:pPr>
        <w:pStyle w:val="ArticleBody"/>
        <w:jc w:val="left"/>
      </w:pPr>
      <w:r>
        <w:rPr>
          <w:rFonts w:ascii="Times New Roman" w:hAnsi="Times New Roman" w:eastAsia="Times New Roman" w:cs="Times New Roman"/>
        </w:rPr>
        <w:t>Nan pasaj anvan an, li te idantifye ke “tan jijman destriktif Bondye yo se tan mizèrikòd pou moun ki pa t gen okenn okazyon pou aprann sa ki verite.” Nan pasaj ki vin apre a, li refere a peryòd tan sa a kòm “tan detrès la.”</w:t>
      </w:r>
    </w:p>
    <w:p>
      <w:pPr>
        <w:pStyle w:val="ArticleScripture"/>
        <w:jc w:val="left"/>
      </w:pPr>
      <w:r>
        <w:rPr>
          <w:rFonts w:ascii="Times New Roman" w:hAnsi="Times New Roman" w:eastAsia="Times New Roman" w:cs="Times New Roman"/>
        </w:rPr>
        <w:t>“Mwen wè Saba sen an se, e li pral toujou, miray separasyon ant vrè Izrayèl Bondye a ak moun ki pa kwè; e Saba a se gwo kestyon an, pou ini kè chè sen Bondye yo k ap tann yo. E si yon moun te kwè, te kenbe Saba a, epi te resevwa benediksyon ki mache avèk li, epi apre sa li ta abandone l, epi vyole kòmandman sen an, li ta fèmen pòt Vil Sen an sou tèt pa l, menm jan sa sèten gen yon Bondye k ap gouvène nan syèl anwo a. Mwen wè Bondye te gen pitit ki pa t wè ni kenbe Saba a. Yo pa t rejte limyè sou kestyon sa a. E nan kòmansman tan detrès la, nou te ranpli ak Sentespri a pandan nou t ap soti pou nou pwoklame Saba a pi nèt. Sa te mete legliz la ak Advantis nominal yo an kòlè, paske yo pa t kapab demanti verite Saba a. E nan tan sa a, tout moun Bondye te chwazi yo te wè klèman ke nou te gen verite a, epi yo te soti vin jwenn nou e yo te sipòte pèsekisyon an ansanm avèk nou.” A Word to the Little Flock, 18, 19.</w:t>
      </w:r>
    </w:p>
    <w:p>
      <w:pPr>
        <w:pStyle w:val="ArticleBody"/>
        <w:jc w:val="left"/>
      </w:pPr>
      <w:r>
        <w:rPr>
          <w:rFonts w:ascii="Times New Roman" w:hAnsi="Times New Roman" w:eastAsia="Times New Roman" w:cs="Times New Roman"/>
        </w:rPr>
        <w:t>Malgre li modifye yon ti kras, menm pasaj ki fèk site a jwenn nan liv Early Writings la. Nan liv sa a, li mete kòmantè sou deklarasyon li konsènan “tan detrès la.” A Word to the Little Flock se te premye piblikasyon Millerit fidèl yo ki te desi apre Gwo Desepsyon 22 oktòb 1844 la, e plizyè dizèn ane apre, lè editè yo te sèvi ak kèk pati nan ti liv sa a pou mete yo nan liv Early Writings la, yo te presize ke “tan detrès la” yo t ap pale de li a pa t sèt dènye kalamite yo, paske lè sèt dènye kalamite yo vide, pa gen okenn mizèrikòd melanje ak jijman yo.</w:t>
      </w:r>
    </w:p>
    <w:p>
      <w:pPr>
        <w:pStyle w:val="ArticleScripture"/>
        <w:jc w:val="left"/>
      </w:pPr>
      <w:r>
        <w:rPr>
          <w:rFonts w:ascii="Times New Roman" w:hAnsi="Times New Roman" w:eastAsia="Times New Roman" w:cs="Times New Roman"/>
        </w:rPr>
        <w:t>«1. Nan paj 33 la, yo bay sa ki annapre a: “Mwen te wè ke saba sen an se, e li pral rete, miray separasyon ant vrè Izrayèl Bondye a ak moun ki pa kwè; e ke saba a se gwo kestyon an pou ini kè sen Bondye yo renmen anpil yo, ki nan atant. Mwen te wè ke Bondye gen pitit ki pa wè ni pa obsève saba a. Yo pa t rejte limyè ki sou li a. E nan kòmansman tan detrès la, nou te ranpli ak Sentespri a pandan nou t ap sòti pou nou pwoklame saba a pi nètale.”»</w:t>
      </w:r>
    </w:p>
    <w:p>
      <w:pPr>
        <w:pStyle w:val="ArticleScripture"/>
        <w:jc w:val="left"/>
      </w:pPr>
      <w:r>
        <w:rPr>
          <w:rFonts w:ascii="Times New Roman" w:hAnsi="Times New Roman" w:eastAsia="Times New Roman" w:cs="Times New Roman"/>
        </w:rPr>
        <w:t>“Yo te bay vizyon sa a an 1847, lè te gen sèlman trè kèk nan frè Advantis yo ki t ap obsève Saba a, e pami sila yo, te gen sèlman kèk ki te kwè ke obsèvans li te gen ase enpòtans pou trase yon liy ant pèp Bondye a ak moun ki pa kwè yo. Kounye a, kòmansman akonplisman vizyon sa a ap kòmanse parèt. ‘Kòmansman tan detrès sa a,’ yo mansyone isit la, pa fè referans ak tan lè kalamite yo pral kòmanse vide, men ak yon kout peryòd jis anvan yo vide yo, pandan Kris la nan sanktyè a. Nan tan sa a, pandan travay delivrans lan ap rive nan fen li, detrès pral tonbe sou tè a, e nasyon yo pral fache, men y ap rete anpeche, yon fason pou yo pa antrave travay twazyèm zanj lan. Nan tan sa a, ‘dènye lapli a,’ oswa rafrechisman ki soti nan prezans Senyè a, pral vini, pou bay pouvwa a gwo vwa twazyèm zanj lan, epi pou prepare sen yo pou yo kanpe nan peryòd lè sèt dènye kalamite yo pral vide.” Early Writings, 85.</w:t>
      </w:r>
    </w:p>
    <w:p>
      <w:pPr>
        <w:pStyle w:val="ArticleBody"/>
        <w:jc w:val="left"/>
      </w:pPr>
      <w:r>
        <w:rPr>
          <w:rFonts w:ascii="Times New Roman" w:hAnsi="Times New Roman" w:eastAsia="Times New Roman" w:cs="Times New Roman"/>
        </w:rPr>
        <w:t>Nan moman lwa dimanch lan Ozetazini, apostazi nasyonal la pral swiv pa destriksyon nasyonal. Nan menm lwa dimanch sa a, Advantis nan Ozetazini pral divize an de gwoup: youn pral resevwa mak bèt la, lòt la pral resevwa so Bondye a. Destriksyon nasyonal Ozetazini a reprezante pa twa premye kalamite Lejip yo. Jijman sa yo kontinye jouk lè delè gras lèzòm fini; apre sa, sèt dènye kalamite yo, ki pa melanje ak mizèrikòd, pral vide sou tè a.</w:t>
      </w:r>
    </w:p>
    <w:p>
      <w:pPr>
        <w:pStyle w:val="ArticleBody"/>
        <w:jc w:val="left"/>
      </w:pPr>
      <w:r>
        <w:rPr>
          <w:rFonts w:ascii="Times New Roman" w:hAnsi="Times New Roman" w:eastAsia="Times New Roman" w:cs="Times New Roman"/>
        </w:rPr>
        <w:t>Pwen mwen an pa twò konsène ak istwa pwofetik peyi Lejip, men pito ak lefèt ke Ellen White idantifye peyi Lejip kòm senbòl nasyon ki fòse tout lemonn resevwa mak bèt la; paske, lè li fè sa, li sèvi ak kòmansman an pou ilistre fen an, ki se siyati pwofetik Jezi kòm Alfa ak Omega. Nan istwa Egzòd la, lè Senyè a ap antre nan alyans ak ansyen Izrayèl, Li prezante Tèt Li ak yon nouvo non.</w:t>
      </w:r>
    </w:p>
    <w:p>
      <w:pPr>
        <w:pStyle w:val="ArticleScripture"/>
        <w:jc w:val="left"/>
      </w:pPr>
      <w:r>
        <w:rPr>
          <w:rFonts w:ascii="Times New Roman" w:hAnsi="Times New Roman" w:eastAsia="Times New Roman" w:cs="Times New Roman"/>
        </w:rPr>
        <w:t>Lè sa a, SENYÈ a di Moyiz: Koulye a ou pral wè sa m pral fè Farawon an; paske se avèk yon men fò li pral lage yo ale, e se avèk yon men fò li pral chase yo soti nan peyi pa l la.</w:t>
      </w:r>
    </w:p>
    <w:p>
      <w:pPr>
        <w:pStyle w:val="ArticleScripture"/>
        <w:jc w:val="left"/>
      </w:pPr>
      <w:r>
        <w:rPr>
          <w:rFonts w:ascii="Times New Roman" w:hAnsi="Times New Roman" w:eastAsia="Times New Roman" w:cs="Times New Roman"/>
        </w:rPr>
        <w:t>Epi Bondye pale ak Moyiz, li di li: Se mwen menm ki SENYÈ a. Mwen te parèt devan Abraram, Izarak, ak Jakòb, sou non Bondye Toupisan; men sou non mwen JEHOVAH, mwen pa t fè yo konnen mwen.</w:t>
      </w:r>
    </w:p>
    <w:p>
      <w:pPr>
        <w:pStyle w:val="ArticleScripture"/>
        <w:jc w:val="left"/>
      </w:pPr>
      <w:r>
        <w:rPr>
          <w:rFonts w:ascii="Times New Roman" w:hAnsi="Times New Roman" w:eastAsia="Times New Roman" w:cs="Times New Roman"/>
        </w:rPr>
        <w:t>E mwen menm, mwen te tabli alyans mwen avèk yo tou, pou m ba yo peyi Kanaran an, peyi kote yo t ap viv kòm etranje pandan vwayaj yo. E mwen menm tou, mwen tande jémisman pitit Izrayèl yo, moun Ejipsyen yo kenbe nan esklavaj; e mwen sonje alyans mwen. Se poutèt sa, pale ak pitit Izrayèl yo: Mwen se SENYÈ a; m ap fè nou soti anba chay Ejipsyen yo, m ap delivre nou anba esklavaj yo, e m ap rachte nou avèk yon bra lonje, ak gwo jijman. M ap pran nou pou pèp pa m, e m ap Bondye nou; e n a konnen se mwen menm, SENYÈ a, Bondye nou an, ki fè nou soti anba chay Ejipsyen yo. E m ap mennen nou antre nan peyi mwen te fè sèman pou m bay Abraram, Izarak, ak Jakòb; e m ap ba nou li kòm eritaj: Mwen se SENYÈ a.</w:t>
      </w:r>
    </w:p>
    <w:p>
      <w:pPr>
        <w:pStyle w:val="ArticleScripture"/>
        <w:jc w:val="left"/>
      </w:pPr>
      <w:r>
        <w:rPr>
          <w:rFonts w:ascii="Times New Roman" w:hAnsi="Times New Roman" w:eastAsia="Times New Roman" w:cs="Times New Roman"/>
        </w:rPr>
        <w:t>Moyiz te pale konsa ak pitit Izrayèl yo; men yo pa t koute Moyiz, poutèt kè sere yo ak poutèt esklavaj brital la. Egzòd 6:1–9.</w:t>
      </w:r>
    </w:p>
    <w:p>
      <w:pPr>
        <w:pStyle w:val="ArticleBody"/>
        <w:jc w:val="left"/>
      </w:pPr>
      <w:r>
        <w:rPr>
          <w:rFonts w:ascii="Times New Roman" w:hAnsi="Times New Roman" w:eastAsia="Times New Roman" w:cs="Times New Roman"/>
        </w:rPr>
        <w:t>Senyè a isit la ap idantifye Moyiz kòm reprezantan alyans Li a, menm jan Jakòb, Izarak ak Abraram te ye. Jiska epòk istwa Moyiz la, non JEHOVAH la te enkoni pou Abraram ak desandan li yo; epi nan istwa renouvèlman alyans Abraram nan, lè Ebre yo te gen pou yo delivre anba esklavaj peyi Lejip la, Senyè a prezante yon nouvo revelasyon sou karaktè Li, paske yon non, nan sans pwofetik, reprezante karaktè. Lè Abram te antre nan alyans ak Senyè a, Senyè a te chanje non li pou Abraham. Nan kòmansman pwofesi esklavaj peyi Lejip la, non reprezantan imen alyans lan te chanje; epi nan fen pwofesi sa a, Bondye te prezante yon nouvo non pou tèt pa Li.</w:t>
      </w:r>
    </w:p>
    <w:p>
      <w:pPr>
        <w:pStyle w:val="ArticleBody"/>
        <w:jc w:val="left"/>
      </w:pPr>
      <w:r>
        <w:rPr>
          <w:rFonts w:ascii="Times New Roman" w:hAnsi="Times New Roman" w:eastAsia="Times New Roman" w:cs="Times New Roman"/>
        </w:rPr>
        <w:t>Abram te antre nan alyans nan chapit kenz la, e se la yo te prezante pwofesi sou esklavaj nan peyi Lejip pandan katsan (400) ane. Nan chapit disèt la, Abram te resevwa rit sikonsizyon an, epi non pa li ak non Sara te chanje.</w:t>
      </w:r>
    </w:p>
    <w:p>
      <w:pPr>
        <w:pStyle w:val="ArticleBody"/>
        <w:jc w:val="left"/>
      </w:pPr>
      <w:r>
        <w:rPr>
          <w:rFonts w:ascii="Times New Roman" w:hAnsi="Times New Roman" w:eastAsia="Times New Roman" w:cs="Times New Roman"/>
        </w:rPr>
        <w:t>Kat san (400) an apre, Moyiz te leve pou akonpli pwofesi Abraham nan sou kat san (400) an yo. Abraham, Izaak, Jakòb, ak Moyiz, yo tout reprezante san karannkat mil (144,000) moun ki antre nan alyans avèk Senyè a nan dènye jou yo.</w:t>
      </w:r>
    </w:p>
    <w:p>
      <w:pPr>
        <w:pStyle w:val="ArticleScripture"/>
        <w:jc w:val="left"/>
      </w:pPr>
      <w:r>
        <w:rPr>
          <w:rFonts w:ascii="Times New Roman" w:hAnsi="Times New Roman" w:eastAsia="Times New Roman" w:cs="Times New Roman"/>
        </w:rPr>
        <w:t>“Nan dènye jou istwa tè sa a, alyans Bondye ak pèp li a ki obeyi kòmandman li yo dwe renouvle.” Review and Herald, 26 fevriye 1914.</w:t>
      </w:r>
    </w:p>
    <w:p>
      <w:pPr>
        <w:pStyle w:val="ArticleBody"/>
        <w:jc w:val="left"/>
      </w:pPr>
      <w:r>
        <w:rPr>
          <w:rFonts w:ascii="Times New Roman" w:hAnsi="Times New Roman" w:eastAsia="Times New Roman" w:cs="Times New Roman"/>
        </w:rPr>
        <w:t>Separasyon ant moun k ap obsève Saba yo ki aksepte mak bèt la ak moun k ap obsève Saba yo ki resevwa sele Bondye a fèt nan lwa dimanch lan. Separasyon sa a reprezante nan parabòl dis vyèj yo.</w:t>
      </w:r>
    </w:p>
    <w:p>
      <w:pPr>
        <w:pStyle w:val="ArticleScripture"/>
        <w:jc w:val="left"/>
      </w:pPr>
      <w:r>
        <w:rPr>
          <w:rFonts w:ascii="Times New Roman" w:hAnsi="Times New Roman" w:eastAsia="Times New Roman" w:cs="Times New Roman"/>
        </w:rPr>
        <w:t>«Parabòl dis vyèj yo nan Matye 25 la tou ilistre eksperyans pèp Adventis la.» The Great Controversy, 393.</w:t>
      </w:r>
    </w:p>
    <w:p>
      <w:pPr>
        <w:pStyle w:val="ArticleScripture"/>
        <w:jc w:val="left"/>
      </w:pPr>
      <w:r>
        <w:rPr>
          <w:rFonts w:ascii="Times New Roman" w:hAnsi="Times New Roman" w:eastAsia="Times New Roman" w:cs="Times New Roman"/>
        </w:rPr>
        <w:t>“Mwen souvan jwenn moun k ap voye m nan parabòl dis vyèj yo, senk ladan yo te saj, epi senk te sòt. Parabòl sa a te akonpli epi l ap akonpli jouk nan dènye detay, paske li gen yon aplikasyon espesyal pou tan sa a, epi, menm jan ak mesaj twazyèm zanj lan, li te akonpli epi l ap kontinye rete verite pou tan prezan jouk nan fen tan an.” Review and Herald, 19 out 1890.</w:t>
      </w:r>
    </w:p>
    <w:p>
      <w:pPr>
        <w:pStyle w:val="ArticleBody"/>
        <w:jc w:val="left"/>
      </w:pPr>
      <w:r>
        <w:rPr>
          <w:rFonts w:ascii="Times New Roman" w:hAnsi="Times New Roman" w:eastAsia="Times New Roman" w:cs="Times New Roman"/>
        </w:rPr>
        <w:t>Parabòl la te akonpli 22 oktòb 1844, lè vyèj saj yo ak vyèj sòt yo nan istwa Millerit la te separe. Kòmansman Advantis la reprezante fen Advantis la, epi separasyon ki fèt nan fen an se yon akonplisman parabòl dis vyèj yo, e separasyon sa a nan fen an se lwa dimanch la ki pwodui li.</w:t>
      </w:r>
    </w:p>
    <w:p>
      <w:pPr>
        <w:pStyle w:val="ArticleScripture"/>
        <w:jc w:val="left"/>
      </w:pPr>
      <w:r>
        <w:rPr>
          <w:rFonts w:ascii="Times New Roman" w:hAnsi="Times New Roman" w:eastAsia="Times New Roman" w:cs="Times New Roman"/>
        </w:rPr>
        <w:t>“Yon lòt fwa ankò, parabòl sa yo anseye ke pa gen pou gen okenn tan pwobasyon apre jijman an. Lè travay levanjil la fin akonpli, imedyatman apre sa vini separasyon ant bon yo ak mechan yo, epi sò chak gwoup fikse pou tout tan.” Leson Objè Kris yo, 123.</w:t>
      </w:r>
    </w:p>
    <w:p>
      <w:pPr>
        <w:pStyle w:val="ArticleBody"/>
        <w:jc w:val="left"/>
      </w:pPr>
      <w:r>
        <w:rPr>
          <w:rFonts w:ascii="Times New Roman" w:hAnsi="Times New Roman" w:eastAsia="Times New Roman" w:cs="Times New Roman"/>
        </w:rPr>
        <w:t>Parabòl dis vyèj yo montre se vyèj saj nan Advantis yo ki resevwa sele Bondye a, epi se vyèj sòt nan Advantis yo ki resevwa mak bèt la lè lwa dimanch la tabli Ozetazini. Vyèj sòt yo reprezante tou kòm Laodiseyen yo.</w:t>
      </w:r>
    </w:p>
    <w:p>
      <w:pPr>
        <w:pStyle w:val="ArticleScripture"/>
        <w:jc w:val="left"/>
      </w:pPr>
      <w:r>
        <w:rPr>
          <w:rFonts w:ascii="Times New Roman" w:hAnsi="Times New Roman" w:eastAsia="Times New Roman" w:cs="Times New Roman"/>
        </w:rPr>
        <w:t>“Eta Legliz la, jan li reprezante pa vyèj sòt yo, pale tou kòm eta Lawodiseyen an.” Review and Herald, 19 out 1890.</w:t>
      </w:r>
    </w:p>
    <w:p>
      <w:pPr>
        <w:pStyle w:val="ArticleBody"/>
        <w:jc w:val="left"/>
      </w:pPr>
      <w:r>
        <w:rPr>
          <w:rFonts w:ascii="Times New Roman" w:hAnsi="Times New Roman" w:eastAsia="Times New Roman" w:cs="Times New Roman"/>
        </w:rPr>
        <w:t>Nan dènye jou yo, lè Bondye renouvle alyans Li avèk pèp Li a ki kenbe kòmandman Li yo, Bondye va revele yon nouvo non pa Li menm, menm jan Li te fè lè Li te renouvle alyans lan nan tan Moyiz la. Kondisyon vyèj sòt yo se yo pa gen lwil, epi kondisyon Laodiseyen yo se yo twò avèg pou yo wè yo pa gen lwil. Li klè ke si vyèj sòt yo se Laodiseyen, alò vyèj saj yo se Filadèlfyen.</w:t>
      </w:r>
    </w:p>
    <w:p>
      <w:pPr>
        <w:pStyle w:val="ArticleScripture"/>
        <w:jc w:val="left"/>
      </w:pPr>
      <w:r>
        <w:rPr>
          <w:rFonts w:ascii="Times New Roman" w:hAnsi="Times New Roman" w:eastAsia="Times New Roman" w:cs="Times New Roman"/>
        </w:rPr>
        <w:t>Epi pou zanj legliz ki nan Filadèlfi a ekri: Men sa sa ki sen an di, sa ki verite a, sa ki gen kle David la, sa ki louvri, e pèsonn pa fèmen; e ki fèmen, e pèsonn pa louvri; Mwen konnen zèv ou yo: gade, mwen mete devan ou yon pòt ki louvri, e pèsonn pa ka fèmen li; paske ou gen yon ti fòs, e ou kenbe pawòl mwen, e ou pa t renye non mwen.</w:t>
      </w:r>
    </w:p>
    <w:p>
      <w:pPr>
        <w:pStyle w:val="ArticleScripture"/>
        <w:jc w:val="left"/>
      </w:pPr>
      <w:r>
        <w:rPr>
          <w:rFonts w:ascii="Times New Roman" w:hAnsi="Times New Roman" w:eastAsia="Times New Roman" w:cs="Times New Roman"/>
        </w:rPr>
        <w:t>Gade, m ap pran nan sinagòg Satan an sila yo ki di yo se Jwif, men yo pa sa, yo ap bay manti; gade, m ap fè yo vini adore devan pye ou, e yo va konnen mwen renmen ou. Paske ou te kenbe pawòl pasyans mwen an, mwen menm tou, m ap prezève ou anba lè tantasyon an ki pral vini sou tout latè, pou li eprouve moun k ap viv sou tè a.</w:t>
      </w:r>
    </w:p>
    <w:p>
      <w:pPr>
        <w:pStyle w:val="ArticleScripture"/>
        <w:jc w:val="left"/>
      </w:pPr>
      <w:r>
        <w:rPr>
          <w:rFonts w:ascii="Times New Roman" w:hAnsi="Times New Roman" w:eastAsia="Times New Roman" w:cs="Times New Roman"/>
        </w:rPr>
        <w:t>Gade, mwen vini vit: kenbe fèm sa ou genyen an, pou pèsonn pa pran kouwòn ou. Moun ki genyen batay la, m ap fè l tounen yon poto nan tanp Bondye mwen an, epi li p ap janm soti ankò; epi m ap ekri sou li non Bondye mwen an, ak non vil Bondye mwen an, ki se nouvo Jerizalèm nan, ki desann soti nan syèl la, bò kote Bondye mwen an; epi m ap ekri sou li nouvo non pa m nan. Moun ki gen zòrèy, se pou li tande sa Lespri a ap di legliz yo. Revelasyon 3:7–13.</w:t>
      </w:r>
    </w:p>
    <w:p>
      <w:pPr>
        <w:pStyle w:val="ArticleBody"/>
        <w:jc w:val="left"/>
      </w:pPr>
      <w:r>
        <w:rPr>
          <w:rFonts w:ascii="Times New Roman" w:hAnsi="Times New Roman" w:eastAsia="Times New Roman" w:cs="Times New Roman"/>
        </w:rPr>
        <w:t>Moun Filadèlfi yo reprezante san karannkat mil yo, epi yo resevwa pwomès ke Bondye ta ekri nouvo non pa li sou yo. Lè Senyè a antre nan alyans ak san karannkat mil yo, L ap prezante yon nouvo non pa li menm. Senyè a te di Abraram ke Li te Bondye Toupisan.</w:t>
      </w:r>
    </w:p>
    <w:p>
      <w:pPr>
        <w:pStyle w:val="ArticleScripture"/>
        <w:jc w:val="left"/>
      </w:pPr>
      <w:r>
        <w:rPr>
          <w:rFonts w:ascii="Times New Roman" w:hAnsi="Times New Roman" w:eastAsia="Times New Roman" w:cs="Times New Roman"/>
        </w:rPr>
        <w:t>Lè Abram te gen katrevennèf an, Seyè a parèt devan Abram, epi li di li: Mwen se Bondye Toupisan an; mache devan mwen, epi se pou ou san repwòch. M ap tabli alyans mwen ant mwen menm ak ou menm, e m ap fè ou anpil anpil pitit. Lè sa a, Abram lage kò l fas atè; epi Bondye pale avè l, li di: Pou mwen menm, gade, alyans mwen avèk ou, e ou pral papa anpil nasyon. Yo p ap rele non ou Abram ankò, men non ou pral Abraram; paske mwen fè ou papa anpil nasyon. Jenèz 17:1–5.</w:t>
      </w:r>
    </w:p>
    <w:p>
      <w:pPr>
        <w:pStyle w:val="ArticleBody"/>
        <w:jc w:val="left"/>
      </w:pPr>
      <w:r>
        <w:rPr>
          <w:rFonts w:ascii="Times New Roman" w:hAnsi="Times New Roman" w:eastAsia="Times New Roman" w:cs="Times New Roman"/>
        </w:rPr>
        <w:t>Lè Senyè a te antre pou premye fwa nan alyans ak yon pèp li te chwazi nan tan Abraram, Li te idantifye Tèt Li kòm Bondye Toupisan an. Lè Li te avanse relasyon alyans Li a nan tan Moyiz, pou premye fwa Li te idantifye Tèt Li kòm JEHOVAH. Lè Jezi te vini pou konfime alyans la ak anpil moun pou yon semèn, Li te prezante yon nouvo non Bondye ki te parèt yon sèl fwa sèlman nan Ansyen Testaman an, e sa te fèt pa bouch yon Babilonyen.</w:t>
      </w:r>
    </w:p>
    <w:p>
      <w:pPr>
        <w:pStyle w:val="ArticleScripture"/>
        <w:jc w:val="left"/>
      </w:pPr>
      <w:r>
        <w:rPr>
          <w:rFonts w:ascii="Times New Roman" w:hAnsi="Times New Roman" w:eastAsia="Times New Roman" w:cs="Times New Roman"/>
        </w:rPr>
        <w:t>Lè sa a, wa Nebikadneza te sezi anpil; li leve prese, li pale, epi li di konseye li yo: Èske se pa twa mesye mare nou te voye nan mitan dife a? Yo reponn epi yo di wa a: Se vre, o wa. Li reponn epi li di: Gade, mwen wè kat mesye lage, k ap mache nan mitan dife a, e yo pa gen okenn mal; epi aparans katriyèm nan sanble ak Pitit Bondye a. Danyèl 3:24, 25.</w:t>
      </w:r>
    </w:p>
    <w:p>
      <w:pPr>
        <w:pStyle w:val="ArticleBody"/>
        <w:jc w:val="left"/>
      </w:pPr>
      <w:r>
        <w:rPr>
          <w:rFonts w:ascii="Times New Roman" w:hAnsi="Times New Roman" w:eastAsia="Times New Roman" w:cs="Times New Roman"/>
        </w:rPr>
        <w:t>Li trè fasil pou etabli ke chapit twa liv Danyèl la ap idantifye lwa dimanch lan Ozetazini. Nan Danyèl twa, Chadrak, Mechak ak Abèdnego reprezante san karannkat mil yo. San karannkat mil yo se sila yo ki renouvle alyans lan pou dènye fwa a. Nan Danyèl twa, nou wè yon ilistrasyon pwofetik sou istwa lwa dimanch lan ak lapli ta a. Kris te la e li pral la nan dife pèsekisyon an ansanm ak twa moun diy li yo, ki reprezante non sèlman san karannkat mil yo, men tou mesaj twa zanj yo. Nan dife a, ki se yon tip ki prefigire kriz lwa dimanch lan, yo idantifye Li avèk youn nan non Li yo, e se yon non ki pa t ap parèt nan listwa anvan Kris te vini kòm Pitit Bondye a. Nan ilistrasyon chapit twa a, nou wè sila yo ki renouvle alyans lan nan fen mond lan ap antre an relasyon ak Kris pandan kriz final la, e Li gen yon non pèsonn pa t konnen.</w:t>
      </w:r>
    </w:p>
    <w:p>
      <w:pPr>
        <w:pStyle w:val="ArticleBody"/>
        <w:jc w:val="left"/>
      </w:pPr>
      <w:r>
        <w:rPr>
          <w:rFonts w:ascii="Times New Roman" w:hAnsi="Times New Roman" w:eastAsia="Times New Roman" w:cs="Times New Roman"/>
        </w:rPr>
        <w:t>Anvan m twò lwen nan konsiderasyon nou sou delivrans peyi Lejip la kòm yon reprezantasyon lwa dimanch nan Etazini, nou ta dwe raple tèt nou ke anvan premye nan dis kalamite yo te kòmanse nan peyi Lejip, te gen yon vrè ajitasyon sou Saba a.</w:t>
      </w:r>
    </w:p>
    <w:p>
      <w:pPr>
        <w:pStyle w:val="ArticleScripture"/>
        <w:jc w:val="left"/>
      </w:pPr>
      <w:r>
        <w:rPr>
          <w:rFonts w:ascii="Times New Roman" w:hAnsi="Times New Roman" w:eastAsia="Times New Roman" w:cs="Times New Roman"/>
        </w:rPr>
        <w:t>Farawon di: Gade, pèp peyi a kounye a anpil, epi nou fè yo pran repo anba chay yo. Menm jou sa a, Farawon bay chèf travay pèp la ak siveyan yo lòd, li di: Nou p ap bay pèp la pay ankò pou fè brik, tankou anvan; se pou yo ale ranmase pay pou tèt pa yo. Men kantite brik yo te konn fè anvan an, se pou nou egzije menm kantite sa a nan men yo; nou p ap diminye anyen ladan l; paske yo parese; se poutèt sa y ap rele, y ap di: Ann ale ofri sakrifis bay Bondye nou an. Se pou yo mete plis travay sou mesye yo, pou yo travay ladan l; epi pou yo pa koute pawòl initil. Konsa, chèf travay pèp la ak siveyan yo soti, epi yo pale ak pèp la, yo di: Men sa Farawon di: Mwen p ap ba nou pay. Ale, pran pay kote nou ka jwenn li; men anyen nan travay nou p ap diminye. Se konsa pèp la gaye toupatou nan tout peyi Lejip pou ranmase pay sèch olye de pay. Epi chèf travay yo t ap peze yo, yo di: Fini travay nou, travay chak jou nou, menm jan ak lè te gen pay la. Epi yo bat siveyan pitit Izrayèl yo, moun chèf travay Farawon yo te mete sou yo, epi yo mande yo: Poukisa nou pa t akonpli kantite travay nou nan fè brik ni yè ni jodi a, tankou anvan? Lè sa a, siveyan pitit Izrayèl yo vini, yo rele bò kote Farawon, yo di: Poukisa w ap aji konsa ak sèvitè w yo? Yo pa bay sèvitè w yo pay, epi y ap di nou: Fè brik; epi gade, y ap bat sèvitè w yo; men fot la se nan pwòp pèp pa w la li ye. Men li di: Nou parese, nou parese; se poutèt sa n ap di: Ann ale ofri sakrifis bay Seyè a. Koulye a, ale travay; paske yo p ap ba nou pay, men n ap remèt kantite brik yo mande a. Epi siveyan pitit Izrayèl yo wè yo te nan move ka, apre yo te fin di yo: Nou p ap diminye anyen nan kantite brik nou yo pou travay chak jou nou an. Egzòd 5:5–19.</w:t>
      </w:r>
    </w:p>
    <w:p>
      <w:pPr>
        <w:pStyle w:val="ArticleBody"/>
        <w:jc w:val="left"/>
      </w:pPr>
      <w:r>
        <w:rPr>
          <w:rFonts w:ascii="Times New Roman" w:hAnsi="Times New Roman" w:eastAsia="Times New Roman" w:cs="Times New Roman"/>
        </w:rPr>
        <w:t>Anvan lwa dimanch lan, pral gen yon ajitasyon k ap vin pi fò kont moun k ap obsève saba setyèm jou a, menm jan sa te ye anvan plèj peyi Lejip yo. Se Moyiz tou de Ejipsyen yo ak Ebre yo te idantifye kòm sila a ki t ap lakòz tout twoub la, menm jan Akab te akize Eli a.</w:t>
      </w:r>
    </w:p>
    <w:p>
      <w:pPr>
        <w:pStyle w:val="ArticleScripture"/>
        <w:jc w:val="left"/>
      </w:pPr>
      <w:r>
        <w:rPr>
          <w:rFonts w:ascii="Times New Roman" w:hAnsi="Times New Roman" w:eastAsia="Times New Roman" w:cs="Times New Roman"/>
        </w:rPr>
        <w:t>Epi sa rive, lè Akab wè Eli, Akab di l: Èske se ou menm k ap twouble Izrayèl? E li reponn: Se pa mwen ki twouble Izrayèl; men se ou menm, ansanm ak kay papa ou, paske nou abandone kòmandman Seyè a, epi ou suiv Baal yo. 1 Wa 18:17, 18.</w:t>
      </w:r>
    </w:p>
    <w:p>
      <w:pPr>
        <w:pStyle w:val="ArticleBody"/>
        <w:jc w:val="left"/>
      </w:pPr>
      <w:r>
        <w:rPr>
          <w:rFonts w:ascii="Times New Roman" w:hAnsi="Times New Roman" w:eastAsia="Times New Roman" w:cs="Times New Roman"/>
        </w:rPr>
        <w:t>Istwa Moyiz la ilistre istwa lwa dimanch lan, e istwa Eli a ilistre istwa lwa dimanch lan. Ansanm, oswa separeman, Moyiz ak Eli se senbòl. Nan Transfigirasyon Kris la, yo ansanm te reprezante san karannkat mil yo ki pa mouri yo ak sila yo ki mouri nan Senyè a. Moyiz te resisite; Eli pa t janm mouri. Yo se tou de pwofèt yo ki se moun k ap tòtire pèp la nan Revelasyon onz. Anpil verite reprezante pa Moyiz ak Eli kòm senbòl, e nou espere trete sa pi ta.</w:t>
      </w:r>
    </w:p>
    <w:p>
      <w:pPr>
        <w:pStyle w:val="ArticleScripture"/>
        <w:jc w:val="left"/>
      </w:pPr>
      <w:r>
        <w:rPr>
          <w:rFonts w:ascii="Times New Roman" w:hAnsi="Times New Roman" w:eastAsia="Times New Roman" w:cs="Times New Roman"/>
        </w:rPr>
        <w:t>Gade, m ap voye ban nou pwofèt Eli anvan jou gran e redoutab Senyè a vini an. Li pral fè kè papa yo tounen vin jwenn pitit yo, epi kè pitit yo tounen vin jwenn papa yo, pou m pa vini frape tè a ak yon madichon. Malachi 4:5, 6.</w:t>
      </w:r>
    </w:p>
    <w:p>
      <w:pPr>
        <w:pStyle w:val="ArticleBody"/>
        <w:jc w:val="left"/>
      </w:pPr>
      <w:r>
        <w:rPr>
          <w:rFonts w:ascii="Times New Roman" w:hAnsi="Times New Roman" w:eastAsia="Times New Roman" w:cs="Times New Roman"/>
        </w:rPr>
        <w:t>Jis anvan tan gras lèzòm nan pral fini, “pwofèt Eli” a dwe parèt avèk yon mesaj espesyal ki fè “kè papa yo tounen vin jwenn pitit yo, epi kè pitit yo tounen vin jwenn papa yo.” Tout pwofèt yo rann temwayaj sou fen mond lan, epi yo tout dakò youn ak lòt.</w:t>
      </w:r>
    </w:p>
    <w:p>
      <w:pPr>
        <w:pStyle w:val="ArticleScripture"/>
        <w:jc w:val="left"/>
      </w:pPr>
      <w:r>
        <w:rPr>
          <w:rFonts w:ascii="Times New Roman" w:hAnsi="Times New Roman" w:eastAsia="Times New Roman" w:cs="Times New Roman"/>
        </w:rPr>
        <w:t>Les esprits des prophètes sont soumis aux prophètes; car Dieu n’est pas un Dieu de désordre, mais de paix, comme dans toutes les Églises des saints. 1 Corinthiens 14:32, 33.</w:t>
      </w:r>
    </w:p>
    <w:p>
      <w:pPr>
        <w:pStyle w:val="ArticleBody"/>
        <w:jc w:val="left"/>
      </w:pPr>
      <w:r>
        <w:rPr>
          <w:rFonts w:ascii="Times New Roman" w:hAnsi="Times New Roman" w:eastAsia="Times New Roman" w:cs="Times New Roman"/>
        </w:rPr>
        <w:t>Mesaj Eli a vini jis anvan gran e terib jou Senyè a; kidonk, se menm mesaj espesyal la nan liv Revelasyon an ki reprezante kòm “Revelasyon Jezikri a.” Lè “tan an rive,” mesaj espesyal Eli a montre “sèvitè” Bondye yo bagay “ki dwe rive talè konsa.”</w:t>
      </w:r>
    </w:p>
    <w:p>
      <w:pPr>
        <w:pStyle w:val="ArticleScripture"/>
        <w:jc w:val="left"/>
      </w:pPr>
      <w:r>
        <w:rPr>
          <w:rFonts w:ascii="Times New Roman" w:hAnsi="Times New Roman" w:eastAsia="Times New Roman" w:cs="Times New Roman"/>
        </w:rPr>
        <w:t>Revelasyon Jezi Kris la, Bondye te ba li pou l montre sèvitè li yo bagay ki gen pou rive talè konsa; epi li voye sa e li fè konnen li pa mwayen zanj li bay sèvitè li Jan: li menm ki rann temwayaj konsènan pawòl Bondye a, ak temwayaj Jezi Kris la, ak tout bagay li te wè. Benediksyon pou moun ki li a, ak pou moun ki tande pawòl pwofesi sa a, epi ki kenbe bagay ki ekri ladan l yo; paske tan an toupre. Revelasyon 1:1–3.</w:t>
      </w:r>
    </w:p>
    <w:p>
      <w:pPr>
        <w:pStyle w:val="ArticleBody"/>
        <w:jc w:val="left"/>
      </w:pPr>
      <w:r>
        <w:rPr>
          <w:rFonts w:ascii="Times New Roman" w:hAnsi="Times New Roman" w:eastAsia="Times New Roman" w:cs="Times New Roman"/>
        </w:rPr>
        <w:t>Remake lè Malachi sèvi ak Eli kòm yon senbòl, li mete ladan l yon referans dirèk ak obeyi kòmandman yo.</w:t>
      </w:r>
    </w:p>
    <w:p>
      <w:pPr>
        <w:pStyle w:val="ArticleScripture"/>
        <w:jc w:val="left"/>
      </w:pPr>
      <w:r>
        <w:rPr>
          <w:rFonts w:ascii="Times New Roman" w:hAnsi="Times New Roman" w:eastAsia="Times New Roman" w:cs="Times New Roman"/>
        </w:rPr>
        <w:t>Sonje lalwa Moyiz, sèvitè mwen an, lalwa mwen te bay li sou Orèb pou tout pèp Izrayèl la, ansanm ak tout lòd ak jijman yo. Gade, m ap voye pwofèt Eli ba nou anvan jou gran e terib Senyè a rive. Li va fè kè papa yo tounen vin jwenn pitit yo, epi kè pitit yo tounen vin jwenn papa yo, pou m pa vini frape tè a ak yon madichon. Malachi 4:4–6.</w:t>
      </w:r>
    </w:p>
    <w:p>
      <w:pPr>
        <w:pStyle w:val="ArticleBody"/>
        <w:jc w:val="left"/>
      </w:pPr>
      <w:r>
        <w:rPr>
          <w:rFonts w:ascii="Times New Roman" w:hAnsi="Times New Roman" w:eastAsia="Times New Roman" w:cs="Times New Roman"/>
        </w:rPr>
        <w:t>Twa vèsè sa yo se dènye vèsè nan Ansyen Testaman an, epi yo genyen ladan yo dènye pwomès Ansyen Testaman an, ansanm ak yon anfaz sou kenbe dis kòmandman yo. Gen sèt “benediksyon” nan liv Revelasyon an, epi dènye a se yon benediksyon sou moun ki kenbe dis kòmandman yo.</w:t>
      </w:r>
    </w:p>
    <w:p>
      <w:pPr>
        <w:pStyle w:val="ArticleScripture"/>
        <w:jc w:val="left"/>
      </w:pPr>
      <w:r>
        <w:rPr>
          <w:rFonts w:ascii="Times New Roman" w:hAnsi="Times New Roman" w:eastAsia="Times New Roman" w:cs="Times New Roman"/>
        </w:rPr>
        <w:t>Mwen se Alfa ak Omega, kòmansman ak lafen, premye a ak dènye a. Benediksyon pou moun ki fè kòmandman li yo, pou yo ka gen dwa sou pyebwa lavi a, epi pou yo antre nan vil la pa pòtay yo. Revelasyon 22:13, 14.</w:t>
      </w:r>
    </w:p>
    <w:p>
      <w:pPr>
        <w:pStyle w:val="ArticleBody"/>
        <w:jc w:val="left"/>
      </w:pPr>
      <w:r>
        <w:rPr>
          <w:rFonts w:ascii="Times New Roman" w:hAnsi="Times New Roman" w:eastAsia="Times New Roman" w:cs="Times New Roman"/>
        </w:rPr>
        <w:t>Dènye pwomès nan Ansyen Testaman an fè nou konnen pou nou “Sonje” dis kòmandman yo, men lè l fè sa, li mete anfaz sou sèl kòmandman ki gen ladan l lòd pou “sonje.”</w:t>
      </w:r>
    </w:p>
    <w:p>
      <w:pPr>
        <w:pStyle w:val="ArticleScripture"/>
        <w:jc w:val="left"/>
      </w:pPr>
      <w:r>
        <w:rPr>
          <w:rFonts w:ascii="Times New Roman" w:hAnsi="Times New Roman" w:eastAsia="Times New Roman" w:cs="Times New Roman"/>
        </w:rPr>
        <w:t>Sonje jou saba a, pou ou kenbe l sen. Pandan sis jou, w'a travay, epi w'a fè tout zèv ou yo; men setyèm jou a se saba Seyè a, Bondye ou la: nan jou sa a ou p'ap fè okenn travay, ni ou menm, ni pitit gason ou, ni pitit fi ou, ni sèvitè gason ou, ni sèvant fi ou, ni bèt ou yo, ni etranje ki anndan pòtay ou yo; paske nan sis jou Seyè a te fè syèl la ak tè a, lanmè a, ak tout sa ki ladan yo, epi li te repoze sou setyèm jou a; se poutèt sa Seyè a te beni jou saba a, e li te mete l apa. Egzòd 20:8–11.</w:t>
      </w:r>
    </w:p>
    <w:p>
      <w:pPr>
        <w:pStyle w:val="ArticleBody"/>
        <w:jc w:val="left"/>
      </w:pPr>
      <w:r>
        <w:rPr>
          <w:rFonts w:ascii="Times New Roman" w:hAnsi="Times New Roman" w:eastAsia="Times New Roman" w:cs="Times New Roman"/>
        </w:rPr>
        <w:t>Dènye pwomès la nan toude Ansyen ak Nouvo Testaman yo mete aksan sou kòmandman Bondye yo, avèk yon anfaz espesyal sou Saba setyèm jou a. Malachi di nou pou nou “sonje,” epi Jan fè nou konnen nou beni lè nou fè sa. Saba setyèm jou a komemore kreyasyon Bondye ak pouvwa kreyatè li. Saba a vin tounen tou pwen kontwovès nan dènye jou yo nan listwa tè a. Lè Jan ekri konsènan “benediksyon” ki sou moun ki kenbe kòmandman li yo, li senpleman ap rapòte sa Jezi, Alfa ak Omega a, kòmansman ak finisman an, premye ak dènye a, te pwoklame. Se poutèt sa, dènye pwomès Nouvo Testaman an gen rapò ak Saba Setyèm Jou a epi tou ak atribi divinite a ki idantifye fen an pa kòmansman an.</w:t>
      </w:r>
    </w:p>
    <w:p>
      <w:pPr>
        <w:pStyle w:val="ArticleBody"/>
        <w:jc w:val="left"/>
      </w:pPr>
      <w:r>
        <w:rPr>
          <w:rFonts w:ascii="Times New Roman" w:hAnsi="Times New Roman" w:eastAsia="Times New Roman" w:cs="Times New Roman"/>
        </w:rPr>
        <w:t>Premye verite ki mansyone nan Jenèz, ki vle di kòmansman, idantifye Kreyatè a, kreyasyon an, ak yon anfaz espesyal sou Saba a. Lè yo pran ansanm, liy sou liy, kòmansman Ansyen Testaman an ak fen toude Ansyen ak Nouvo Testaman yo mete aksan sou Bondye kòm Kreyatè a, Dis Kòmandman yo, kòmandman Saba a, epi sou lefèt ke Jezi se kòmansman ak fen an.</w:t>
      </w:r>
    </w:p>
    <w:p>
      <w:pPr>
        <w:pStyle w:val="ArticleBody"/>
        <w:jc w:val="left"/>
      </w:pPr>
      <w:r>
        <w:rPr>
          <w:rFonts w:ascii="Times New Roman" w:hAnsi="Times New Roman" w:eastAsia="Times New Roman" w:cs="Times New Roman"/>
        </w:rPr>
        <w:t>Pwofèt Eli a itilize pa Malachi kòm yon senbòl nan dènye pwomès Ansyen Testaman an, e se li menm ki te pwofèt ki te konfwonte Jezabèl ak Akab. Liv Revelasyon an itilize Jezabèl kòm yon senbòl papote a, epi dis wa yo kòm yon senbòl Nasyonzini. Konfwontasyon Eli te genyen ak Akab ak Jezabèl la reprezante konfwontasyon san karannkat mil yo ak Nasyonzini, ki resevwa pouvwa nan men Etazini e ki dirije pa papote a. Antanke wa dis tribi nò Izrayèl yo, Akab te reprezante pouvwa k ap gouvène sou dis tribi yo; konsa li vin yon tip ki montre Etazini (Akab) k ap bay Nasyonzini (dis tribi yo, oswa dis wa yo nan Revelasyon disèt) fòs pou fè pèsekisyon kont moun k ap kenbe Saba a pou Papote a (Jezabèl). Lè Malachi sèvi ak Eli pou reprezante yon mesaj ki vini anvan gran e redoutab jou Senyè a, Eli reprezante sila yo modèn Wòm ap pèsekite (dragon an, bèt la, ak fo pwofèt la), menm jan Jezabèl te pèsekite li pandan twazan edmi. Lefèt ke yo mete aksan sou Saba a lè yo itilize mo “sonje” a nan Malachi 4:4 ajoute kriz lwa dimanch la nan senaryo pwofetik Malachi a montre a.</w:t>
      </w:r>
    </w:p>
    <w:p>
      <w:pPr>
        <w:pStyle w:val="ArticleBody"/>
        <w:jc w:val="left"/>
      </w:pPr>
      <w:r>
        <w:rPr>
          <w:rFonts w:ascii="Times New Roman" w:hAnsi="Times New Roman" w:eastAsia="Times New Roman" w:cs="Times New Roman"/>
        </w:rPr>
        <w:t>Anpil lòt bagay ankò bezwen ajoute nan konsiderasyon verite yo ki transmèt lè yo konpare kòmansman Ansyen Testaman an ak fen Ansyen Testaman an, epi apre sa lè yo konpare kòmansman Bib la ak fen Bib la. Nan Jenèz nou genyen Kreyatè a, kreyasyon an, ak Saba a ki komemore kreyasyon an. Nan Malachi nou genyen kòmandman Saba a idantifye kòm pwen kriz la ki mennen nan fen tan pwobasyon limanite a ak sèt dènye kalamite yo, oswa, jan Malachi rele li a, “gwo e terib jou Senyè a.” Eli reprezante pèp Bondye a ki prezante mesaj twazyèm zanj lan bay yon mond k ap mouri.</w:t>
      </w:r>
    </w:p>
    <w:p>
      <w:pPr>
        <w:pStyle w:val="ArticleScripture"/>
        <w:jc w:val="left"/>
      </w:pPr>
      <w:r>
        <w:rPr>
          <w:rFonts w:ascii="Times New Roman" w:hAnsi="Times New Roman" w:eastAsia="Times New Roman" w:cs="Times New Roman"/>
        </w:rPr>
        <w:t>“Jodi a, nan lespri ak pouvwa Eli ak Jan Batis, mesaje Bondye te chwazi yo ap rele atansyon yon mond ki sou jijman an sou evènman solanèl ki pral rive talè konsa an relasyon ak dènye èdtan tan gras la ak aparisyon Kris Jezi kòm Wa tout wa yo ak Seyè tout seyè yo.” Prophets and Kings, 715, 716.</w:t>
      </w:r>
    </w:p>
    <w:p>
      <w:pPr>
        <w:pStyle w:val="ArticleBody"/>
        <w:jc w:val="left"/>
      </w:pPr>
      <w:r>
        <w:rPr>
          <w:rFonts w:ascii="Times New Roman" w:hAnsi="Times New Roman" w:eastAsia="Times New Roman" w:cs="Times New Roman"/>
        </w:rPr>
        <w:t>Kòmansman Labib la, ki se tou kòmansman Ansyen Testaman an, idantifye menm istwa a ak fen toude Testaman yo; men chak kòmansman ak chak fen gen pwòp verite pa li pou mete an valè epi pou kontribye nan mesaj la. Nan Jenèz, anfaz la chita sou aktivite Bondye yo; nan Malachi, anfaz la chita sou mesaj ki avèti sou kriz k ap vini an. Fen Revelasyon an idantifye Alfa ak Omega a. Nan premye liv Nouvo Testaman an, nou li sa ki vin apre a.</w:t>
      </w:r>
    </w:p>
    <w:p>
      <w:pPr>
        <w:pStyle w:val="ArticleScripture"/>
        <w:jc w:val="left"/>
      </w:pPr>
      <w:r>
        <w:rPr>
          <w:rFonts w:ascii="Times New Roman" w:hAnsi="Times New Roman" w:eastAsia="Times New Roman" w:cs="Times New Roman"/>
        </w:rPr>
        <w:t>Liv jenerasyon Jezi Kris la, pitit David la, pitit Abraram la.</w:t>
      </w:r>
    </w:p>
    <w:p>
      <w:pPr>
        <w:pStyle w:val="ArticleScripture"/>
        <w:jc w:val="left"/>
      </w:pPr>
      <w:r>
        <w:rPr>
          <w:rFonts w:ascii="Times New Roman" w:hAnsi="Times New Roman" w:eastAsia="Times New Roman" w:cs="Times New Roman"/>
        </w:rPr>
        <w:t>Abraram te fè Izarak; Izarak te fè Jakòb; Jakòb te fè Jida ak frè l yo. Jida te fè Farès ak Zara avèk Tamà; Farès te fè Ezwòm; Ezwòm te fè Aram. Aram te fè Aminadab; Aminadab te fè Naason; Naason te fè Salmòn. Salmòn te fè Booz avèk Rachab; Booz te fè Obèd avèk Rit; Obèd te fè Jese. Jese te fè David, wa a; David, wa a, te fè Salomon avèk sila ki te madanm Ouri. Salomon te fè Wobowam; Wobowam te fè Abija; Abija te fè Asa. Asa te fè Jozafa; Jozafa te fè Joram; Joram te fè Ozyas. Ozyas te fè Joatam; Joatam te fè Akaz; Akaz te fè Ezekyas. Ezekyas te fè Manase; Manase te fè Amon; Amon te fè Jozyas. Jozyas te fè Jekonyas ak frè l yo, nan tan yo te depòte yo lavil Babilòn. Apre yo te fin depòte yo lavil Babilòn, Jekonyas te fè Salatyèl; Salatyèl te fè Zowobabèl. Zowobabèl te fè Abioud; Abioud te fè Elyakim; Elyakim te fè Azò. Azò te fè Sadòk; Sadòk te fè Akim; Akim te fè Elyoud. Elyoud te fè Eleaza; Eleaza te fè Matan; Matan te fè Jakòb. Jakòb te fè Jozèf, mari Mari a, se nan li Jezi te fèt, li menm yo rele Kris la.</w:t>
      </w:r>
    </w:p>
    <w:p>
      <w:pPr>
        <w:pStyle w:val="ArticleScripture"/>
        <w:jc w:val="left"/>
      </w:pPr>
      <w:r>
        <w:rPr>
          <w:rFonts w:ascii="Times New Roman" w:hAnsi="Times New Roman" w:eastAsia="Times New Roman" w:cs="Times New Roman"/>
        </w:rPr>
        <w:t>Konsa, tout jenerasyon depi Abraram rive jouk David se katòz jenerasyon; depi David jouk depòtasyon an Babilòn se katòz jenerasyon; epi depi depòtasyon an Babilòn rive jouk Kris la se katòz jenerasyon.</w:t>
      </w:r>
    </w:p>
    <w:p>
      <w:pPr>
        <w:pStyle w:val="ArticleScripture"/>
        <w:jc w:val="left"/>
      </w:pPr>
      <w:r>
        <w:rPr>
          <w:rFonts w:ascii="Times New Roman" w:hAnsi="Times New Roman" w:eastAsia="Times New Roman" w:cs="Times New Roman"/>
        </w:rPr>
        <w:t>Men ki jan nesans Jezikri te fèt: Lè Mari, manman li, te fiyanse ak Jozèf, anvan yo te vin ansanm, yo te jwenn li ansent pa Sentespri. Lè sa a, Jozèf, mari li, ki te yon nonm jis, e ki pa t vle fè li tounen yon egzanp piblik, te gen lide voye li ale an kachèt. Men pandan li t ap reflechi sou bagay sa yo, gade, zanj Senyè a parèt devan li nan yon rèv, li di: Jozèf, pitit David, pa pè pran Mari, madanm ou, lakay ou; paske sa ki vin fèt nan vant li a soti nan Sentespri.</w:t>
      </w:r>
    </w:p>
    <w:p>
      <w:pPr>
        <w:pStyle w:val="ArticleScripture"/>
        <w:jc w:val="left"/>
      </w:pPr>
      <w:r>
        <w:rPr>
          <w:rFonts w:ascii="Times New Roman" w:hAnsi="Times New Roman" w:eastAsia="Times New Roman" w:cs="Times New Roman"/>
        </w:rPr>
        <w:t>Epi li pral fè yon pitit gason, epi ou va rele non li JEZI; paske se li menm k ap sove pèp li a anba peche yo. Tout bagay sa yo te rive, pou sa pwofèt la te pale pa mwayen Senyè a te ka akonpli, lè li te di: Gade, yon vyèj va ansent, epi li va fè yon pitit gason, epi y ap rele non li Emmanuel; sa vle di: Bondye avèk nou. Lè sa a, Jozèf, lè li leve soti nan dòmi, te fè jan zanj Senyè a te bay li lòd la, epi li te pran madanm li lakay li. Men li pa t konnen li jouk lè li te fè premye pitit gason li a; epi li rele non li JEZI. Matye 1:1–25.</w:t>
      </w:r>
    </w:p>
    <w:p>
      <w:pPr>
        <w:pStyle w:val="ArticleBody"/>
        <w:jc w:val="left"/>
      </w:pPr>
      <w:r>
        <w:rPr>
          <w:rFonts w:ascii="Times New Roman" w:hAnsi="Times New Roman" w:eastAsia="Times New Roman" w:cs="Times New Roman"/>
        </w:rPr>
        <w:t>Kòmansman Nouvo Testaman an ann amoni ak kòmansman ak finisman Ansyen Testaman an, ansanm ak finisman Nouvo Testaman an, paske li mete anfaz sou pouvwa kreyatè Bondye a; paske pouvwa Kris la te sèvi avè l pou kreye tout bagay nan sis jou yo se menm pouvwa a egzakteman li sèvi avè l pou “sove pèp li a anba peche yo.” Mo Emmanuel la, jan pasaj la site l nan ekri Ezayi yo, vle di “Bondye avèk nou.” Li rete andedan pèp li a lè li ini divinite pa li ak limanite pa nou, e se menm inyon sa a li te reyalize lè li te pran chè nan Mari.</w:t>
      </w:r>
    </w:p>
    <w:p>
      <w:pPr>
        <w:pStyle w:val="ArticleScripture"/>
        <w:jc w:val="left"/>
      </w:pPr>
      <w:r>
        <w:rPr>
          <w:rFonts w:ascii="Times New Roman" w:hAnsi="Times New Roman" w:eastAsia="Times New Roman" w:cs="Times New Roman"/>
        </w:rPr>
        <w:t>“Pa gen anyen ki mwens pase obeyisans pafè ki ka satisfè nivo egzijans Bondye a. Li pa kite egzijans Li yo nan ensèten. Li pa bay okenn lòd ki pa nesesè pou mennen lèzòm ann amoni avèk Li. Nou dwe montre pechè yo ideyal karaktè Li a, epi mennen yo bay Kris la, grasa sèlman lagras Li ideyal sa a ka rive reyalize.</w:t>
      </w:r>
    </w:p>
    <w:p>
      <w:pPr>
        <w:pStyle w:val="ArticleScripture"/>
        <w:jc w:val="left"/>
      </w:pPr>
      <w:r>
        <w:rPr>
          <w:rFonts w:ascii="Times New Roman" w:hAnsi="Times New Roman" w:eastAsia="Times New Roman" w:cs="Times New Roman"/>
        </w:rPr>
        <w:t>“Sovè a te pran sou tèt Li enfimite limanite yo epi Li te viv yon lavi san peche, pou lèzòm pa ta gen okenn krent ke, poutèt feblès nati imen an, yo pa t ap kapab genyen batay la. Kris te vini pou fè nou tounen ‘patizan nati diven an,’ e lavi Li deklare ke limanite, lè li ini ak divinite, pa fè peche.” Ministry of Healing, 180.</w:t>
      </w:r>
    </w:p>
    <w:p>
      <w:pPr>
        <w:pStyle w:val="ArticleBody"/>
        <w:jc w:val="left"/>
      </w:pPr>
      <w:r>
        <w:rPr>
          <w:rFonts w:ascii="Times New Roman" w:hAnsi="Times New Roman" w:eastAsia="Times New Roman" w:cs="Times New Roman"/>
        </w:rPr>
        <w:t>Kòmansman Nouvo Testaman an fè konnen kote, kilè, ak poukisa Jezi te pran sou li nati imen nou an. Li te fè sa pou demontre ke pouvwa imen ini ak pouvwa diven pa peche. Peche se transgresyon lalwa a, lalwa Malachi di nou dwe “sonje” a. Jan fè nou konnen moun ki kenbe lalwa a, e konsa moun ki pa peche yo, kapab antre pa pòtay syèl yo. Matye montre ke yon pechè kapab genyen batay sou peche, menm jan Kris la te genyen batay la. Lè nou gen Kris la andedan nou, (espwa glwa a) nou gen andedan nou menm pouvwa kreyatè ki te fè linivè a. Posibilite sa a te vin disponib grasa chwa Kris la te fè pou l antre nan fanmi lèzòm nan, epi pou tout rès letènite a li vin pa sèlman Pitit Bondye a, men tou pitit lèzòm nan.</w:t>
      </w:r>
    </w:p>
    <w:p>
      <w:pPr>
        <w:pStyle w:val="ArticleBody"/>
        <w:jc w:val="left"/>
      </w:pPr>
      <w:r>
        <w:rPr>
          <w:rFonts w:ascii="Times New Roman" w:hAnsi="Times New Roman" w:eastAsia="Times New Roman" w:cs="Times New Roman"/>
        </w:rPr>
        <w:t>Gen yon mesaj espesyal verite ki louvri pou pèp Bondye a nan liv Revelasyon an, jis anvan fen tan gras limanite. Mesaj espesyal sa a se tou “mesaj Eli” Malachi a, ki pwoklame jis anvan “jou Seyè a, jou ki terib la”.</w:t>
      </w:r>
    </w:p>
    <w:p>
      <w:pPr>
        <w:pStyle w:val="ArticleBody"/>
        <w:jc w:val="left"/>
      </w:pPr>
      <w:r>
        <w:rPr>
          <w:rFonts w:ascii="Times New Roman" w:hAnsi="Times New Roman" w:eastAsia="Times New Roman" w:cs="Times New Roman"/>
        </w:rPr>
        <w:t>Nan kòmansman toude Testaman yo ak nan fen Nouvo Testaman an, nou jwenn atribi espesifik Bondye yo idantifye. Nan Jenèz, Li se Kreyatè a; epi nan fen Revelasyon an, Li se Alfa ak Omega. Nan kòmansman Nouvo Testaman an, Li vin tounen Pitit lòm. Epi nan fen Ansyen Testaman an, nou jwenn prensip mesaje Eli a sèvi avè l pou akonpli mesaj li t ap pwoklame a, kòm yon vire kè papa yo tounen bay pitit yo, e visvèsa.</w:t>
      </w:r>
    </w:p>
    <w:p>
      <w:pPr>
        <w:pStyle w:val="ArticleBody"/>
        <w:jc w:val="left"/>
      </w:pPr>
      <w:r>
        <w:rPr>
          <w:rFonts w:ascii="Times New Roman" w:hAnsi="Times New Roman" w:eastAsia="Times New Roman" w:cs="Times New Roman"/>
        </w:rPr>
        <w:t>Prensip pwofetik Eli aplike pou prezante mesaj avètisman li a se egzakteman sa Jan te resevwa lòd pou l fè nan Revelasyon an. Eli “va fè kè papa yo tounen vin jwenn pitit yo, epi kè pitit yo tounen vin jwenn papa yo,” e yo te di Jan pou l ekri bagay ki te la lè sa a, epi lè l fè sa, an menm tan an li t ap ekri bagay ki ta vini yo. Yo te sèvi ak Jan pou montre kijan prensip alfa ak omega a fonksyone nan Pawòl pwofetik la, epi Eli ap baze mesaj li a sou menm prensip sa a. Lè nou konpare kòmansman Bib la ak fen Bib la, nou ap konpare Ansyen an ak Nouvo a. Yon papa se kòmansman pitit li, epi pitit la se finisman papa a. San karant-kat mil yo se dènye jenerasyon pitit Abraram yo, epi istwa kote Bondye te antre nan alyans avèk Abraram lan se yon tip istwa kote Bondye renouvle alyans sa a avèk san karant-kat mil yo.</w:t>
      </w:r>
    </w:p>
    <w:p>
      <w:pPr>
        <w:pStyle w:val="ArticleScripture"/>
        <w:jc w:val="left"/>
      </w:pPr>
      <w:r>
        <w:rPr>
          <w:rFonts w:ascii="Times New Roman" w:hAnsi="Times New Roman" w:eastAsia="Times New Roman" w:cs="Times New Roman"/>
        </w:rPr>
        <w:t>Se poutèt sa, se pa lafwa, pou sa ka fèt selon gras; pou pwomès la ka sèten pou tout desandans lan; pa sèlman pou sila yo ki anba lalwa, men tou pou sila yo ki gen lafwa Abraram lan; li menm ki papa nou tout. Women 4:16.</w:t>
      </w:r>
    </w:p>
    <w:p>
      <w:pPr>
        <w:pStyle w:val="ArticleBody"/>
        <w:jc w:val="left"/>
      </w:pPr>
      <w:r>
        <w:rPr>
          <w:rFonts w:ascii="Times New Roman" w:hAnsi="Times New Roman" w:eastAsia="Times New Roman" w:cs="Times New Roman"/>
        </w:rPr>
        <w:t>Mesaj Eli a reprezante prensip alfa ak omega, paske papa yo se alfa epi pitit yo se omega. Mesaj Eli t ap vire kè papa yo bay pitit yo. Kris te idantifye Jan Batis kòm Eli, epi Ellen White te idantifye William Miller kòm Eli ansanm ak Jan Batis. Mesaj tout mesye reprezantatif sa yo te prezante kòm sa k ap vire kè papa yo bay pitit yo, e vis-vèrsa. Travay sa a reprezante efè mesaj la nan vire kè lèzòm bay Papa yo ki nan syèl la, men sa vle di plis toujou, paske li se yon senbòl travay la. Nan pwofesi biblik, senbòl yo gen plis pase yon sèl sans, epi se kontèks la ki dwe idantifye yo.</w:t>
      </w:r>
    </w:p>
    <w:p>
      <w:pPr>
        <w:pStyle w:val="ArticleScripture"/>
        <w:jc w:val="left"/>
      </w:pPr>
      <w:r>
        <w:rPr>
          <w:rFonts w:ascii="Times New Roman" w:hAnsi="Times New Roman" w:eastAsia="Times New Roman" w:cs="Times New Roman"/>
        </w:rPr>
        <w:t>“Ki sa ki te fè Jan Batis la gran? Li te fèmen lespri li devan mas tradisyon pwofesè nasyon jwif la te prezante yo, epi li te louvri li pou sajès ki soti anwo a. Anvan nesans li, Sentespri a te rann temwayaj sou Jan: ‘Paske li va gran devan Seyè a; li p ap bwè ni diven ni bwason fò; epi li va ranpli ak Sentespri a…. Epi li va fè anpil nan pitit Izrayèl yo tounen vin jwenn Seyè a, Bondye yo a. Epi li va mache devan Li nan lespri ak pisans Eli, pou l fè kè papa yo tounen vin jwenn pitit yo, epi pou l mennen dezobeyisan yo nan sajès moun ki jis yo; pou l pare pou Seyè a yon pèp ki byen prepare.’ Lik 1:15–17.” Counsels to Parents, Teachers and Students, 445.</w:t>
      </w:r>
    </w:p>
    <w:p>
      <w:pPr>
        <w:pStyle w:val="ArticleBody"/>
        <w:jc w:val="left"/>
      </w:pPr>
      <w:r>
        <w:rPr>
          <w:rFonts w:ascii="Times New Roman" w:hAnsi="Times New Roman" w:eastAsia="Times New Roman" w:cs="Times New Roman"/>
        </w:rPr>
        <w:t>Mesaj la fèt yon fason pou moun ki chwazi tande a va vire kè yo bay Papa ki nan Syèl la; sepandan, prensip pwofetik prensipal ki pral sèvi pou transmèt mesaj avètisman an se ke Kris la se Alfa ak Omega, premye a ak dènye a, kòmansman ak finisman an. Mesaj Eli a baze sou prezantasyon Pawòl pwofetik Bondye a dapre pèspektiv ke Jezi Kris se Pawòl Bondye a, e règ ki gouvène Bib la se tou atribi karaktè pa Li.</w:t>
      </w:r>
    </w:p>
    <w:p>
      <w:pPr>
        <w:pStyle w:val="ArticleScripture"/>
        <w:jc w:val="left"/>
      </w:pPr>
      <w:r>
        <w:rPr>
          <w:rFonts w:ascii="Times New Roman" w:hAnsi="Times New Roman" w:eastAsia="Times New Roman" w:cs="Times New Roman"/>
        </w:rPr>
        <w:t>“Lwa Bondye a sakre menm jan ak Bondye li menm. Li se yon revelasyon volonte Li, yon tras egzak karaktè Li, ekspresyon lanmou ak sajès diven. Amoni kreyasyon an depann de konfòmite pafè tout èt, ak tout bagay, vivan kou san lavi, ak lwa Kreyatè a. Bondye etabli lwa pou gouvènman, pa sèlman èt vivan yo, men tou pou tout fonksyònman lanati. Tout bagay anba lwa fiks, lwa yo pa kapab neglije. Men, pandan tout bagay nan lanati ap dirije pa lwa natirèl, se lòm sèlman, pami tout sa ki rete sou tè a, ki soumèt a lwa moral la. A lòm, kouwòn travay kreyasyon an, Bondye bay pouvwa pou konprann egzijans Li yo, pou konprann jistis ak bonte lwa Li a, ansanm ak dwa sakre li genyen sou li; epi yo egzije nan men lòm yon obeyisans san defayans.” Patriarchs and Prophets, 53.</w:t>
      </w:r>
    </w:p>
    <w:p>
      <w:pPr>
        <w:pStyle w:val="ArticleBody"/>
        <w:jc w:val="left"/>
      </w:pPr>
      <w:r>
        <w:rPr>
          <w:rFonts w:ascii="Times New Roman" w:hAnsi="Times New Roman" w:eastAsia="Times New Roman" w:cs="Times New Roman"/>
        </w:rPr>
        <w:t>Tout bagay (epi sa ta gen ladan Bib la, paske Bib la se yon bagay, epi si li se yon bagay, alò li fè pati tout bagay) anba lwa ki fikse. Bib la gen lwa oswa règ ki fikse, ki gouvène entèpretasyon kòrèk li. Youn nan règ sa yo se ke Bib la idantifye fen yon bagay ak kòmansman yon bagay. Jezi se Pawòl Bondye a, e Li se premye a ak dènye a, e sa se yon “lwa ki fikse” ak yon atribi nan karaktè Li.</w:t>
      </w:r>
    </w:p>
    <w:p>
      <w:pPr>
        <w:pStyle w:val="ArticleBody"/>
        <w:jc w:val="left"/>
      </w:pPr>
      <w:r>
        <w:rPr>
          <w:rFonts w:ascii="Times New Roman" w:hAnsi="Times New Roman" w:eastAsia="Times New Roman" w:cs="Times New Roman"/>
        </w:rPr>
        <w:t>Nou te sèvi ak entwodiksyon Eli sa a pou montre ke kòmansman ak fen ni Ansyen Testaman an ni Nouvo Testaman an dakò. Fen Bib la, ki se tou fen liv Revelasyon an, dakò tou ak kòmansman Revelasyon an. Senk temwen pou menm verite yo, selon prensip ki se yon atribi nan karaktè Bondye, ki montre ke Pawòl Bondye a toujou ilistre fen yon bagay avèk kòmansman bagay sa a. Reyalite sa a fè pati sa sa vle di lè Jezikri se Alfa ak Omega.</w:t>
      </w:r>
    </w:p>
    <w:p>
      <w:pPr>
        <w:pStyle w:val="ArticleScripture"/>
        <w:jc w:val="left"/>
      </w:pPr>
      <w:r>
        <w:rPr>
          <w:rFonts w:ascii="Times New Roman" w:hAnsi="Times New Roman" w:eastAsia="Times New Roman" w:cs="Times New Roman"/>
        </w:rPr>
        <w:t>“Pou apot Jan sou zile Patmos la, yo te louvri devan je l sèn ki pwofon e ki boulvèsan anpil konsènan eksperyans legliz la. Yo te prezante l sijè ki gen yon enterè trè fò ak yon enpòtans imans nan fòm figi ak senbòl, pou pèp Bondye a te kapab vin gen konpreyansyon sou danje ak konfli ki devan yo. Istwa mond kretyen an jouk rive nan fen tan an menm te revele bay Jan. Avèk anpil klète li te wè pozisyon, danje, konfli, ak delivrans final pèp Bondye a. Li ekri mesaj final la ki gen pou mennen rekòt tè a rive nan matirite, swa kòm jav pou granje selès la, swa kòm pakèt bwa pou dife dènye jou a.”</w:t>
      </w:r>
    </w:p>
    <w:p>
      <w:pPr>
        <w:pStyle w:val="ArticleScripture"/>
        <w:jc w:val="left"/>
      </w:pPr>
      <w:r>
        <w:rPr>
          <w:rFonts w:ascii="Times New Roman" w:hAnsi="Times New Roman" w:eastAsia="Times New Roman" w:cs="Times New Roman"/>
        </w:rPr>
        <w:t>“Nan vizyon, Jan te wè eprèv pèp Bondye a t ap sibi poutèt laverite. Li te wè fèmte san fay yo nan obeyi kòmandman Bondye yo devan pisans opresif ki t ap chache fòse yo dezobeyi, epi li te wè triyonf final yo sou bèt la ak sou imaj li.</w:t>
      </w:r>
    </w:p>
    <w:p>
      <w:pPr>
        <w:pStyle w:val="ArticleScripture"/>
        <w:jc w:val="left"/>
      </w:pPr>
      <w:r>
        <w:rPr>
          <w:rFonts w:ascii="Times New Roman" w:hAnsi="Times New Roman" w:eastAsia="Times New Roman" w:cs="Times New Roman"/>
        </w:rPr>
        <w:t>“Anba senbòl yon gwo dragon wouj, yon bèt ki sanble ak leyopa, ak yon bèt ki gen kòn tankou ti mouton, gouvènman tè sa yo ki t ap espesyalman angaje nan pilonnen lalwa Bondye epi pèsekite pèp Li a, te prezante bay Jan. Lagè a ap kontinye jouk nan fen tan an. Pèp Bondye a, senbolize pa yon fanm ki sen ak pitit li yo, te reprezante kòm yo ki te anpil an minorite. Nan dènye jou yo, se sèlman yon rès ki te toujou egziste. Se de yo Jan pale lè li di se sila yo ‘ki kenbe kòmandman Bondye yo, epi ki gen temwayaj Jezikri a.’”</w:t>
      </w:r>
    </w:p>
    <w:p>
      <w:pPr>
        <w:pStyle w:val="ArticleScripture"/>
        <w:jc w:val="left"/>
      </w:pPr>
      <w:r>
        <w:rPr>
          <w:rFonts w:ascii="Times New Roman" w:hAnsi="Times New Roman" w:eastAsia="Times New Roman" w:cs="Times New Roman"/>
        </w:rPr>
        <w:t>“Pa mwayen paganis la, epi apre sa pa mwayen Papote a, Satan te egzèse pouvwa li pandan anpil syèk nan yon efò pou efase sou tè a temwen fidèl Bondye yo. Payen yo ak papis yo te anime pa menm lespri dragon an. Yo te diferan sèlman nan sa, Papote a, pandan l t ap fè sanblan sèvi Bondye, te lènmi ki pi danjere e ki pi mechan. Pa mwayen Romanis la, Satan te fè lemonn vin kaptif. Legliz Bondye a ki te deklare tèt li kòm legliz li a te baleye pou antre nan ran twonpri sa a, epi pandan plis pase mil an pèp Bondye a te soufri anba kòlè dragon an. E lè Papote a, yo te retire fòs li, te oblije sispann pèsekisyon an, Jan te wè yon nouvo pouvwa k ap monte pou repete vwa dragon an, epi pou pousuiv menm zèv mechan ak blasfematwa a. Pouvwa sa a, dènye ki gen pou fè lagè kont legliz la ak lalwa Bondye a, te senbolize pa yon bèt ki te gen kòn tankou ti mouton. Bèt ki te vini anvan li yo te leve soti nan lanmè a, men sa a te monte soti nan tè a, sa ki reprezante leve anpè nasyon ki senbolize a. ‘De kòn tankou ti mouton’ yo byen reprezante karaktè Gouvènman Etazini an, jan sa eksprime nan de prensip fondamantal li yo, Repiblikanis ak Pwotestantis. Prensip sa yo se sekrè pouvwa nou ak pwosperite nou kòm nasyon. Moun ki te premye jwenn yon azil sou rivaj Amerik yo te rejwi paske yo te rive nan yon peyi ki te lib anba pretansyon awogan papis la ak tirani dominasyon wayal la. Yo te pran desizyon pou tabli yon gouvènman sou laj fondasyon libète sivil ak relijye.”</w:t>
      </w:r>
    </w:p>
    <w:p>
      <w:pPr>
        <w:pStyle w:val="ArticleScripture"/>
        <w:jc w:val="left"/>
      </w:pPr>
      <w:r>
        <w:rPr>
          <w:rFonts w:ascii="Times New Roman" w:hAnsi="Times New Roman" w:eastAsia="Times New Roman" w:cs="Times New Roman"/>
        </w:rPr>
        <w:t>“Men, tras sevè kreyon pwofetik la fè parèt yon chanjman nan sèn lapè sa a. Bèt ki gen kòn tankou ti mouton an pale ak vwa yon dragon, epi li ‘egzèse tout pouvwa premye bèt la devan li.’ Pwofesi a deklare ke li pral di moun k ap viv sou tè a pou yo fè yon imaj pou bèt la, e ke ‘li fè tout moun, piti kou gran, rich kou pòv, moun lib kou esklav, resevwa yon mak sou men dwat yo, oswa sou fwon yo; epi pou pèsonn pa ka achte ni vann, eksepte sila ki gen mak la, oswa non bèt la, oswa nonb non li.’ Konsa Pwotestantis la suiv tras Papote a.”</w:t>
      </w:r>
    </w:p>
    <w:p>
      <w:pPr>
        <w:pStyle w:val="ArticleScripture"/>
        <w:jc w:val="left"/>
      </w:pPr>
      <w:r>
        <w:rPr>
          <w:rFonts w:ascii="Times New Roman" w:hAnsi="Times New Roman" w:eastAsia="Times New Roman" w:cs="Times New Roman"/>
        </w:rPr>
        <w:t>“Se nan moman sa a yo wè twazyèm zanj lan ap vole nan mitan syèl la, ap pwoklame: ‘Si yon moun adore bèt la ak imaj li, epi li resevwa mak li sou fwon li oswa nan men li, menm moun sa a va bwè diven kòlè Bondye a, ki vide san melanj nan koup endiyasyon Li a.’ ‘Men sila yo ki kenbe kòmandman Bondye yo ak lafwa Jezi.’ An kontrast byen make ak lemonn nan kanpe ti gwoup la ki pap janm detounen de fidelite yo anvè Bondye. Se sila yo menm Ezayi pale de yo kòm moun k ap repare twou vid ki te fèt nan lalwa Bondye a, yo menm k ap rebati ansyen dezolasyon yo, k ap leve fondasyon anpil jenerasyon.”</w:t>
      </w:r>
    </w:p>
    <w:p>
      <w:pPr>
        <w:pStyle w:val="ArticleScripture"/>
        <w:jc w:val="left"/>
      </w:pPr>
      <w:r>
        <w:rPr>
          <w:rFonts w:ascii="Times New Roman" w:hAnsi="Times New Roman" w:eastAsia="Times New Roman" w:cs="Times New Roman"/>
        </w:rPr>
        <w:t>“Avètisman ki pi solanèl la ak menas ki pi terib ki janm adrese bay lèzòm se sa ki ladan mesaj twazyèm zanj lan. Peche ki fè kòlè Bondye desann san okenn melanj mizèrikòd dwe se yon peche ki gen karaktè ki pi odiyan. Èske mond lan dwe rete nan fènwa konsènan nati peche sa a?—Sètènman non. Bondye pa aji konsa ak kreyati Li yo. Kòlè Li pa janm tonbe sou peche inyorans. Anvan jijman Li yo frape tè a, limyè konsènan peche sa a dwe prezante bay mond lan, pou lèzòm ka konnen poukisa jijman sa yo dwe enpoze, epi pou yo ka gen opòtinite chape anba yo.”</w:t>
      </w:r>
    </w:p>
    <w:p>
      <w:pPr>
        <w:pStyle w:val="ArticleScripture"/>
        <w:jc w:val="left"/>
      </w:pPr>
      <w:r>
        <w:rPr>
          <w:rFonts w:ascii="Times New Roman" w:hAnsi="Times New Roman" w:eastAsia="Times New Roman" w:cs="Times New Roman"/>
        </w:rPr>
        <w:t>“Mesaj ki gen avètisman sa a se dènye mesaj ki dwe pwoklame anvan revelasyon Pitit lòm nan. Siy Li menm Li te bay yo fè konnen vini Li a toupre anpil. Depi prèske karant ane, mesaj twazyèm zanj lan ap sonnen. Nan desizyon gwo konfli a, de pati parèt: sila yo ki ‘adore bèt la ak imaj li a,’ epi ki resevwa mak li a, ak sila yo ki resevwa ‘so Bondye vivan an,’ ki gen non Papa a ekri sou fwon yo. Sa a se pa yon mak vizib. Lè a rive pou tout moun ki gen enterè nan delivrans nanm yo poze tèt yo, ak tout chalè ak tout gravite, kestyon sa a: Kisa so Bondye a ye? e kisa mak bèt la ye? Ki jan nou ka evite resevwa li?”</w:t>
      </w:r>
    </w:p>
    <w:p>
      <w:pPr>
        <w:pStyle w:val="ArticleScripture"/>
        <w:jc w:val="left"/>
      </w:pPr>
      <w:r>
        <w:rPr>
          <w:rFonts w:ascii="Times New Roman" w:hAnsi="Times New Roman" w:eastAsia="Times New Roman" w:cs="Times New Roman"/>
        </w:rPr>
        <w:t>“So Bondye a, siy oswa mak otorite Li, jwenn nan katriyèm kòmandman an. Se sèl kòmandman nan Dekalòg la ki montre Bondye kòm Kreyatè syèl la ak tè a, epi ki fè yon distenksyon klè ant vrè Bondye a ak tout fo dye yo. Nan tout Ekriti yo, yo site reyalite pouvwa kreyatif Bondye a kòm prèv ke Li pi wo pase tout divinite payen yo.</w:t>
      </w:r>
    </w:p>
    <w:p>
      <w:pPr>
        <w:pStyle w:val="ArticleScripture"/>
        <w:jc w:val="left"/>
      </w:pPr>
      <w:r>
        <w:rPr>
          <w:rFonts w:ascii="Times New Roman" w:hAnsi="Times New Roman" w:eastAsia="Times New Roman" w:cs="Times New Roman"/>
        </w:rPr>
        <w:t>“Saba yo te òdone pa katriyèm kòmandman an te tabli pou komemore travay kreyasyon an, konsa pou kenbe lespri lèzòm toujou dirije sou vrè Bondye vivan an. Si yo te toujou respekte Saba a, pa t ap janm gen okenn moun k ap adore zidòl, okenn ate, ni okenn enkredil. Obsèvans sakre jou sen Bondye a t ap mennen lespri lèzòm bay Kreyatè yo. Bagay ki nan lanati yo t ap fè yo sonje Li, epi yo t ap rann temwayaj sou pisans Li ak sou lanmou Li. Saba katriyèm kòmandman an se sele Bondye vivan an. Li montre Bondye kòm Kreyatè a, epi li se siy otorite lejitim Li sou èt Li te kreye yo.”</w:t>
      </w:r>
    </w:p>
    <w:p>
      <w:pPr>
        <w:pStyle w:val="ArticleScripture"/>
        <w:jc w:val="left"/>
      </w:pPr>
      <w:r>
        <w:rPr>
          <w:rFonts w:ascii="Times New Roman" w:hAnsi="Times New Roman" w:eastAsia="Times New Roman" w:cs="Times New Roman"/>
        </w:rPr>
        <w:t>“Ki sa, lè sa a, mak bèt la ye, si se pa fo saba mond lan te aksepte nan plas vrè a?”</w:t>
      </w:r>
    </w:p>
    <w:p>
      <w:pPr>
        <w:pStyle w:val="ArticleScripture"/>
        <w:jc w:val="left"/>
      </w:pPr>
      <w:r>
        <w:rPr>
          <w:rFonts w:ascii="Times New Roman" w:hAnsi="Times New Roman" w:eastAsia="Times New Roman" w:cs="Times New Roman"/>
        </w:rPr>
        <w:t>“Deklarasyon pwofetik la ki te anonse ke Papat la t ap leve tèt li pi wo pase tout sa yo rele Bondye, oswa tout sa yo adore, reyalize yon fason frapan nan chanjman jou repo a soti nan setyèm jou a pou rive nan premye jou semèn nan. Kote yo onore saba papal la pito pase Saba Bondye a, se la nonm peche a leve pi wo pase Kreyatè syèl la ak tè a.</w:t>
      </w:r>
    </w:p>
    <w:p>
      <w:pPr>
        <w:pStyle w:val="ArticleScripture"/>
        <w:jc w:val="left"/>
      </w:pPr>
      <w:r>
        <w:rPr>
          <w:rFonts w:ascii="Times New Roman" w:hAnsi="Times New Roman" w:eastAsia="Times New Roman" w:cs="Times New Roman"/>
        </w:rPr>
        <w:t>“Moun ki fè konnen Kris te chanje saba a ap kontredi pawòl pa l yo dirèkteman. Nan Sèmon li sou Mòn nan, li te deklare: ‘Pa panse mwen vini pou m detwi lalwa a oswa pwofèt yo; mwen pa vini pou m detwi, men pou m akonpli. Paske anverite mwen di nou sa, toutotan syèl la ak tè a poko pase, pa yon yota ni yon ti pwen pap janm disparèt nan lalwa a, jiskaske tout bagay fin akonpli. Se poutèt sa, nenpòt moun ki vyole youn nan pi piti kòmandman sa yo, epi ki moutre moun konsa, yo pral rele l pi piti nan wayòm syèl la; men nenpòt moun ki pratike yo epi ki moutre yo, moun sa a pral rele gran nan wayòm syèl la.’”</w:t>
      </w:r>
    </w:p>
    <w:p>
      <w:pPr>
        <w:pStyle w:val="ArticleScripture"/>
        <w:jc w:val="left"/>
      </w:pPr>
      <w:r>
        <w:rPr>
          <w:rFonts w:ascii="Times New Roman" w:hAnsi="Times New Roman" w:eastAsia="Times New Roman" w:cs="Times New Roman"/>
        </w:rPr>
        <w:t>“Katolik Women yo rekonèt ke se legliz pa yo a ki te fè chanjman jou Saba a, epi yo site menm chanjman sa a kòm prèv otorite siprèm legliz sa a. Yo deklare ke lè Pwotestan yo ap obsève premye jou semèn nan kòm Saba a, yo ap rekonèt pouvwa li pou fè lwa nan bagay diven yo. Legliz Women an pa t abandone reklamasyon li fè pou enfayibilite, epi lè mond lan ak legliz Pwotestan yo aksepte fo saba li menm te kreye a, yo, an reyalite, rekonèt reklamasyon li an. Yo ka site otorite apot yo ak papa yo pou defann chanjman sa a, men manti ki nan rezònman yo a fasil pou disène. Papis la ase rize pou wè ke Pwotestan yo ap twonpe tèt yo, pandan yo volontèman fèmen je yo sou reyalite ki nan ka a. Pandan enstitisyon dimanch la ap jwenn favè, li rejwi, paske li santi l sèten ke finalman sa pral mennen tout mond Pwotestan an anba drapo Wòm.” Signs of the Times, 1 novanm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Nimewo En</dc:title>
  <dc:subject>Premye ak Dènye a</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